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4A6A1" w14:textId="77777777" w:rsidR="005A0029" w:rsidRDefault="00F83EB4">
      <w:pPr>
        <w:jc w:val="center"/>
      </w:pPr>
      <w:r>
        <w:rPr>
          <w:b/>
          <w:color w:val="17324D"/>
          <w:sz w:val="60"/>
        </w:rPr>
        <w:t>IN THE MIDST</w:t>
      </w:r>
      <w:r>
        <w:rPr>
          <w:b/>
          <w:color w:val="17324D"/>
          <w:sz w:val="60"/>
        </w:rPr>
        <w:br/>
        <w:t>OF THE CHAOS</w:t>
      </w:r>
    </w:p>
    <w:p w14:paraId="3BB9518C" w14:textId="77777777" w:rsidR="005A0029" w:rsidRDefault="00F83EB4">
      <w:pPr>
        <w:jc w:val="center"/>
      </w:pPr>
      <w:r>
        <w:rPr>
          <w:color w:val="B08D3A"/>
          <w:sz w:val="24"/>
        </w:rPr>
        <w:t>—  ◆  —</w:t>
      </w:r>
    </w:p>
    <w:p w14:paraId="4F7A3748" w14:textId="77777777" w:rsidR="005A0029" w:rsidRDefault="00F83EB4">
      <w:pPr>
        <w:jc w:val="center"/>
      </w:pPr>
      <w:r>
        <w:rPr>
          <w:b/>
          <w:color w:val="B08D3A"/>
          <w:sz w:val="26"/>
        </w:rPr>
        <w:t>A 12-MONTH • 30-DAY DEVOTIONAL WORKBOOK</w:t>
      </w:r>
    </w:p>
    <w:p w14:paraId="1EA7B3AE" w14:textId="77777777" w:rsidR="005A0029" w:rsidRDefault="00F83EB4">
      <w:pPr>
        <w:jc w:val="center"/>
      </w:pPr>
      <w:r>
        <w:rPr>
          <w:i/>
        </w:rPr>
        <w:t>Daily Reflections and Practices for Resilience,</w:t>
      </w:r>
      <w:r>
        <w:rPr>
          <w:i/>
        </w:rPr>
        <w:br/>
        <w:t>Emotional Healing, Faith, and Choosing Peace</w:t>
      </w:r>
    </w:p>
    <w:p w14:paraId="22A4CA9E" w14:textId="77777777" w:rsidR="005A0029" w:rsidRDefault="00F83EB4">
      <w:r>
        <w:br/>
      </w:r>
    </w:p>
    <w:p w14:paraId="26FDCFEA" w14:textId="77777777" w:rsidR="005A0029" w:rsidRDefault="00F83EB4">
      <w:pPr>
        <w:jc w:val="center"/>
      </w:pPr>
      <w:r>
        <w:rPr>
          <w:b/>
          <w:sz w:val="32"/>
        </w:rPr>
        <w:t>NANA ADU-POKU</w:t>
      </w:r>
    </w:p>
    <w:p w14:paraId="721E068B" w14:textId="77777777" w:rsidR="005A0029" w:rsidRDefault="00F83EB4">
      <w:pPr>
        <w:jc w:val="center"/>
      </w:pPr>
      <w:r>
        <w:rPr>
          <w:i/>
        </w:rPr>
        <w:t>Anchored Through Uncertainty</w:t>
      </w:r>
      <w:r>
        <w:rPr>
          <w:i/>
        </w:rPr>
        <w:br/>
        <w:t>Finding Strength, Stillness, and Clarity in Life’s Hardest Seasons</w:t>
      </w:r>
    </w:p>
    <w:p w14:paraId="04EDE7BA" w14:textId="77777777" w:rsidR="005A0029" w:rsidRDefault="00F83EB4">
      <w:r>
        <w:br w:type="page"/>
      </w:r>
    </w:p>
    <w:p w14:paraId="35DF8D55" w14:textId="77777777" w:rsidR="005A0029" w:rsidRDefault="00F83EB4">
      <w:pPr>
        <w:pStyle w:val="Heading1"/>
      </w:pPr>
      <w:r>
        <w:lastRenderedPageBreak/>
        <w:t>How to Use This Workbook</w:t>
      </w:r>
    </w:p>
    <w:p w14:paraId="5C3DC9A6" w14:textId="77777777" w:rsidR="005A0029" w:rsidRDefault="00F83EB4">
      <w:r>
        <w:t>This workbook is designed as a 360-day journey from disruption toward practiced peace. Each day follows a simple rhythm: Scripture, reflection, awareness, practice, journaling, prayer, and declaration. Do not rush. The goal is formation, not completion.</w:t>
      </w:r>
    </w:p>
    <w:p w14:paraId="496DC1FE" w14:textId="77777777" w:rsidR="005A0029" w:rsidRDefault="00F83EB4">
      <w:pPr>
        <w:pStyle w:val="Heading3"/>
      </w:pPr>
      <w:r>
        <w:t>READ — Receive the day’s Scripture.</w:t>
      </w:r>
    </w:p>
    <w:p w14:paraId="12B7FB34" w14:textId="77777777" w:rsidR="005A0029" w:rsidRDefault="00F83EB4">
      <w:pPr>
        <w:pStyle w:val="Heading3"/>
      </w:pPr>
      <w:r>
        <w:t>REFLECT — Consider what it reveals about your present season.</w:t>
      </w:r>
    </w:p>
    <w:p w14:paraId="372CA9C5" w14:textId="77777777" w:rsidR="005A0029" w:rsidRDefault="00F83EB4">
      <w:pPr>
        <w:pStyle w:val="Heading3"/>
      </w:pPr>
      <w:r>
        <w:t>NOTICE — Name what is happening within you.</w:t>
      </w:r>
    </w:p>
    <w:p w14:paraId="4779C707" w14:textId="77777777" w:rsidR="005A0029" w:rsidRDefault="00F83EB4">
      <w:pPr>
        <w:pStyle w:val="Heading3"/>
      </w:pPr>
      <w:r>
        <w:t>PRACTICE — Turn insight into one concrete action.</w:t>
      </w:r>
    </w:p>
    <w:p w14:paraId="25D536EE" w14:textId="77777777" w:rsidR="005A0029" w:rsidRDefault="00F83EB4">
      <w:pPr>
        <w:pStyle w:val="Heading3"/>
      </w:pPr>
      <w:r>
        <w:t>WRITE — Give your thoughts a safe place to land.</w:t>
      </w:r>
    </w:p>
    <w:p w14:paraId="7FA904B3" w14:textId="77777777" w:rsidR="005A0029" w:rsidRDefault="00F83EB4">
      <w:pPr>
        <w:pStyle w:val="Heading3"/>
      </w:pPr>
      <w:r>
        <w:t>PRAY — Bring the whole experience before God.</w:t>
      </w:r>
    </w:p>
    <w:p w14:paraId="122648BB" w14:textId="77777777" w:rsidR="005A0029" w:rsidRDefault="00F83EB4">
      <w:pPr>
        <w:pStyle w:val="Heading3"/>
      </w:pPr>
      <w:r>
        <w:t>LIVE — Carry one truth into the rest of your day.</w:t>
      </w:r>
    </w:p>
    <w:p w14:paraId="61C0F198" w14:textId="77777777" w:rsidR="005A0029" w:rsidRDefault="00F83EB4">
      <w:r>
        <w:br w:type="page"/>
      </w:r>
    </w:p>
    <w:p w14:paraId="42012EE2" w14:textId="77777777" w:rsidR="005A0029" w:rsidRDefault="00F83EB4">
      <w:pPr>
        <w:pStyle w:val="Heading2"/>
      </w:pPr>
      <w:r>
        <w:lastRenderedPageBreak/>
        <w:t>MONTH ONE</w:t>
      </w:r>
    </w:p>
    <w:p w14:paraId="427065B3" w14:textId="77777777" w:rsidR="005A0029" w:rsidRDefault="00F83EB4">
      <w:pPr>
        <w:jc w:val="center"/>
      </w:pPr>
      <w:r>
        <w:rPr>
          <w:b/>
          <w:color w:val="17324D"/>
          <w:sz w:val="48"/>
        </w:rPr>
        <w:t>WHEN THE STORM BREAKS</w:t>
      </w:r>
    </w:p>
    <w:p w14:paraId="6CFA5672" w14:textId="77777777" w:rsidR="005A0029" w:rsidRDefault="00F83EB4">
      <w:pPr>
        <w:jc w:val="center"/>
      </w:pPr>
      <w:r>
        <w:rPr>
          <w:i/>
          <w:color w:val="B08D3A"/>
          <w:sz w:val="24"/>
        </w:rPr>
        <w:t>Learning to Face What You Did Not Choose</w:t>
      </w:r>
    </w:p>
    <w:p w14:paraId="5AD34C1F" w14:textId="77777777" w:rsidR="005A0029" w:rsidRDefault="00F83EB4">
      <w:pPr>
        <w:jc w:val="center"/>
      </w:pPr>
      <w:r>
        <w:rPr>
          <w:color w:val="B08D3A"/>
          <w:sz w:val="24"/>
        </w:rPr>
        <w:t>—  ◆  —</w:t>
      </w:r>
    </w:p>
    <w:p w14:paraId="771C3313" w14:textId="77777777" w:rsidR="005A0029" w:rsidRDefault="00F83EB4">
      <w:r>
        <w:t>Monthly intention: Spend these thirty days practicing learning to face what you did not choose. Notice patterns without condemnation, return to Scripture, and choose one faithful practice at a time.</w:t>
      </w:r>
    </w:p>
    <w:p w14:paraId="0FE05CBC" w14:textId="77777777" w:rsidR="005A0029" w:rsidRDefault="00F83EB4">
      <w:pPr>
        <w:pStyle w:val="Heading2"/>
      </w:pPr>
      <w:r>
        <w:t>Monthly Check-In</w:t>
      </w:r>
    </w:p>
    <w:p w14:paraId="2D526374" w14:textId="77777777" w:rsidR="005A0029" w:rsidRDefault="00F83EB4">
      <w:r>
        <w:t>What feels heaviest as I begin this month?</w:t>
      </w:r>
    </w:p>
    <w:p w14:paraId="4CBE13BC" w14:textId="77777777" w:rsidR="005A0029" w:rsidRDefault="00F83EB4">
      <w:pPr>
        <w:spacing w:after="60"/>
      </w:pPr>
      <w:r>
        <w:rPr>
          <w:color w:val="B4B4B4"/>
          <w:sz w:val="16"/>
        </w:rPr>
        <w:t>________________________________________________________</w:t>
      </w:r>
    </w:p>
    <w:p w14:paraId="3307EEC9" w14:textId="77777777" w:rsidR="005A0029" w:rsidRDefault="00F83EB4">
      <w:pPr>
        <w:spacing w:after="60"/>
      </w:pPr>
      <w:r>
        <w:rPr>
          <w:color w:val="B4B4B4"/>
          <w:sz w:val="16"/>
        </w:rPr>
        <w:t>________________________________________________________</w:t>
      </w:r>
    </w:p>
    <w:p w14:paraId="5260668A" w14:textId="77777777" w:rsidR="005A0029" w:rsidRDefault="00F83EB4">
      <w:r>
        <w:t>What kind of peace am I asking God to cultivate in me?</w:t>
      </w:r>
    </w:p>
    <w:p w14:paraId="574AADF3" w14:textId="77777777" w:rsidR="005A0029" w:rsidRDefault="00F83EB4">
      <w:pPr>
        <w:spacing w:after="60"/>
      </w:pPr>
      <w:r>
        <w:rPr>
          <w:color w:val="B4B4B4"/>
          <w:sz w:val="16"/>
        </w:rPr>
        <w:t>________________________________________________________</w:t>
      </w:r>
    </w:p>
    <w:p w14:paraId="670019BE" w14:textId="77777777" w:rsidR="005A0029" w:rsidRDefault="00F83EB4">
      <w:pPr>
        <w:spacing w:after="60"/>
      </w:pPr>
      <w:r>
        <w:rPr>
          <w:color w:val="B4B4B4"/>
          <w:sz w:val="16"/>
        </w:rPr>
        <w:t>________________________________________________________</w:t>
      </w:r>
    </w:p>
    <w:p w14:paraId="09E87F65" w14:textId="77777777" w:rsidR="005A0029" w:rsidRDefault="00F83EB4">
      <w:r>
        <w:br w:type="page"/>
      </w:r>
    </w:p>
    <w:p w14:paraId="376BF259" w14:textId="77777777" w:rsidR="005A0029" w:rsidRDefault="00F83EB4">
      <w:pPr>
        <w:pStyle w:val="Heading2"/>
      </w:pPr>
      <w:r>
        <w:lastRenderedPageBreak/>
        <w:t>DAY 1</w:t>
      </w:r>
    </w:p>
    <w:p w14:paraId="433D2410" w14:textId="77777777" w:rsidR="005A0029" w:rsidRDefault="00F83EB4">
      <w:pPr>
        <w:pStyle w:val="Heading1"/>
      </w:pPr>
      <w:r>
        <w:t>When Life Changes Without Permission</w:t>
      </w:r>
    </w:p>
    <w:p w14:paraId="1B9D4A96" w14:textId="77777777" w:rsidR="005A0029" w:rsidRDefault="00F83EB4">
      <w:r>
        <w:rPr>
          <w:b/>
          <w:color w:val="B08D3A"/>
        </w:rPr>
        <w:t xml:space="preserve">ANCHOR SCRIPTURE  </w:t>
      </w:r>
      <w:r>
        <w:t>Psalm 46:1</w:t>
      </w:r>
    </w:p>
    <w:p w14:paraId="7C432EFC" w14:textId="77777777" w:rsidR="005A0029" w:rsidRDefault="00F83EB4">
      <w:pPr>
        <w:pStyle w:val="Heading2"/>
      </w:pPr>
      <w:r>
        <w:t>Guided Reflection</w:t>
      </w:r>
    </w:p>
    <w:p w14:paraId="386E793A" w14:textId="77777777" w:rsidR="005A0029" w:rsidRDefault="00F83EB4">
      <w:r>
        <w:t xml:space="preserve">Today, consider what “when life changes without permission”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012D6D55" w14:textId="77777777" w:rsidR="005A0029" w:rsidRDefault="00F83EB4">
      <w:pPr>
        <w:pStyle w:val="Heading2"/>
      </w:pPr>
      <w:r>
        <w:t>Pause &amp; Notice</w:t>
      </w:r>
    </w:p>
    <w:p w14:paraId="46C7FF64" w14:textId="77777777" w:rsidR="005A0029" w:rsidRDefault="00F83EB4">
      <w:r>
        <w:t>What is this theme revealing about my heart, thoughts, relationships, or current circumstances today?</w:t>
      </w:r>
    </w:p>
    <w:p w14:paraId="019D6AF0" w14:textId="77777777" w:rsidR="005A0029" w:rsidRDefault="00F83EB4">
      <w:pPr>
        <w:pStyle w:val="Heading2"/>
      </w:pPr>
      <w:r>
        <w:t>Peace Practice</w:t>
      </w:r>
    </w:p>
    <w:p w14:paraId="0F1C1C55" w14:textId="77777777" w:rsidR="005A0029" w:rsidRDefault="00F83EB4">
      <w:r>
        <w:t>Sit quietly for three minutes. Name what you feel without judging it. Then write one truth you want to carry into the day.</w:t>
      </w:r>
    </w:p>
    <w:p w14:paraId="4477A3A0" w14:textId="77777777" w:rsidR="005A0029" w:rsidRDefault="00F83EB4">
      <w:pPr>
        <w:pStyle w:val="Heading2"/>
      </w:pPr>
      <w:r>
        <w:t>My Thoughts &amp; Prayers</w:t>
      </w:r>
    </w:p>
    <w:p w14:paraId="3CCCFFB0" w14:textId="77777777" w:rsidR="005A0029" w:rsidRDefault="00F83EB4">
      <w:pPr>
        <w:spacing w:after="60"/>
      </w:pPr>
      <w:r>
        <w:rPr>
          <w:color w:val="B4B4B4"/>
          <w:sz w:val="16"/>
        </w:rPr>
        <w:t>________________________________________________________</w:t>
      </w:r>
    </w:p>
    <w:p w14:paraId="1F79DAE8" w14:textId="77777777" w:rsidR="005A0029" w:rsidRDefault="00F83EB4">
      <w:pPr>
        <w:spacing w:after="60"/>
      </w:pPr>
      <w:r>
        <w:rPr>
          <w:color w:val="B4B4B4"/>
          <w:sz w:val="16"/>
        </w:rPr>
        <w:t>________________________________________________________</w:t>
      </w:r>
    </w:p>
    <w:p w14:paraId="20CFB333" w14:textId="77777777" w:rsidR="005A0029" w:rsidRDefault="00F83EB4">
      <w:pPr>
        <w:spacing w:after="60"/>
      </w:pPr>
      <w:r>
        <w:rPr>
          <w:color w:val="B4B4B4"/>
          <w:sz w:val="16"/>
        </w:rPr>
        <w:t>________________________________________________________</w:t>
      </w:r>
    </w:p>
    <w:p w14:paraId="5B1A78DA" w14:textId="77777777" w:rsidR="005A0029" w:rsidRDefault="00F83EB4">
      <w:pPr>
        <w:spacing w:after="60"/>
      </w:pPr>
      <w:r>
        <w:rPr>
          <w:color w:val="B4B4B4"/>
          <w:sz w:val="16"/>
        </w:rPr>
        <w:t>________________________________________________________</w:t>
      </w:r>
    </w:p>
    <w:p w14:paraId="219B2E6B" w14:textId="77777777" w:rsidR="005A0029" w:rsidRDefault="00F83EB4">
      <w:pPr>
        <w:spacing w:after="60"/>
      </w:pPr>
      <w:r>
        <w:rPr>
          <w:color w:val="B4B4B4"/>
          <w:sz w:val="16"/>
        </w:rPr>
        <w:t>________________________________________________________</w:t>
      </w:r>
    </w:p>
    <w:p w14:paraId="595095F0" w14:textId="77777777" w:rsidR="005A0029" w:rsidRDefault="00F83EB4">
      <w:pPr>
        <w:pStyle w:val="Heading2"/>
      </w:pPr>
      <w:r>
        <w:t>Prayer</w:t>
      </w:r>
    </w:p>
    <w:p w14:paraId="0394F494" w14:textId="77777777" w:rsidR="005A0029" w:rsidRDefault="00F83EB4">
      <w:r>
        <w:t>Father, meet me in this practice of when life changes without permission.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47783D2" w14:textId="77777777" w:rsidR="005A0029" w:rsidRDefault="00F83EB4">
      <w:r>
        <w:rPr>
          <w:b/>
          <w:color w:val="B08D3A"/>
        </w:rPr>
        <w:lastRenderedPageBreak/>
        <w:t xml:space="preserve">TODAY'S DECLARATION  </w:t>
      </w:r>
      <w:r>
        <w:t>I will meet when life changes without permission with truth, faith, and practiced peace.</w:t>
      </w:r>
    </w:p>
    <w:p w14:paraId="7808CFA6" w14:textId="77777777" w:rsidR="005A0029" w:rsidRDefault="00F83EB4">
      <w:r>
        <w:br w:type="page"/>
      </w:r>
    </w:p>
    <w:p w14:paraId="051314A3" w14:textId="77777777" w:rsidR="005A0029" w:rsidRDefault="00F83EB4">
      <w:pPr>
        <w:pStyle w:val="Heading2"/>
      </w:pPr>
      <w:r>
        <w:lastRenderedPageBreak/>
        <w:t>DAY 2</w:t>
      </w:r>
    </w:p>
    <w:p w14:paraId="480B521C" w14:textId="77777777" w:rsidR="005A0029" w:rsidRDefault="00F83EB4">
      <w:pPr>
        <w:pStyle w:val="Heading1"/>
      </w:pPr>
      <w:r>
        <w:t>Naming the Storm</w:t>
      </w:r>
    </w:p>
    <w:p w14:paraId="7559CC0B" w14:textId="77777777" w:rsidR="005A0029" w:rsidRDefault="00F83EB4">
      <w:r>
        <w:rPr>
          <w:b/>
          <w:color w:val="B08D3A"/>
        </w:rPr>
        <w:t xml:space="preserve">ANCHOR SCRIPTURE  </w:t>
      </w:r>
      <w:r>
        <w:t>Psalm 34:18</w:t>
      </w:r>
    </w:p>
    <w:p w14:paraId="10F5B3F7" w14:textId="77777777" w:rsidR="005A0029" w:rsidRDefault="00F83EB4">
      <w:pPr>
        <w:pStyle w:val="Heading2"/>
      </w:pPr>
      <w:r>
        <w:t>Guided Reflection</w:t>
      </w:r>
    </w:p>
    <w:p w14:paraId="3D05C8D9" w14:textId="77777777" w:rsidR="005A0029" w:rsidRDefault="00F83EB4">
      <w:r>
        <w:t>Today, consider what “naming the storm”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truth is practi</w:t>
      </w:r>
      <w:r>
        <w:t>ced repeatedly, especially when circumstances remain unresolved.</w:t>
      </w:r>
    </w:p>
    <w:p w14:paraId="21F6F690" w14:textId="77777777" w:rsidR="005A0029" w:rsidRDefault="00F83EB4">
      <w:pPr>
        <w:pStyle w:val="Heading2"/>
      </w:pPr>
      <w:r>
        <w:t>Pause &amp; Notice</w:t>
      </w:r>
    </w:p>
    <w:p w14:paraId="1A5DC1F7" w14:textId="77777777" w:rsidR="005A0029" w:rsidRDefault="00F83EB4">
      <w:r>
        <w:t>What is this theme revealing about my heart, thoughts, relationships, or current circumstances today?</w:t>
      </w:r>
    </w:p>
    <w:p w14:paraId="19E6D76E" w14:textId="77777777" w:rsidR="005A0029" w:rsidRDefault="00F83EB4">
      <w:pPr>
        <w:pStyle w:val="Heading2"/>
      </w:pPr>
      <w:r>
        <w:t>Peace Practice</w:t>
      </w:r>
    </w:p>
    <w:p w14:paraId="47E3615D" w14:textId="77777777" w:rsidR="005A0029" w:rsidRDefault="00F83EB4">
      <w:r>
        <w:t>Draw two columns: 'What I can control' and 'What I must release.' Place each concern in the appropriate column and pray over both.</w:t>
      </w:r>
    </w:p>
    <w:p w14:paraId="791B14C8" w14:textId="77777777" w:rsidR="005A0029" w:rsidRDefault="00F83EB4">
      <w:pPr>
        <w:pStyle w:val="Heading2"/>
      </w:pPr>
      <w:r>
        <w:t>My Thoughts &amp; Prayers</w:t>
      </w:r>
    </w:p>
    <w:p w14:paraId="1EF9415B" w14:textId="77777777" w:rsidR="005A0029" w:rsidRDefault="00F83EB4">
      <w:pPr>
        <w:spacing w:after="60"/>
      </w:pPr>
      <w:r>
        <w:rPr>
          <w:color w:val="B4B4B4"/>
          <w:sz w:val="16"/>
        </w:rPr>
        <w:t>________________________________________________________</w:t>
      </w:r>
    </w:p>
    <w:p w14:paraId="5B4D0DE8" w14:textId="77777777" w:rsidR="005A0029" w:rsidRDefault="00F83EB4">
      <w:pPr>
        <w:spacing w:after="60"/>
      </w:pPr>
      <w:r>
        <w:rPr>
          <w:color w:val="B4B4B4"/>
          <w:sz w:val="16"/>
        </w:rPr>
        <w:t>________________________________________________________</w:t>
      </w:r>
    </w:p>
    <w:p w14:paraId="361B72EB" w14:textId="77777777" w:rsidR="005A0029" w:rsidRDefault="00F83EB4">
      <w:pPr>
        <w:spacing w:after="60"/>
      </w:pPr>
      <w:r>
        <w:rPr>
          <w:color w:val="B4B4B4"/>
          <w:sz w:val="16"/>
        </w:rPr>
        <w:t>________________________________________________________</w:t>
      </w:r>
    </w:p>
    <w:p w14:paraId="561481F4" w14:textId="77777777" w:rsidR="005A0029" w:rsidRDefault="00F83EB4">
      <w:pPr>
        <w:spacing w:after="60"/>
      </w:pPr>
      <w:r>
        <w:rPr>
          <w:color w:val="B4B4B4"/>
          <w:sz w:val="16"/>
        </w:rPr>
        <w:t>________________________________________________________</w:t>
      </w:r>
    </w:p>
    <w:p w14:paraId="6BCA4CA6" w14:textId="77777777" w:rsidR="005A0029" w:rsidRDefault="00F83EB4">
      <w:pPr>
        <w:spacing w:after="60"/>
      </w:pPr>
      <w:r>
        <w:rPr>
          <w:color w:val="B4B4B4"/>
          <w:sz w:val="16"/>
        </w:rPr>
        <w:t>________________________________________________________</w:t>
      </w:r>
    </w:p>
    <w:p w14:paraId="4AEB626E" w14:textId="77777777" w:rsidR="005A0029" w:rsidRDefault="00F83EB4">
      <w:pPr>
        <w:pStyle w:val="Heading2"/>
      </w:pPr>
      <w:r>
        <w:t>Prayer</w:t>
      </w:r>
    </w:p>
    <w:p w14:paraId="432C05FB" w14:textId="77777777" w:rsidR="005A0029" w:rsidRDefault="00F83EB4">
      <w:r>
        <w:t>Father, meet me in this practice of naming the storm.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AEE36DE" w14:textId="77777777" w:rsidR="005A0029" w:rsidRDefault="00F83EB4">
      <w:r>
        <w:rPr>
          <w:b/>
          <w:color w:val="B08D3A"/>
        </w:rPr>
        <w:lastRenderedPageBreak/>
        <w:t xml:space="preserve">TODAY'S DECLARATION  </w:t>
      </w:r>
      <w:r>
        <w:t>I will meet naming the storm with truth, faith, and practiced peace.</w:t>
      </w:r>
    </w:p>
    <w:p w14:paraId="6FBB9D77" w14:textId="77777777" w:rsidR="005A0029" w:rsidRDefault="00F83EB4">
      <w:r>
        <w:br w:type="page"/>
      </w:r>
    </w:p>
    <w:p w14:paraId="0B94CEA0" w14:textId="77777777" w:rsidR="005A0029" w:rsidRDefault="00F83EB4">
      <w:pPr>
        <w:pStyle w:val="Heading2"/>
      </w:pPr>
      <w:r>
        <w:lastRenderedPageBreak/>
        <w:t>DAY 3</w:t>
      </w:r>
    </w:p>
    <w:p w14:paraId="66C79548" w14:textId="77777777" w:rsidR="005A0029" w:rsidRDefault="00F83EB4">
      <w:pPr>
        <w:pStyle w:val="Heading1"/>
      </w:pPr>
      <w:r>
        <w:t>You Do Not Have to Pretend</w:t>
      </w:r>
    </w:p>
    <w:p w14:paraId="11B6DE19" w14:textId="77777777" w:rsidR="005A0029" w:rsidRDefault="00F83EB4">
      <w:r>
        <w:rPr>
          <w:b/>
          <w:color w:val="B08D3A"/>
        </w:rPr>
        <w:t xml:space="preserve">ANCHOR SCRIPTURE  </w:t>
      </w:r>
      <w:r>
        <w:t>Psalm 62:8</w:t>
      </w:r>
    </w:p>
    <w:p w14:paraId="2F7330FC" w14:textId="77777777" w:rsidR="005A0029" w:rsidRDefault="00F83EB4">
      <w:pPr>
        <w:pStyle w:val="Heading2"/>
      </w:pPr>
      <w:r>
        <w:t>Guided Reflection</w:t>
      </w:r>
    </w:p>
    <w:p w14:paraId="712B0D75" w14:textId="77777777" w:rsidR="005A0029" w:rsidRDefault="00F83EB4">
      <w:r>
        <w:t>Today, consider what “you do not have to pretend”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truth</w:t>
      </w:r>
      <w:r>
        <w:t xml:space="preserve"> is practiced repeatedly, especially when circumstances remain unresolved.</w:t>
      </w:r>
    </w:p>
    <w:p w14:paraId="1BB04083" w14:textId="77777777" w:rsidR="005A0029" w:rsidRDefault="00F83EB4">
      <w:pPr>
        <w:pStyle w:val="Heading2"/>
      </w:pPr>
      <w:r>
        <w:t>Pause &amp; Notice</w:t>
      </w:r>
    </w:p>
    <w:p w14:paraId="53A79092" w14:textId="77777777" w:rsidR="005A0029" w:rsidRDefault="00F83EB4">
      <w:r>
        <w:t>What is this theme revealing about my heart, thoughts, relationships, or current circumstances today?</w:t>
      </w:r>
    </w:p>
    <w:p w14:paraId="5E62069B" w14:textId="77777777" w:rsidR="005A0029" w:rsidRDefault="00F83EB4">
      <w:pPr>
        <w:pStyle w:val="Heading2"/>
      </w:pPr>
      <w:r>
        <w:t>Peace Practice</w:t>
      </w:r>
    </w:p>
    <w:p w14:paraId="71A452C7" w14:textId="77777777" w:rsidR="005A0029" w:rsidRDefault="00F83EB4">
      <w:r>
        <w:t>Take five slow breaths. With each inhale, receive God's presence; with each exhale, release one pressure you have been carrying.</w:t>
      </w:r>
    </w:p>
    <w:p w14:paraId="4808A0C4" w14:textId="77777777" w:rsidR="005A0029" w:rsidRDefault="00F83EB4">
      <w:pPr>
        <w:pStyle w:val="Heading2"/>
      </w:pPr>
      <w:r>
        <w:t>My Thoughts &amp; Prayers</w:t>
      </w:r>
    </w:p>
    <w:p w14:paraId="0E0C5E71" w14:textId="77777777" w:rsidR="005A0029" w:rsidRDefault="00F83EB4">
      <w:pPr>
        <w:spacing w:after="60"/>
      </w:pPr>
      <w:r>
        <w:rPr>
          <w:color w:val="B4B4B4"/>
          <w:sz w:val="16"/>
        </w:rPr>
        <w:t>________________________________________________________</w:t>
      </w:r>
    </w:p>
    <w:p w14:paraId="0B8FC35C" w14:textId="77777777" w:rsidR="005A0029" w:rsidRDefault="00F83EB4">
      <w:pPr>
        <w:spacing w:after="60"/>
      </w:pPr>
      <w:r>
        <w:rPr>
          <w:color w:val="B4B4B4"/>
          <w:sz w:val="16"/>
        </w:rPr>
        <w:t>________________________________________________________</w:t>
      </w:r>
    </w:p>
    <w:p w14:paraId="25465DA4" w14:textId="77777777" w:rsidR="005A0029" w:rsidRDefault="00F83EB4">
      <w:pPr>
        <w:spacing w:after="60"/>
      </w:pPr>
      <w:r>
        <w:rPr>
          <w:color w:val="B4B4B4"/>
          <w:sz w:val="16"/>
        </w:rPr>
        <w:t>________________________________________________________</w:t>
      </w:r>
    </w:p>
    <w:p w14:paraId="17831F6B" w14:textId="77777777" w:rsidR="005A0029" w:rsidRDefault="00F83EB4">
      <w:pPr>
        <w:spacing w:after="60"/>
      </w:pPr>
      <w:r>
        <w:rPr>
          <w:color w:val="B4B4B4"/>
          <w:sz w:val="16"/>
        </w:rPr>
        <w:t>________________________________________________________</w:t>
      </w:r>
    </w:p>
    <w:p w14:paraId="1C590040" w14:textId="77777777" w:rsidR="005A0029" w:rsidRDefault="00F83EB4">
      <w:pPr>
        <w:spacing w:after="60"/>
      </w:pPr>
      <w:r>
        <w:rPr>
          <w:color w:val="B4B4B4"/>
          <w:sz w:val="16"/>
        </w:rPr>
        <w:t>________________________________________________________</w:t>
      </w:r>
    </w:p>
    <w:p w14:paraId="1D6B4974" w14:textId="77777777" w:rsidR="005A0029" w:rsidRDefault="00F83EB4">
      <w:pPr>
        <w:pStyle w:val="Heading2"/>
      </w:pPr>
      <w:r>
        <w:t>Prayer</w:t>
      </w:r>
    </w:p>
    <w:p w14:paraId="37EDB571" w14:textId="77777777" w:rsidR="005A0029" w:rsidRDefault="00F83EB4">
      <w:r>
        <w:t>Father, meet me in this practice of you do not have to pretend.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55682C6" w14:textId="77777777" w:rsidR="005A0029" w:rsidRDefault="00F83EB4">
      <w:r>
        <w:rPr>
          <w:b/>
          <w:color w:val="B08D3A"/>
        </w:rPr>
        <w:lastRenderedPageBreak/>
        <w:t xml:space="preserve">TODAY'S DECLARATION  </w:t>
      </w:r>
      <w:r>
        <w:t>I will meet you do not have to pretend with truth, faith, and practiced peace.</w:t>
      </w:r>
    </w:p>
    <w:p w14:paraId="52E3ADC9" w14:textId="77777777" w:rsidR="005A0029" w:rsidRDefault="00F83EB4">
      <w:r>
        <w:br w:type="page"/>
      </w:r>
    </w:p>
    <w:p w14:paraId="038ED948" w14:textId="77777777" w:rsidR="005A0029" w:rsidRDefault="00F83EB4">
      <w:pPr>
        <w:pStyle w:val="Heading2"/>
      </w:pPr>
      <w:r>
        <w:lastRenderedPageBreak/>
        <w:t>DAY 4</w:t>
      </w:r>
    </w:p>
    <w:p w14:paraId="1A3249CB" w14:textId="77777777" w:rsidR="005A0029" w:rsidRDefault="00F83EB4">
      <w:pPr>
        <w:pStyle w:val="Heading1"/>
      </w:pPr>
      <w:r>
        <w:t>When the Future Feels Uncertain</w:t>
      </w:r>
    </w:p>
    <w:p w14:paraId="1645B1C9" w14:textId="77777777" w:rsidR="005A0029" w:rsidRDefault="00F83EB4">
      <w:r>
        <w:rPr>
          <w:b/>
          <w:color w:val="B08D3A"/>
        </w:rPr>
        <w:t xml:space="preserve">ANCHOR SCRIPTURE  </w:t>
      </w:r>
      <w:r>
        <w:t>Proverbs 3:5-6</w:t>
      </w:r>
    </w:p>
    <w:p w14:paraId="0AC238F9" w14:textId="77777777" w:rsidR="005A0029" w:rsidRDefault="00F83EB4">
      <w:pPr>
        <w:pStyle w:val="Heading2"/>
      </w:pPr>
      <w:r>
        <w:t>Guided Reflection</w:t>
      </w:r>
    </w:p>
    <w:p w14:paraId="581070D6" w14:textId="77777777" w:rsidR="005A0029" w:rsidRDefault="00F83EB4">
      <w:r>
        <w:t xml:space="preserve">Today, consider what “when the future feels uncertain”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09C5AD6B" w14:textId="77777777" w:rsidR="005A0029" w:rsidRDefault="00F83EB4">
      <w:pPr>
        <w:pStyle w:val="Heading2"/>
      </w:pPr>
      <w:r>
        <w:t>Pause &amp; Notice</w:t>
      </w:r>
    </w:p>
    <w:p w14:paraId="7F9A9605" w14:textId="77777777" w:rsidR="005A0029" w:rsidRDefault="00F83EB4">
      <w:r>
        <w:t>What is this theme revealing about my heart, thoughts, relationships, or current circumstances today?</w:t>
      </w:r>
    </w:p>
    <w:p w14:paraId="687A27D6" w14:textId="77777777" w:rsidR="005A0029" w:rsidRDefault="00F83EB4">
      <w:pPr>
        <w:pStyle w:val="Heading2"/>
      </w:pPr>
      <w:r>
        <w:t>Peace Practice</w:t>
      </w:r>
    </w:p>
    <w:p w14:paraId="31573DD8" w14:textId="77777777" w:rsidR="005A0029" w:rsidRDefault="00F83EB4">
      <w:r>
        <w:t>Write one recurring fearful thought. Under it, write a Scripture-shaped response that is more truthful and life-giving.</w:t>
      </w:r>
    </w:p>
    <w:p w14:paraId="7AEC6008" w14:textId="77777777" w:rsidR="005A0029" w:rsidRDefault="00F83EB4">
      <w:pPr>
        <w:pStyle w:val="Heading2"/>
      </w:pPr>
      <w:r>
        <w:t>My Thoughts &amp; Prayers</w:t>
      </w:r>
    </w:p>
    <w:p w14:paraId="592D0792" w14:textId="77777777" w:rsidR="005A0029" w:rsidRDefault="00F83EB4">
      <w:pPr>
        <w:spacing w:after="60"/>
      </w:pPr>
      <w:r>
        <w:rPr>
          <w:color w:val="B4B4B4"/>
          <w:sz w:val="16"/>
        </w:rPr>
        <w:t>________________________________________________________</w:t>
      </w:r>
    </w:p>
    <w:p w14:paraId="2F883ED6" w14:textId="77777777" w:rsidR="005A0029" w:rsidRDefault="00F83EB4">
      <w:pPr>
        <w:spacing w:after="60"/>
      </w:pPr>
      <w:r>
        <w:rPr>
          <w:color w:val="B4B4B4"/>
          <w:sz w:val="16"/>
        </w:rPr>
        <w:t>________________________________________________________</w:t>
      </w:r>
    </w:p>
    <w:p w14:paraId="18DF6692" w14:textId="77777777" w:rsidR="005A0029" w:rsidRDefault="00F83EB4">
      <w:pPr>
        <w:spacing w:after="60"/>
      </w:pPr>
      <w:r>
        <w:rPr>
          <w:color w:val="B4B4B4"/>
          <w:sz w:val="16"/>
        </w:rPr>
        <w:t>________________________________________________________</w:t>
      </w:r>
    </w:p>
    <w:p w14:paraId="4D6EA5D0" w14:textId="77777777" w:rsidR="005A0029" w:rsidRDefault="00F83EB4">
      <w:pPr>
        <w:spacing w:after="60"/>
      </w:pPr>
      <w:r>
        <w:rPr>
          <w:color w:val="B4B4B4"/>
          <w:sz w:val="16"/>
        </w:rPr>
        <w:t>________________________________________________________</w:t>
      </w:r>
    </w:p>
    <w:p w14:paraId="28DBEDF0" w14:textId="77777777" w:rsidR="005A0029" w:rsidRDefault="00F83EB4">
      <w:pPr>
        <w:spacing w:after="60"/>
      </w:pPr>
      <w:r>
        <w:rPr>
          <w:color w:val="B4B4B4"/>
          <w:sz w:val="16"/>
        </w:rPr>
        <w:t>________________________________________________________</w:t>
      </w:r>
    </w:p>
    <w:p w14:paraId="1843CDB5" w14:textId="77777777" w:rsidR="005A0029" w:rsidRDefault="00F83EB4">
      <w:pPr>
        <w:pStyle w:val="Heading2"/>
      </w:pPr>
      <w:r>
        <w:t>Prayer</w:t>
      </w:r>
    </w:p>
    <w:p w14:paraId="7C375119" w14:textId="77777777" w:rsidR="005A0029" w:rsidRDefault="00F83EB4">
      <w:r>
        <w:t>Father, meet me in this practice of when the future feels uncertain.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12F1CB2" w14:textId="77777777" w:rsidR="005A0029" w:rsidRDefault="00F83EB4">
      <w:r>
        <w:rPr>
          <w:b/>
          <w:color w:val="B08D3A"/>
        </w:rPr>
        <w:lastRenderedPageBreak/>
        <w:t xml:space="preserve">TODAY'S DECLARATION  </w:t>
      </w:r>
      <w:r>
        <w:t>I will meet when the future feels uncertain with truth, faith, and practiced peace.</w:t>
      </w:r>
    </w:p>
    <w:p w14:paraId="376CD92B" w14:textId="77777777" w:rsidR="005A0029" w:rsidRDefault="00F83EB4">
      <w:r>
        <w:br w:type="page"/>
      </w:r>
    </w:p>
    <w:p w14:paraId="65D40DE0" w14:textId="77777777" w:rsidR="005A0029" w:rsidRDefault="00F83EB4">
      <w:pPr>
        <w:pStyle w:val="Heading2"/>
      </w:pPr>
      <w:r>
        <w:lastRenderedPageBreak/>
        <w:t>DAY 5</w:t>
      </w:r>
    </w:p>
    <w:p w14:paraId="1325409D" w14:textId="77777777" w:rsidR="005A0029" w:rsidRDefault="00F83EB4">
      <w:pPr>
        <w:pStyle w:val="Heading1"/>
      </w:pPr>
      <w:r>
        <w:t>God Is Present Here Too</w:t>
      </w:r>
    </w:p>
    <w:p w14:paraId="172C92A4" w14:textId="77777777" w:rsidR="005A0029" w:rsidRDefault="00F83EB4">
      <w:r>
        <w:rPr>
          <w:b/>
          <w:color w:val="B08D3A"/>
        </w:rPr>
        <w:t xml:space="preserve">ANCHOR SCRIPTURE  </w:t>
      </w:r>
      <w:r>
        <w:t>Isaiah 43:2</w:t>
      </w:r>
    </w:p>
    <w:p w14:paraId="24025B9F" w14:textId="77777777" w:rsidR="005A0029" w:rsidRDefault="00F83EB4">
      <w:pPr>
        <w:pStyle w:val="Heading2"/>
      </w:pPr>
      <w:r>
        <w:t>Guided Reflection</w:t>
      </w:r>
    </w:p>
    <w:p w14:paraId="0981A587" w14:textId="77777777" w:rsidR="005A0029" w:rsidRDefault="00F83EB4">
      <w:r>
        <w:t>Today, consider what “god is present here too”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truth is</w:t>
      </w:r>
      <w:r>
        <w:t xml:space="preserve"> practiced repeatedly, especially when circumstances remain unresolved.</w:t>
      </w:r>
    </w:p>
    <w:p w14:paraId="4DB7D973" w14:textId="77777777" w:rsidR="005A0029" w:rsidRDefault="00F83EB4">
      <w:pPr>
        <w:pStyle w:val="Heading2"/>
      </w:pPr>
      <w:r>
        <w:t>Pause &amp; Notice</w:t>
      </w:r>
    </w:p>
    <w:p w14:paraId="211DED77" w14:textId="77777777" w:rsidR="005A0029" w:rsidRDefault="00F83EB4">
      <w:r>
        <w:t>What is this theme revealing about my heart, thoughts, relationships, or current circumstances today?</w:t>
      </w:r>
    </w:p>
    <w:p w14:paraId="142BBC29" w14:textId="77777777" w:rsidR="005A0029" w:rsidRDefault="00F83EB4">
      <w:pPr>
        <w:pStyle w:val="Heading2"/>
      </w:pPr>
      <w:r>
        <w:t>Peace Practice</w:t>
      </w:r>
    </w:p>
    <w:p w14:paraId="6CDE20C5" w14:textId="77777777" w:rsidR="005A0029" w:rsidRDefault="00F83EB4">
      <w:r>
        <w:t>Identify one small action that would create greater peace today. Make it specific enough to complete before the day ends.</w:t>
      </w:r>
    </w:p>
    <w:p w14:paraId="209C2865" w14:textId="77777777" w:rsidR="005A0029" w:rsidRDefault="00F83EB4">
      <w:pPr>
        <w:pStyle w:val="Heading2"/>
      </w:pPr>
      <w:r>
        <w:t>My Thoughts &amp; Prayers</w:t>
      </w:r>
    </w:p>
    <w:p w14:paraId="21C663DD" w14:textId="77777777" w:rsidR="005A0029" w:rsidRDefault="00F83EB4">
      <w:pPr>
        <w:spacing w:after="60"/>
      </w:pPr>
      <w:r>
        <w:rPr>
          <w:color w:val="B4B4B4"/>
          <w:sz w:val="16"/>
        </w:rPr>
        <w:t>________________________________________________________</w:t>
      </w:r>
    </w:p>
    <w:p w14:paraId="52F1DF77" w14:textId="77777777" w:rsidR="005A0029" w:rsidRDefault="00F83EB4">
      <w:pPr>
        <w:spacing w:after="60"/>
      </w:pPr>
      <w:r>
        <w:rPr>
          <w:color w:val="B4B4B4"/>
          <w:sz w:val="16"/>
        </w:rPr>
        <w:t>________________________________________________________</w:t>
      </w:r>
    </w:p>
    <w:p w14:paraId="2416AB54" w14:textId="77777777" w:rsidR="005A0029" w:rsidRDefault="00F83EB4">
      <w:pPr>
        <w:spacing w:after="60"/>
      </w:pPr>
      <w:r>
        <w:rPr>
          <w:color w:val="B4B4B4"/>
          <w:sz w:val="16"/>
        </w:rPr>
        <w:t>________________________________________________________</w:t>
      </w:r>
    </w:p>
    <w:p w14:paraId="14B779DA" w14:textId="77777777" w:rsidR="005A0029" w:rsidRDefault="00F83EB4">
      <w:pPr>
        <w:spacing w:after="60"/>
      </w:pPr>
      <w:r>
        <w:rPr>
          <w:color w:val="B4B4B4"/>
          <w:sz w:val="16"/>
        </w:rPr>
        <w:t>________________________________________________________</w:t>
      </w:r>
    </w:p>
    <w:p w14:paraId="5DCA6CD8" w14:textId="77777777" w:rsidR="005A0029" w:rsidRDefault="00F83EB4">
      <w:pPr>
        <w:spacing w:after="60"/>
      </w:pPr>
      <w:r>
        <w:rPr>
          <w:color w:val="B4B4B4"/>
          <w:sz w:val="16"/>
        </w:rPr>
        <w:t>________________________________________________________</w:t>
      </w:r>
    </w:p>
    <w:p w14:paraId="39BE93B4" w14:textId="77777777" w:rsidR="005A0029" w:rsidRDefault="00F83EB4">
      <w:pPr>
        <w:pStyle w:val="Heading2"/>
      </w:pPr>
      <w:r>
        <w:t>Prayer</w:t>
      </w:r>
    </w:p>
    <w:p w14:paraId="5F35362F" w14:textId="77777777" w:rsidR="005A0029" w:rsidRDefault="00F83EB4">
      <w:r>
        <w:t>Father, meet me in this practice of god is present here too.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76C8218" w14:textId="77777777" w:rsidR="005A0029" w:rsidRDefault="00F83EB4">
      <w:r>
        <w:rPr>
          <w:b/>
          <w:color w:val="B08D3A"/>
        </w:rPr>
        <w:lastRenderedPageBreak/>
        <w:t xml:space="preserve">TODAY'S DECLARATION  </w:t>
      </w:r>
      <w:r>
        <w:t>I will meet god is present here too with truth, faith, and practiced peace.</w:t>
      </w:r>
    </w:p>
    <w:p w14:paraId="38C77E1A" w14:textId="77777777" w:rsidR="005A0029" w:rsidRDefault="00F83EB4">
      <w:r>
        <w:br w:type="page"/>
      </w:r>
    </w:p>
    <w:p w14:paraId="583D8BCD" w14:textId="77777777" w:rsidR="005A0029" w:rsidRDefault="00F83EB4">
      <w:pPr>
        <w:pStyle w:val="Heading2"/>
      </w:pPr>
      <w:r>
        <w:lastRenderedPageBreak/>
        <w:t>DAY 6</w:t>
      </w:r>
    </w:p>
    <w:p w14:paraId="4C2927F1" w14:textId="77777777" w:rsidR="005A0029" w:rsidRDefault="00F83EB4">
      <w:pPr>
        <w:pStyle w:val="Heading1"/>
      </w:pPr>
      <w:r>
        <w:t>Permission to Feel</w:t>
      </w:r>
    </w:p>
    <w:p w14:paraId="61EE14AD" w14:textId="77777777" w:rsidR="005A0029" w:rsidRDefault="00F83EB4">
      <w:r>
        <w:rPr>
          <w:b/>
          <w:color w:val="B08D3A"/>
        </w:rPr>
        <w:t xml:space="preserve">ANCHOR SCRIPTURE  </w:t>
      </w:r>
      <w:r>
        <w:t>Psalm 42:11</w:t>
      </w:r>
    </w:p>
    <w:p w14:paraId="059C1FAC" w14:textId="77777777" w:rsidR="005A0029" w:rsidRDefault="00F83EB4">
      <w:pPr>
        <w:pStyle w:val="Heading2"/>
      </w:pPr>
      <w:r>
        <w:t>Guided Reflection</w:t>
      </w:r>
    </w:p>
    <w:p w14:paraId="5177AF66" w14:textId="77777777" w:rsidR="005A0029" w:rsidRDefault="00F83EB4">
      <w:r>
        <w:t>Today, consider what “permission to feel”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truth is prac</w:t>
      </w:r>
      <w:r>
        <w:t>ticed repeatedly, especially when circumstances remain unresolved.</w:t>
      </w:r>
    </w:p>
    <w:p w14:paraId="7790B272" w14:textId="77777777" w:rsidR="005A0029" w:rsidRDefault="00F83EB4">
      <w:pPr>
        <w:pStyle w:val="Heading2"/>
      </w:pPr>
      <w:r>
        <w:t>Pause &amp; Notice</w:t>
      </w:r>
    </w:p>
    <w:p w14:paraId="051AA9D1" w14:textId="77777777" w:rsidR="005A0029" w:rsidRDefault="00F83EB4">
      <w:r>
        <w:t>What is this theme revealing about my heart, thoughts, relationships, or current circumstances today?</w:t>
      </w:r>
    </w:p>
    <w:p w14:paraId="6AF167B4" w14:textId="77777777" w:rsidR="005A0029" w:rsidRDefault="00F83EB4">
      <w:pPr>
        <w:pStyle w:val="Heading2"/>
      </w:pPr>
      <w:r>
        <w:t>Peace Practice</w:t>
      </w:r>
    </w:p>
    <w:p w14:paraId="4A2447BF" w14:textId="77777777" w:rsidR="005A0029" w:rsidRDefault="00F83EB4">
      <w:r>
        <w:t>Reach out to one trusted, mature person. Share one thing you have been carrying silently and allow yourself to receive support.</w:t>
      </w:r>
    </w:p>
    <w:p w14:paraId="6CE13ED4" w14:textId="77777777" w:rsidR="005A0029" w:rsidRDefault="00F83EB4">
      <w:pPr>
        <w:pStyle w:val="Heading2"/>
      </w:pPr>
      <w:r>
        <w:t>My Thoughts &amp; Prayers</w:t>
      </w:r>
    </w:p>
    <w:p w14:paraId="1834400E" w14:textId="77777777" w:rsidR="005A0029" w:rsidRDefault="00F83EB4">
      <w:pPr>
        <w:spacing w:after="60"/>
      </w:pPr>
      <w:r>
        <w:rPr>
          <w:color w:val="B4B4B4"/>
          <w:sz w:val="16"/>
        </w:rPr>
        <w:t>________________________________________________________</w:t>
      </w:r>
    </w:p>
    <w:p w14:paraId="278A2870" w14:textId="77777777" w:rsidR="005A0029" w:rsidRDefault="00F83EB4">
      <w:pPr>
        <w:spacing w:after="60"/>
      </w:pPr>
      <w:r>
        <w:rPr>
          <w:color w:val="B4B4B4"/>
          <w:sz w:val="16"/>
        </w:rPr>
        <w:t>________________________________________________________</w:t>
      </w:r>
    </w:p>
    <w:p w14:paraId="7A3E11DF" w14:textId="77777777" w:rsidR="005A0029" w:rsidRDefault="00F83EB4">
      <w:pPr>
        <w:spacing w:after="60"/>
      </w:pPr>
      <w:r>
        <w:rPr>
          <w:color w:val="B4B4B4"/>
          <w:sz w:val="16"/>
        </w:rPr>
        <w:t>________________________________________________________</w:t>
      </w:r>
    </w:p>
    <w:p w14:paraId="3A409944" w14:textId="77777777" w:rsidR="005A0029" w:rsidRDefault="00F83EB4">
      <w:pPr>
        <w:spacing w:after="60"/>
      </w:pPr>
      <w:r>
        <w:rPr>
          <w:color w:val="B4B4B4"/>
          <w:sz w:val="16"/>
        </w:rPr>
        <w:t>________________________________________________________</w:t>
      </w:r>
    </w:p>
    <w:p w14:paraId="5B4485EA" w14:textId="77777777" w:rsidR="005A0029" w:rsidRDefault="00F83EB4">
      <w:pPr>
        <w:spacing w:after="60"/>
      </w:pPr>
      <w:r>
        <w:rPr>
          <w:color w:val="B4B4B4"/>
          <w:sz w:val="16"/>
        </w:rPr>
        <w:t>________________________________________________________</w:t>
      </w:r>
    </w:p>
    <w:p w14:paraId="6ED25565" w14:textId="77777777" w:rsidR="005A0029" w:rsidRDefault="00F83EB4">
      <w:pPr>
        <w:pStyle w:val="Heading2"/>
      </w:pPr>
      <w:r>
        <w:t>Prayer</w:t>
      </w:r>
    </w:p>
    <w:p w14:paraId="1622F968" w14:textId="77777777" w:rsidR="005A0029" w:rsidRDefault="00F83EB4">
      <w:r>
        <w:t>Father, meet me in this practice of permission to feel.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6C6CC0B" w14:textId="77777777" w:rsidR="005A0029" w:rsidRDefault="00F83EB4">
      <w:r>
        <w:rPr>
          <w:b/>
          <w:color w:val="B08D3A"/>
        </w:rPr>
        <w:lastRenderedPageBreak/>
        <w:t xml:space="preserve">TODAY'S DECLARATION  </w:t>
      </w:r>
      <w:r>
        <w:t>I will meet permission to feel with truth, faith, and practiced peace.</w:t>
      </w:r>
    </w:p>
    <w:p w14:paraId="238EA3DB" w14:textId="77777777" w:rsidR="005A0029" w:rsidRDefault="00F83EB4">
      <w:r>
        <w:br w:type="page"/>
      </w:r>
    </w:p>
    <w:p w14:paraId="3230C494" w14:textId="77777777" w:rsidR="005A0029" w:rsidRDefault="00F83EB4">
      <w:pPr>
        <w:pStyle w:val="Heading2"/>
      </w:pPr>
      <w:r>
        <w:lastRenderedPageBreak/>
        <w:t>DAY 7</w:t>
      </w:r>
    </w:p>
    <w:p w14:paraId="13F22834" w14:textId="77777777" w:rsidR="005A0029" w:rsidRDefault="00F83EB4">
      <w:pPr>
        <w:pStyle w:val="Heading1"/>
      </w:pPr>
      <w:r>
        <w:t>One Day at a Time</w:t>
      </w:r>
    </w:p>
    <w:p w14:paraId="4BFCFC7A" w14:textId="77777777" w:rsidR="005A0029" w:rsidRDefault="00F83EB4">
      <w:r>
        <w:rPr>
          <w:b/>
          <w:color w:val="B08D3A"/>
        </w:rPr>
        <w:t xml:space="preserve">ANCHOR SCRIPTURE  </w:t>
      </w:r>
      <w:r>
        <w:t>Matthew 6:34</w:t>
      </w:r>
    </w:p>
    <w:p w14:paraId="436EA6E4" w14:textId="77777777" w:rsidR="005A0029" w:rsidRDefault="00F83EB4">
      <w:pPr>
        <w:pStyle w:val="Heading2"/>
      </w:pPr>
      <w:r>
        <w:t>Guided Reflection</w:t>
      </w:r>
    </w:p>
    <w:p w14:paraId="0705591D" w14:textId="77777777" w:rsidR="005A0029" w:rsidRDefault="00F83EB4">
      <w:r>
        <w:t>Today, consider what “one day at a time”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truth is pract</w:t>
      </w:r>
      <w:r>
        <w:t>iced repeatedly, especially when circumstances remain unresolved.</w:t>
      </w:r>
    </w:p>
    <w:p w14:paraId="733870AB" w14:textId="77777777" w:rsidR="005A0029" w:rsidRDefault="00F83EB4">
      <w:pPr>
        <w:pStyle w:val="Heading2"/>
      </w:pPr>
      <w:r>
        <w:t>Pause &amp; Notice</w:t>
      </w:r>
    </w:p>
    <w:p w14:paraId="574746BB" w14:textId="77777777" w:rsidR="005A0029" w:rsidRDefault="00F83EB4">
      <w:r>
        <w:t>What is this theme revealing about my heart, thoughts, relationships, or current circumstances today?</w:t>
      </w:r>
    </w:p>
    <w:p w14:paraId="64716273" w14:textId="77777777" w:rsidR="005A0029" w:rsidRDefault="00F83EB4">
      <w:pPr>
        <w:pStyle w:val="Heading2"/>
      </w:pPr>
      <w:r>
        <w:t>Peace Practice</w:t>
      </w:r>
    </w:p>
    <w:p w14:paraId="6CDAD2E8" w14:textId="77777777" w:rsidR="005A0029" w:rsidRDefault="00F83EB4">
      <w:r>
        <w:t>Practice a ten-minute quiet period without your phone. Notice what surfaces, then bring it honestly into prayer.</w:t>
      </w:r>
    </w:p>
    <w:p w14:paraId="21D9F529" w14:textId="77777777" w:rsidR="005A0029" w:rsidRDefault="00F83EB4">
      <w:pPr>
        <w:pStyle w:val="Heading2"/>
      </w:pPr>
      <w:r>
        <w:t>My Thoughts &amp; Prayers</w:t>
      </w:r>
    </w:p>
    <w:p w14:paraId="419EE882" w14:textId="77777777" w:rsidR="005A0029" w:rsidRDefault="00F83EB4">
      <w:pPr>
        <w:spacing w:after="60"/>
      </w:pPr>
      <w:r>
        <w:rPr>
          <w:color w:val="B4B4B4"/>
          <w:sz w:val="16"/>
        </w:rPr>
        <w:t>________________________________________________________</w:t>
      </w:r>
    </w:p>
    <w:p w14:paraId="084A8910" w14:textId="77777777" w:rsidR="005A0029" w:rsidRDefault="00F83EB4">
      <w:pPr>
        <w:spacing w:after="60"/>
      </w:pPr>
      <w:r>
        <w:rPr>
          <w:color w:val="B4B4B4"/>
          <w:sz w:val="16"/>
        </w:rPr>
        <w:t>________________________________________________________</w:t>
      </w:r>
    </w:p>
    <w:p w14:paraId="2E78E961" w14:textId="77777777" w:rsidR="005A0029" w:rsidRDefault="00F83EB4">
      <w:pPr>
        <w:spacing w:after="60"/>
      </w:pPr>
      <w:r>
        <w:rPr>
          <w:color w:val="B4B4B4"/>
          <w:sz w:val="16"/>
        </w:rPr>
        <w:t>________________________________________________________</w:t>
      </w:r>
    </w:p>
    <w:p w14:paraId="6F9DFB69" w14:textId="77777777" w:rsidR="005A0029" w:rsidRDefault="00F83EB4">
      <w:pPr>
        <w:spacing w:after="60"/>
      </w:pPr>
      <w:r>
        <w:rPr>
          <w:color w:val="B4B4B4"/>
          <w:sz w:val="16"/>
        </w:rPr>
        <w:t>________________________________________________________</w:t>
      </w:r>
    </w:p>
    <w:p w14:paraId="1AC2EECC" w14:textId="77777777" w:rsidR="005A0029" w:rsidRDefault="00F83EB4">
      <w:pPr>
        <w:spacing w:after="60"/>
      </w:pPr>
      <w:r>
        <w:rPr>
          <w:color w:val="B4B4B4"/>
          <w:sz w:val="16"/>
        </w:rPr>
        <w:t>________________________________________________________</w:t>
      </w:r>
    </w:p>
    <w:p w14:paraId="434FC121" w14:textId="77777777" w:rsidR="005A0029" w:rsidRDefault="00F83EB4">
      <w:pPr>
        <w:pStyle w:val="Heading2"/>
      </w:pPr>
      <w:r>
        <w:t>Prayer</w:t>
      </w:r>
    </w:p>
    <w:p w14:paraId="65B0F198" w14:textId="77777777" w:rsidR="005A0029" w:rsidRDefault="00F83EB4">
      <w:r>
        <w:t>Father, meet me in this practice of one day at a time.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0312F8E" w14:textId="77777777" w:rsidR="005A0029" w:rsidRDefault="00F83EB4">
      <w:r>
        <w:rPr>
          <w:b/>
          <w:color w:val="B08D3A"/>
        </w:rPr>
        <w:lastRenderedPageBreak/>
        <w:t xml:space="preserve">TODAY'S DECLARATION  </w:t>
      </w:r>
      <w:r>
        <w:t>I will meet one day at a time with truth, faith, and practiced peace.</w:t>
      </w:r>
    </w:p>
    <w:p w14:paraId="09FA448A" w14:textId="77777777" w:rsidR="005A0029" w:rsidRDefault="00F83EB4">
      <w:r>
        <w:br w:type="page"/>
      </w:r>
    </w:p>
    <w:p w14:paraId="61240F76" w14:textId="77777777" w:rsidR="005A0029" w:rsidRDefault="00F83EB4">
      <w:pPr>
        <w:pStyle w:val="Heading2"/>
      </w:pPr>
      <w:r>
        <w:lastRenderedPageBreak/>
        <w:t>DAY 8</w:t>
      </w:r>
    </w:p>
    <w:p w14:paraId="3F721DF3" w14:textId="77777777" w:rsidR="005A0029" w:rsidRDefault="00F83EB4">
      <w:pPr>
        <w:pStyle w:val="Heading1"/>
      </w:pPr>
      <w:r>
        <w:t>When You Cannot Fix It</w:t>
      </w:r>
    </w:p>
    <w:p w14:paraId="17F3C554" w14:textId="77777777" w:rsidR="005A0029" w:rsidRDefault="00F83EB4">
      <w:r>
        <w:rPr>
          <w:b/>
          <w:color w:val="B08D3A"/>
        </w:rPr>
        <w:t xml:space="preserve">ANCHOR SCRIPTURE  </w:t>
      </w:r>
      <w:r>
        <w:t>Psalm 55:22</w:t>
      </w:r>
    </w:p>
    <w:p w14:paraId="7DE5D704" w14:textId="77777777" w:rsidR="005A0029" w:rsidRDefault="00F83EB4">
      <w:pPr>
        <w:pStyle w:val="Heading2"/>
      </w:pPr>
      <w:r>
        <w:t>Guided Reflection</w:t>
      </w:r>
    </w:p>
    <w:p w14:paraId="7576BACC" w14:textId="77777777" w:rsidR="005A0029" w:rsidRDefault="00F83EB4">
      <w:r>
        <w:t xml:space="preserve">Today, consider what “when you cannot fix it”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truth is </w:t>
      </w:r>
      <w:r>
        <w:t>practiced repeatedly, especially when circumstances remain unresolved.</w:t>
      </w:r>
    </w:p>
    <w:p w14:paraId="66E9182C" w14:textId="77777777" w:rsidR="005A0029" w:rsidRDefault="00F83EB4">
      <w:pPr>
        <w:pStyle w:val="Heading2"/>
      </w:pPr>
      <w:r>
        <w:t>Pause &amp; Notice</w:t>
      </w:r>
    </w:p>
    <w:p w14:paraId="175137C3" w14:textId="77777777" w:rsidR="005A0029" w:rsidRDefault="00F83EB4">
      <w:r>
        <w:t>What is this theme revealing about my heart, thoughts, relationships, or current circumstances today?</w:t>
      </w:r>
    </w:p>
    <w:p w14:paraId="21D4FD46" w14:textId="77777777" w:rsidR="005A0029" w:rsidRDefault="00F83EB4">
      <w:pPr>
        <w:pStyle w:val="Heading2"/>
      </w:pPr>
      <w:r>
        <w:t>Peace Practice</w:t>
      </w:r>
    </w:p>
    <w:p w14:paraId="03051A36" w14:textId="77777777" w:rsidR="005A0029" w:rsidRDefault="00F83EB4">
      <w:r>
        <w:t>Sit quietly for three minutes. Name what you feel without judging it. Then write one truth you want to carry into the day.</w:t>
      </w:r>
    </w:p>
    <w:p w14:paraId="75CB2A6F" w14:textId="77777777" w:rsidR="005A0029" w:rsidRDefault="00F83EB4">
      <w:pPr>
        <w:pStyle w:val="Heading2"/>
      </w:pPr>
      <w:r>
        <w:t>My Thoughts &amp; Prayers</w:t>
      </w:r>
    </w:p>
    <w:p w14:paraId="0E27D399" w14:textId="77777777" w:rsidR="005A0029" w:rsidRDefault="00F83EB4">
      <w:pPr>
        <w:spacing w:after="60"/>
      </w:pPr>
      <w:r>
        <w:rPr>
          <w:color w:val="B4B4B4"/>
          <w:sz w:val="16"/>
        </w:rPr>
        <w:t>________________________________________________________</w:t>
      </w:r>
    </w:p>
    <w:p w14:paraId="28ED54F2" w14:textId="77777777" w:rsidR="005A0029" w:rsidRDefault="00F83EB4">
      <w:pPr>
        <w:spacing w:after="60"/>
      </w:pPr>
      <w:r>
        <w:rPr>
          <w:color w:val="B4B4B4"/>
          <w:sz w:val="16"/>
        </w:rPr>
        <w:t>________________________________________________________</w:t>
      </w:r>
    </w:p>
    <w:p w14:paraId="33E0A2E1" w14:textId="77777777" w:rsidR="005A0029" w:rsidRDefault="00F83EB4">
      <w:pPr>
        <w:spacing w:after="60"/>
      </w:pPr>
      <w:r>
        <w:rPr>
          <w:color w:val="B4B4B4"/>
          <w:sz w:val="16"/>
        </w:rPr>
        <w:t>________________________________________________________</w:t>
      </w:r>
    </w:p>
    <w:p w14:paraId="4BD558D8" w14:textId="77777777" w:rsidR="005A0029" w:rsidRDefault="00F83EB4">
      <w:pPr>
        <w:spacing w:after="60"/>
      </w:pPr>
      <w:r>
        <w:rPr>
          <w:color w:val="B4B4B4"/>
          <w:sz w:val="16"/>
        </w:rPr>
        <w:t>________________________________________________________</w:t>
      </w:r>
    </w:p>
    <w:p w14:paraId="52BE3EC5" w14:textId="77777777" w:rsidR="005A0029" w:rsidRDefault="00F83EB4">
      <w:pPr>
        <w:spacing w:after="60"/>
      </w:pPr>
      <w:r>
        <w:rPr>
          <w:color w:val="B4B4B4"/>
          <w:sz w:val="16"/>
        </w:rPr>
        <w:t>________________________________________________________</w:t>
      </w:r>
    </w:p>
    <w:p w14:paraId="677ADF69" w14:textId="77777777" w:rsidR="005A0029" w:rsidRDefault="00F83EB4">
      <w:pPr>
        <w:pStyle w:val="Heading2"/>
      </w:pPr>
      <w:r>
        <w:t>Prayer</w:t>
      </w:r>
    </w:p>
    <w:p w14:paraId="6FD9A2CC" w14:textId="77777777" w:rsidR="005A0029" w:rsidRDefault="00F83EB4">
      <w:r>
        <w:t>Father, meet me in this practice of when you cannot fix it.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B475C48" w14:textId="77777777" w:rsidR="005A0029" w:rsidRDefault="00F83EB4">
      <w:r>
        <w:rPr>
          <w:b/>
          <w:color w:val="B08D3A"/>
        </w:rPr>
        <w:lastRenderedPageBreak/>
        <w:t xml:space="preserve">TODAY'S DECLARATION  </w:t>
      </w:r>
      <w:r>
        <w:t>I will meet when you cannot fix it with truth, faith, and practiced peace.</w:t>
      </w:r>
    </w:p>
    <w:p w14:paraId="4BABE67C" w14:textId="77777777" w:rsidR="005A0029" w:rsidRDefault="00F83EB4">
      <w:r>
        <w:br w:type="page"/>
      </w:r>
    </w:p>
    <w:p w14:paraId="1CB602F5" w14:textId="77777777" w:rsidR="005A0029" w:rsidRDefault="00F83EB4">
      <w:pPr>
        <w:pStyle w:val="Heading2"/>
      </w:pPr>
      <w:r>
        <w:lastRenderedPageBreak/>
        <w:t>DAY 9</w:t>
      </w:r>
    </w:p>
    <w:p w14:paraId="0D9C37AA" w14:textId="77777777" w:rsidR="005A0029" w:rsidRDefault="00F83EB4">
      <w:pPr>
        <w:pStyle w:val="Heading1"/>
      </w:pPr>
      <w:r>
        <w:t>The Pressure to Be Strong</w:t>
      </w:r>
    </w:p>
    <w:p w14:paraId="3D103340" w14:textId="77777777" w:rsidR="005A0029" w:rsidRDefault="00F83EB4">
      <w:r>
        <w:rPr>
          <w:b/>
          <w:color w:val="B08D3A"/>
        </w:rPr>
        <w:t xml:space="preserve">ANCHOR SCRIPTURE  </w:t>
      </w:r>
      <w:r>
        <w:t>2 Corinthians 12:9</w:t>
      </w:r>
    </w:p>
    <w:p w14:paraId="318AE476" w14:textId="77777777" w:rsidR="005A0029" w:rsidRDefault="00F83EB4">
      <w:pPr>
        <w:pStyle w:val="Heading2"/>
      </w:pPr>
      <w:r>
        <w:t>Guided Reflection</w:t>
      </w:r>
    </w:p>
    <w:p w14:paraId="386B3DE9" w14:textId="77777777" w:rsidR="005A0029" w:rsidRDefault="00F83EB4">
      <w:r>
        <w:t xml:space="preserve">Today, consider what “the pressure to be strong”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truth </w:t>
      </w:r>
      <w:r>
        <w:t>is practiced repeatedly, especially when circumstances remain unresolved.</w:t>
      </w:r>
    </w:p>
    <w:p w14:paraId="0532F295" w14:textId="77777777" w:rsidR="005A0029" w:rsidRDefault="00F83EB4">
      <w:pPr>
        <w:pStyle w:val="Heading2"/>
      </w:pPr>
      <w:r>
        <w:t>Pause &amp; Notice</w:t>
      </w:r>
    </w:p>
    <w:p w14:paraId="0E90F6EE" w14:textId="77777777" w:rsidR="005A0029" w:rsidRDefault="00F83EB4">
      <w:r>
        <w:t>What is this theme revealing about my heart, thoughts, relationships, or current circumstances today?</w:t>
      </w:r>
    </w:p>
    <w:p w14:paraId="6A5DAFCC" w14:textId="77777777" w:rsidR="005A0029" w:rsidRDefault="00F83EB4">
      <w:pPr>
        <w:pStyle w:val="Heading2"/>
      </w:pPr>
      <w:r>
        <w:t>Peace Practice</w:t>
      </w:r>
    </w:p>
    <w:p w14:paraId="272E0CD0" w14:textId="77777777" w:rsidR="005A0029" w:rsidRDefault="00F83EB4">
      <w:r>
        <w:t>Draw two columns: 'What I can control' and 'What I must release.' Place each concern in the appropriate column and pray over both.</w:t>
      </w:r>
    </w:p>
    <w:p w14:paraId="2CAE4A07" w14:textId="77777777" w:rsidR="005A0029" w:rsidRDefault="00F83EB4">
      <w:pPr>
        <w:pStyle w:val="Heading2"/>
      </w:pPr>
      <w:r>
        <w:t>My Thoughts &amp; Prayers</w:t>
      </w:r>
    </w:p>
    <w:p w14:paraId="355AA671" w14:textId="77777777" w:rsidR="005A0029" w:rsidRDefault="00F83EB4">
      <w:pPr>
        <w:spacing w:after="60"/>
      </w:pPr>
      <w:r>
        <w:rPr>
          <w:color w:val="B4B4B4"/>
          <w:sz w:val="16"/>
        </w:rPr>
        <w:t>________________________________________________________</w:t>
      </w:r>
    </w:p>
    <w:p w14:paraId="71B003DB" w14:textId="77777777" w:rsidR="005A0029" w:rsidRDefault="00F83EB4">
      <w:pPr>
        <w:spacing w:after="60"/>
      </w:pPr>
      <w:r>
        <w:rPr>
          <w:color w:val="B4B4B4"/>
          <w:sz w:val="16"/>
        </w:rPr>
        <w:t>________________________________________________________</w:t>
      </w:r>
    </w:p>
    <w:p w14:paraId="0890DB5A" w14:textId="77777777" w:rsidR="005A0029" w:rsidRDefault="00F83EB4">
      <w:pPr>
        <w:spacing w:after="60"/>
      </w:pPr>
      <w:r>
        <w:rPr>
          <w:color w:val="B4B4B4"/>
          <w:sz w:val="16"/>
        </w:rPr>
        <w:t>________________________________________________________</w:t>
      </w:r>
    </w:p>
    <w:p w14:paraId="383BC9A9" w14:textId="77777777" w:rsidR="005A0029" w:rsidRDefault="00F83EB4">
      <w:pPr>
        <w:spacing w:after="60"/>
      </w:pPr>
      <w:r>
        <w:rPr>
          <w:color w:val="B4B4B4"/>
          <w:sz w:val="16"/>
        </w:rPr>
        <w:t>________________________________________________________</w:t>
      </w:r>
    </w:p>
    <w:p w14:paraId="68B43A8C" w14:textId="77777777" w:rsidR="005A0029" w:rsidRDefault="00F83EB4">
      <w:pPr>
        <w:spacing w:after="60"/>
      </w:pPr>
      <w:r>
        <w:rPr>
          <w:color w:val="B4B4B4"/>
          <w:sz w:val="16"/>
        </w:rPr>
        <w:t>________________________________________________________</w:t>
      </w:r>
    </w:p>
    <w:p w14:paraId="65370B1D" w14:textId="77777777" w:rsidR="005A0029" w:rsidRDefault="00F83EB4">
      <w:pPr>
        <w:pStyle w:val="Heading2"/>
      </w:pPr>
      <w:r>
        <w:t>Prayer</w:t>
      </w:r>
    </w:p>
    <w:p w14:paraId="0BB233DA" w14:textId="77777777" w:rsidR="005A0029" w:rsidRDefault="00F83EB4">
      <w:r>
        <w:t>Father, meet me in this practice of the pressure to be strong.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E7BDD47" w14:textId="77777777" w:rsidR="005A0029" w:rsidRDefault="00F83EB4">
      <w:r>
        <w:rPr>
          <w:b/>
          <w:color w:val="B08D3A"/>
        </w:rPr>
        <w:lastRenderedPageBreak/>
        <w:t xml:space="preserve">TODAY'S DECLARATION  </w:t>
      </w:r>
      <w:r>
        <w:t>I will meet the pressure to be strong with truth, faith, and practiced peace.</w:t>
      </w:r>
    </w:p>
    <w:p w14:paraId="00E4D7A5" w14:textId="77777777" w:rsidR="005A0029" w:rsidRDefault="00F83EB4">
      <w:r>
        <w:br w:type="page"/>
      </w:r>
    </w:p>
    <w:p w14:paraId="6631892A" w14:textId="77777777" w:rsidR="005A0029" w:rsidRDefault="00F83EB4">
      <w:pPr>
        <w:pStyle w:val="Heading2"/>
      </w:pPr>
      <w:r>
        <w:lastRenderedPageBreak/>
        <w:t>DAY 10</w:t>
      </w:r>
    </w:p>
    <w:p w14:paraId="15680141" w14:textId="77777777" w:rsidR="005A0029" w:rsidRDefault="00F83EB4">
      <w:pPr>
        <w:pStyle w:val="Heading1"/>
      </w:pPr>
      <w:r>
        <w:t>God Meets Us in Vulnerability</w:t>
      </w:r>
    </w:p>
    <w:p w14:paraId="5204D641" w14:textId="77777777" w:rsidR="005A0029" w:rsidRDefault="00F83EB4">
      <w:r>
        <w:rPr>
          <w:b/>
          <w:color w:val="B08D3A"/>
        </w:rPr>
        <w:t xml:space="preserve">ANCHOR SCRIPTURE  </w:t>
      </w:r>
      <w:r>
        <w:t>Hebrews 4:15-16</w:t>
      </w:r>
    </w:p>
    <w:p w14:paraId="1E9C6BEF" w14:textId="77777777" w:rsidR="005A0029" w:rsidRDefault="00F83EB4">
      <w:pPr>
        <w:pStyle w:val="Heading2"/>
      </w:pPr>
      <w:r>
        <w:t>Guided Reflection</w:t>
      </w:r>
    </w:p>
    <w:p w14:paraId="71E56E03" w14:textId="77777777" w:rsidR="005A0029" w:rsidRDefault="00F83EB4">
      <w:r>
        <w:t>Today, consider what “god meets us in vulnerability”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w:t>
      </w:r>
      <w:r>
        <w:t>uth is practiced repeatedly, especially when circumstances remain unresolved.</w:t>
      </w:r>
    </w:p>
    <w:p w14:paraId="09BA6028" w14:textId="77777777" w:rsidR="005A0029" w:rsidRDefault="00F83EB4">
      <w:pPr>
        <w:pStyle w:val="Heading2"/>
      </w:pPr>
      <w:r>
        <w:t>Pause &amp; Notice</w:t>
      </w:r>
    </w:p>
    <w:p w14:paraId="4E0783C5" w14:textId="77777777" w:rsidR="005A0029" w:rsidRDefault="00F83EB4">
      <w:r>
        <w:t>What is this theme revealing about my heart, thoughts, relationships, or current circumstances today?</w:t>
      </w:r>
    </w:p>
    <w:p w14:paraId="115700F9" w14:textId="77777777" w:rsidR="005A0029" w:rsidRDefault="00F83EB4">
      <w:pPr>
        <w:pStyle w:val="Heading2"/>
      </w:pPr>
      <w:r>
        <w:t>Peace Practice</w:t>
      </w:r>
    </w:p>
    <w:p w14:paraId="51CD1338" w14:textId="77777777" w:rsidR="005A0029" w:rsidRDefault="00F83EB4">
      <w:r>
        <w:t>Take five slow breaths. With each inhale, receive God's presence; with each exhale, release one pressure you have been carrying.</w:t>
      </w:r>
    </w:p>
    <w:p w14:paraId="43671F1D" w14:textId="77777777" w:rsidR="005A0029" w:rsidRDefault="00F83EB4">
      <w:pPr>
        <w:pStyle w:val="Heading2"/>
      </w:pPr>
      <w:r>
        <w:t>My Thoughts &amp; Prayers</w:t>
      </w:r>
    </w:p>
    <w:p w14:paraId="66217838" w14:textId="77777777" w:rsidR="005A0029" w:rsidRDefault="00F83EB4">
      <w:pPr>
        <w:spacing w:after="60"/>
      </w:pPr>
      <w:r>
        <w:rPr>
          <w:color w:val="B4B4B4"/>
          <w:sz w:val="16"/>
        </w:rPr>
        <w:t>________________________________________________________</w:t>
      </w:r>
    </w:p>
    <w:p w14:paraId="2D0DF0A2" w14:textId="77777777" w:rsidR="005A0029" w:rsidRDefault="00F83EB4">
      <w:pPr>
        <w:spacing w:after="60"/>
      </w:pPr>
      <w:r>
        <w:rPr>
          <w:color w:val="B4B4B4"/>
          <w:sz w:val="16"/>
        </w:rPr>
        <w:t>________________________________________________________</w:t>
      </w:r>
    </w:p>
    <w:p w14:paraId="0AD54D19" w14:textId="77777777" w:rsidR="005A0029" w:rsidRDefault="00F83EB4">
      <w:pPr>
        <w:spacing w:after="60"/>
      </w:pPr>
      <w:r>
        <w:rPr>
          <w:color w:val="B4B4B4"/>
          <w:sz w:val="16"/>
        </w:rPr>
        <w:t>________________________________________________________</w:t>
      </w:r>
    </w:p>
    <w:p w14:paraId="33FB6E2E" w14:textId="77777777" w:rsidR="005A0029" w:rsidRDefault="00F83EB4">
      <w:pPr>
        <w:spacing w:after="60"/>
      </w:pPr>
      <w:r>
        <w:rPr>
          <w:color w:val="B4B4B4"/>
          <w:sz w:val="16"/>
        </w:rPr>
        <w:t>________________________________________________________</w:t>
      </w:r>
    </w:p>
    <w:p w14:paraId="4FBEBA18" w14:textId="77777777" w:rsidR="005A0029" w:rsidRDefault="00F83EB4">
      <w:pPr>
        <w:spacing w:after="60"/>
      </w:pPr>
      <w:r>
        <w:rPr>
          <w:color w:val="B4B4B4"/>
          <w:sz w:val="16"/>
        </w:rPr>
        <w:t>________________________________________________________</w:t>
      </w:r>
    </w:p>
    <w:p w14:paraId="62F60D53" w14:textId="77777777" w:rsidR="005A0029" w:rsidRDefault="00F83EB4">
      <w:pPr>
        <w:pStyle w:val="Heading2"/>
      </w:pPr>
      <w:r>
        <w:t>Prayer</w:t>
      </w:r>
    </w:p>
    <w:p w14:paraId="146A047E" w14:textId="77777777" w:rsidR="005A0029" w:rsidRDefault="00F83EB4">
      <w:r>
        <w:t>Father, meet me in this practice of god meets us in vulnerability.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23B195C" w14:textId="77777777" w:rsidR="005A0029" w:rsidRDefault="00F83EB4">
      <w:r>
        <w:rPr>
          <w:b/>
          <w:color w:val="B08D3A"/>
        </w:rPr>
        <w:lastRenderedPageBreak/>
        <w:t xml:space="preserve">TODAY'S DECLARATION  </w:t>
      </w:r>
      <w:r>
        <w:t>I will meet god meets us in vulnerability with truth, faith, and practiced peace.</w:t>
      </w:r>
    </w:p>
    <w:p w14:paraId="7048B21D" w14:textId="77777777" w:rsidR="005A0029" w:rsidRDefault="00F83EB4">
      <w:r>
        <w:br w:type="page"/>
      </w:r>
    </w:p>
    <w:p w14:paraId="2FE5FE9E" w14:textId="77777777" w:rsidR="005A0029" w:rsidRDefault="00F83EB4">
      <w:pPr>
        <w:pStyle w:val="Heading2"/>
      </w:pPr>
      <w:r>
        <w:lastRenderedPageBreak/>
        <w:t>DAY 11</w:t>
      </w:r>
    </w:p>
    <w:p w14:paraId="2565C572" w14:textId="77777777" w:rsidR="005A0029" w:rsidRDefault="00F83EB4">
      <w:pPr>
        <w:pStyle w:val="Heading1"/>
      </w:pPr>
      <w:r>
        <w:t>When Fear Starts Writing the Story</w:t>
      </w:r>
    </w:p>
    <w:p w14:paraId="4C547C48" w14:textId="77777777" w:rsidR="005A0029" w:rsidRDefault="00F83EB4">
      <w:r>
        <w:rPr>
          <w:b/>
          <w:color w:val="B08D3A"/>
        </w:rPr>
        <w:t xml:space="preserve">ANCHOR SCRIPTURE  </w:t>
      </w:r>
      <w:r>
        <w:t>Isaiah 41:10</w:t>
      </w:r>
    </w:p>
    <w:p w14:paraId="6030B623" w14:textId="77777777" w:rsidR="005A0029" w:rsidRDefault="00F83EB4">
      <w:pPr>
        <w:pStyle w:val="Heading2"/>
      </w:pPr>
      <w:r>
        <w:t>Guided Reflection</w:t>
      </w:r>
    </w:p>
    <w:p w14:paraId="47C850B4" w14:textId="77777777" w:rsidR="005A0029" w:rsidRDefault="00F83EB4">
      <w:r>
        <w:t>Today, consider what “when fear starts writing the story”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w:t>
      </w:r>
      <w:r>
        <w:t>en truth is practiced repeatedly, especially when circumstances remain unresolved.</w:t>
      </w:r>
    </w:p>
    <w:p w14:paraId="6ACCEA1F" w14:textId="77777777" w:rsidR="005A0029" w:rsidRDefault="00F83EB4">
      <w:pPr>
        <w:pStyle w:val="Heading2"/>
      </w:pPr>
      <w:r>
        <w:t>Pause &amp; Notice</w:t>
      </w:r>
    </w:p>
    <w:p w14:paraId="523E9435" w14:textId="77777777" w:rsidR="005A0029" w:rsidRDefault="00F83EB4">
      <w:r>
        <w:t>What is this theme revealing about my heart, thoughts, relationships, or current circumstances today?</w:t>
      </w:r>
    </w:p>
    <w:p w14:paraId="45C8934A" w14:textId="77777777" w:rsidR="005A0029" w:rsidRDefault="00F83EB4">
      <w:pPr>
        <w:pStyle w:val="Heading2"/>
      </w:pPr>
      <w:r>
        <w:t>Peace Practice</w:t>
      </w:r>
    </w:p>
    <w:p w14:paraId="3AC75626" w14:textId="77777777" w:rsidR="005A0029" w:rsidRDefault="00F83EB4">
      <w:r>
        <w:t>Write one recurring fearful thought. Under it, write a Scripture-shaped response that is more truthful and life-giving.</w:t>
      </w:r>
    </w:p>
    <w:p w14:paraId="0C40C899" w14:textId="77777777" w:rsidR="005A0029" w:rsidRDefault="00F83EB4">
      <w:pPr>
        <w:pStyle w:val="Heading2"/>
      </w:pPr>
      <w:r>
        <w:t>My Thoughts &amp; Prayers</w:t>
      </w:r>
    </w:p>
    <w:p w14:paraId="2C5C526D" w14:textId="77777777" w:rsidR="005A0029" w:rsidRDefault="00F83EB4">
      <w:pPr>
        <w:spacing w:after="60"/>
      </w:pPr>
      <w:r>
        <w:rPr>
          <w:color w:val="B4B4B4"/>
          <w:sz w:val="16"/>
        </w:rPr>
        <w:t>________________________________________________________</w:t>
      </w:r>
    </w:p>
    <w:p w14:paraId="6CD2E5F4" w14:textId="77777777" w:rsidR="005A0029" w:rsidRDefault="00F83EB4">
      <w:pPr>
        <w:spacing w:after="60"/>
      </w:pPr>
      <w:r>
        <w:rPr>
          <w:color w:val="B4B4B4"/>
          <w:sz w:val="16"/>
        </w:rPr>
        <w:t>________________________________________________________</w:t>
      </w:r>
    </w:p>
    <w:p w14:paraId="71CCB0FB" w14:textId="77777777" w:rsidR="005A0029" w:rsidRDefault="00F83EB4">
      <w:pPr>
        <w:spacing w:after="60"/>
      </w:pPr>
      <w:r>
        <w:rPr>
          <w:color w:val="B4B4B4"/>
          <w:sz w:val="16"/>
        </w:rPr>
        <w:t>________________________________________________________</w:t>
      </w:r>
    </w:p>
    <w:p w14:paraId="54AE8A63" w14:textId="77777777" w:rsidR="005A0029" w:rsidRDefault="00F83EB4">
      <w:pPr>
        <w:spacing w:after="60"/>
      </w:pPr>
      <w:r>
        <w:rPr>
          <w:color w:val="B4B4B4"/>
          <w:sz w:val="16"/>
        </w:rPr>
        <w:t>________________________________________________________</w:t>
      </w:r>
    </w:p>
    <w:p w14:paraId="46FFE5E2" w14:textId="77777777" w:rsidR="005A0029" w:rsidRDefault="00F83EB4">
      <w:pPr>
        <w:spacing w:after="60"/>
      </w:pPr>
      <w:r>
        <w:rPr>
          <w:color w:val="B4B4B4"/>
          <w:sz w:val="16"/>
        </w:rPr>
        <w:t>________________________________________________________</w:t>
      </w:r>
    </w:p>
    <w:p w14:paraId="6222FAD9" w14:textId="77777777" w:rsidR="005A0029" w:rsidRDefault="00F83EB4">
      <w:pPr>
        <w:pStyle w:val="Heading2"/>
      </w:pPr>
      <w:r>
        <w:t>Prayer</w:t>
      </w:r>
    </w:p>
    <w:p w14:paraId="72FE3850" w14:textId="77777777" w:rsidR="005A0029" w:rsidRDefault="00F83EB4">
      <w:r>
        <w:t>Father, meet me in this practice of when fear starts writing the story.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DC33AF8" w14:textId="77777777" w:rsidR="005A0029" w:rsidRDefault="00F83EB4">
      <w:r>
        <w:rPr>
          <w:b/>
          <w:color w:val="B08D3A"/>
        </w:rPr>
        <w:lastRenderedPageBreak/>
        <w:t xml:space="preserve">TODAY'S DECLARATION  </w:t>
      </w:r>
      <w:r>
        <w:t>I will meet when fear starts writing the story with truth, faith, and practiced peace.</w:t>
      </w:r>
    </w:p>
    <w:p w14:paraId="65B9F0C4" w14:textId="77777777" w:rsidR="005A0029" w:rsidRDefault="00F83EB4">
      <w:r>
        <w:br w:type="page"/>
      </w:r>
    </w:p>
    <w:p w14:paraId="295683A5" w14:textId="77777777" w:rsidR="005A0029" w:rsidRDefault="00F83EB4">
      <w:pPr>
        <w:pStyle w:val="Heading2"/>
      </w:pPr>
      <w:r>
        <w:lastRenderedPageBreak/>
        <w:t>DAY 12</w:t>
      </w:r>
    </w:p>
    <w:p w14:paraId="77050EC1" w14:textId="77777777" w:rsidR="005A0029" w:rsidRDefault="00F83EB4">
      <w:pPr>
        <w:pStyle w:val="Heading1"/>
      </w:pPr>
      <w:r>
        <w:t>The Questions Without Answers</w:t>
      </w:r>
    </w:p>
    <w:p w14:paraId="1813FCB3" w14:textId="77777777" w:rsidR="005A0029" w:rsidRDefault="00F83EB4">
      <w:r>
        <w:rPr>
          <w:b/>
          <w:color w:val="B08D3A"/>
        </w:rPr>
        <w:t xml:space="preserve">ANCHOR SCRIPTURE  </w:t>
      </w:r>
      <w:r>
        <w:t>Deuteronomy 29:29</w:t>
      </w:r>
    </w:p>
    <w:p w14:paraId="51D218CC" w14:textId="77777777" w:rsidR="005A0029" w:rsidRDefault="00F83EB4">
      <w:pPr>
        <w:pStyle w:val="Heading2"/>
      </w:pPr>
      <w:r>
        <w:t>Guided Reflection</w:t>
      </w:r>
    </w:p>
    <w:p w14:paraId="040E25AD" w14:textId="77777777" w:rsidR="005A0029" w:rsidRDefault="00F83EB4">
      <w:r>
        <w:t>Today, consider what “the questions without answers”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w:t>
      </w:r>
      <w:r>
        <w:t>uth is practiced repeatedly, especially when circumstances remain unresolved.</w:t>
      </w:r>
    </w:p>
    <w:p w14:paraId="2DC80FFA" w14:textId="77777777" w:rsidR="005A0029" w:rsidRDefault="00F83EB4">
      <w:pPr>
        <w:pStyle w:val="Heading2"/>
      </w:pPr>
      <w:r>
        <w:t>Pause &amp; Notice</w:t>
      </w:r>
    </w:p>
    <w:p w14:paraId="6F19B126" w14:textId="77777777" w:rsidR="005A0029" w:rsidRDefault="00F83EB4">
      <w:r>
        <w:t>What is this theme revealing about my heart, thoughts, relationships, or current circumstances today?</w:t>
      </w:r>
    </w:p>
    <w:p w14:paraId="47ADFC02" w14:textId="77777777" w:rsidR="005A0029" w:rsidRDefault="00F83EB4">
      <w:pPr>
        <w:pStyle w:val="Heading2"/>
      </w:pPr>
      <w:r>
        <w:t>Peace Practice</w:t>
      </w:r>
    </w:p>
    <w:p w14:paraId="78A9C6A5" w14:textId="77777777" w:rsidR="005A0029" w:rsidRDefault="00F83EB4">
      <w:r>
        <w:t>Identify one small action that would create greater peace today. Make it specific enough to complete before the day ends.</w:t>
      </w:r>
    </w:p>
    <w:p w14:paraId="243693B1" w14:textId="77777777" w:rsidR="005A0029" w:rsidRDefault="00F83EB4">
      <w:pPr>
        <w:pStyle w:val="Heading2"/>
      </w:pPr>
      <w:r>
        <w:t>My Thoughts &amp; Prayers</w:t>
      </w:r>
    </w:p>
    <w:p w14:paraId="5CCCA891" w14:textId="77777777" w:rsidR="005A0029" w:rsidRDefault="00F83EB4">
      <w:pPr>
        <w:spacing w:after="60"/>
      </w:pPr>
      <w:r>
        <w:rPr>
          <w:color w:val="B4B4B4"/>
          <w:sz w:val="16"/>
        </w:rPr>
        <w:t>________________________________________________________</w:t>
      </w:r>
    </w:p>
    <w:p w14:paraId="326BB684" w14:textId="77777777" w:rsidR="005A0029" w:rsidRDefault="00F83EB4">
      <w:pPr>
        <w:spacing w:after="60"/>
      </w:pPr>
      <w:r>
        <w:rPr>
          <w:color w:val="B4B4B4"/>
          <w:sz w:val="16"/>
        </w:rPr>
        <w:t>________________________________________________________</w:t>
      </w:r>
    </w:p>
    <w:p w14:paraId="6945B8BF" w14:textId="77777777" w:rsidR="005A0029" w:rsidRDefault="00F83EB4">
      <w:pPr>
        <w:spacing w:after="60"/>
      </w:pPr>
      <w:r>
        <w:rPr>
          <w:color w:val="B4B4B4"/>
          <w:sz w:val="16"/>
        </w:rPr>
        <w:t>________________________________________________________</w:t>
      </w:r>
    </w:p>
    <w:p w14:paraId="32CD6C93" w14:textId="77777777" w:rsidR="005A0029" w:rsidRDefault="00F83EB4">
      <w:pPr>
        <w:spacing w:after="60"/>
      </w:pPr>
      <w:r>
        <w:rPr>
          <w:color w:val="B4B4B4"/>
          <w:sz w:val="16"/>
        </w:rPr>
        <w:t>________________________________________________________</w:t>
      </w:r>
    </w:p>
    <w:p w14:paraId="0DCB208B" w14:textId="77777777" w:rsidR="005A0029" w:rsidRDefault="00F83EB4">
      <w:pPr>
        <w:spacing w:after="60"/>
      </w:pPr>
      <w:r>
        <w:rPr>
          <w:color w:val="B4B4B4"/>
          <w:sz w:val="16"/>
        </w:rPr>
        <w:t>________________________________________________________</w:t>
      </w:r>
    </w:p>
    <w:p w14:paraId="44AC1F81" w14:textId="77777777" w:rsidR="005A0029" w:rsidRDefault="00F83EB4">
      <w:pPr>
        <w:pStyle w:val="Heading2"/>
      </w:pPr>
      <w:r>
        <w:t>Prayer</w:t>
      </w:r>
    </w:p>
    <w:p w14:paraId="1A417BBF" w14:textId="77777777" w:rsidR="005A0029" w:rsidRDefault="00F83EB4">
      <w:r>
        <w:t>Father, meet me in this practice of the questions without answers.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D3506BB" w14:textId="77777777" w:rsidR="005A0029" w:rsidRDefault="00F83EB4">
      <w:r>
        <w:rPr>
          <w:b/>
          <w:color w:val="B08D3A"/>
        </w:rPr>
        <w:lastRenderedPageBreak/>
        <w:t xml:space="preserve">TODAY'S DECLARATION  </w:t>
      </w:r>
      <w:r>
        <w:t>I will meet the questions without answers with truth, faith, and practiced peace.</w:t>
      </w:r>
    </w:p>
    <w:p w14:paraId="5650248D" w14:textId="77777777" w:rsidR="005A0029" w:rsidRDefault="00F83EB4">
      <w:r>
        <w:br w:type="page"/>
      </w:r>
    </w:p>
    <w:p w14:paraId="5B970F49" w14:textId="77777777" w:rsidR="005A0029" w:rsidRDefault="00F83EB4">
      <w:pPr>
        <w:pStyle w:val="Heading2"/>
      </w:pPr>
      <w:r>
        <w:lastRenderedPageBreak/>
        <w:t>DAY 13</w:t>
      </w:r>
    </w:p>
    <w:p w14:paraId="4D324A19" w14:textId="77777777" w:rsidR="005A0029" w:rsidRDefault="00F83EB4">
      <w:pPr>
        <w:pStyle w:val="Heading1"/>
      </w:pPr>
      <w:r>
        <w:t>What Can I Control Today?</w:t>
      </w:r>
    </w:p>
    <w:p w14:paraId="1D516E1C" w14:textId="77777777" w:rsidR="005A0029" w:rsidRDefault="00F83EB4">
      <w:r>
        <w:rPr>
          <w:b/>
          <w:color w:val="B08D3A"/>
        </w:rPr>
        <w:t xml:space="preserve">ANCHOR SCRIPTURE  </w:t>
      </w:r>
      <w:r>
        <w:t>Philippians 4:6-7</w:t>
      </w:r>
    </w:p>
    <w:p w14:paraId="57F9F785" w14:textId="77777777" w:rsidR="005A0029" w:rsidRDefault="00F83EB4">
      <w:pPr>
        <w:pStyle w:val="Heading2"/>
      </w:pPr>
      <w:r>
        <w:t>Guided Reflection</w:t>
      </w:r>
    </w:p>
    <w:p w14:paraId="2B9990DE" w14:textId="77777777" w:rsidR="005A0029" w:rsidRDefault="00F83EB4">
      <w:r>
        <w:t xml:space="preserve">Today, consider what “what can i control today?”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truth </w:t>
      </w:r>
      <w:r>
        <w:t>is practiced repeatedly, especially when circumstances remain unresolved.</w:t>
      </w:r>
    </w:p>
    <w:p w14:paraId="3D576F89" w14:textId="77777777" w:rsidR="005A0029" w:rsidRDefault="00F83EB4">
      <w:pPr>
        <w:pStyle w:val="Heading2"/>
      </w:pPr>
      <w:r>
        <w:t>Pause &amp; Notice</w:t>
      </w:r>
    </w:p>
    <w:p w14:paraId="5E5EC145" w14:textId="77777777" w:rsidR="005A0029" w:rsidRDefault="00F83EB4">
      <w:r>
        <w:t>What is this theme revealing about my heart, thoughts, relationships, or current circumstances today?</w:t>
      </w:r>
    </w:p>
    <w:p w14:paraId="7429607C" w14:textId="77777777" w:rsidR="005A0029" w:rsidRDefault="00F83EB4">
      <w:pPr>
        <w:pStyle w:val="Heading2"/>
      </w:pPr>
      <w:r>
        <w:t>Peace Practice</w:t>
      </w:r>
    </w:p>
    <w:p w14:paraId="72676EE1" w14:textId="77777777" w:rsidR="005A0029" w:rsidRDefault="00F83EB4">
      <w:r>
        <w:t>Reach out to one trusted, mature person. Share one thing you have been carrying silently and allow yourself to receive support.</w:t>
      </w:r>
    </w:p>
    <w:p w14:paraId="05159511" w14:textId="77777777" w:rsidR="005A0029" w:rsidRDefault="00F83EB4">
      <w:pPr>
        <w:pStyle w:val="Heading2"/>
      </w:pPr>
      <w:r>
        <w:t>My Thoughts &amp; Prayers</w:t>
      </w:r>
    </w:p>
    <w:p w14:paraId="2804733C" w14:textId="77777777" w:rsidR="005A0029" w:rsidRDefault="00F83EB4">
      <w:pPr>
        <w:spacing w:after="60"/>
      </w:pPr>
      <w:r>
        <w:rPr>
          <w:color w:val="B4B4B4"/>
          <w:sz w:val="16"/>
        </w:rPr>
        <w:t>________________________________________________________</w:t>
      </w:r>
    </w:p>
    <w:p w14:paraId="4DC59844" w14:textId="77777777" w:rsidR="005A0029" w:rsidRDefault="00F83EB4">
      <w:pPr>
        <w:spacing w:after="60"/>
      </w:pPr>
      <w:r>
        <w:rPr>
          <w:color w:val="B4B4B4"/>
          <w:sz w:val="16"/>
        </w:rPr>
        <w:t>________________________________________________________</w:t>
      </w:r>
    </w:p>
    <w:p w14:paraId="306F4FE1" w14:textId="77777777" w:rsidR="005A0029" w:rsidRDefault="00F83EB4">
      <w:pPr>
        <w:spacing w:after="60"/>
      </w:pPr>
      <w:r>
        <w:rPr>
          <w:color w:val="B4B4B4"/>
          <w:sz w:val="16"/>
        </w:rPr>
        <w:t>________________________________________________________</w:t>
      </w:r>
    </w:p>
    <w:p w14:paraId="39584926" w14:textId="77777777" w:rsidR="005A0029" w:rsidRDefault="00F83EB4">
      <w:pPr>
        <w:spacing w:after="60"/>
      </w:pPr>
      <w:r>
        <w:rPr>
          <w:color w:val="B4B4B4"/>
          <w:sz w:val="16"/>
        </w:rPr>
        <w:t>________________________________________________________</w:t>
      </w:r>
    </w:p>
    <w:p w14:paraId="0AFB0B8D" w14:textId="77777777" w:rsidR="005A0029" w:rsidRDefault="00F83EB4">
      <w:pPr>
        <w:spacing w:after="60"/>
      </w:pPr>
      <w:r>
        <w:rPr>
          <w:color w:val="B4B4B4"/>
          <w:sz w:val="16"/>
        </w:rPr>
        <w:t>________________________________________________________</w:t>
      </w:r>
    </w:p>
    <w:p w14:paraId="5BF6E468" w14:textId="77777777" w:rsidR="005A0029" w:rsidRDefault="00F83EB4">
      <w:pPr>
        <w:pStyle w:val="Heading2"/>
      </w:pPr>
      <w:r>
        <w:t>Prayer</w:t>
      </w:r>
    </w:p>
    <w:p w14:paraId="29A54EDC" w14:textId="77777777" w:rsidR="005A0029" w:rsidRDefault="00F83EB4">
      <w:r>
        <w:t>Father, meet me in this practice of what can i control today?.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5CF2909" w14:textId="77777777" w:rsidR="005A0029" w:rsidRDefault="00F83EB4">
      <w:r>
        <w:rPr>
          <w:b/>
          <w:color w:val="B08D3A"/>
        </w:rPr>
        <w:lastRenderedPageBreak/>
        <w:t xml:space="preserve">TODAY'S DECLARATION  </w:t>
      </w:r>
      <w:r>
        <w:t>I will meet what can i control today? with truth, faith, and practiced peace.</w:t>
      </w:r>
    </w:p>
    <w:p w14:paraId="37661350" w14:textId="77777777" w:rsidR="005A0029" w:rsidRDefault="00F83EB4">
      <w:r>
        <w:br w:type="page"/>
      </w:r>
    </w:p>
    <w:p w14:paraId="61FFC41E" w14:textId="77777777" w:rsidR="005A0029" w:rsidRDefault="00F83EB4">
      <w:pPr>
        <w:pStyle w:val="Heading2"/>
      </w:pPr>
      <w:r>
        <w:lastRenderedPageBreak/>
        <w:t>DAY 14</w:t>
      </w:r>
    </w:p>
    <w:p w14:paraId="2C13ADDB" w14:textId="77777777" w:rsidR="005A0029" w:rsidRDefault="00F83EB4">
      <w:pPr>
        <w:pStyle w:val="Heading1"/>
      </w:pPr>
      <w:r>
        <w:t>Finding Refuge</w:t>
      </w:r>
    </w:p>
    <w:p w14:paraId="0A01872C" w14:textId="77777777" w:rsidR="005A0029" w:rsidRDefault="00F83EB4">
      <w:r>
        <w:rPr>
          <w:b/>
          <w:color w:val="B08D3A"/>
        </w:rPr>
        <w:t xml:space="preserve">ANCHOR SCRIPTURE  </w:t>
      </w:r>
      <w:r>
        <w:t>Psalm 91:1-2</w:t>
      </w:r>
    </w:p>
    <w:p w14:paraId="77AB69F0" w14:textId="77777777" w:rsidR="005A0029" w:rsidRDefault="00F83EB4">
      <w:pPr>
        <w:pStyle w:val="Heading2"/>
      </w:pPr>
      <w:r>
        <w:t>Guided Reflection</w:t>
      </w:r>
    </w:p>
    <w:p w14:paraId="060C1CEB" w14:textId="77777777" w:rsidR="005A0029" w:rsidRDefault="00F83EB4">
      <w:r>
        <w:t>Today, consider what “finding refuge”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truth is practice</w:t>
      </w:r>
      <w:r>
        <w:t>d repeatedly, especially when circumstances remain unresolved.</w:t>
      </w:r>
    </w:p>
    <w:p w14:paraId="19BE193F" w14:textId="77777777" w:rsidR="005A0029" w:rsidRDefault="00F83EB4">
      <w:pPr>
        <w:pStyle w:val="Heading2"/>
      </w:pPr>
      <w:r>
        <w:t>Pause &amp; Notice</w:t>
      </w:r>
    </w:p>
    <w:p w14:paraId="2CDB505E" w14:textId="77777777" w:rsidR="005A0029" w:rsidRDefault="00F83EB4">
      <w:r>
        <w:t>What is this theme revealing about my heart, thoughts, relationships, or current circumstances today?</w:t>
      </w:r>
    </w:p>
    <w:p w14:paraId="74A6EEC0" w14:textId="77777777" w:rsidR="005A0029" w:rsidRDefault="00F83EB4">
      <w:pPr>
        <w:pStyle w:val="Heading2"/>
      </w:pPr>
      <w:r>
        <w:t>Peace Practice</w:t>
      </w:r>
    </w:p>
    <w:p w14:paraId="43223C54" w14:textId="77777777" w:rsidR="005A0029" w:rsidRDefault="00F83EB4">
      <w:r>
        <w:t>Practice a ten-minute quiet period without your phone. Notice what surfaces, then bring it honestly into prayer.</w:t>
      </w:r>
    </w:p>
    <w:p w14:paraId="137130AB" w14:textId="77777777" w:rsidR="005A0029" w:rsidRDefault="00F83EB4">
      <w:pPr>
        <w:pStyle w:val="Heading2"/>
      </w:pPr>
      <w:r>
        <w:t>My Thoughts &amp; Prayers</w:t>
      </w:r>
    </w:p>
    <w:p w14:paraId="7864D4E7" w14:textId="77777777" w:rsidR="005A0029" w:rsidRDefault="00F83EB4">
      <w:pPr>
        <w:spacing w:after="60"/>
      </w:pPr>
      <w:r>
        <w:rPr>
          <w:color w:val="B4B4B4"/>
          <w:sz w:val="16"/>
        </w:rPr>
        <w:t>________________________________________________________</w:t>
      </w:r>
    </w:p>
    <w:p w14:paraId="4F489861" w14:textId="77777777" w:rsidR="005A0029" w:rsidRDefault="00F83EB4">
      <w:pPr>
        <w:spacing w:after="60"/>
      </w:pPr>
      <w:r>
        <w:rPr>
          <w:color w:val="B4B4B4"/>
          <w:sz w:val="16"/>
        </w:rPr>
        <w:t>________________________________________________________</w:t>
      </w:r>
    </w:p>
    <w:p w14:paraId="2F0AA1D2" w14:textId="77777777" w:rsidR="005A0029" w:rsidRDefault="00F83EB4">
      <w:pPr>
        <w:spacing w:after="60"/>
      </w:pPr>
      <w:r>
        <w:rPr>
          <w:color w:val="B4B4B4"/>
          <w:sz w:val="16"/>
        </w:rPr>
        <w:t>________________________________________________________</w:t>
      </w:r>
    </w:p>
    <w:p w14:paraId="45EED44C" w14:textId="77777777" w:rsidR="005A0029" w:rsidRDefault="00F83EB4">
      <w:pPr>
        <w:spacing w:after="60"/>
      </w:pPr>
      <w:r>
        <w:rPr>
          <w:color w:val="B4B4B4"/>
          <w:sz w:val="16"/>
        </w:rPr>
        <w:t>________________________________________________________</w:t>
      </w:r>
    </w:p>
    <w:p w14:paraId="76534DBC" w14:textId="77777777" w:rsidR="005A0029" w:rsidRDefault="00F83EB4">
      <w:pPr>
        <w:spacing w:after="60"/>
      </w:pPr>
      <w:r>
        <w:rPr>
          <w:color w:val="B4B4B4"/>
          <w:sz w:val="16"/>
        </w:rPr>
        <w:t>________________________________________________________</w:t>
      </w:r>
    </w:p>
    <w:p w14:paraId="74DA153D" w14:textId="77777777" w:rsidR="005A0029" w:rsidRDefault="00F83EB4">
      <w:pPr>
        <w:pStyle w:val="Heading2"/>
      </w:pPr>
      <w:r>
        <w:t>Prayer</w:t>
      </w:r>
    </w:p>
    <w:p w14:paraId="6D6DAD62" w14:textId="77777777" w:rsidR="005A0029" w:rsidRDefault="00F83EB4">
      <w:r>
        <w:t>Father, meet me in this practice of finding refuge.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3A17BEB" w14:textId="77777777" w:rsidR="005A0029" w:rsidRDefault="00F83EB4">
      <w:r>
        <w:rPr>
          <w:b/>
          <w:color w:val="B08D3A"/>
        </w:rPr>
        <w:lastRenderedPageBreak/>
        <w:t xml:space="preserve">TODAY'S DECLARATION  </w:t>
      </w:r>
      <w:r>
        <w:t>I will meet finding refuge with truth, faith, and practiced peace.</w:t>
      </w:r>
    </w:p>
    <w:p w14:paraId="051BAED5" w14:textId="77777777" w:rsidR="005A0029" w:rsidRDefault="00F83EB4">
      <w:r>
        <w:br w:type="page"/>
      </w:r>
    </w:p>
    <w:p w14:paraId="120EC74C" w14:textId="77777777" w:rsidR="005A0029" w:rsidRDefault="00F83EB4">
      <w:pPr>
        <w:pStyle w:val="Heading2"/>
      </w:pPr>
      <w:r>
        <w:lastRenderedPageBreak/>
        <w:t>DAY 15</w:t>
      </w:r>
    </w:p>
    <w:p w14:paraId="5C005EA3" w14:textId="77777777" w:rsidR="005A0029" w:rsidRDefault="00F83EB4">
      <w:pPr>
        <w:pStyle w:val="Heading1"/>
      </w:pPr>
      <w:r>
        <w:t>The Courage to Ask for Help</w:t>
      </w:r>
    </w:p>
    <w:p w14:paraId="153B7D9E" w14:textId="77777777" w:rsidR="005A0029" w:rsidRDefault="00F83EB4">
      <w:r>
        <w:rPr>
          <w:b/>
          <w:color w:val="B08D3A"/>
        </w:rPr>
        <w:t xml:space="preserve">ANCHOR SCRIPTURE  </w:t>
      </w:r>
      <w:r>
        <w:t>Galatians 6:2</w:t>
      </w:r>
    </w:p>
    <w:p w14:paraId="264EC72E" w14:textId="77777777" w:rsidR="005A0029" w:rsidRDefault="00F83EB4">
      <w:pPr>
        <w:pStyle w:val="Heading2"/>
      </w:pPr>
      <w:r>
        <w:t>Guided Reflection</w:t>
      </w:r>
    </w:p>
    <w:p w14:paraId="373BECB4" w14:textId="77777777" w:rsidR="005A0029" w:rsidRDefault="00F83EB4">
      <w:r>
        <w:t>Today, consider what “the courage to ask for help”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trut</w:t>
      </w:r>
      <w:r>
        <w:t>h is practiced repeatedly, especially when circumstances remain unresolved.</w:t>
      </w:r>
    </w:p>
    <w:p w14:paraId="10F489B0" w14:textId="77777777" w:rsidR="005A0029" w:rsidRDefault="00F83EB4">
      <w:pPr>
        <w:pStyle w:val="Heading2"/>
      </w:pPr>
      <w:r>
        <w:t>Pause &amp; Notice</w:t>
      </w:r>
    </w:p>
    <w:p w14:paraId="1052E5AE" w14:textId="77777777" w:rsidR="005A0029" w:rsidRDefault="00F83EB4">
      <w:r>
        <w:t>What is this theme revealing about my heart, thoughts, relationships, or current circumstances today?</w:t>
      </w:r>
    </w:p>
    <w:p w14:paraId="5741F54A" w14:textId="77777777" w:rsidR="005A0029" w:rsidRDefault="00F83EB4">
      <w:pPr>
        <w:pStyle w:val="Heading2"/>
      </w:pPr>
      <w:r>
        <w:t>Peace Practice</w:t>
      </w:r>
    </w:p>
    <w:p w14:paraId="186BF0C0" w14:textId="77777777" w:rsidR="005A0029" w:rsidRDefault="00F83EB4">
      <w:r>
        <w:t>Sit quietly for three minutes. Name what you feel without judging it. Then write one truth you want to carry into the day.</w:t>
      </w:r>
    </w:p>
    <w:p w14:paraId="7FFFB98E" w14:textId="77777777" w:rsidR="005A0029" w:rsidRDefault="00F83EB4">
      <w:pPr>
        <w:pStyle w:val="Heading2"/>
      </w:pPr>
      <w:r>
        <w:t>My Thoughts &amp; Prayers</w:t>
      </w:r>
    </w:p>
    <w:p w14:paraId="107E8B8D" w14:textId="77777777" w:rsidR="005A0029" w:rsidRDefault="00F83EB4">
      <w:pPr>
        <w:spacing w:after="60"/>
      </w:pPr>
      <w:r>
        <w:rPr>
          <w:color w:val="B4B4B4"/>
          <w:sz w:val="16"/>
        </w:rPr>
        <w:t>________________________________________________________</w:t>
      </w:r>
    </w:p>
    <w:p w14:paraId="61BC6993" w14:textId="77777777" w:rsidR="005A0029" w:rsidRDefault="00F83EB4">
      <w:pPr>
        <w:spacing w:after="60"/>
      </w:pPr>
      <w:r>
        <w:rPr>
          <w:color w:val="B4B4B4"/>
          <w:sz w:val="16"/>
        </w:rPr>
        <w:t>________________________________________________________</w:t>
      </w:r>
    </w:p>
    <w:p w14:paraId="142B25F0" w14:textId="77777777" w:rsidR="005A0029" w:rsidRDefault="00F83EB4">
      <w:pPr>
        <w:spacing w:after="60"/>
      </w:pPr>
      <w:r>
        <w:rPr>
          <w:color w:val="B4B4B4"/>
          <w:sz w:val="16"/>
        </w:rPr>
        <w:t>________________________________________________________</w:t>
      </w:r>
    </w:p>
    <w:p w14:paraId="565B337D" w14:textId="77777777" w:rsidR="005A0029" w:rsidRDefault="00F83EB4">
      <w:pPr>
        <w:spacing w:after="60"/>
      </w:pPr>
      <w:r>
        <w:rPr>
          <w:color w:val="B4B4B4"/>
          <w:sz w:val="16"/>
        </w:rPr>
        <w:t>________________________________________________________</w:t>
      </w:r>
    </w:p>
    <w:p w14:paraId="03D3314F" w14:textId="77777777" w:rsidR="005A0029" w:rsidRDefault="00F83EB4">
      <w:pPr>
        <w:spacing w:after="60"/>
      </w:pPr>
      <w:r>
        <w:rPr>
          <w:color w:val="B4B4B4"/>
          <w:sz w:val="16"/>
        </w:rPr>
        <w:t>________________________________________________________</w:t>
      </w:r>
    </w:p>
    <w:p w14:paraId="58175095" w14:textId="77777777" w:rsidR="005A0029" w:rsidRDefault="00F83EB4">
      <w:pPr>
        <w:pStyle w:val="Heading2"/>
      </w:pPr>
      <w:r>
        <w:t>Prayer</w:t>
      </w:r>
    </w:p>
    <w:p w14:paraId="117B3667" w14:textId="77777777" w:rsidR="005A0029" w:rsidRDefault="00F83EB4">
      <w:r>
        <w:t>Father, meet me in this practice of the courage to ask for help.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EE2D1D4" w14:textId="77777777" w:rsidR="005A0029" w:rsidRDefault="00F83EB4">
      <w:r>
        <w:rPr>
          <w:b/>
          <w:color w:val="B08D3A"/>
        </w:rPr>
        <w:lastRenderedPageBreak/>
        <w:t xml:space="preserve">TODAY'S DECLARATION  </w:t>
      </w:r>
      <w:r>
        <w:t>I will meet the courage to ask for help with truth, faith, and practiced peace.</w:t>
      </w:r>
    </w:p>
    <w:p w14:paraId="1E9885A3" w14:textId="77777777" w:rsidR="005A0029" w:rsidRDefault="00F83EB4">
      <w:r>
        <w:br w:type="page"/>
      </w:r>
    </w:p>
    <w:p w14:paraId="5C4B8CF7" w14:textId="77777777" w:rsidR="005A0029" w:rsidRDefault="00F83EB4">
      <w:pPr>
        <w:pStyle w:val="Heading2"/>
      </w:pPr>
      <w:r>
        <w:lastRenderedPageBreak/>
        <w:t>DAY 16</w:t>
      </w:r>
    </w:p>
    <w:p w14:paraId="596BB5E6" w14:textId="77777777" w:rsidR="005A0029" w:rsidRDefault="00F83EB4">
      <w:pPr>
        <w:pStyle w:val="Heading1"/>
      </w:pPr>
      <w:r>
        <w:t>When Your Faith Feels Tired</w:t>
      </w:r>
    </w:p>
    <w:p w14:paraId="142E0E0D" w14:textId="77777777" w:rsidR="005A0029" w:rsidRDefault="00F83EB4">
      <w:r>
        <w:rPr>
          <w:b/>
          <w:color w:val="B08D3A"/>
        </w:rPr>
        <w:t xml:space="preserve">ANCHOR SCRIPTURE  </w:t>
      </w:r>
      <w:r>
        <w:t>Isaiah 40:29</w:t>
      </w:r>
    </w:p>
    <w:p w14:paraId="45DDC5DD" w14:textId="77777777" w:rsidR="005A0029" w:rsidRDefault="00F83EB4">
      <w:pPr>
        <w:pStyle w:val="Heading2"/>
      </w:pPr>
      <w:r>
        <w:t>Guided Reflection</w:t>
      </w:r>
    </w:p>
    <w:p w14:paraId="67FC9184" w14:textId="77777777" w:rsidR="005A0029" w:rsidRDefault="00F83EB4">
      <w:r>
        <w:t>Today, consider what “when your faith feels tired”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trut</w:t>
      </w:r>
      <w:r>
        <w:t>h is practiced repeatedly, especially when circumstances remain unresolved.</w:t>
      </w:r>
    </w:p>
    <w:p w14:paraId="5F6753D0" w14:textId="77777777" w:rsidR="005A0029" w:rsidRDefault="00F83EB4">
      <w:pPr>
        <w:pStyle w:val="Heading2"/>
      </w:pPr>
      <w:r>
        <w:t>Pause &amp; Notice</w:t>
      </w:r>
    </w:p>
    <w:p w14:paraId="1A072AC1" w14:textId="77777777" w:rsidR="005A0029" w:rsidRDefault="00F83EB4">
      <w:r>
        <w:t>What is this theme revealing about my heart, thoughts, relationships, or current circumstances today?</w:t>
      </w:r>
    </w:p>
    <w:p w14:paraId="1FFFFFF0" w14:textId="77777777" w:rsidR="005A0029" w:rsidRDefault="00F83EB4">
      <w:pPr>
        <w:pStyle w:val="Heading2"/>
      </w:pPr>
      <w:r>
        <w:t>Peace Practice</w:t>
      </w:r>
    </w:p>
    <w:p w14:paraId="3B0A5B27" w14:textId="77777777" w:rsidR="005A0029" w:rsidRDefault="00F83EB4">
      <w:r>
        <w:t>Draw two columns: 'What I can control' and 'What I must release.' Place each concern in the appropriate column and pray over both.</w:t>
      </w:r>
    </w:p>
    <w:p w14:paraId="1757AD27" w14:textId="77777777" w:rsidR="005A0029" w:rsidRDefault="00F83EB4">
      <w:pPr>
        <w:pStyle w:val="Heading2"/>
      </w:pPr>
      <w:r>
        <w:t>My Thoughts &amp; Prayers</w:t>
      </w:r>
    </w:p>
    <w:p w14:paraId="199A7DAC" w14:textId="77777777" w:rsidR="005A0029" w:rsidRDefault="00F83EB4">
      <w:pPr>
        <w:spacing w:after="60"/>
      </w:pPr>
      <w:r>
        <w:rPr>
          <w:color w:val="B4B4B4"/>
          <w:sz w:val="16"/>
        </w:rPr>
        <w:t>________________________________________________________</w:t>
      </w:r>
    </w:p>
    <w:p w14:paraId="56D3F46B" w14:textId="77777777" w:rsidR="005A0029" w:rsidRDefault="00F83EB4">
      <w:pPr>
        <w:spacing w:after="60"/>
      </w:pPr>
      <w:r>
        <w:rPr>
          <w:color w:val="B4B4B4"/>
          <w:sz w:val="16"/>
        </w:rPr>
        <w:t>________________________________________________________</w:t>
      </w:r>
    </w:p>
    <w:p w14:paraId="1C548AE9" w14:textId="77777777" w:rsidR="005A0029" w:rsidRDefault="00F83EB4">
      <w:pPr>
        <w:spacing w:after="60"/>
      </w:pPr>
      <w:r>
        <w:rPr>
          <w:color w:val="B4B4B4"/>
          <w:sz w:val="16"/>
        </w:rPr>
        <w:t>________________________________________________________</w:t>
      </w:r>
    </w:p>
    <w:p w14:paraId="7261BE8B" w14:textId="77777777" w:rsidR="005A0029" w:rsidRDefault="00F83EB4">
      <w:pPr>
        <w:spacing w:after="60"/>
      </w:pPr>
      <w:r>
        <w:rPr>
          <w:color w:val="B4B4B4"/>
          <w:sz w:val="16"/>
        </w:rPr>
        <w:t>________________________________________________________</w:t>
      </w:r>
    </w:p>
    <w:p w14:paraId="2AD7D9A7" w14:textId="77777777" w:rsidR="005A0029" w:rsidRDefault="00F83EB4">
      <w:pPr>
        <w:spacing w:after="60"/>
      </w:pPr>
      <w:r>
        <w:rPr>
          <w:color w:val="B4B4B4"/>
          <w:sz w:val="16"/>
        </w:rPr>
        <w:t>________________________________________________________</w:t>
      </w:r>
    </w:p>
    <w:p w14:paraId="35C59896" w14:textId="77777777" w:rsidR="005A0029" w:rsidRDefault="00F83EB4">
      <w:pPr>
        <w:pStyle w:val="Heading2"/>
      </w:pPr>
      <w:r>
        <w:t>Prayer</w:t>
      </w:r>
    </w:p>
    <w:p w14:paraId="787B7FD1" w14:textId="77777777" w:rsidR="005A0029" w:rsidRDefault="00F83EB4">
      <w:r>
        <w:t>Father, meet me in this practice of when your faith feels tired.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4E36026" w14:textId="77777777" w:rsidR="005A0029" w:rsidRDefault="00F83EB4">
      <w:r>
        <w:rPr>
          <w:b/>
          <w:color w:val="B08D3A"/>
        </w:rPr>
        <w:lastRenderedPageBreak/>
        <w:t xml:space="preserve">TODAY'S DECLARATION  </w:t>
      </w:r>
      <w:r>
        <w:t>I will meet when your faith feels tired with truth, faith, and practiced peace.</w:t>
      </w:r>
    </w:p>
    <w:p w14:paraId="11EC68F3" w14:textId="77777777" w:rsidR="005A0029" w:rsidRDefault="00F83EB4">
      <w:r>
        <w:br w:type="page"/>
      </w:r>
    </w:p>
    <w:p w14:paraId="3582EF45" w14:textId="77777777" w:rsidR="005A0029" w:rsidRDefault="00F83EB4">
      <w:pPr>
        <w:pStyle w:val="Heading2"/>
      </w:pPr>
      <w:r>
        <w:lastRenderedPageBreak/>
        <w:t>DAY 17</w:t>
      </w:r>
    </w:p>
    <w:p w14:paraId="7B21FE5C" w14:textId="77777777" w:rsidR="005A0029" w:rsidRDefault="00F83EB4">
      <w:pPr>
        <w:pStyle w:val="Heading1"/>
      </w:pPr>
      <w:r>
        <w:t>Lament Is Still Faith</w:t>
      </w:r>
    </w:p>
    <w:p w14:paraId="6227F685" w14:textId="77777777" w:rsidR="005A0029" w:rsidRDefault="00F83EB4">
      <w:r>
        <w:rPr>
          <w:b/>
          <w:color w:val="B08D3A"/>
        </w:rPr>
        <w:t xml:space="preserve">ANCHOR SCRIPTURE  </w:t>
      </w:r>
      <w:r>
        <w:t>Psalm 13:1-6</w:t>
      </w:r>
    </w:p>
    <w:p w14:paraId="32294A1F" w14:textId="77777777" w:rsidR="005A0029" w:rsidRDefault="00F83EB4">
      <w:pPr>
        <w:pStyle w:val="Heading2"/>
      </w:pPr>
      <w:r>
        <w:t>Guided Reflection</w:t>
      </w:r>
    </w:p>
    <w:p w14:paraId="750D6020" w14:textId="77777777" w:rsidR="005A0029" w:rsidRDefault="00F83EB4">
      <w:r>
        <w:t>Today, consider what “lament is still faith”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truth is p</w:t>
      </w:r>
      <w:r>
        <w:t>racticed repeatedly, especially when circumstances remain unresolved.</w:t>
      </w:r>
    </w:p>
    <w:p w14:paraId="1D2D95CD" w14:textId="77777777" w:rsidR="005A0029" w:rsidRDefault="00F83EB4">
      <w:pPr>
        <w:pStyle w:val="Heading2"/>
      </w:pPr>
      <w:r>
        <w:t>Pause &amp; Notice</w:t>
      </w:r>
    </w:p>
    <w:p w14:paraId="78D89BC8" w14:textId="77777777" w:rsidR="005A0029" w:rsidRDefault="00F83EB4">
      <w:r>
        <w:t>What is this theme revealing about my heart, thoughts, relationships, or current circumstances today?</w:t>
      </w:r>
    </w:p>
    <w:p w14:paraId="28DD3E58" w14:textId="77777777" w:rsidR="005A0029" w:rsidRDefault="00F83EB4">
      <w:pPr>
        <w:pStyle w:val="Heading2"/>
      </w:pPr>
      <w:r>
        <w:t>Peace Practice</w:t>
      </w:r>
    </w:p>
    <w:p w14:paraId="4AAD8505" w14:textId="77777777" w:rsidR="005A0029" w:rsidRDefault="00F83EB4">
      <w:r>
        <w:t>Take five slow breaths. With each inhale, receive God's presence; with each exhale, release one pressure you have been carrying.</w:t>
      </w:r>
    </w:p>
    <w:p w14:paraId="7DD4DC7E" w14:textId="77777777" w:rsidR="005A0029" w:rsidRDefault="00F83EB4">
      <w:pPr>
        <w:pStyle w:val="Heading2"/>
      </w:pPr>
      <w:r>
        <w:t>My Thoughts &amp; Prayers</w:t>
      </w:r>
    </w:p>
    <w:p w14:paraId="6A1BB925" w14:textId="77777777" w:rsidR="005A0029" w:rsidRDefault="00F83EB4">
      <w:pPr>
        <w:spacing w:after="60"/>
      </w:pPr>
      <w:r>
        <w:rPr>
          <w:color w:val="B4B4B4"/>
          <w:sz w:val="16"/>
        </w:rPr>
        <w:t>________________________________________________________</w:t>
      </w:r>
    </w:p>
    <w:p w14:paraId="449AA585" w14:textId="77777777" w:rsidR="005A0029" w:rsidRDefault="00F83EB4">
      <w:pPr>
        <w:spacing w:after="60"/>
      </w:pPr>
      <w:r>
        <w:rPr>
          <w:color w:val="B4B4B4"/>
          <w:sz w:val="16"/>
        </w:rPr>
        <w:t>________________________________________________________</w:t>
      </w:r>
    </w:p>
    <w:p w14:paraId="7BCCBA6D" w14:textId="77777777" w:rsidR="005A0029" w:rsidRDefault="00F83EB4">
      <w:pPr>
        <w:spacing w:after="60"/>
      </w:pPr>
      <w:r>
        <w:rPr>
          <w:color w:val="B4B4B4"/>
          <w:sz w:val="16"/>
        </w:rPr>
        <w:t>________________________________________________________</w:t>
      </w:r>
    </w:p>
    <w:p w14:paraId="7818E300" w14:textId="77777777" w:rsidR="005A0029" w:rsidRDefault="00F83EB4">
      <w:pPr>
        <w:spacing w:after="60"/>
      </w:pPr>
      <w:r>
        <w:rPr>
          <w:color w:val="B4B4B4"/>
          <w:sz w:val="16"/>
        </w:rPr>
        <w:t>________________________________________________________</w:t>
      </w:r>
    </w:p>
    <w:p w14:paraId="6DC97D7E" w14:textId="77777777" w:rsidR="005A0029" w:rsidRDefault="00F83EB4">
      <w:pPr>
        <w:spacing w:after="60"/>
      </w:pPr>
      <w:r>
        <w:rPr>
          <w:color w:val="B4B4B4"/>
          <w:sz w:val="16"/>
        </w:rPr>
        <w:t>________________________________________________________</w:t>
      </w:r>
    </w:p>
    <w:p w14:paraId="65E04CC6" w14:textId="77777777" w:rsidR="005A0029" w:rsidRDefault="00F83EB4">
      <w:pPr>
        <w:pStyle w:val="Heading2"/>
      </w:pPr>
      <w:r>
        <w:t>Prayer</w:t>
      </w:r>
    </w:p>
    <w:p w14:paraId="68EE2776" w14:textId="77777777" w:rsidR="005A0029" w:rsidRDefault="00F83EB4">
      <w:r>
        <w:t>Father, meet me in this practice of lament is still faith.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36CCA6A" w14:textId="77777777" w:rsidR="005A0029" w:rsidRDefault="00F83EB4">
      <w:r>
        <w:rPr>
          <w:b/>
          <w:color w:val="B08D3A"/>
        </w:rPr>
        <w:lastRenderedPageBreak/>
        <w:t xml:space="preserve">TODAY'S DECLARATION  </w:t>
      </w:r>
      <w:r>
        <w:t>I will meet lament is still faith with truth, faith, and practiced peace.</w:t>
      </w:r>
    </w:p>
    <w:p w14:paraId="4F9DF13D" w14:textId="77777777" w:rsidR="005A0029" w:rsidRDefault="00F83EB4">
      <w:r>
        <w:br w:type="page"/>
      </w:r>
    </w:p>
    <w:p w14:paraId="793C9BDB" w14:textId="77777777" w:rsidR="005A0029" w:rsidRDefault="00F83EB4">
      <w:pPr>
        <w:pStyle w:val="Heading2"/>
      </w:pPr>
      <w:r>
        <w:lastRenderedPageBreak/>
        <w:t>DAY 18</w:t>
      </w:r>
    </w:p>
    <w:p w14:paraId="25341393" w14:textId="77777777" w:rsidR="005A0029" w:rsidRDefault="00F83EB4">
      <w:pPr>
        <w:pStyle w:val="Heading1"/>
      </w:pPr>
      <w:r>
        <w:t>Making Room for Grief</w:t>
      </w:r>
    </w:p>
    <w:p w14:paraId="59DFC159" w14:textId="77777777" w:rsidR="005A0029" w:rsidRDefault="00F83EB4">
      <w:r>
        <w:rPr>
          <w:b/>
          <w:color w:val="B08D3A"/>
        </w:rPr>
        <w:t xml:space="preserve">ANCHOR SCRIPTURE  </w:t>
      </w:r>
      <w:r>
        <w:t>Ecclesiastes 3:4</w:t>
      </w:r>
    </w:p>
    <w:p w14:paraId="78095017" w14:textId="77777777" w:rsidR="005A0029" w:rsidRDefault="00F83EB4">
      <w:pPr>
        <w:pStyle w:val="Heading2"/>
      </w:pPr>
      <w:r>
        <w:t>Guided Reflection</w:t>
      </w:r>
    </w:p>
    <w:p w14:paraId="18527D9E" w14:textId="77777777" w:rsidR="005A0029" w:rsidRDefault="00F83EB4">
      <w:r>
        <w:t>Today, consider what “making room for grief”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truth is p</w:t>
      </w:r>
      <w:r>
        <w:t>racticed repeatedly, especially when circumstances remain unresolved.</w:t>
      </w:r>
    </w:p>
    <w:p w14:paraId="2FA9C23C" w14:textId="77777777" w:rsidR="005A0029" w:rsidRDefault="00F83EB4">
      <w:pPr>
        <w:pStyle w:val="Heading2"/>
      </w:pPr>
      <w:r>
        <w:t>Pause &amp; Notice</w:t>
      </w:r>
    </w:p>
    <w:p w14:paraId="1E8D353E" w14:textId="77777777" w:rsidR="005A0029" w:rsidRDefault="00F83EB4">
      <w:r>
        <w:t>What is this theme revealing about my heart, thoughts, relationships, or current circumstances today?</w:t>
      </w:r>
    </w:p>
    <w:p w14:paraId="2A403CE7" w14:textId="77777777" w:rsidR="005A0029" w:rsidRDefault="00F83EB4">
      <w:pPr>
        <w:pStyle w:val="Heading2"/>
      </w:pPr>
      <w:r>
        <w:t>Peace Practice</w:t>
      </w:r>
    </w:p>
    <w:p w14:paraId="7D6D384A" w14:textId="77777777" w:rsidR="005A0029" w:rsidRDefault="00F83EB4">
      <w:r>
        <w:t>Write one recurring fearful thought. Under it, write a Scripture-shaped response that is more truthful and life-giving.</w:t>
      </w:r>
    </w:p>
    <w:p w14:paraId="62156EEF" w14:textId="77777777" w:rsidR="005A0029" w:rsidRDefault="00F83EB4">
      <w:pPr>
        <w:pStyle w:val="Heading2"/>
      </w:pPr>
      <w:r>
        <w:t>My Thoughts &amp; Prayers</w:t>
      </w:r>
    </w:p>
    <w:p w14:paraId="6B4DB0FF" w14:textId="77777777" w:rsidR="005A0029" w:rsidRDefault="00F83EB4">
      <w:pPr>
        <w:spacing w:after="60"/>
      </w:pPr>
      <w:r>
        <w:rPr>
          <w:color w:val="B4B4B4"/>
          <w:sz w:val="16"/>
        </w:rPr>
        <w:t>________________________________________________________</w:t>
      </w:r>
    </w:p>
    <w:p w14:paraId="1E8C0F3D" w14:textId="77777777" w:rsidR="005A0029" w:rsidRDefault="00F83EB4">
      <w:pPr>
        <w:spacing w:after="60"/>
      </w:pPr>
      <w:r>
        <w:rPr>
          <w:color w:val="B4B4B4"/>
          <w:sz w:val="16"/>
        </w:rPr>
        <w:t>________________________________________________________</w:t>
      </w:r>
    </w:p>
    <w:p w14:paraId="7E316083" w14:textId="77777777" w:rsidR="005A0029" w:rsidRDefault="00F83EB4">
      <w:pPr>
        <w:spacing w:after="60"/>
      </w:pPr>
      <w:r>
        <w:rPr>
          <w:color w:val="B4B4B4"/>
          <w:sz w:val="16"/>
        </w:rPr>
        <w:t>________________________________________________________</w:t>
      </w:r>
    </w:p>
    <w:p w14:paraId="47507B20" w14:textId="77777777" w:rsidR="005A0029" w:rsidRDefault="00F83EB4">
      <w:pPr>
        <w:spacing w:after="60"/>
      </w:pPr>
      <w:r>
        <w:rPr>
          <w:color w:val="B4B4B4"/>
          <w:sz w:val="16"/>
        </w:rPr>
        <w:t>________________________________________________________</w:t>
      </w:r>
    </w:p>
    <w:p w14:paraId="75904613" w14:textId="77777777" w:rsidR="005A0029" w:rsidRDefault="00F83EB4">
      <w:pPr>
        <w:spacing w:after="60"/>
      </w:pPr>
      <w:r>
        <w:rPr>
          <w:color w:val="B4B4B4"/>
          <w:sz w:val="16"/>
        </w:rPr>
        <w:t>________________________________________________________</w:t>
      </w:r>
    </w:p>
    <w:p w14:paraId="3ADD43BC" w14:textId="77777777" w:rsidR="005A0029" w:rsidRDefault="00F83EB4">
      <w:pPr>
        <w:pStyle w:val="Heading2"/>
      </w:pPr>
      <w:r>
        <w:t>Prayer</w:t>
      </w:r>
    </w:p>
    <w:p w14:paraId="557C4E73" w14:textId="77777777" w:rsidR="005A0029" w:rsidRDefault="00F83EB4">
      <w:r>
        <w:t>Father, meet me in this practice of making room for grief.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CDA72BD" w14:textId="77777777" w:rsidR="005A0029" w:rsidRDefault="00F83EB4">
      <w:r>
        <w:rPr>
          <w:b/>
          <w:color w:val="B08D3A"/>
        </w:rPr>
        <w:lastRenderedPageBreak/>
        <w:t xml:space="preserve">TODAY'S DECLARATION  </w:t>
      </w:r>
      <w:r>
        <w:t>I will meet making room for grief with truth, faith, and practiced peace.</w:t>
      </w:r>
    </w:p>
    <w:p w14:paraId="037071CA" w14:textId="77777777" w:rsidR="005A0029" w:rsidRDefault="00F83EB4">
      <w:r>
        <w:br w:type="page"/>
      </w:r>
    </w:p>
    <w:p w14:paraId="0BC9FD8C" w14:textId="77777777" w:rsidR="005A0029" w:rsidRDefault="00F83EB4">
      <w:pPr>
        <w:pStyle w:val="Heading2"/>
      </w:pPr>
      <w:r>
        <w:lastRenderedPageBreak/>
        <w:t>DAY 19</w:t>
      </w:r>
    </w:p>
    <w:p w14:paraId="5F1088F3" w14:textId="77777777" w:rsidR="005A0029" w:rsidRDefault="00F83EB4">
      <w:pPr>
        <w:pStyle w:val="Heading1"/>
      </w:pPr>
      <w:r>
        <w:t>When God Seems Silent</w:t>
      </w:r>
    </w:p>
    <w:p w14:paraId="1862A8BF" w14:textId="77777777" w:rsidR="005A0029" w:rsidRDefault="00F83EB4">
      <w:r>
        <w:rPr>
          <w:b/>
          <w:color w:val="B08D3A"/>
        </w:rPr>
        <w:t xml:space="preserve">ANCHOR SCRIPTURE  </w:t>
      </w:r>
      <w:r>
        <w:t>Psalm 27:13-14</w:t>
      </w:r>
    </w:p>
    <w:p w14:paraId="1BF07264" w14:textId="77777777" w:rsidR="005A0029" w:rsidRDefault="00F83EB4">
      <w:pPr>
        <w:pStyle w:val="Heading2"/>
      </w:pPr>
      <w:r>
        <w:t>Guided Reflection</w:t>
      </w:r>
    </w:p>
    <w:p w14:paraId="72613959" w14:textId="77777777" w:rsidR="005A0029" w:rsidRDefault="00F83EB4">
      <w:r>
        <w:t>Today, consider what “when god seems silent”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truth is p</w:t>
      </w:r>
      <w:r>
        <w:t>racticed repeatedly, especially when circumstances remain unresolved.</w:t>
      </w:r>
    </w:p>
    <w:p w14:paraId="16E1EF10" w14:textId="77777777" w:rsidR="005A0029" w:rsidRDefault="00F83EB4">
      <w:pPr>
        <w:pStyle w:val="Heading2"/>
      </w:pPr>
      <w:r>
        <w:t>Pause &amp; Notice</w:t>
      </w:r>
    </w:p>
    <w:p w14:paraId="749D09A8" w14:textId="77777777" w:rsidR="005A0029" w:rsidRDefault="00F83EB4">
      <w:r>
        <w:t>What is this theme revealing about my heart, thoughts, relationships, or current circumstances today?</w:t>
      </w:r>
    </w:p>
    <w:p w14:paraId="478871DC" w14:textId="77777777" w:rsidR="005A0029" w:rsidRDefault="00F83EB4">
      <w:pPr>
        <w:pStyle w:val="Heading2"/>
      </w:pPr>
      <w:r>
        <w:t>Peace Practice</w:t>
      </w:r>
    </w:p>
    <w:p w14:paraId="5884DA44" w14:textId="77777777" w:rsidR="005A0029" w:rsidRDefault="00F83EB4">
      <w:r>
        <w:t>Identify one small action that would create greater peace today. Make it specific enough to complete before the day ends.</w:t>
      </w:r>
    </w:p>
    <w:p w14:paraId="7BB63845" w14:textId="77777777" w:rsidR="005A0029" w:rsidRDefault="00F83EB4">
      <w:pPr>
        <w:pStyle w:val="Heading2"/>
      </w:pPr>
      <w:r>
        <w:t>My Thoughts &amp; Prayers</w:t>
      </w:r>
    </w:p>
    <w:p w14:paraId="1899998B" w14:textId="77777777" w:rsidR="005A0029" w:rsidRDefault="00F83EB4">
      <w:pPr>
        <w:spacing w:after="60"/>
      </w:pPr>
      <w:r>
        <w:rPr>
          <w:color w:val="B4B4B4"/>
          <w:sz w:val="16"/>
        </w:rPr>
        <w:t>________________________________________________________</w:t>
      </w:r>
    </w:p>
    <w:p w14:paraId="57A42151" w14:textId="77777777" w:rsidR="005A0029" w:rsidRDefault="00F83EB4">
      <w:pPr>
        <w:spacing w:after="60"/>
      </w:pPr>
      <w:r>
        <w:rPr>
          <w:color w:val="B4B4B4"/>
          <w:sz w:val="16"/>
        </w:rPr>
        <w:t>________________________________________________________</w:t>
      </w:r>
    </w:p>
    <w:p w14:paraId="4E9F06A1" w14:textId="77777777" w:rsidR="005A0029" w:rsidRDefault="00F83EB4">
      <w:pPr>
        <w:spacing w:after="60"/>
      </w:pPr>
      <w:r>
        <w:rPr>
          <w:color w:val="B4B4B4"/>
          <w:sz w:val="16"/>
        </w:rPr>
        <w:t>________________________________________________________</w:t>
      </w:r>
    </w:p>
    <w:p w14:paraId="45CE1F09" w14:textId="77777777" w:rsidR="005A0029" w:rsidRDefault="00F83EB4">
      <w:pPr>
        <w:spacing w:after="60"/>
      </w:pPr>
      <w:r>
        <w:rPr>
          <w:color w:val="B4B4B4"/>
          <w:sz w:val="16"/>
        </w:rPr>
        <w:t>________________________________________________________</w:t>
      </w:r>
    </w:p>
    <w:p w14:paraId="0F89803A" w14:textId="77777777" w:rsidR="005A0029" w:rsidRDefault="00F83EB4">
      <w:pPr>
        <w:spacing w:after="60"/>
      </w:pPr>
      <w:r>
        <w:rPr>
          <w:color w:val="B4B4B4"/>
          <w:sz w:val="16"/>
        </w:rPr>
        <w:t>________________________________________________________</w:t>
      </w:r>
    </w:p>
    <w:p w14:paraId="2908F063" w14:textId="77777777" w:rsidR="005A0029" w:rsidRDefault="00F83EB4">
      <w:pPr>
        <w:pStyle w:val="Heading2"/>
      </w:pPr>
      <w:r>
        <w:t>Prayer</w:t>
      </w:r>
    </w:p>
    <w:p w14:paraId="56FACC19" w14:textId="77777777" w:rsidR="005A0029" w:rsidRDefault="00F83EB4">
      <w:r>
        <w:t>Father, meet me in this practice of when god seems silent.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E74B585" w14:textId="77777777" w:rsidR="005A0029" w:rsidRDefault="00F83EB4">
      <w:r>
        <w:rPr>
          <w:b/>
          <w:color w:val="B08D3A"/>
        </w:rPr>
        <w:lastRenderedPageBreak/>
        <w:t xml:space="preserve">TODAY'S DECLARATION  </w:t>
      </w:r>
      <w:r>
        <w:t>I will meet when god seems silent with truth, faith, and practiced peace.</w:t>
      </w:r>
    </w:p>
    <w:p w14:paraId="0E649260" w14:textId="77777777" w:rsidR="005A0029" w:rsidRDefault="00F83EB4">
      <w:r>
        <w:br w:type="page"/>
      </w:r>
    </w:p>
    <w:p w14:paraId="43502572" w14:textId="77777777" w:rsidR="005A0029" w:rsidRDefault="00F83EB4">
      <w:pPr>
        <w:pStyle w:val="Heading2"/>
      </w:pPr>
      <w:r>
        <w:lastRenderedPageBreak/>
        <w:t>DAY 20</w:t>
      </w:r>
    </w:p>
    <w:p w14:paraId="74B96592" w14:textId="77777777" w:rsidR="005A0029" w:rsidRDefault="00F83EB4">
      <w:pPr>
        <w:pStyle w:val="Heading1"/>
      </w:pPr>
      <w:r>
        <w:t>You Are More Than This Moment</w:t>
      </w:r>
    </w:p>
    <w:p w14:paraId="077A861B" w14:textId="77777777" w:rsidR="005A0029" w:rsidRDefault="00F83EB4">
      <w:r>
        <w:rPr>
          <w:b/>
          <w:color w:val="B08D3A"/>
        </w:rPr>
        <w:t xml:space="preserve">ANCHOR SCRIPTURE  </w:t>
      </w:r>
      <w:r>
        <w:t>Romans 8:37</w:t>
      </w:r>
    </w:p>
    <w:p w14:paraId="02777B3A" w14:textId="77777777" w:rsidR="005A0029" w:rsidRDefault="00F83EB4">
      <w:pPr>
        <w:pStyle w:val="Heading2"/>
      </w:pPr>
      <w:r>
        <w:t>Guided Reflection</w:t>
      </w:r>
    </w:p>
    <w:p w14:paraId="3CBF0323" w14:textId="77777777" w:rsidR="005A0029" w:rsidRDefault="00F83EB4">
      <w:r>
        <w:t>Today, consider what “you are more than this moment”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w:t>
      </w:r>
      <w:r>
        <w:t>uth is practiced repeatedly, especially when circumstances remain unresolved.</w:t>
      </w:r>
    </w:p>
    <w:p w14:paraId="06E82FDC" w14:textId="77777777" w:rsidR="005A0029" w:rsidRDefault="00F83EB4">
      <w:pPr>
        <w:pStyle w:val="Heading2"/>
      </w:pPr>
      <w:r>
        <w:t>Pause &amp; Notice</w:t>
      </w:r>
    </w:p>
    <w:p w14:paraId="1480C2BF" w14:textId="77777777" w:rsidR="005A0029" w:rsidRDefault="00F83EB4">
      <w:r>
        <w:t>What is this theme revealing about my heart, thoughts, relationships, or current circumstances today?</w:t>
      </w:r>
    </w:p>
    <w:p w14:paraId="2ABBD93A" w14:textId="77777777" w:rsidR="005A0029" w:rsidRDefault="00F83EB4">
      <w:pPr>
        <w:pStyle w:val="Heading2"/>
      </w:pPr>
      <w:r>
        <w:t>Peace Practice</w:t>
      </w:r>
    </w:p>
    <w:p w14:paraId="0389569F" w14:textId="77777777" w:rsidR="005A0029" w:rsidRDefault="00F83EB4">
      <w:r>
        <w:t>Reach out to one trusted, mature person. Share one thing you have been carrying silently and allow yourself to receive support.</w:t>
      </w:r>
    </w:p>
    <w:p w14:paraId="46CCCF5A" w14:textId="77777777" w:rsidR="005A0029" w:rsidRDefault="00F83EB4">
      <w:pPr>
        <w:pStyle w:val="Heading2"/>
      </w:pPr>
      <w:r>
        <w:t>My Thoughts &amp; Prayers</w:t>
      </w:r>
    </w:p>
    <w:p w14:paraId="3A3B9560" w14:textId="77777777" w:rsidR="005A0029" w:rsidRDefault="00F83EB4">
      <w:pPr>
        <w:spacing w:after="60"/>
      </w:pPr>
      <w:r>
        <w:rPr>
          <w:color w:val="B4B4B4"/>
          <w:sz w:val="16"/>
        </w:rPr>
        <w:t>________________________________________________________</w:t>
      </w:r>
    </w:p>
    <w:p w14:paraId="1ADE4A03" w14:textId="77777777" w:rsidR="005A0029" w:rsidRDefault="00F83EB4">
      <w:pPr>
        <w:spacing w:after="60"/>
      </w:pPr>
      <w:r>
        <w:rPr>
          <w:color w:val="B4B4B4"/>
          <w:sz w:val="16"/>
        </w:rPr>
        <w:t>________________________________________________________</w:t>
      </w:r>
    </w:p>
    <w:p w14:paraId="5CCA092A" w14:textId="77777777" w:rsidR="005A0029" w:rsidRDefault="00F83EB4">
      <w:pPr>
        <w:spacing w:after="60"/>
      </w:pPr>
      <w:r>
        <w:rPr>
          <w:color w:val="B4B4B4"/>
          <w:sz w:val="16"/>
        </w:rPr>
        <w:t>________________________________________________________</w:t>
      </w:r>
    </w:p>
    <w:p w14:paraId="4DCE7350" w14:textId="77777777" w:rsidR="005A0029" w:rsidRDefault="00F83EB4">
      <w:pPr>
        <w:spacing w:after="60"/>
      </w:pPr>
      <w:r>
        <w:rPr>
          <w:color w:val="B4B4B4"/>
          <w:sz w:val="16"/>
        </w:rPr>
        <w:t>________________________________________________________</w:t>
      </w:r>
    </w:p>
    <w:p w14:paraId="042AA2DA" w14:textId="77777777" w:rsidR="005A0029" w:rsidRDefault="00F83EB4">
      <w:pPr>
        <w:spacing w:after="60"/>
      </w:pPr>
      <w:r>
        <w:rPr>
          <w:color w:val="B4B4B4"/>
          <w:sz w:val="16"/>
        </w:rPr>
        <w:t>________________________________________________________</w:t>
      </w:r>
    </w:p>
    <w:p w14:paraId="72B6300D" w14:textId="77777777" w:rsidR="005A0029" w:rsidRDefault="00F83EB4">
      <w:pPr>
        <w:pStyle w:val="Heading2"/>
      </w:pPr>
      <w:r>
        <w:t>Prayer</w:t>
      </w:r>
    </w:p>
    <w:p w14:paraId="525E5F07" w14:textId="77777777" w:rsidR="005A0029" w:rsidRDefault="00F83EB4">
      <w:r>
        <w:t>Father, meet me in this practice of you are more than this moment.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9707693" w14:textId="77777777" w:rsidR="005A0029" w:rsidRDefault="00F83EB4">
      <w:r>
        <w:rPr>
          <w:b/>
          <w:color w:val="B08D3A"/>
        </w:rPr>
        <w:lastRenderedPageBreak/>
        <w:t xml:space="preserve">TODAY'S DECLARATION  </w:t>
      </w:r>
      <w:r>
        <w:t>I will meet you are more than this moment with truth, faith, and practiced peace.</w:t>
      </w:r>
    </w:p>
    <w:p w14:paraId="3A818F83" w14:textId="77777777" w:rsidR="005A0029" w:rsidRDefault="00F83EB4">
      <w:r>
        <w:br w:type="page"/>
      </w:r>
    </w:p>
    <w:p w14:paraId="176B7194" w14:textId="77777777" w:rsidR="005A0029" w:rsidRDefault="00F83EB4">
      <w:pPr>
        <w:pStyle w:val="Heading2"/>
      </w:pPr>
      <w:r>
        <w:lastRenderedPageBreak/>
        <w:t>DAY 21</w:t>
      </w:r>
    </w:p>
    <w:p w14:paraId="0FF0FE34" w14:textId="77777777" w:rsidR="005A0029" w:rsidRDefault="00F83EB4">
      <w:pPr>
        <w:pStyle w:val="Heading1"/>
      </w:pPr>
      <w:r>
        <w:t>Separating Reality From Fear</w:t>
      </w:r>
    </w:p>
    <w:p w14:paraId="2B54D6A7" w14:textId="77777777" w:rsidR="005A0029" w:rsidRDefault="00F83EB4">
      <w:r>
        <w:rPr>
          <w:b/>
          <w:color w:val="B08D3A"/>
        </w:rPr>
        <w:t xml:space="preserve">ANCHOR SCRIPTURE  </w:t>
      </w:r>
      <w:r>
        <w:t>2 Timothy 1:7</w:t>
      </w:r>
    </w:p>
    <w:p w14:paraId="70BB7C43" w14:textId="77777777" w:rsidR="005A0029" w:rsidRDefault="00F83EB4">
      <w:pPr>
        <w:pStyle w:val="Heading2"/>
      </w:pPr>
      <w:r>
        <w:t>Guided Reflection</w:t>
      </w:r>
    </w:p>
    <w:p w14:paraId="639B0E00" w14:textId="77777777" w:rsidR="005A0029" w:rsidRDefault="00F83EB4">
      <w:r>
        <w:t>Today, consider what “separating reality from fear”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4E74F2FC" w14:textId="77777777" w:rsidR="005A0029" w:rsidRDefault="00F83EB4">
      <w:pPr>
        <w:pStyle w:val="Heading2"/>
      </w:pPr>
      <w:r>
        <w:t>Pause &amp; Notice</w:t>
      </w:r>
    </w:p>
    <w:p w14:paraId="779A9758" w14:textId="77777777" w:rsidR="005A0029" w:rsidRDefault="00F83EB4">
      <w:r>
        <w:t>What is this theme revealing about my heart, thoughts, relationships, or current circumstances today?</w:t>
      </w:r>
    </w:p>
    <w:p w14:paraId="00ACF718" w14:textId="77777777" w:rsidR="005A0029" w:rsidRDefault="00F83EB4">
      <w:pPr>
        <w:pStyle w:val="Heading2"/>
      </w:pPr>
      <w:r>
        <w:t>Peace Practice</w:t>
      </w:r>
    </w:p>
    <w:p w14:paraId="06900B65" w14:textId="77777777" w:rsidR="005A0029" w:rsidRDefault="00F83EB4">
      <w:r>
        <w:t>Practice a ten-minute quiet period without your phone. Notice what surfaces, then bring it honestly into prayer.</w:t>
      </w:r>
    </w:p>
    <w:p w14:paraId="5F11D398" w14:textId="77777777" w:rsidR="005A0029" w:rsidRDefault="00F83EB4">
      <w:pPr>
        <w:pStyle w:val="Heading2"/>
      </w:pPr>
      <w:r>
        <w:t>My Thoughts &amp; Prayers</w:t>
      </w:r>
    </w:p>
    <w:p w14:paraId="49EF5281" w14:textId="77777777" w:rsidR="005A0029" w:rsidRDefault="00F83EB4">
      <w:pPr>
        <w:spacing w:after="60"/>
      </w:pPr>
      <w:r>
        <w:rPr>
          <w:color w:val="B4B4B4"/>
          <w:sz w:val="16"/>
        </w:rPr>
        <w:t>________________________________________________________</w:t>
      </w:r>
    </w:p>
    <w:p w14:paraId="7D3D091C" w14:textId="77777777" w:rsidR="005A0029" w:rsidRDefault="00F83EB4">
      <w:pPr>
        <w:spacing w:after="60"/>
      </w:pPr>
      <w:r>
        <w:rPr>
          <w:color w:val="B4B4B4"/>
          <w:sz w:val="16"/>
        </w:rPr>
        <w:t>________________________________________________________</w:t>
      </w:r>
    </w:p>
    <w:p w14:paraId="299366BE" w14:textId="77777777" w:rsidR="005A0029" w:rsidRDefault="00F83EB4">
      <w:pPr>
        <w:spacing w:after="60"/>
      </w:pPr>
      <w:r>
        <w:rPr>
          <w:color w:val="B4B4B4"/>
          <w:sz w:val="16"/>
        </w:rPr>
        <w:t>________________________________________________________</w:t>
      </w:r>
    </w:p>
    <w:p w14:paraId="16D94C56" w14:textId="77777777" w:rsidR="005A0029" w:rsidRDefault="00F83EB4">
      <w:pPr>
        <w:spacing w:after="60"/>
      </w:pPr>
      <w:r>
        <w:rPr>
          <w:color w:val="B4B4B4"/>
          <w:sz w:val="16"/>
        </w:rPr>
        <w:t>________________________________________________________</w:t>
      </w:r>
    </w:p>
    <w:p w14:paraId="29523365" w14:textId="77777777" w:rsidR="005A0029" w:rsidRDefault="00F83EB4">
      <w:pPr>
        <w:spacing w:after="60"/>
      </w:pPr>
      <w:r>
        <w:rPr>
          <w:color w:val="B4B4B4"/>
          <w:sz w:val="16"/>
        </w:rPr>
        <w:t>________________________________________________________</w:t>
      </w:r>
    </w:p>
    <w:p w14:paraId="518A6D5A" w14:textId="77777777" w:rsidR="005A0029" w:rsidRDefault="00F83EB4">
      <w:pPr>
        <w:pStyle w:val="Heading2"/>
      </w:pPr>
      <w:r>
        <w:t>Prayer</w:t>
      </w:r>
    </w:p>
    <w:p w14:paraId="4691F05C" w14:textId="77777777" w:rsidR="005A0029" w:rsidRDefault="00F83EB4">
      <w:r>
        <w:t>Father, meet me in this practice of separating reality from fear.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7BECB04" w14:textId="77777777" w:rsidR="005A0029" w:rsidRDefault="00F83EB4">
      <w:r>
        <w:rPr>
          <w:b/>
          <w:color w:val="B08D3A"/>
        </w:rPr>
        <w:lastRenderedPageBreak/>
        <w:t xml:space="preserve">TODAY'S DECLARATION  </w:t>
      </w:r>
      <w:r>
        <w:t>I will meet separating reality from fear with truth, faith, and practiced peace.</w:t>
      </w:r>
    </w:p>
    <w:p w14:paraId="1D7F513D" w14:textId="77777777" w:rsidR="005A0029" w:rsidRDefault="00F83EB4">
      <w:r>
        <w:br w:type="page"/>
      </w:r>
    </w:p>
    <w:p w14:paraId="385C6382" w14:textId="77777777" w:rsidR="005A0029" w:rsidRDefault="00F83EB4">
      <w:pPr>
        <w:pStyle w:val="Heading2"/>
      </w:pPr>
      <w:r>
        <w:lastRenderedPageBreak/>
        <w:t>DAY 22</w:t>
      </w:r>
    </w:p>
    <w:p w14:paraId="4B623D9B" w14:textId="77777777" w:rsidR="005A0029" w:rsidRDefault="00F83EB4">
      <w:pPr>
        <w:pStyle w:val="Heading1"/>
      </w:pPr>
      <w:r>
        <w:t>What the Storm Is Revealing</w:t>
      </w:r>
    </w:p>
    <w:p w14:paraId="12E232D0" w14:textId="77777777" w:rsidR="005A0029" w:rsidRDefault="00F83EB4">
      <w:r>
        <w:rPr>
          <w:b/>
          <w:color w:val="B08D3A"/>
        </w:rPr>
        <w:t xml:space="preserve">ANCHOR SCRIPTURE  </w:t>
      </w:r>
      <w:r>
        <w:t>James 1:2-4</w:t>
      </w:r>
    </w:p>
    <w:p w14:paraId="0AC3FE54" w14:textId="77777777" w:rsidR="005A0029" w:rsidRDefault="00F83EB4">
      <w:pPr>
        <w:pStyle w:val="Heading2"/>
      </w:pPr>
      <w:r>
        <w:t>Guided Reflection</w:t>
      </w:r>
    </w:p>
    <w:p w14:paraId="1C0088CD" w14:textId="77777777" w:rsidR="005A0029" w:rsidRDefault="00F83EB4">
      <w:r>
        <w:t>Today, consider what “what the storm is revealing”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trut</w:t>
      </w:r>
      <w:r>
        <w:t>h is practiced repeatedly, especially when circumstances remain unresolved.</w:t>
      </w:r>
    </w:p>
    <w:p w14:paraId="5B8CE15C" w14:textId="77777777" w:rsidR="005A0029" w:rsidRDefault="00F83EB4">
      <w:pPr>
        <w:pStyle w:val="Heading2"/>
      </w:pPr>
      <w:r>
        <w:t>Pause &amp; Notice</w:t>
      </w:r>
    </w:p>
    <w:p w14:paraId="46AE6BCD" w14:textId="77777777" w:rsidR="005A0029" w:rsidRDefault="00F83EB4">
      <w:r>
        <w:t>What is this theme revealing about my heart, thoughts, relationships, or current circumstances today?</w:t>
      </w:r>
    </w:p>
    <w:p w14:paraId="2C6A6819" w14:textId="77777777" w:rsidR="005A0029" w:rsidRDefault="00F83EB4">
      <w:pPr>
        <w:pStyle w:val="Heading2"/>
      </w:pPr>
      <w:r>
        <w:t>Peace Practice</w:t>
      </w:r>
    </w:p>
    <w:p w14:paraId="09284BA5" w14:textId="77777777" w:rsidR="005A0029" w:rsidRDefault="00F83EB4">
      <w:r>
        <w:t>Sit quietly for three minutes. Name what you feel without judging it. Then write one truth you want to carry into the day.</w:t>
      </w:r>
    </w:p>
    <w:p w14:paraId="69EAB422" w14:textId="77777777" w:rsidR="005A0029" w:rsidRDefault="00F83EB4">
      <w:pPr>
        <w:pStyle w:val="Heading2"/>
      </w:pPr>
      <w:r>
        <w:t>My Thoughts &amp; Prayers</w:t>
      </w:r>
    </w:p>
    <w:p w14:paraId="6C0D6938" w14:textId="77777777" w:rsidR="005A0029" w:rsidRDefault="00F83EB4">
      <w:pPr>
        <w:spacing w:after="60"/>
      </w:pPr>
      <w:r>
        <w:rPr>
          <w:color w:val="B4B4B4"/>
          <w:sz w:val="16"/>
        </w:rPr>
        <w:t>________________________________________________________</w:t>
      </w:r>
    </w:p>
    <w:p w14:paraId="598A869F" w14:textId="77777777" w:rsidR="005A0029" w:rsidRDefault="00F83EB4">
      <w:pPr>
        <w:spacing w:after="60"/>
      </w:pPr>
      <w:r>
        <w:rPr>
          <w:color w:val="B4B4B4"/>
          <w:sz w:val="16"/>
        </w:rPr>
        <w:t>________________________________________________________</w:t>
      </w:r>
    </w:p>
    <w:p w14:paraId="325B7693" w14:textId="77777777" w:rsidR="005A0029" w:rsidRDefault="00F83EB4">
      <w:pPr>
        <w:spacing w:after="60"/>
      </w:pPr>
      <w:r>
        <w:rPr>
          <w:color w:val="B4B4B4"/>
          <w:sz w:val="16"/>
        </w:rPr>
        <w:t>________________________________________________________</w:t>
      </w:r>
    </w:p>
    <w:p w14:paraId="79E0C60E" w14:textId="77777777" w:rsidR="005A0029" w:rsidRDefault="00F83EB4">
      <w:pPr>
        <w:spacing w:after="60"/>
      </w:pPr>
      <w:r>
        <w:rPr>
          <w:color w:val="B4B4B4"/>
          <w:sz w:val="16"/>
        </w:rPr>
        <w:t>________________________________________________________</w:t>
      </w:r>
    </w:p>
    <w:p w14:paraId="3F1B136D" w14:textId="77777777" w:rsidR="005A0029" w:rsidRDefault="00F83EB4">
      <w:pPr>
        <w:spacing w:after="60"/>
      </w:pPr>
      <w:r>
        <w:rPr>
          <w:color w:val="B4B4B4"/>
          <w:sz w:val="16"/>
        </w:rPr>
        <w:t>________________________________________________________</w:t>
      </w:r>
    </w:p>
    <w:p w14:paraId="0CC51EAF" w14:textId="77777777" w:rsidR="005A0029" w:rsidRDefault="00F83EB4">
      <w:pPr>
        <w:pStyle w:val="Heading2"/>
      </w:pPr>
      <w:r>
        <w:t>Prayer</w:t>
      </w:r>
    </w:p>
    <w:p w14:paraId="0136CA23" w14:textId="77777777" w:rsidR="005A0029" w:rsidRDefault="00F83EB4">
      <w:r>
        <w:t>Father, meet me in this practice of what the storm is revealing.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DF55AC9" w14:textId="77777777" w:rsidR="005A0029" w:rsidRDefault="00F83EB4">
      <w:r>
        <w:rPr>
          <w:b/>
          <w:color w:val="B08D3A"/>
        </w:rPr>
        <w:lastRenderedPageBreak/>
        <w:t xml:space="preserve">TODAY'S DECLARATION  </w:t>
      </w:r>
      <w:r>
        <w:t>I will meet what the storm is revealing with truth, faith, and practiced peace.</w:t>
      </w:r>
    </w:p>
    <w:p w14:paraId="38A8A218" w14:textId="77777777" w:rsidR="005A0029" w:rsidRDefault="00F83EB4">
      <w:r>
        <w:br w:type="page"/>
      </w:r>
    </w:p>
    <w:p w14:paraId="385F463A" w14:textId="77777777" w:rsidR="005A0029" w:rsidRDefault="00F83EB4">
      <w:pPr>
        <w:pStyle w:val="Heading2"/>
      </w:pPr>
      <w:r>
        <w:lastRenderedPageBreak/>
        <w:t>DAY 23</w:t>
      </w:r>
    </w:p>
    <w:p w14:paraId="3A15F696" w14:textId="77777777" w:rsidR="005A0029" w:rsidRDefault="00F83EB4">
      <w:pPr>
        <w:pStyle w:val="Heading1"/>
      </w:pPr>
      <w:r>
        <w:t>Grace for Today</w:t>
      </w:r>
    </w:p>
    <w:p w14:paraId="77A1B853" w14:textId="77777777" w:rsidR="005A0029" w:rsidRDefault="00F83EB4">
      <w:r>
        <w:rPr>
          <w:b/>
          <w:color w:val="B08D3A"/>
        </w:rPr>
        <w:t xml:space="preserve">ANCHOR SCRIPTURE  </w:t>
      </w:r>
      <w:r>
        <w:t>Lamentations 3:22-23</w:t>
      </w:r>
    </w:p>
    <w:p w14:paraId="12292E35" w14:textId="77777777" w:rsidR="005A0029" w:rsidRDefault="00F83EB4">
      <w:pPr>
        <w:pStyle w:val="Heading2"/>
      </w:pPr>
      <w:r>
        <w:t>Guided Reflection</w:t>
      </w:r>
    </w:p>
    <w:p w14:paraId="50DE6A04" w14:textId="77777777" w:rsidR="005A0029" w:rsidRDefault="00F83EB4">
      <w:r>
        <w:t>Today, consider what “grace for today”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truth is practic</w:t>
      </w:r>
      <w:r>
        <w:t>ed repeatedly, especially when circumstances remain unresolved.</w:t>
      </w:r>
    </w:p>
    <w:p w14:paraId="7F95EF38" w14:textId="77777777" w:rsidR="005A0029" w:rsidRDefault="00F83EB4">
      <w:pPr>
        <w:pStyle w:val="Heading2"/>
      </w:pPr>
      <w:r>
        <w:t>Pause &amp; Notice</w:t>
      </w:r>
    </w:p>
    <w:p w14:paraId="36073A65" w14:textId="77777777" w:rsidR="005A0029" w:rsidRDefault="00F83EB4">
      <w:r>
        <w:t>What is this theme revealing about my heart, thoughts, relationships, or current circumstances today?</w:t>
      </w:r>
    </w:p>
    <w:p w14:paraId="4E5802B1" w14:textId="77777777" w:rsidR="005A0029" w:rsidRDefault="00F83EB4">
      <w:pPr>
        <w:pStyle w:val="Heading2"/>
      </w:pPr>
      <w:r>
        <w:t>Peace Practice</w:t>
      </w:r>
    </w:p>
    <w:p w14:paraId="216C1D84" w14:textId="77777777" w:rsidR="005A0029" w:rsidRDefault="00F83EB4">
      <w:r>
        <w:t>Draw two columns: 'What I can control' and 'What I must release.' Place each concern in the appropriate column and pray over both.</w:t>
      </w:r>
    </w:p>
    <w:p w14:paraId="4BB502EE" w14:textId="77777777" w:rsidR="005A0029" w:rsidRDefault="00F83EB4">
      <w:pPr>
        <w:pStyle w:val="Heading2"/>
      </w:pPr>
      <w:r>
        <w:t>My Thoughts &amp; Prayers</w:t>
      </w:r>
    </w:p>
    <w:p w14:paraId="7A3E4437" w14:textId="77777777" w:rsidR="005A0029" w:rsidRDefault="00F83EB4">
      <w:pPr>
        <w:spacing w:after="60"/>
      </w:pPr>
      <w:r>
        <w:rPr>
          <w:color w:val="B4B4B4"/>
          <w:sz w:val="16"/>
        </w:rPr>
        <w:t>________________________________________________________</w:t>
      </w:r>
    </w:p>
    <w:p w14:paraId="41CBF76E" w14:textId="77777777" w:rsidR="005A0029" w:rsidRDefault="00F83EB4">
      <w:pPr>
        <w:spacing w:after="60"/>
      </w:pPr>
      <w:r>
        <w:rPr>
          <w:color w:val="B4B4B4"/>
          <w:sz w:val="16"/>
        </w:rPr>
        <w:t>________________________________________________________</w:t>
      </w:r>
    </w:p>
    <w:p w14:paraId="48DFFDC5" w14:textId="77777777" w:rsidR="005A0029" w:rsidRDefault="00F83EB4">
      <w:pPr>
        <w:spacing w:after="60"/>
      </w:pPr>
      <w:r>
        <w:rPr>
          <w:color w:val="B4B4B4"/>
          <w:sz w:val="16"/>
        </w:rPr>
        <w:t>________________________________________________________</w:t>
      </w:r>
    </w:p>
    <w:p w14:paraId="54173AFE" w14:textId="77777777" w:rsidR="005A0029" w:rsidRDefault="00F83EB4">
      <w:pPr>
        <w:spacing w:after="60"/>
      </w:pPr>
      <w:r>
        <w:rPr>
          <w:color w:val="B4B4B4"/>
          <w:sz w:val="16"/>
        </w:rPr>
        <w:t>________________________________________________________</w:t>
      </w:r>
    </w:p>
    <w:p w14:paraId="1A3F069B" w14:textId="77777777" w:rsidR="005A0029" w:rsidRDefault="00F83EB4">
      <w:pPr>
        <w:spacing w:after="60"/>
      </w:pPr>
      <w:r>
        <w:rPr>
          <w:color w:val="B4B4B4"/>
          <w:sz w:val="16"/>
        </w:rPr>
        <w:t>________________________________________________________</w:t>
      </w:r>
    </w:p>
    <w:p w14:paraId="7EED2419" w14:textId="77777777" w:rsidR="005A0029" w:rsidRDefault="00F83EB4">
      <w:pPr>
        <w:pStyle w:val="Heading2"/>
      </w:pPr>
      <w:r>
        <w:t>Prayer</w:t>
      </w:r>
    </w:p>
    <w:p w14:paraId="6A8ED155" w14:textId="77777777" w:rsidR="005A0029" w:rsidRDefault="00F83EB4">
      <w:r>
        <w:t>Father, meet me in this practice of grace for today.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401ACA2" w14:textId="77777777" w:rsidR="005A0029" w:rsidRDefault="00F83EB4">
      <w:r>
        <w:rPr>
          <w:b/>
          <w:color w:val="B08D3A"/>
        </w:rPr>
        <w:lastRenderedPageBreak/>
        <w:t xml:space="preserve">TODAY'S DECLARATION  </w:t>
      </w:r>
      <w:r>
        <w:t>I will meet grace for today with truth, faith, and practiced peace.</w:t>
      </w:r>
    </w:p>
    <w:p w14:paraId="4F4874E7" w14:textId="77777777" w:rsidR="005A0029" w:rsidRDefault="00F83EB4">
      <w:r>
        <w:br w:type="page"/>
      </w:r>
    </w:p>
    <w:p w14:paraId="29B9A8A5" w14:textId="77777777" w:rsidR="005A0029" w:rsidRDefault="00F83EB4">
      <w:pPr>
        <w:pStyle w:val="Heading2"/>
      </w:pPr>
      <w:r>
        <w:lastRenderedPageBreak/>
        <w:t>DAY 24</w:t>
      </w:r>
    </w:p>
    <w:p w14:paraId="52879CE7" w14:textId="77777777" w:rsidR="005A0029" w:rsidRDefault="00F83EB4">
      <w:pPr>
        <w:pStyle w:val="Heading1"/>
      </w:pPr>
      <w:r>
        <w:t>When You Are Emotionally Exhausted</w:t>
      </w:r>
    </w:p>
    <w:p w14:paraId="379B3764" w14:textId="77777777" w:rsidR="005A0029" w:rsidRDefault="00F83EB4">
      <w:r>
        <w:rPr>
          <w:b/>
          <w:color w:val="B08D3A"/>
        </w:rPr>
        <w:t xml:space="preserve">ANCHOR SCRIPTURE  </w:t>
      </w:r>
      <w:r>
        <w:t>Matthew 11:28-30</w:t>
      </w:r>
    </w:p>
    <w:p w14:paraId="58A8B944" w14:textId="77777777" w:rsidR="005A0029" w:rsidRDefault="00F83EB4">
      <w:pPr>
        <w:pStyle w:val="Heading2"/>
      </w:pPr>
      <w:r>
        <w:t>Guided Reflection</w:t>
      </w:r>
    </w:p>
    <w:p w14:paraId="5BD8398C" w14:textId="77777777" w:rsidR="005A0029" w:rsidRDefault="00F83EB4">
      <w:r>
        <w:t>Today, consider what “when you are emotionally exhausted”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w:t>
      </w:r>
      <w:r>
        <w:t>en truth is practiced repeatedly, especially when circumstances remain unresolved.</w:t>
      </w:r>
    </w:p>
    <w:p w14:paraId="11249384" w14:textId="77777777" w:rsidR="005A0029" w:rsidRDefault="00F83EB4">
      <w:pPr>
        <w:pStyle w:val="Heading2"/>
      </w:pPr>
      <w:r>
        <w:t>Pause &amp; Notice</w:t>
      </w:r>
    </w:p>
    <w:p w14:paraId="433BF8C2" w14:textId="77777777" w:rsidR="005A0029" w:rsidRDefault="00F83EB4">
      <w:r>
        <w:t>What is this theme revealing about my heart, thoughts, relationships, or current circumstances today?</w:t>
      </w:r>
    </w:p>
    <w:p w14:paraId="6EC30117" w14:textId="77777777" w:rsidR="005A0029" w:rsidRDefault="00F83EB4">
      <w:pPr>
        <w:pStyle w:val="Heading2"/>
      </w:pPr>
      <w:r>
        <w:t>Peace Practice</w:t>
      </w:r>
    </w:p>
    <w:p w14:paraId="4A0DCEA9" w14:textId="77777777" w:rsidR="005A0029" w:rsidRDefault="00F83EB4">
      <w:r>
        <w:t>Take five slow breaths. With each inhale, receive God's presence; with each exhale, release one pressure you have been carrying.</w:t>
      </w:r>
    </w:p>
    <w:p w14:paraId="0EBDF440" w14:textId="77777777" w:rsidR="005A0029" w:rsidRDefault="00F83EB4">
      <w:pPr>
        <w:pStyle w:val="Heading2"/>
      </w:pPr>
      <w:r>
        <w:t>My Thoughts &amp; Prayers</w:t>
      </w:r>
    </w:p>
    <w:p w14:paraId="28500056" w14:textId="77777777" w:rsidR="005A0029" w:rsidRDefault="00F83EB4">
      <w:pPr>
        <w:spacing w:after="60"/>
      </w:pPr>
      <w:r>
        <w:rPr>
          <w:color w:val="B4B4B4"/>
          <w:sz w:val="16"/>
        </w:rPr>
        <w:t>________________________________________________________</w:t>
      </w:r>
    </w:p>
    <w:p w14:paraId="2029A8DA" w14:textId="77777777" w:rsidR="005A0029" w:rsidRDefault="00F83EB4">
      <w:pPr>
        <w:spacing w:after="60"/>
      </w:pPr>
      <w:r>
        <w:rPr>
          <w:color w:val="B4B4B4"/>
          <w:sz w:val="16"/>
        </w:rPr>
        <w:t>________________________________________________________</w:t>
      </w:r>
    </w:p>
    <w:p w14:paraId="793F8337" w14:textId="77777777" w:rsidR="005A0029" w:rsidRDefault="00F83EB4">
      <w:pPr>
        <w:spacing w:after="60"/>
      </w:pPr>
      <w:r>
        <w:rPr>
          <w:color w:val="B4B4B4"/>
          <w:sz w:val="16"/>
        </w:rPr>
        <w:t>________________________________________________________</w:t>
      </w:r>
    </w:p>
    <w:p w14:paraId="1499D4E3" w14:textId="77777777" w:rsidR="005A0029" w:rsidRDefault="00F83EB4">
      <w:pPr>
        <w:spacing w:after="60"/>
      </w:pPr>
      <w:r>
        <w:rPr>
          <w:color w:val="B4B4B4"/>
          <w:sz w:val="16"/>
        </w:rPr>
        <w:t>________________________________________________________</w:t>
      </w:r>
    </w:p>
    <w:p w14:paraId="6C88BE56" w14:textId="77777777" w:rsidR="005A0029" w:rsidRDefault="00F83EB4">
      <w:pPr>
        <w:spacing w:after="60"/>
      </w:pPr>
      <w:r>
        <w:rPr>
          <w:color w:val="B4B4B4"/>
          <w:sz w:val="16"/>
        </w:rPr>
        <w:t>________________________________________________________</w:t>
      </w:r>
    </w:p>
    <w:p w14:paraId="54FADA15" w14:textId="77777777" w:rsidR="005A0029" w:rsidRDefault="00F83EB4">
      <w:pPr>
        <w:pStyle w:val="Heading2"/>
      </w:pPr>
      <w:r>
        <w:t>Prayer</w:t>
      </w:r>
    </w:p>
    <w:p w14:paraId="368D46C0" w14:textId="77777777" w:rsidR="005A0029" w:rsidRDefault="00F83EB4">
      <w:r>
        <w:t>Father, meet me in this practice of when you are emotionally exhausted.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4DFF589" w14:textId="77777777" w:rsidR="005A0029" w:rsidRDefault="00F83EB4">
      <w:r>
        <w:rPr>
          <w:b/>
          <w:color w:val="B08D3A"/>
        </w:rPr>
        <w:lastRenderedPageBreak/>
        <w:t xml:space="preserve">TODAY'S DECLARATION  </w:t>
      </w:r>
      <w:r>
        <w:t>I will meet when you are emotionally exhausted with truth, faith, and practiced peace.</w:t>
      </w:r>
    </w:p>
    <w:p w14:paraId="7EDB750A" w14:textId="77777777" w:rsidR="005A0029" w:rsidRDefault="00F83EB4">
      <w:r>
        <w:br w:type="page"/>
      </w:r>
    </w:p>
    <w:p w14:paraId="4425EC88" w14:textId="77777777" w:rsidR="005A0029" w:rsidRDefault="00F83EB4">
      <w:pPr>
        <w:pStyle w:val="Heading2"/>
      </w:pPr>
      <w:r>
        <w:lastRenderedPageBreak/>
        <w:t>DAY 25</w:t>
      </w:r>
    </w:p>
    <w:p w14:paraId="7DEFE675" w14:textId="77777777" w:rsidR="005A0029" w:rsidRDefault="00F83EB4">
      <w:pPr>
        <w:pStyle w:val="Heading1"/>
      </w:pPr>
      <w:r>
        <w:t>Stop Fighting Tomorrow Today</w:t>
      </w:r>
    </w:p>
    <w:p w14:paraId="77691A86" w14:textId="77777777" w:rsidR="005A0029" w:rsidRDefault="00F83EB4">
      <w:r>
        <w:rPr>
          <w:b/>
          <w:color w:val="B08D3A"/>
        </w:rPr>
        <w:t xml:space="preserve">ANCHOR SCRIPTURE  </w:t>
      </w:r>
      <w:r>
        <w:t>Matthew 6:34</w:t>
      </w:r>
    </w:p>
    <w:p w14:paraId="162B88FC" w14:textId="77777777" w:rsidR="005A0029" w:rsidRDefault="00F83EB4">
      <w:pPr>
        <w:pStyle w:val="Heading2"/>
      </w:pPr>
      <w:r>
        <w:t>Guided Reflection</w:t>
      </w:r>
    </w:p>
    <w:p w14:paraId="1F32DA3B" w14:textId="77777777" w:rsidR="005A0029" w:rsidRDefault="00F83EB4">
      <w:r>
        <w:t>Today, consider what “stop fighting tomorrow today”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7CEAC320" w14:textId="77777777" w:rsidR="005A0029" w:rsidRDefault="00F83EB4">
      <w:pPr>
        <w:pStyle w:val="Heading2"/>
      </w:pPr>
      <w:r>
        <w:t>Pause &amp; Notice</w:t>
      </w:r>
    </w:p>
    <w:p w14:paraId="554C9D95" w14:textId="77777777" w:rsidR="005A0029" w:rsidRDefault="00F83EB4">
      <w:r>
        <w:t>What is this theme revealing about my heart, thoughts, relationships, or current circumstances today?</w:t>
      </w:r>
    </w:p>
    <w:p w14:paraId="774639D0" w14:textId="77777777" w:rsidR="005A0029" w:rsidRDefault="00F83EB4">
      <w:pPr>
        <w:pStyle w:val="Heading2"/>
      </w:pPr>
      <w:r>
        <w:t>Peace Practice</w:t>
      </w:r>
    </w:p>
    <w:p w14:paraId="5C24D4DA" w14:textId="77777777" w:rsidR="005A0029" w:rsidRDefault="00F83EB4">
      <w:r>
        <w:t>Write one recurring fearful thought. Under it, write a Scripture-shaped response that is more truthful and life-giving.</w:t>
      </w:r>
    </w:p>
    <w:p w14:paraId="0C068571" w14:textId="77777777" w:rsidR="005A0029" w:rsidRDefault="00F83EB4">
      <w:pPr>
        <w:pStyle w:val="Heading2"/>
      </w:pPr>
      <w:r>
        <w:t>My Thoughts &amp; Prayers</w:t>
      </w:r>
    </w:p>
    <w:p w14:paraId="7139F625" w14:textId="77777777" w:rsidR="005A0029" w:rsidRDefault="00F83EB4">
      <w:pPr>
        <w:spacing w:after="60"/>
      </w:pPr>
      <w:r>
        <w:rPr>
          <w:color w:val="B4B4B4"/>
          <w:sz w:val="16"/>
        </w:rPr>
        <w:t>________________________________________________________</w:t>
      </w:r>
    </w:p>
    <w:p w14:paraId="57A4EF30" w14:textId="77777777" w:rsidR="005A0029" w:rsidRDefault="00F83EB4">
      <w:pPr>
        <w:spacing w:after="60"/>
      </w:pPr>
      <w:r>
        <w:rPr>
          <w:color w:val="B4B4B4"/>
          <w:sz w:val="16"/>
        </w:rPr>
        <w:t>________________________________________________________</w:t>
      </w:r>
    </w:p>
    <w:p w14:paraId="6D78E71E" w14:textId="77777777" w:rsidR="005A0029" w:rsidRDefault="00F83EB4">
      <w:pPr>
        <w:spacing w:after="60"/>
      </w:pPr>
      <w:r>
        <w:rPr>
          <w:color w:val="B4B4B4"/>
          <w:sz w:val="16"/>
        </w:rPr>
        <w:t>________________________________________________________</w:t>
      </w:r>
    </w:p>
    <w:p w14:paraId="52474C34" w14:textId="77777777" w:rsidR="005A0029" w:rsidRDefault="00F83EB4">
      <w:pPr>
        <w:spacing w:after="60"/>
      </w:pPr>
      <w:r>
        <w:rPr>
          <w:color w:val="B4B4B4"/>
          <w:sz w:val="16"/>
        </w:rPr>
        <w:t>________________________________________________________</w:t>
      </w:r>
    </w:p>
    <w:p w14:paraId="14434CB9" w14:textId="77777777" w:rsidR="005A0029" w:rsidRDefault="00F83EB4">
      <w:pPr>
        <w:spacing w:after="60"/>
      </w:pPr>
      <w:r>
        <w:rPr>
          <w:color w:val="B4B4B4"/>
          <w:sz w:val="16"/>
        </w:rPr>
        <w:t>________________________________________________________</w:t>
      </w:r>
    </w:p>
    <w:p w14:paraId="74E302E9" w14:textId="77777777" w:rsidR="005A0029" w:rsidRDefault="00F83EB4">
      <w:pPr>
        <w:pStyle w:val="Heading2"/>
      </w:pPr>
      <w:r>
        <w:t>Prayer</w:t>
      </w:r>
    </w:p>
    <w:p w14:paraId="43F39D34" w14:textId="77777777" w:rsidR="005A0029" w:rsidRDefault="00F83EB4">
      <w:r>
        <w:t>Father, meet me in this practice of stop fighting tomorrow today.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3E2B7C4" w14:textId="77777777" w:rsidR="005A0029" w:rsidRDefault="00F83EB4">
      <w:r>
        <w:rPr>
          <w:b/>
          <w:color w:val="B08D3A"/>
        </w:rPr>
        <w:lastRenderedPageBreak/>
        <w:t xml:space="preserve">TODAY'S DECLARATION  </w:t>
      </w:r>
      <w:r>
        <w:t>I will meet stop fighting tomorrow today with truth, faith, and practiced peace.</w:t>
      </w:r>
    </w:p>
    <w:p w14:paraId="5BB0DF46" w14:textId="77777777" w:rsidR="005A0029" w:rsidRDefault="00F83EB4">
      <w:r>
        <w:br w:type="page"/>
      </w:r>
    </w:p>
    <w:p w14:paraId="2B72710C" w14:textId="77777777" w:rsidR="005A0029" w:rsidRDefault="00F83EB4">
      <w:pPr>
        <w:pStyle w:val="Heading2"/>
      </w:pPr>
      <w:r>
        <w:lastRenderedPageBreak/>
        <w:t>DAY 26</w:t>
      </w:r>
    </w:p>
    <w:p w14:paraId="6067B36C" w14:textId="77777777" w:rsidR="005A0029" w:rsidRDefault="00F83EB4">
      <w:pPr>
        <w:pStyle w:val="Heading1"/>
      </w:pPr>
      <w:r>
        <w:t>The Gift of Stillness</w:t>
      </w:r>
    </w:p>
    <w:p w14:paraId="055B1CD1" w14:textId="77777777" w:rsidR="005A0029" w:rsidRDefault="00F83EB4">
      <w:r>
        <w:rPr>
          <w:b/>
          <w:color w:val="B08D3A"/>
        </w:rPr>
        <w:t xml:space="preserve">ANCHOR SCRIPTURE  </w:t>
      </w:r>
      <w:r>
        <w:t>Psalm 46:10</w:t>
      </w:r>
    </w:p>
    <w:p w14:paraId="136D2498" w14:textId="77777777" w:rsidR="005A0029" w:rsidRDefault="00F83EB4">
      <w:pPr>
        <w:pStyle w:val="Heading2"/>
      </w:pPr>
      <w:r>
        <w:t>Guided Reflection</w:t>
      </w:r>
    </w:p>
    <w:p w14:paraId="5D218434" w14:textId="77777777" w:rsidR="005A0029" w:rsidRDefault="00F83EB4">
      <w:r>
        <w:t>Today, consider what “the gift of stillness”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truth is p</w:t>
      </w:r>
      <w:r>
        <w:t>racticed repeatedly, especially when circumstances remain unresolved.</w:t>
      </w:r>
    </w:p>
    <w:p w14:paraId="69D9A670" w14:textId="77777777" w:rsidR="005A0029" w:rsidRDefault="00F83EB4">
      <w:pPr>
        <w:pStyle w:val="Heading2"/>
      </w:pPr>
      <w:r>
        <w:t>Pause &amp; Notice</w:t>
      </w:r>
    </w:p>
    <w:p w14:paraId="5DD317F0" w14:textId="77777777" w:rsidR="005A0029" w:rsidRDefault="00F83EB4">
      <w:r>
        <w:t>What is this theme revealing about my heart, thoughts, relationships, or current circumstances today?</w:t>
      </w:r>
    </w:p>
    <w:p w14:paraId="064A38B1" w14:textId="77777777" w:rsidR="005A0029" w:rsidRDefault="00F83EB4">
      <w:pPr>
        <w:pStyle w:val="Heading2"/>
      </w:pPr>
      <w:r>
        <w:t>Peace Practice</w:t>
      </w:r>
    </w:p>
    <w:p w14:paraId="686DA45B" w14:textId="77777777" w:rsidR="005A0029" w:rsidRDefault="00F83EB4">
      <w:r>
        <w:t>Identify one small action that would create greater peace today. Make it specific enough to complete before the day ends.</w:t>
      </w:r>
    </w:p>
    <w:p w14:paraId="514730E4" w14:textId="77777777" w:rsidR="005A0029" w:rsidRDefault="00F83EB4">
      <w:pPr>
        <w:pStyle w:val="Heading2"/>
      </w:pPr>
      <w:r>
        <w:t>My Thoughts &amp; Prayers</w:t>
      </w:r>
    </w:p>
    <w:p w14:paraId="332B8201" w14:textId="77777777" w:rsidR="005A0029" w:rsidRDefault="00F83EB4">
      <w:pPr>
        <w:spacing w:after="60"/>
      </w:pPr>
      <w:r>
        <w:rPr>
          <w:color w:val="B4B4B4"/>
          <w:sz w:val="16"/>
        </w:rPr>
        <w:t>________________________________________________________</w:t>
      </w:r>
    </w:p>
    <w:p w14:paraId="27273EC6" w14:textId="77777777" w:rsidR="005A0029" w:rsidRDefault="00F83EB4">
      <w:pPr>
        <w:spacing w:after="60"/>
      </w:pPr>
      <w:r>
        <w:rPr>
          <w:color w:val="B4B4B4"/>
          <w:sz w:val="16"/>
        </w:rPr>
        <w:t>________________________________________________________</w:t>
      </w:r>
    </w:p>
    <w:p w14:paraId="27A006AD" w14:textId="77777777" w:rsidR="005A0029" w:rsidRDefault="00F83EB4">
      <w:pPr>
        <w:spacing w:after="60"/>
      </w:pPr>
      <w:r>
        <w:rPr>
          <w:color w:val="B4B4B4"/>
          <w:sz w:val="16"/>
        </w:rPr>
        <w:t>________________________________________________________</w:t>
      </w:r>
    </w:p>
    <w:p w14:paraId="412CDF08" w14:textId="77777777" w:rsidR="005A0029" w:rsidRDefault="00F83EB4">
      <w:pPr>
        <w:spacing w:after="60"/>
      </w:pPr>
      <w:r>
        <w:rPr>
          <w:color w:val="B4B4B4"/>
          <w:sz w:val="16"/>
        </w:rPr>
        <w:t>________________________________________________________</w:t>
      </w:r>
    </w:p>
    <w:p w14:paraId="71751AFB" w14:textId="77777777" w:rsidR="005A0029" w:rsidRDefault="00F83EB4">
      <w:pPr>
        <w:spacing w:after="60"/>
      </w:pPr>
      <w:r>
        <w:rPr>
          <w:color w:val="B4B4B4"/>
          <w:sz w:val="16"/>
        </w:rPr>
        <w:t>________________________________________________________</w:t>
      </w:r>
    </w:p>
    <w:p w14:paraId="349910A9" w14:textId="77777777" w:rsidR="005A0029" w:rsidRDefault="00F83EB4">
      <w:pPr>
        <w:pStyle w:val="Heading2"/>
      </w:pPr>
      <w:r>
        <w:t>Prayer</w:t>
      </w:r>
    </w:p>
    <w:p w14:paraId="6F20F870" w14:textId="77777777" w:rsidR="005A0029" w:rsidRDefault="00F83EB4">
      <w:r>
        <w:t>Father, meet me in this practice of the gift of stillness.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EE7C0BE" w14:textId="77777777" w:rsidR="005A0029" w:rsidRDefault="00F83EB4">
      <w:r>
        <w:rPr>
          <w:b/>
          <w:color w:val="B08D3A"/>
        </w:rPr>
        <w:lastRenderedPageBreak/>
        <w:t xml:space="preserve">TODAY'S DECLARATION  </w:t>
      </w:r>
      <w:r>
        <w:t>I will meet the gift of stillness with truth, faith, and practiced peace.</w:t>
      </w:r>
    </w:p>
    <w:p w14:paraId="7BDA3421" w14:textId="77777777" w:rsidR="005A0029" w:rsidRDefault="00F83EB4">
      <w:r>
        <w:br w:type="page"/>
      </w:r>
    </w:p>
    <w:p w14:paraId="7D0EC088" w14:textId="77777777" w:rsidR="005A0029" w:rsidRDefault="00F83EB4">
      <w:pPr>
        <w:pStyle w:val="Heading2"/>
      </w:pPr>
      <w:r>
        <w:lastRenderedPageBreak/>
        <w:t>DAY 27</w:t>
      </w:r>
    </w:p>
    <w:p w14:paraId="39FD2D00" w14:textId="77777777" w:rsidR="005A0029" w:rsidRDefault="00F83EB4">
      <w:pPr>
        <w:pStyle w:val="Heading1"/>
      </w:pPr>
      <w:r>
        <w:t>Remembering Previous Deliverance</w:t>
      </w:r>
    </w:p>
    <w:p w14:paraId="40B41BC3" w14:textId="77777777" w:rsidR="005A0029" w:rsidRDefault="00F83EB4">
      <w:r>
        <w:rPr>
          <w:b/>
          <w:color w:val="B08D3A"/>
        </w:rPr>
        <w:t xml:space="preserve">ANCHOR SCRIPTURE  </w:t>
      </w:r>
      <w:r>
        <w:t>Psalm 77:11-12</w:t>
      </w:r>
    </w:p>
    <w:p w14:paraId="5899DB9C" w14:textId="77777777" w:rsidR="005A0029" w:rsidRDefault="00F83EB4">
      <w:pPr>
        <w:pStyle w:val="Heading2"/>
      </w:pPr>
      <w:r>
        <w:t>Guided Reflection</w:t>
      </w:r>
    </w:p>
    <w:p w14:paraId="218ACC5C" w14:textId="77777777" w:rsidR="005A0029" w:rsidRDefault="00F83EB4">
      <w:r>
        <w:t>Today, consider what “remembering previous deliverance”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w:t>
      </w:r>
      <w:r>
        <w:t xml:space="preserve"> truth is practiced repeatedly, especially when circumstances remain unresolved.</w:t>
      </w:r>
    </w:p>
    <w:p w14:paraId="64CEB358" w14:textId="77777777" w:rsidR="005A0029" w:rsidRDefault="00F83EB4">
      <w:pPr>
        <w:pStyle w:val="Heading2"/>
      </w:pPr>
      <w:r>
        <w:t>Pause &amp; Notice</w:t>
      </w:r>
    </w:p>
    <w:p w14:paraId="68C33393" w14:textId="77777777" w:rsidR="005A0029" w:rsidRDefault="00F83EB4">
      <w:r>
        <w:t>What is this theme revealing about my heart, thoughts, relationships, or current circumstances today?</w:t>
      </w:r>
    </w:p>
    <w:p w14:paraId="239E6ADE" w14:textId="77777777" w:rsidR="005A0029" w:rsidRDefault="00F83EB4">
      <w:pPr>
        <w:pStyle w:val="Heading2"/>
      </w:pPr>
      <w:r>
        <w:t>Peace Practice</w:t>
      </w:r>
    </w:p>
    <w:p w14:paraId="0F767FAC" w14:textId="77777777" w:rsidR="005A0029" w:rsidRDefault="00F83EB4">
      <w:r>
        <w:t>Reach out to one trusted, mature person. Share one thing you have been carrying silently and allow yourself to receive support.</w:t>
      </w:r>
    </w:p>
    <w:p w14:paraId="500CA5BA" w14:textId="77777777" w:rsidR="005A0029" w:rsidRDefault="00F83EB4">
      <w:pPr>
        <w:pStyle w:val="Heading2"/>
      </w:pPr>
      <w:r>
        <w:t>My Thoughts &amp; Prayers</w:t>
      </w:r>
    </w:p>
    <w:p w14:paraId="103EABE9" w14:textId="77777777" w:rsidR="005A0029" w:rsidRDefault="00F83EB4">
      <w:pPr>
        <w:spacing w:after="60"/>
      </w:pPr>
      <w:r>
        <w:rPr>
          <w:color w:val="B4B4B4"/>
          <w:sz w:val="16"/>
        </w:rPr>
        <w:t>________________________________________________________</w:t>
      </w:r>
    </w:p>
    <w:p w14:paraId="4F55CD3B" w14:textId="77777777" w:rsidR="005A0029" w:rsidRDefault="00F83EB4">
      <w:pPr>
        <w:spacing w:after="60"/>
      </w:pPr>
      <w:r>
        <w:rPr>
          <w:color w:val="B4B4B4"/>
          <w:sz w:val="16"/>
        </w:rPr>
        <w:t>________________________________________________________</w:t>
      </w:r>
    </w:p>
    <w:p w14:paraId="29AF2421" w14:textId="77777777" w:rsidR="005A0029" w:rsidRDefault="00F83EB4">
      <w:pPr>
        <w:spacing w:after="60"/>
      </w:pPr>
      <w:r>
        <w:rPr>
          <w:color w:val="B4B4B4"/>
          <w:sz w:val="16"/>
        </w:rPr>
        <w:t>________________________________________________________</w:t>
      </w:r>
    </w:p>
    <w:p w14:paraId="3F09DBB5" w14:textId="77777777" w:rsidR="005A0029" w:rsidRDefault="00F83EB4">
      <w:pPr>
        <w:spacing w:after="60"/>
      </w:pPr>
      <w:r>
        <w:rPr>
          <w:color w:val="B4B4B4"/>
          <w:sz w:val="16"/>
        </w:rPr>
        <w:t>________________________________________________________</w:t>
      </w:r>
    </w:p>
    <w:p w14:paraId="783E80CC" w14:textId="77777777" w:rsidR="005A0029" w:rsidRDefault="00F83EB4">
      <w:pPr>
        <w:spacing w:after="60"/>
      </w:pPr>
      <w:r>
        <w:rPr>
          <w:color w:val="B4B4B4"/>
          <w:sz w:val="16"/>
        </w:rPr>
        <w:t>________________________________________________________</w:t>
      </w:r>
    </w:p>
    <w:p w14:paraId="10E00E58" w14:textId="77777777" w:rsidR="005A0029" w:rsidRDefault="00F83EB4">
      <w:pPr>
        <w:pStyle w:val="Heading2"/>
      </w:pPr>
      <w:r>
        <w:t>Prayer</w:t>
      </w:r>
    </w:p>
    <w:p w14:paraId="7E92FFBC" w14:textId="77777777" w:rsidR="005A0029" w:rsidRDefault="00F83EB4">
      <w:r>
        <w:t>Father, meet me in this practice of remembering previous deliverance.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869D138" w14:textId="77777777" w:rsidR="005A0029" w:rsidRDefault="00F83EB4">
      <w:r>
        <w:rPr>
          <w:b/>
          <w:color w:val="B08D3A"/>
        </w:rPr>
        <w:lastRenderedPageBreak/>
        <w:t xml:space="preserve">TODAY'S DECLARATION  </w:t>
      </w:r>
      <w:r>
        <w:t>I will meet remembering previous deliverance with truth, faith, and practiced peace.</w:t>
      </w:r>
    </w:p>
    <w:p w14:paraId="3E8C5059" w14:textId="77777777" w:rsidR="005A0029" w:rsidRDefault="00F83EB4">
      <w:r>
        <w:br w:type="page"/>
      </w:r>
    </w:p>
    <w:p w14:paraId="27F33B9A" w14:textId="77777777" w:rsidR="005A0029" w:rsidRDefault="00F83EB4">
      <w:pPr>
        <w:pStyle w:val="Heading2"/>
      </w:pPr>
      <w:r>
        <w:lastRenderedPageBreak/>
        <w:t>DAY 28</w:t>
      </w:r>
    </w:p>
    <w:p w14:paraId="3942518C" w14:textId="77777777" w:rsidR="005A0029" w:rsidRDefault="00F83EB4">
      <w:pPr>
        <w:pStyle w:val="Heading1"/>
      </w:pPr>
      <w:r>
        <w:t>Gratitude Without Denying Pain</w:t>
      </w:r>
    </w:p>
    <w:p w14:paraId="403F3017" w14:textId="77777777" w:rsidR="005A0029" w:rsidRDefault="00F83EB4">
      <w:r>
        <w:rPr>
          <w:b/>
          <w:color w:val="B08D3A"/>
        </w:rPr>
        <w:t xml:space="preserve">ANCHOR SCRIPTURE  </w:t>
      </w:r>
      <w:r>
        <w:t>1 Thessalonians 5:18</w:t>
      </w:r>
    </w:p>
    <w:p w14:paraId="5324C017" w14:textId="77777777" w:rsidR="005A0029" w:rsidRDefault="00F83EB4">
      <w:pPr>
        <w:pStyle w:val="Heading2"/>
      </w:pPr>
      <w:r>
        <w:t>Guided Reflection</w:t>
      </w:r>
    </w:p>
    <w:p w14:paraId="43EA151C" w14:textId="77777777" w:rsidR="005A0029" w:rsidRDefault="00F83EB4">
      <w:r>
        <w:t>Today, consider what “gratitude without denying pain”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w:t>
      </w:r>
      <w:r>
        <w:t>ruth is practiced repeatedly, especially when circumstances remain unresolved.</w:t>
      </w:r>
    </w:p>
    <w:p w14:paraId="0638BC73" w14:textId="77777777" w:rsidR="005A0029" w:rsidRDefault="00F83EB4">
      <w:pPr>
        <w:pStyle w:val="Heading2"/>
      </w:pPr>
      <w:r>
        <w:t>Pause &amp; Notice</w:t>
      </w:r>
    </w:p>
    <w:p w14:paraId="49A2431F" w14:textId="77777777" w:rsidR="005A0029" w:rsidRDefault="00F83EB4">
      <w:r>
        <w:t>What is this theme revealing about my heart, thoughts, relationships, or current circumstances today?</w:t>
      </w:r>
    </w:p>
    <w:p w14:paraId="70F5D0B4" w14:textId="77777777" w:rsidR="005A0029" w:rsidRDefault="00F83EB4">
      <w:pPr>
        <w:pStyle w:val="Heading2"/>
      </w:pPr>
      <w:r>
        <w:t>Peace Practice</w:t>
      </w:r>
    </w:p>
    <w:p w14:paraId="21547E6E" w14:textId="77777777" w:rsidR="005A0029" w:rsidRDefault="00F83EB4">
      <w:r>
        <w:t>Practice a ten-minute quiet period without your phone. Notice what surfaces, then bring it honestly into prayer.</w:t>
      </w:r>
    </w:p>
    <w:p w14:paraId="4183114F" w14:textId="77777777" w:rsidR="005A0029" w:rsidRDefault="00F83EB4">
      <w:pPr>
        <w:pStyle w:val="Heading2"/>
      </w:pPr>
      <w:r>
        <w:t>My Thoughts &amp; Prayers</w:t>
      </w:r>
    </w:p>
    <w:p w14:paraId="5C3BEB40" w14:textId="77777777" w:rsidR="005A0029" w:rsidRDefault="00F83EB4">
      <w:pPr>
        <w:spacing w:after="60"/>
      </w:pPr>
      <w:r>
        <w:rPr>
          <w:color w:val="B4B4B4"/>
          <w:sz w:val="16"/>
        </w:rPr>
        <w:t>________________________________________________________</w:t>
      </w:r>
    </w:p>
    <w:p w14:paraId="01BCD124" w14:textId="77777777" w:rsidR="005A0029" w:rsidRDefault="00F83EB4">
      <w:pPr>
        <w:spacing w:after="60"/>
      </w:pPr>
      <w:r>
        <w:rPr>
          <w:color w:val="B4B4B4"/>
          <w:sz w:val="16"/>
        </w:rPr>
        <w:t>________________________________________________________</w:t>
      </w:r>
    </w:p>
    <w:p w14:paraId="43B01238" w14:textId="77777777" w:rsidR="005A0029" w:rsidRDefault="00F83EB4">
      <w:pPr>
        <w:spacing w:after="60"/>
      </w:pPr>
      <w:r>
        <w:rPr>
          <w:color w:val="B4B4B4"/>
          <w:sz w:val="16"/>
        </w:rPr>
        <w:t>________________________________________________________</w:t>
      </w:r>
    </w:p>
    <w:p w14:paraId="54B7B467" w14:textId="77777777" w:rsidR="005A0029" w:rsidRDefault="00F83EB4">
      <w:pPr>
        <w:spacing w:after="60"/>
      </w:pPr>
      <w:r>
        <w:rPr>
          <w:color w:val="B4B4B4"/>
          <w:sz w:val="16"/>
        </w:rPr>
        <w:t>________________________________________________________</w:t>
      </w:r>
    </w:p>
    <w:p w14:paraId="2690BDE5" w14:textId="77777777" w:rsidR="005A0029" w:rsidRDefault="00F83EB4">
      <w:pPr>
        <w:spacing w:after="60"/>
      </w:pPr>
      <w:r>
        <w:rPr>
          <w:color w:val="B4B4B4"/>
          <w:sz w:val="16"/>
        </w:rPr>
        <w:t>________________________________________________________</w:t>
      </w:r>
    </w:p>
    <w:p w14:paraId="19D1B1F1" w14:textId="77777777" w:rsidR="005A0029" w:rsidRDefault="00F83EB4">
      <w:pPr>
        <w:pStyle w:val="Heading2"/>
      </w:pPr>
      <w:r>
        <w:t>Prayer</w:t>
      </w:r>
    </w:p>
    <w:p w14:paraId="1CA4236D" w14:textId="77777777" w:rsidR="005A0029" w:rsidRDefault="00F83EB4">
      <w:r>
        <w:t>Father, meet me in this practice of gratitude without denying pain.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FEFBAE7" w14:textId="77777777" w:rsidR="005A0029" w:rsidRDefault="00F83EB4">
      <w:r>
        <w:rPr>
          <w:b/>
          <w:color w:val="B08D3A"/>
        </w:rPr>
        <w:lastRenderedPageBreak/>
        <w:t xml:space="preserve">TODAY'S DECLARATION  </w:t>
      </w:r>
      <w:r>
        <w:t>I will meet gratitude without denying pain with truth, faith, and practiced peace.</w:t>
      </w:r>
    </w:p>
    <w:p w14:paraId="0AE21380" w14:textId="77777777" w:rsidR="005A0029" w:rsidRDefault="00F83EB4">
      <w:r>
        <w:br w:type="page"/>
      </w:r>
    </w:p>
    <w:p w14:paraId="1E12D857" w14:textId="77777777" w:rsidR="005A0029" w:rsidRDefault="00F83EB4">
      <w:pPr>
        <w:pStyle w:val="Heading2"/>
      </w:pPr>
      <w:r>
        <w:lastRenderedPageBreak/>
        <w:t>DAY 29</w:t>
      </w:r>
    </w:p>
    <w:p w14:paraId="540235FB" w14:textId="77777777" w:rsidR="005A0029" w:rsidRDefault="00F83EB4">
      <w:pPr>
        <w:pStyle w:val="Heading1"/>
      </w:pPr>
      <w:r>
        <w:t>The Storm Is Not Your Identity</w:t>
      </w:r>
    </w:p>
    <w:p w14:paraId="73DDB6BF" w14:textId="77777777" w:rsidR="005A0029" w:rsidRDefault="00F83EB4">
      <w:r>
        <w:rPr>
          <w:b/>
          <w:color w:val="B08D3A"/>
        </w:rPr>
        <w:t xml:space="preserve">ANCHOR SCRIPTURE  </w:t>
      </w:r>
      <w:r>
        <w:t>Isaiah 43:1</w:t>
      </w:r>
    </w:p>
    <w:p w14:paraId="1BB8B20D" w14:textId="77777777" w:rsidR="005A0029" w:rsidRDefault="00F83EB4">
      <w:pPr>
        <w:pStyle w:val="Heading2"/>
      </w:pPr>
      <w:r>
        <w:t>Guided Reflection</w:t>
      </w:r>
    </w:p>
    <w:p w14:paraId="17936F85" w14:textId="77777777" w:rsidR="005A0029" w:rsidRDefault="00F83EB4">
      <w:r>
        <w:t>Today, consider what “the storm is not your identity”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w:t>
      </w:r>
      <w:r>
        <w:t>ruth is practiced repeatedly, especially when circumstances remain unresolved.</w:t>
      </w:r>
    </w:p>
    <w:p w14:paraId="0E2A1025" w14:textId="77777777" w:rsidR="005A0029" w:rsidRDefault="00F83EB4">
      <w:pPr>
        <w:pStyle w:val="Heading2"/>
      </w:pPr>
      <w:r>
        <w:t>Pause &amp; Notice</w:t>
      </w:r>
    </w:p>
    <w:p w14:paraId="7EBA1236" w14:textId="77777777" w:rsidR="005A0029" w:rsidRDefault="00F83EB4">
      <w:r>
        <w:t>What is this theme revealing about my heart, thoughts, relationships, or current circumstances today?</w:t>
      </w:r>
    </w:p>
    <w:p w14:paraId="4359995A" w14:textId="77777777" w:rsidR="005A0029" w:rsidRDefault="00F83EB4">
      <w:pPr>
        <w:pStyle w:val="Heading2"/>
      </w:pPr>
      <w:r>
        <w:t>Peace Practice</w:t>
      </w:r>
    </w:p>
    <w:p w14:paraId="5F5CF5B9" w14:textId="77777777" w:rsidR="005A0029" w:rsidRDefault="00F83EB4">
      <w:r>
        <w:t>Sit quietly for three minutes. Name what you feel without judging it. Then write one truth you want to carry into the day.</w:t>
      </w:r>
    </w:p>
    <w:p w14:paraId="0C4BA6DB" w14:textId="77777777" w:rsidR="005A0029" w:rsidRDefault="00F83EB4">
      <w:pPr>
        <w:pStyle w:val="Heading2"/>
      </w:pPr>
      <w:r>
        <w:t>My Thoughts &amp; Prayers</w:t>
      </w:r>
    </w:p>
    <w:p w14:paraId="4D4CE192" w14:textId="77777777" w:rsidR="005A0029" w:rsidRDefault="00F83EB4">
      <w:pPr>
        <w:spacing w:after="60"/>
      </w:pPr>
      <w:r>
        <w:rPr>
          <w:color w:val="B4B4B4"/>
          <w:sz w:val="16"/>
        </w:rPr>
        <w:t>________________________________________________________</w:t>
      </w:r>
    </w:p>
    <w:p w14:paraId="197678DB" w14:textId="77777777" w:rsidR="005A0029" w:rsidRDefault="00F83EB4">
      <w:pPr>
        <w:spacing w:after="60"/>
      </w:pPr>
      <w:r>
        <w:rPr>
          <w:color w:val="B4B4B4"/>
          <w:sz w:val="16"/>
        </w:rPr>
        <w:t>________________________________________________________</w:t>
      </w:r>
    </w:p>
    <w:p w14:paraId="710722BA" w14:textId="77777777" w:rsidR="005A0029" w:rsidRDefault="00F83EB4">
      <w:pPr>
        <w:spacing w:after="60"/>
      </w:pPr>
      <w:r>
        <w:rPr>
          <w:color w:val="B4B4B4"/>
          <w:sz w:val="16"/>
        </w:rPr>
        <w:t>________________________________________________________</w:t>
      </w:r>
    </w:p>
    <w:p w14:paraId="39CC2A1D" w14:textId="77777777" w:rsidR="005A0029" w:rsidRDefault="00F83EB4">
      <w:pPr>
        <w:spacing w:after="60"/>
      </w:pPr>
      <w:r>
        <w:rPr>
          <w:color w:val="B4B4B4"/>
          <w:sz w:val="16"/>
        </w:rPr>
        <w:t>________________________________________________________</w:t>
      </w:r>
    </w:p>
    <w:p w14:paraId="68786DC7" w14:textId="77777777" w:rsidR="005A0029" w:rsidRDefault="00F83EB4">
      <w:pPr>
        <w:spacing w:after="60"/>
      </w:pPr>
      <w:r>
        <w:rPr>
          <w:color w:val="B4B4B4"/>
          <w:sz w:val="16"/>
        </w:rPr>
        <w:t>________________________________________________________</w:t>
      </w:r>
    </w:p>
    <w:p w14:paraId="6F1863ED" w14:textId="77777777" w:rsidR="005A0029" w:rsidRDefault="00F83EB4">
      <w:pPr>
        <w:pStyle w:val="Heading2"/>
      </w:pPr>
      <w:r>
        <w:t>Prayer</w:t>
      </w:r>
    </w:p>
    <w:p w14:paraId="15BE65E0" w14:textId="77777777" w:rsidR="005A0029" w:rsidRDefault="00F83EB4">
      <w:r>
        <w:t>Father, meet me in this practice of the storm is not your identity.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456EFB5" w14:textId="77777777" w:rsidR="005A0029" w:rsidRDefault="00F83EB4">
      <w:r>
        <w:rPr>
          <w:b/>
          <w:color w:val="B08D3A"/>
        </w:rPr>
        <w:lastRenderedPageBreak/>
        <w:t xml:space="preserve">TODAY'S DECLARATION  </w:t>
      </w:r>
      <w:r>
        <w:t>I will meet the storm is not your identity with truth, faith, and practiced peace.</w:t>
      </w:r>
    </w:p>
    <w:p w14:paraId="5636C879" w14:textId="77777777" w:rsidR="005A0029" w:rsidRDefault="00F83EB4">
      <w:r>
        <w:br w:type="page"/>
      </w:r>
    </w:p>
    <w:p w14:paraId="0EB59C02" w14:textId="77777777" w:rsidR="005A0029" w:rsidRDefault="00F83EB4">
      <w:pPr>
        <w:pStyle w:val="Heading2"/>
      </w:pPr>
      <w:r>
        <w:lastRenderedPageBreak/>
        <w:t>DAY 30</w:t>
      </w:r>
    </w:p>
    <w:p w14:paraId="682EA83B" w14:textId="77777777" w:rsidR="005A0029" w:rsidRDefault="00F83EB4">
      <w:pPr>
        <w:pStyle w:val="Heading1"/>
      </w:pPr>
      <w:r>
        <w:t>Still Standing</w:t>
      </w:r>
    </w:p>
    <w:p w14:paraId="60F8BF6A" w14:textId="77777777" w:rsidR="005A0029" w:rsidRDefault="00F83EB4">
      <w:r>
        <w:rPr>
          <w:b/>
          <w:color w:val="B08D3A"/>
        </w:rPr>
        <w:t xml:space="preserve">ANCHOR SCRIPTURE  </w:t>
      </w:r>
      <w:r>
        <w:t>Ephesians 6:13</w:t>
      </w:r>
    </w:p>
    <w:p w14:paraId="41D4397F" w14:textId="77777777" w:rsidR="005A0029" w:rsidRDefault="00F83EB4">
      <w:pPr>
        <w:pStyle w:val="Heading2"/>
      </w:pPr>
      <w:r>
        <w:t>Guided Reflection</w:t>
      </w:r>
    </w:p>
    <w:p w14:paraId="05AE9DDF" w14:textId="77777777" w:rsidR="005A0029" w:rsidRDefault="00F83EB4">
      <w:r>
        <w:t>Today, consider what “still standing” means in the season you are living through. The work of peace is rarely accomplished by denying what is difficult. It grows as you bring your real thoughts, emotions, and questions into the light of God's presence. In when the storm breaks, the invitation is not to force an immediate answer, but to become attentive: to what is happening within you, to what Scripture is revealing, and to the next faithful step available today. Peace becomes durable when truth is practice</w:t>
      </w:r>
      <w:r>
        <w:t>d repeatedly, especially when circumstances remain unresolved.</w:t>
      </w:r>
    </w:p>
    <w:p w14:paraId="16EB3A99" w14:textId="77777777" w:rsidR="005A0029" w:rsidRDefault="00F83EB4">
      <w:pPr>
        <w:pStyle w:val="Heading2"/>
      </w:pPr>
      <w:r>
        <w:t>Pause &amp; Notice</w:t>
      </w:r>
    </w:p>
    <w:p w14:paraId="5933B71A" w14:textId="77777777" w:rsidR="005A0029" w:rsidRDefault="00F83EB4">
      <w:r>
        <w:t>What is this theme revealing about my heart, thoughts, relationships, or current circumstances today?</w:t>
      </w:r>
    </w:p>
    <w:p w14:paraId="30045124" w14:textId="77777777" w:rsidR="005A0029" w:rsidRDefault="00F83EB4">
      <w:pPr>
        <w:pStyle w:val="Heading2"/>
      </w:pPr>
      <w:r>
        <w:t>Peace Practice</w:t>
      </w:r>
    </w:p>
    <w:p w14:paraId="30A98CC0" w14:textId="77777777" w:rsidR="005A0029" w:rsidRDefault="00F83EB4">
      <w:r>
        <w:t>Draw two columns: 'What I can control' and 'What I must release.' Place each concern in the appropriate column and pray over both.</w:t>
      </w:r>
    </w:p>
    <w:p w14:paraId="73895DD7" w14:textId="77777777" w:rsidR="005A0029" w:rsidRDefault="00F83EB4">
      <w:pPr>
        <w:pStyle w:val="Heading2"/>
      </w:pPr>
      <w:r>
        <w:t>My Thoughts &amp; Prayers</w:t>
      </w:r>
    </w:p>
    <w:p w14:paraId="77E1F4DE" w14:textId="77777777" w:rsidR="005A0029" w:rsidRDefault="00F83EB4">
      <w:pPr>
        <w:spacing w:after="60"/>
      </w:pPr>
      <w:r>
        <w:rPr>
          <w:color w:val="B4B4B4"/>
          <w:sz w:val="16"/>
        </w:rPr>
        <w:t>________________________________________________________</w:t>
      </w:r>
    </w:p>
    <w:p w14:paraId="327BDAEA" w14:textId="77777777" w:rsidR="005A0029" w:rsidRDefault="00F83EB4">
      <w:pPr>
        <w:spacing w:after="60"/>
      </w:pPr>
      <w:r>
        <w:rPr>
          <w:color w:val="B4B4B4"/>
          <w:sz w:val="16"/>
        </w:rPr>
        <w:t>________________________________________________________</w:t>
      </w:r>
    </w:p>
    <w:p w14:paraId="548A1CFF" w14:textId="77777777" w:rsidR="005A0029" w:rsidRDefault="00F83EB4">
      <w:pPr>
        <w:spacing w:after="60"/>
      </w:pPr>
      <w:r>
        <w:rPr>
          <w:color w:val="B4B4B4"/>
          <w:sz w:val="16"/>
        </w:rPr>
        <w:t>________________________________________________________</w:t>
      </w:r>
    </w:p>
    <w:p w14:paraId="5187423F" w14:textId="77777777" w:rsidR="005A0029" w:rsidRDefault="00F83EB4">
      <w:pPr>
        <w:spacing w:after="60"/>
      </w:pPr>
      <w:r>
        <w:rPr>
          <w:color w:val="B4B4B4"/>
          <w:sz w:val="16"/>
        </w:rPr>
        <w:t>________________________________________________________</w:t>
      </w:r>
    </w:p>
    <w:p w14:paraId="4D053C09" w14:textId="77777777" w:rsidR="005A0029" w:rsidRDefault="00F83EB4">
      <w:pPr>
        <w:spacing w:after="60"/>
      </w:pPr>
      <w:r>
        <w:rPr>
          <w:color w:val="B4B4B4"/>
          <w:sz w:val="16"/>
        </w:rPr>
        <w:t>________________________________________________________</w:t>
      </w:r>
    </w:p>
    <w:p w14:paraId="5CDCF43E" w14:textId="77777777" w:rsidR="005A0029" w:rsidRDefault="00F83EB4">
      <w:pPr>
        <w:pStyle w:val="Heading2"/>
      </w:pPr>
      <w:r>
        <w:t>Prayer</w:t>
      </w:r>
    </w:p>
    <w:p w14:paraId="2392D999" w14:textId="77777777" w:rsidR="005A0029" w:rsidRDefault="00F83EB4">
      <w:r>
        <w:t>Father, meet me in this practice of still standing.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3B28BB6" w14:textId="77777777" w:rsidR="005A0029" w:rsidRDefault="00F83EB4">
      <w:r>
        <w:rPr>
          <w:b/>
          <w:color w:val="B08D3A"/>
        </w:rPr>
        <w:lastRenderedPageBreak/>
        <w:t xml:space="preserve">TODAY'S DECLARATION  </w:t>
      </w:r>
      <w:r>
        <w:t>I will meet still standing with truth, faith, and practiced peace.</w:t>
      </w:r>
    </w:p>
    <w:p w14:paraId="03A6A9C0" w14:textId="77777777" w:rsidR="005A0029" w:rsidRDefault="00F83EB4">
      <w:r>
        <w:br w:type="page"/>
      </w:r>
    </w:p>
    <w:p w14:paraId="2BCADC0E" w14:textId="77777777" w:rsidR="005A0029" w:rsidRDefault="00F83EB4">
      <w:pPr>
        <w:pStyle w:val="Heading1"/>
      </w:pPr>
      <w:r>
        <w:lastRenderedPageBreak/>
        <w:t>WHEN THE STORM BREAKS: End-of-Month Reflection</w:t>
      </w:r>
    </w:p>
    <w:p w14:paraId="2068CC7F" w14:textId="77777777" w:rsidR="005A0029" w:rsidRDefault="00F83EB4">
      <w:pPr>
        <w:pStyle w:val="Heading3"/>
      </w:pPr>
      <w:r>
        <w:t>What changed within me this month?</w:t>
      </w:r>
    </w:p>
    <w:p w14:paraId="6F79DB95" w14:textId="77777777" w:rsidR="005A0029" w:rsidRDefault="00F83EB4">
      <w:pPr>
        <w:spacing w:after="60"/>
      </w:pPr>
      <w:r>
        <w:rPr>
          <w:color w:val="B4B4B4"/>
          <w:sz w:val="16"/>
        </w:rPr>
        <w:t>________________________________________________________</w:t>
      </w:r>
    </w:p>
    <w:p w14:paraId="30E9CCDB" w14:textId="77777777" w:rsidR="005A0029" w:rsidRDefault="00F83EB4">
      <w:pPr>
        <w:spacing w:after="60"/>
      </w:pPr>
      <w:r>
        <w:rPr>
          <w:color w:val="B4B4B4"/>
          <w:sz w:val="16"/>
        </w:rPr>
        <w:t>________________________________________________________</w:t>
      </w:r>
    </w:p>
    <w:p w14:paraId="1464AC6D" w14:textId="77777777" w:rsidR="005A0029" w:rsidRDefault="00F83EB4">
      <w:pPr>
        <w:pStyle w:val="Heading3"/>
      </w:pPr>
      <w:r>
        <w:t>Which practice helped me most?</w:t>
      </w:r>
    </w:p>
    <w:p w14:paraId="75379448" w14:textId="77777777" w:rsidR="005A0029" w:rsidRDefault="00F83EB4">
      <w:pPr>
        <w:spacing w:after="60"/>
      </w:pPr>
      <w:r>
        <w:rPr>
          <w:color w:val="B4B4B4"/>
          <w:sz w:val="16"/>
        </w:rPr>
        <w:t>________________________________________________________</w:t>
      </w:r>
    </w:p>
    <w:p w14:paraId="70408152" w14:textId="77777777" w:rsidR="005A0029" w:rsidRDefault="00F83EB4">
      <w:pPr>
        <w:spacing w:after="60"/>
      </w:pPr>
      <w:r>
        <w:rPr>
          <w:color w:val="B4B4B4"/>
          <w:sz w:val="16"/>
        </w:rPr>
        <w:t>________________________________________________________</w:t>
      </w:r>
    </w:p>
    <w:p w14:paraId="75AE07AB" w14:textId="77777777" w:rsidR="005A0029" w:rsidRDefault="00F83EB4">
      <w:pPr>
        <w:pStyle w:val="Heading3"/>
      </w:pPr>
      <w:r>
        <w:t>Which Scripture became an anchor?</w:t>
      </w:r>
    </w:p>
    <w:p w14:paraId="30692614" w14:textId="77777777" w:rsidR="005A0029" w:rsidRDefault="00F83EB4">
      <w:pPr>
        <w:spacing w:after="60"/>
      </w:pPr>
      <w:r>
        <w:rPr>
          <w:color w:val="B4B4B4"/>
          <w:sz w:val="16"/>
        </w:rPr>
        <w:t>________________________________________________________</w:t>
      </w:r>
    </w:p>
    <w:p w14:paraId="4CE6A9F4" w14:textId="77777777" w:rsidR="005A0029" w:rsidRDefault="00F83EB4">
      <w:pPr>
        <w:spacing w:after="60"/>
      </w:pPr>
      <w:r>
        <w:rPr>
          <w:color w:val="B4B4B4"/>
          <w:sz w:val="16"/>
        </w:rPr>
        <w:t>________________________________________________________</w:t>
      </w:r>
    </w:p>
    <w:p w14:paraId="4812C391" w14:textId="77777777" w:rsidR="005A0029" w:rsidRDefault="00F83EB4">
      <w:pPr>
        <w:pStyle w:val="Heading3"/>
      </w:pPr>
      <w:r>
        <w:t>What am I ready to release?</w:t>
      </w:r>
    </w:p>
    <w:p w14:paraId="12E567EC" w14:textId="77777777" w:rsidR="005A0029" w:rsidRDefault="00F83EB4">
      <w:pPr>
        <w:spacing w:after="60"/>
      </w:pPr>
      <w:r>
        <w:rPr>
          <w:color w:val="B4B4B4"/>
          <w:sz w:val="16"/>
        </w:rPr>
        <w:t>________________________________________________________</w:t>
      </w:r>
    </w:p>
    <w:p w14:paraId="05D07ED6" w14:textId="77777777" w:rsidR="005A0029" w:rsidRDefault="00F83EB4">
      <w:pPr>
        <w:spacing w:after="60"/>
      </w:pPr>
      <w:r>
        <w:rPr>
          <w:color w:val="B4B4B4"/>
          <w:sz w:val="16"/>
        </w:rPr>
        <w:t>________________________________________________________</w:t>
      </w:r>
    </w:p>
    <w:p w14:paraId="2A9E90C4" w14:textId="77777777" w:rsidR="005A0029" w:rsidRDefault="00F83EB4">
      <w:pPr>
        <w:pStyle w:val="Heading3"/>
      </w:pPr>
      <w:r>
        <w:t>What will I carry into the next month?</w:t>
      </w:r>
    </w:p>
    <w:p w14:paraId="20246B73" w14:textId="77777777" w:rsidR="005A0029" w:rsidRDefault="00F83EB4">
      <w:pPr>
        <w:spacing w:after="60"/>
      </w:pPr>
      <w:r>
        <w:rPr>
          <w:color w:val="B4B4B4"/>
          <w:sz w:val="16"/>
        </w:rPr>
        <w:t>________________________________________________________</w:t>
      </w:r>
    </w:p>
    <w:p w14:paraId="303ACFC1" w14:textId="77777777" w:rsidR="005A0029" w:rsidRDefault="00F83EB4">
      <w:pPr>
        <w:spacing w:after="60"/>
      </w:pPr>
      <w:r>
        <w:rPr>
          <w:color w:val="B4B4B4"/>
          <w:sz w:val="16"/>
        </w:rPr>
        <w:t>________________________________________________________</w:t>
      </w:r>
    </w:p>
    <w:p w14:paraId="5B40E2B2" w14:textId="77777777" w:rsidR="005A0029" w:rsidRDefault="00F83EB4">
      <w:r>
        <w:br w:type="page"/>
      </w:r>
    </w:p>
    <w:p w14:paraId="6345C0B8" w14:textId="77777777" w:rsidR="005A0029" w:rsidRDefault="00F83EB4">
      <w:pPr>
        <w:pStyle w:val="Heading2"/>
      </w:pPr>
      <w:r>
        <w:lastRenderedPageBreak/>
        <w:t>MONTH TWO</w:t>
      </w:r>
    </w:p>
    <w:p w14:paraId="05FF4EEE" w14:textId="77777777" w:rsidR="005A0029" w:rsidRDefault="00F83EB4">
      <w:pPr>
        <w:jc w:val="center"/>
      </w:pPr>
      <w:r>
        <w:rPr>
          <w:b/>
          <w:color w:val="17324D"/>
          <w:sz w:val="48"/>
        </w:rPr>
        <w:t>THE WEIGHT YOU CANNOT EXPLAIN</w:t>
      </w:r>
    </w:p>
    <w:p w14:paraId="2E83AC25" w14:textId="77777777" w:rsidR="005A0029" w:rsidRDefault="00F83EB4">
      <w:pPr>
        <w:jc w:val="center"/>
      </w:pPr>
      <w:r>
        <w:rPr>
          <w:i/>
          <w:color w:val="B08D3A"/>
          <w:sz w:val="24"/>
        </w:rPr>
        <w:t>Recognizing Emotional Overload</w:t>
      </w:r>
    </w:p>
    <w:p w14:paraId="0C6FDD50" w14:textId="77777777" w:rsidR="005A0029" w:rsidRDefault="00F83EB4">
      <w:pPr>
        <w:jc w:val="center"/>
      </w:pPr>
      <w:r>
        <w:rPr>
          <w:color w:val="B08D3A"/>
          <w:sz w:val="24"/>
        </w:rPr>
        <w:t>—  ◆  —</w:t>
      </w:r>
    </w:p>
    <w:p w14:paraId="3A89FFAF" w14:textId="77777777" w:rsidR="005A0029" w:rsidRDefault="00F83EB4">
      <w:r>
        <w:t>Monthly intention: Spend these thirty days practicing recognizing emotional overload. Notice patterns without condemnation, return to Scripture, and choose one faithful practice at a time.</w:t>
      </w:r>
    </w:p>
    <w:p w14:paraId="5B22AA33" w14:textId="77777777" w:rsidR="005A0029" w:rsidRDefault="00F83EB4">
      <w:pPr>
        <w:pStyle w:val="Heading2"/>
      </w:pPr>
      <w:r>
        <w:t>Monthly Check-In</w:t>
      </w:r>
    </w:p>
    <w:p w14:paraId="5BE84742" w14:textId="77777777" w:rsidR="005A0029" w:rsidRDefault="00F83EB4">
      <w:r>
        <w:t>What feels heaviest as I begin this month?</w:t>
      </w:r>
    </w:p>
    <w:p w14:paraId="79029BEB" w14:textId="77777777" w:rsidR="005A0029" w:rsidRDefault="00F83EB4">
      <w:pPr>
        <w:spacing w:after="60"/>
      </w:pPr>
      <w:r>
        <w:rPr>
          <w:color w:val="B4B4B4"/>
          <w:sz w:val="16"/>
        </w:rPr>
        <w:t>________________________________________________________</w:t>
      </w:r>
    </w:p>
    <w:p w14:paraId="74248A9E" w14:textId="77777777" w:rsidR="005A0029" w:rsidRDefault="00F83EB4">
      <w:pPr>
        <w:spacing w:after="60"/>
      </w:pPr>
      <w:r>
        <w:rPr>
          <w:color w:val="B4B4B4"/>
          <w:sz w:val="16"/>
        </w:rPr>
        <w:t>________________________________________________________</w:t>
      </w:r>
    </w:p>
    <w:p w14:paraId="38E6C02B" w14:textId="77777777" w:rsidR="005A0029" w:rsidRDefault="00F83EB4">
      <w:r>
        <w:t>What kind of peace am I asking God to cultivate in me?</w:t>
      </w:r>
    </w:p>
    <w:p w14:paraId="0766F356" w14:textId="77777777" w:rsidR="005A0029" w:rsidRDefault="00F83EB4">
      <w:pPr>
        <w:spacing w:after="60"/>
      </w:pPr>
      <w:r>
        <w:rPr>
          <w:color w:val="B4B4B4"/>
          <w:sz w:val="16"/>
        </w:rPr>
        <w:t>________________________________________________________</w:t>
      </w:r>
    </w:p>
    <w:p w14:paraId="1391E92F" w14:textId="77777777" w:rsidR="005A0029" w:rsidRDefault="00F83EB4">
      <w:pPr>
        <w:spacing w:after="60"/>
      </w:pPr>
      <w:r>
        <w:rPr>
          <w:color w:val="B4B4B4"/>
          <w:sz w:val="16"/>
        </w:rPr>
        <w:t>________________________________________________________</w:t>
      </w:r>
    </w:p>
    <w:p w14:paraId="5FAB79BA" w14:textId="77777777" w:rsidR="005A0029" w:rsidRDefault="00F83EB4">
      <w:r>
        <w:br w:type="page"/>
      </w:r>
    </w:p>
    <w:p w14:paraId="5069C39D" w14:textId="77777777" w:rsidR="005A0029" w:rsidRDefault="00F83EB4">
      <w:pPr>
        <w:pStyle w:val="Heading2"/>
      </w:pPr>
      <w:r>
        <w:lastRenderedPageBreak/>
        <w:t>DAY 1</w:t>
      </w:r>
    </w:p>
    <w:p w14:paraId="04823F39" w14:textId="77777777" w:rsidR="005A0029" w:rsidRDefault="00F83EB4">
      <w:pPr>
        <w:pStyle w:val="Heading1"/>
      </w:pPr>
      <w:r>
        <w:t>The Invisible Weight</w:t>
      </w:r>
    </w:p>
    <w:p w14:paraId="13C01160" w14:textId="77777777" w:rsidR="005A0029" w:rsidRDefault="00F83EB4">
      <w:r>
        <w:rPr>
          <w:b/>
          <w:color w:val="B08D3A"/>
        </w:rPr>
        <w:t xml:space="preserve">ANCHOR SCRIPTURE  </w:t>
      </w:r>
      <w:r>
        <w:t>Matthew 11:28</w:t>
      </w:r>
    </w:p>
    <w:p w14:paraId="4A675509" w14:textId="77777777" w:rsidR="005A0029" w:rsidRDefault="00F83EB4">
      <w:pPr>
        <w:pStyle w:val="Heading2"/>
      </w:pPr>
      <w:r>
        <w:t>Guided Reflection</w:t>
      </w:r>
    </w:p>
    <w:p w14:paraId="793606D8" w14:textId="77777777" w:rsidR="005A0029" w:rsidRDefault="00F83EB4">
      <w:r>
        <w:t>Today, consider what “the invisible weight”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28B17EBC" w14:textId="77777777" w:rsidR="005A0029" w:rsidRDefault="00F83EB4">
      <w:pPr>
        <w:pStyle w:val="Heading2"/>
      </w:pPr>
      <w:r>
        <w:t>Pause &amp; Notice</w:t>
      </w:r>
    </w:p>
    <w:p w14:paraId="3C57CC49" w14:textId="77777777" w:rsidR="005A0029" w:rsidRDefault="00F83EB4">
      <w:r>
        <w:t>What is this theme revealing about my heart, thoughts, relationships, or current circumstances today?</w:t>
      </w:r>
    </w:p>
    <w:p w14:paraId="0F44EC22" w14:textId="77777777" w:rsidR="005A0029" w:rsidRDefault="00F83EB4">
      <w:pPr>
        <w:pStyle w:val="Heading2"/>
      </w:pPr>
      <w:r>
        <w:t>Peace Practice</w:t>
      </w:r>
    </w:p>
    <w:p w14:paraId="62237F22" w14:textId="77777777" w:rsidR="005A0029" w:rsidRDefault="00F83EB4">
      <w:r>
        <w:t>Sit quietly for three minutes. Name what you feel without judging it. Then write one truth you want to carry into the day.</w:t>
      </w:r>
    </w:p>
    <w:p w14:paraId="06D130B1" w14:textId="77777777" w:rsidR="005A0029" w:rsidRDefault="00F83EB4">
      <w:pPr>
        <w:pStyle w:val="Heading2"/>
      </w:pPr>
      <w:r>
        <w:t>My Thoughts &amp; Prayers</w:t>
      </w:r>
    </w:p>
    <w:p w14:paraId="2245BB03" w14:textId="77777777" w:rsidR="005A0029" w:rsidRDefault="00F83EB4">
      <w:pPr>
        <w:spacing w:after="60"/>
      </w:pPr>
      <w:r>
        <w:rPr>
          <w:color w:val="B4B4B4"/>
          <w:sz w:val="16"/>
        </w:rPr>
        <w:t>________________________________________________________</w:t>
      </w:r>
    </w:p>
    <w:p w14:paraId="68242B38" w14:textId="77777777" w:rsidR="005A0029" w:rsidRDefault="00F83EB4">
      <w:pPr>
        <w:spacing w:after="60"/>
      </w:pPr>
      <w:r>
        <w:rPr>
          <w:color w:val="B4B4B4"/>
          <w:sz w:val="16"/>
        </w:rPr>
        <w:t>________________________________________________________</w:t>
      </w:r>
    </w:p>
    <w:p w14:paraId="4E9AE7F9" w14:textId="77777777" w:rsidR="005A0029" w:rsidRDefault="00F83EB4">
      <w:pPr>
        <w:spacing w:after="60"/>
      </w:pPr>
      <w:r>
        <w:rPr>
          <w:color w:val="B4B4B4"/>
          <w:sz w:val="16"/>
        </w:rPr>
        <w:t>________________________________________________________</w:t>
      </w:r>
    </w:p>
    <w:p w14:paraId="27C21320" w14:textId="77777777" w:rsidR="005A0029" w:rsidRDefault="00F83EB4">
      <w:pPr>
        <w:spacing w:after="60"/>
      </w:pPr>
      <w:r>
        <w:rPr>
          <w:color w:val="B4B4B4"/>
          <w:sz w:val="16"/>
        </w:rPr>
        <w:t>________________________________________________________</w:t>
      </w:r>
    </w:p>
    <w:p w14:paraId="5B647A08" w14:textId="77777777" w:rsidR="005A0029" w:rsidRDefault="00F83EB4">
      <w:pPr>
        <w:spacing w:after="60"/>
      </w:pPr>
      <w:r>
        <w:rPr>
          <w:color w:val="B4B4B4"/>
          <w:sz w:val="16"/>
        </w:rPr>
        <w:t>________________________________________________________</w:t>
      </w:r>
    </w:p>
    <w:p w14:paraId="38AA62B8" w14:textId="77777777" w:rsidR="005A0029" w:rsidRDefault="00F83EB4">
      <w:pPr>
        <w:pStyle w:val="Heading2"/>
      </w:pPr>
      <w:r>
        <w:t>Prayer</w:t>
      </w:r>
    </w:p>
    <w:p w14:paraId="7B99F033" w14:textId="77777777" w:rsidR="005A0029" w:rsidRDefault="00F83EB4">
      <w:r>
        <w:t>Father, meet me in this practice of the invisible weight.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BA0E00B" w14:textId="77777777" w:rsidR="005A0029" w:rsidRDefault="00F83EB4">
      <w:r>
        <w:rPr>
          <w:b/>
          <w:color w:val="B08D3A"/>
        </w:rPr>
        <w:lastRenderedPageBreak/>
        <w:t xml:space="preserve">TODAY'S DECLARATION  </w:t>
      </w:r>
      <w:r>
        <w:t>I will meet the invisible weight with truth, faith, and practiced peace.</w:t>
      </w:r>
    </w:p>
    <w:p w14:paraId="45BFE83A" w14:textId="77777777" w:rsidR="005A0029" w:rsidRDefault="00F83EB4">
      <w:r>
        <w:br w:type="page"/>
      </w:r>
    </w:p>
    <w:p w14:paraId="6E3CD7ED" w14:textId="77777777" w:rsidR="005A0029" w:rsidRDefault="00F83EB4">
      <w:pPr>
        <w:pStyle w:val="Heading2"/>
      </w:pPr>
      <w:r>
        <w:lastRenderedPageBreak/>
        <w:t>DAY 2</w:t>
      </w:r>
    </w:p>
    <w:p w14:paraId="2F349DA7" w14:textId="77777777" w:rsidR="005A0029" w:rsidRDefault="00F83EB4">
      <w:pPr>
        <w:pStyle w:val="Heading1"/>
      </w:pPr>
      <w:r>
        <w:t>When Your Mind Will Not Rest</w:t>
      </w:r>
    </w:p>
    <w:p w14:paraId="1090E191" w14:textId="77777777" w:rsidR="005A0029" w:rsidRDefault="00F83EB4">
      <w:r>
        <w:rPr>
          <w:b/>
          <w:color w:val="B08D3A"/>
        </w:rPr>
        <w:t xml:space="preserve">ANCHOR SCRIPTURE  </w:t>
      </w:r>
      <w:r>
        <w:t>Psalm 94:19</w:t>
      </w:r>
    </w:p>
    <w:p w14:paraId="212A3F9C" w14:textId="77777777" w:rsidR="005A0029" w:rsidRDefault="00F83EB4">
      <w:pPr>
        <w:pStyle w:val="Heading2"/>
      </w:pPr>
      <w:r>
        <w:t>Guided Reflection</w:t>
      </w:r>
    </w:p>
    <w:p w14:paraId="6CD70588" w14:textId="77777777" w:rsidR="005A0029" w:rsidRDefault="00F83EB4">
      <w:r>
        <w:t xml:space="preserve">Today, consider what “when your mind will not rest”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0FFC25A6" w14:textId="77777777" w:rsidR="005A0029" w:rsidRDefault="00F83EB4">
      <w:pPr>
        <w:pStyle w:val="Heading2"/>
      </w:pPr>
      <w:r>
        <w:t>Pause &amp; Notice</w:t>
      </w:r>
    </w:p>
    <w:p w14:paraId="573D12DE" w14:textId="77777777" w:rsidR="005A0029" w:rsidRDefault="00F83EB4">
      <w:r>
        <w:t>What is this theme revealing about my heart, thoughts, relationships, or current circumstances today?</w:t>
      </w:r>
    </w:p>
    <w:p w14:paraId="5D09A603" w14:textId="77777777" w:rsidR="005A0029" w:rsidRDefault="00F83EB4">
      <w:pPr>
        <w:pStyle w:val="Heading2"/>
      </w:pPr>
      <w:r>
        <w:t>Peace Practice</w:t>
      </w:r>
    </w:p>
    <w:p w14:paraId="5632B959" w14:textId="77777777" w:rsidR="005A0029" w:rsidRDefault="00F83EB4">
      <w:r>
        <w:t>Draw two columns: 'What I can control' and 'What I must release.' Place each concern in the appropriate column and pray over both.</w:t>
      </w:r>
    </w:p>
    <w:p w14:paraId="72FD79A0" w14:textId="77777777" w:rsidR="005A0029" w:rsidRDefault="00F83EB4">
      <w:pPr>
        <w:pStyle w:val="Heading2"/>
      </w:pPr>
      <w:r>
        <w:t>My Thoughts &amp; Prayers</w:t>
      </w:r>
    </w:p>
    <w:p w14:paraId="012FD75B" w14:textId="77777777" w:rsidR="005A0029" w:rsidRDefault="00F83EB4">
      <w:pPr>
        <w:spacing w:after="60"/>
      </w:pPr>
      <w:r>
        <w:rPr>
          <w:color w:val="B4B4B4"/>
          <w:sz w:val="16"/>
        </w:rPr>
        <w:t>________________________________________________________</w:t>
      </w:r>
    </w:p>
    <w:p w14:paraId="236564A6" w14:textId="77777777" w:rsidR="005A0029" w:rsidRDefault="00F83EB4">
      <w:pPr>
        <w:spacing w:after="60"/>
      </w:pPr>
      <w:r>
        <w:rPr>
          <w:color w:val="B4B4B4"/>
          <w:sz w:val="16"/>
        </w:rPr>
        <w:t>________________________________________________________</w:t>
      </w:r>
    </w:p>
    <w:p w14:paraId="03D2FCB1" w14:textId="77777777" w:rsidR="005A0029" w:rsidRDefault="00F83EB4">
      <w:pPr>
        <w:spacing w:after="60"/>
      </w:pPr>
      <w:r>
        <w:rPr>
          <w:color w:val="B4B4B4"/>
          <w:sz w:val="16"/>
        </w:rPr>
        <w:t>________________________________________________________</w:t>
      </w:r>
    </w:p>
    <w:p w14:paraId="5034BCBF" w14:textId="77777777" w:rsidR="005A0029" w:rsidRDefault="00F83EB4">
      <w:pPr>
        <w:spacing w:after="60"/>
      </w:pPr>
      <w:r>
        <w:rPr>
          <w:color w:val="B4B4B4"/>
          <w:sz w:val="16"/>
        </w:rPr>
        <w:t>________________________________________________________</w:t>
      </w:r>
    </w:p>
    <w:p w14:paraId="1239D48D" w14:textId="77777777" w:rsidR="005A0029" w:rsidRDefault="00F83EB4">
      <w:pPr>
        <w:spacing w:after="60"/>
      </w:pPr>
      <w:r>
        <w:rPr>
          <w:color w:val="B4B4B4"/>
          <w:sz w:val="16"/>
        </w:rPr>
        <w:t>________________________________________________________</w:t>
      </w:r>
    </w:p>
    <w:p w14:paraId="4F9BE942" w14:textId="77777777" w:rsidR="005A0029" w:rsidRDefault="00F83EB4">
      <w:pPr>
        <w:pStyle w:val="Heading2"/>
      </w:pPr>
      <w:r>
        <w:t>Prayer</w:t>
      </w:r>
    </w:p>
    <w:p w14:paraId="2B50601F" w14:textId="77777777" w:rsidR="005A0029" w:rsidRDefault="00F83EB4">
      <w:r>
        <w:t>Father, meet me in this practice of when your mind will not rest.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5844241" w14:textId="77777777" w:rsidR="005A0029" w:rsidRDefault="00F83EB4">
      <w:r>
        <w:rPr>
          <w:b/>
          <w:color w:val="B08D3A"/>
        </w:rPr>
        <w:lastRenderedPageBreak/>
        <w:t xml:space="preserve">TODAY'S DECLARATION  </w:t>
      </w:r>
      <w:r>
        <w:t>I will meet when your mind will not rest with truth, faith, and practiced peace.</w:t>
      </w:r>
    </w:p>
    <w:p w14:paraId="7DEE8BE7" w14:textId="77777777" w:rsidR="005A0029" w:rsidRDefault="00F83EB4">
      <w:r>
        <w:br w:type="page"/>
      </w:r>
    </w:p>
    <w:p w14:paraId="437A2A62" w14:textId="77777777" w:rsidR="005A0029" w:rsidRDefault="00F83EB4">
      <w:pPr>
        <w:pStyle w:val="Heading2"/>
      </w:pPr>
      <w:r>
        <w:lastRenderedPageBreak/>
        <w:t>DAY 3</w:t>
      </w:r>
    </w:p>
    <w:p w14:paraId="40B8C90B" w14:textId="77777777" w:rsidR="005A0029" w:rsidRDefault="00F83EB4">
      <w:pPr>
        <w:pStyle w:val="Heading1"/>
      </w:pPr>
      <w:r>
        <w:t>The Exhaustion Behind the Smile</w:t>
      </w:r>
    </w:p>
    <w:p w14:paraId="0C0583DD" w14:textId="77777777" w:rsidR="005A0029" w:rsidRDefault="00F83EB4">
      <w:r>
        <w:rPr>
          <w:b/>
          <w:color w:val="B08D3A"/>
        </w:rPr>
        <w:t xml:space="preserve">ANCHOR SCRIPTURE  </w:t>
      </w:r>
      <w:r>
        <w:t>Psalm 55:22</w:t>
      </w:r>
    </w:p>
    <w:p w14:paraId="4AA07918" w14:textId="77777777" w:rsidR="005A0029" w:rsidRDefault="00F83EB4">
      <w:pPr>
        <w:pStyle w:val="Heading2"/>
      </w:pPr>
      <w:r>
        <w:t>Guided Reflection</w:t>
      </w:r>
    </w:p>
    <w:p w14:paraId="09527653" w14:textId="77777777" w:rsidR="005A0029" w:rsidRDefault="00F83EB4">
      <w:r>
        <w:t>Today, consider what “the exhaustion behind the smile”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w:t>
      </w:r>
      <w:r>
        <w:t>le when truth is practiced repeatedly, especially when circumstances remain unresolved.</w:t>
      </w:r>
    </w:p>
    <w:p w14:paraId="3B91F125" w14:textId="77777777" w:rsidR="005A0029" w:rsidRDefault="00F83EB4">
      <w:pPr>
        <w:pStyle w:val="Heading2"/>
      </w:pPr>
      <w:r>
        <w:t>Pause &amp; Notice</w:t>
      </w:r>
    </w:p>
    <w:p w14:paraId="68DCEB9C" w14:textId="77777777" w:rsidR="005A0029" w:rsidRDefault="00F83EB4">
      <w:r>
        <w:t>What is this theme revealing about my heart, thoughts, relationships, or current circumstances today?</w:t>
      </w:r>
    </w:p>
    <w:p w14:paraId="7E47B156" w14:textId="77777777" w:rsidR="005A0029" w:rsidRDefault="00F83EB4">
      <w:pPr>
        <w:pStyle w:val="Heading2"/>
      </w:pPr>
      <w:r>
        <w:t>Peace Practice</w:t>
      </w:r>
    </w:p>
    <w:p w14:paraId="1F6B1F23" w14:textId="77777777" w:rsidR="005A0029" w:rsidRDefault="00F83EB4">
      <w:r>
        <w:t>Take five slow breaths. With each inhale, receive God's presence; with each exhale, release one pressure you have been carrying.</w:t>
      </w:r>
    </w:p>
    <w:p w14:paraId="6B9654F5" w14:textId="77777777" w:rsidR="005A0029" w:rsidRDefault="00F83EB4">
      <w:pPr>
        <w:pStyle w:val="Heading2"/>
      </w:pPr>
      <w:r>
        <w:t>My Thoughts &amp; Prayers</w:t>
      </w:r>
    </w:p>
    <w:p w14:paraId="014633A5" w14:textId="77777777" w:rsidR="005A0029" w:rsidRDefault="00F83EB4">
      <w:pPr>
        <w:spacing w:after="60"/>
      </w:pPr>
      <w:r>
        <w:rPr>
          <w:color w:val="B4B4B4"/>
          <w:sz w:val="16"/>
        </w:rPr>
        <w:t>________________________________________________________</w:t>
      </w:r>
    </w:p>
    <w:p w14:paraId="7D37DF22" w14:textId="77777777" w:rsidR="005A0029" w:rsidRDefault="00F83EB4">
      <w:pPr>
        <w:spacing w:after="60"/>
      </w:pPr>
      <w:r>
        <w:rPr>
          <w:color w:val="B4B4B4"/>
          <w:sz w:val="16"/>
        </w:rPr>
        <w:t>________________________________________________________</w:t>
      </w:r>
    </w:p>
    <w:p w14:paraId="63782345" w14:textId="77777777" w:rsidR="005A0029" w:rsidRDefault="00F83EB4">
      <w:pPr>
        <w:spacing w:after="60"/>
      </w:pPr>
      <w:r>
        <w:rPr>
          <w:color w:val="B4B4B4"/>
          <w:sz w:val="16"/>
        </w:rPr>
        <w:t>________________________________________________________</w:t>
      </w:r>
    </w:p>
    <w:p w14:paraId="12EE067B" w14:textId="77777777" w:rsidR="005A0029" w:rsidRDefault="00F83EB4">
      <w:pPr>
        <w:spacing w:after="60"/>
      </w:pPr>
      <w:r>
        <w:rPr>
          <w:color w:val="B4B4B4"/>
          <w:sz w:val="16"/>
        </w:rPr>
        <w:t>________________________________________________________</w:t>
      </w:r>
    </w:p>
    <w:p w14:paraId="507B4C30" w14:textId="77777777" w:rsidR="005A0029" w:rsidRDefault="00F83EB4">
      <w:pPr>
        <w:spacing w:after="60"/>
      </w:pPr>
      <w:r>
        <w:rPr>
          <w:color w:val="B4B4B4"/>
          <w:sz w:val="16"/>
        </w:rPr>
        <w:t>________________________________________________________</w:t>
      </w:r>
    </w:p>
    <w:p w14:paraId="2526AD6C" w14:textId="77777777" w:rsidR="005A0029" w:rsidRDefault="00F83EB4">
      <w:pPr>
        <w:pStyle w:val="Heading2"/>
      </w:pPr>
      <w:r>
        <w:t>Prayer</w:t>
      </w:r>
    </w:p>
    <w:p w14:paraId="57D7D5DC" w14:textId="77777777" w:rsidR="005A0029" w:rsidRDefault="00F83EB4">
      <w:r>
        <w:t>Father, meet me in this practice of the exhaustion behind the smile.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E3439A8" w14:textId="77777777" w:rsidR="005A0029" w:rsidRDefault="00F83EB4">
      <w:r>
        <w:rPr>
          <w:b/>
          <w:color w:val="B08D3A"/>
        </w:rPr>
        <w:lastRenderedPageBreak/>
        <w:t xml:space="preserve">TODAY'S DECLARATION  </w:t>
      </w:r>
      <w:r>
        <w:t>I will meet the exhaustion behind the smile with truth, faith, and practiced peace.</w:t>
      </w:r>
    </w:p>
    <w:p w14:paraId="0494A89E" w14:textId="77777777" w:rsidR="005A0029" w:rsidRDefault="00F83EB4">
      <w:r>
        <w:br w:type="page"/>
      </w:r>
    </w:p>
    <w:p w14:paraId="56156CEB" w14:textId="77777777" w:rsidR="005A0029" w:rsidRDefault="00F83EB4">
      <w:pPr>
        <w:pStyle w:val="Heading2"/>
      </w:pPr>
      <w:r>
        <w:lastRenderedPageBreak/>
        <w:t>DAY 4</w:t>
      </w:r>
    </w:p>
    <w:p w14:paraId="0F006411" w14:textId="77777777" w:rsidR="005A0029" w:rsidRDefault="00F83EB4">
      <w:pPr>
        <w:pStyle w:val="Heading1"/>
      </w:pPr>
      <w:r>
        <w:t>Naming Emotional Overload</w:t>
      </w:r>
    </w:p>
    <w:p w14:paraId="1D0B9AD9" w14:textId="77777777" w:rsidR="005A0029" w:rsidRDefault="00F83EB4">
      <w:r>
        <w:rPr>
          <w:b/>
          <w:color w:val="B08D3A"/>
        </w:rPr>
        <w:t xml:space="preserve">ANCHOR SCRIPTURE  </w:t>
      </w:r>
      <w:r>
        <w:t>1 Peter 5:7</w:t>
      </w:r>
    </w:p>
    <w:p w14:paraId="614032EC" w14:textId="77777777" w:rsidR="005A0029" w:rsidRDefault="00F83EB4">
      <w:pPr>
        <w:pStyle w:val="Heading2"/>
      </w:pPr>
      <w:r>
        <w:t>Guided Reflection</w:t>
      </w:r>
    </w:p>
    <w:p w14:paraId="76EE7B7F" w14:textId="77777777" w:rsidR="005A0029" w:rsidRDefault="00F83EB4">
      <w:r>
        <w:t>Today, consider what “naming emotional overload”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whe</w:t>
      </w:r>
      <w:r>
        <w:t>n truth is practiced repeatedly, especially when circumstances remain unresolved.</w:t>
      </w:r>
    </w:p>
    <w:p w14:paraId="3604A954" w14:textId="77777777" w:rsidR="005A0029" w:rsidRDefault="00F83EB4">
      <w:pPr>
        <w:pStyle w:val="Heading2"/>
      </w:pPr>
      <w:r>
        <w:t>Pause &amp; Notice</w:t>
      </w:r>
    </w:p>
    <w:p w14:paraId="6BE0CE75" w14:textId="77777777" w:rsidR="005A0029" w:rsidRDefault="00F83EB4">
      <w:r>
        <w:t>What is this theme revealing about my heart, thoughts, relationships, or current circumstances today?</w:t>
      </w:r>
    </w:p>
    <w:p w14:paraId="2A5D61A1" w14:textId="77777777" w:rsidR="005A0029" w:rsidRDefault="00F83EB4">
      <w:pPr>
        <w:pStyle w:val="Heading2"/>
      </w:pPr>
      <w:r>
        <w:t>Peace Practice</w:t>
      </w:r>
    </w:p>
    <w:p w14:paraId="5B773288" w14:textId="77777777" w:rsidR="005A0029" w:rsidRDefault="00F83EB4">
      <w:r>
        <w:t>Write one recurring fearful thought. Under it, write a Scripture-shaped response that is more truthful and life-giving.</w:t>
      </w:r>
    </w:p>
    <w:p w14:paraId="06DA6B78" w14:textId="77777777" w:rsidR="005A0029" w:rsidRDefault="00F83EB4">
      <w:pPr>
        <w:pStyle w:val="Heading2"/>
      </w:pPr>
      <w:r>
        <w:t>My Thoughts &amp; Prayers</w:t>
      </w:r>
    </w:p>
    <w:p w14:paraId="045988D4" w14:textId="77777777" w:rsidR="005A0029" w:rsidRDefault="00F83EB4">
      <w:pPr>
        <w:spacing w:after="60"/>
      </w:pPr>
      <w:r>
        <w:rPr>
          <w:color w:val="B4B4B4"/>
          <w:sz w:val="16"/>
        </w:rPr>
        <w:t>________________________________________________________</w:t>
      </w:r>
    </w:p>
    <w:p w14:paraId="79E2E343" w14:textId="77777777" w:rsidR="005A0029" w:rsidRDefault="00F83EB4">
      <w:pPr>
        <w:spacing w:after="60"/>
      </w:pPr>
      <w:r>
        <w:rPr>
          <w:color w:val="B4B4B4"/>
          <w:sz w:val="16"/>
        </w:rPr>
        <w:t>________________________________________________________</w:t>
      </w:r>
    </w:p>
    <w:p w14:paraId="10356EAA" w14:textId="77777777" w:rsidR="005A0029" w:rsidRDefault="00F83EB4">
      <w:pPr>
        <w:spacing w:after="60"/>
      </w:pPr>
      <w:r>
        <w:rPr>
          <w:color w:val="B4B4B4"/>
          <w:sz w:val="16"/>
        </w:rPr>
        <w:t>________________________________________________________</w:t>
      </w:r>
    </w:p>
    <w:p w14:paraId="6CE323D5" w14:textId="77777777" w:rsidR="005A0029" w:rsidRDefault="00F83EB4">
      <w:pPr>
        <w:spacing w:after="60"/>
      </w:pPr>
      <w:r>
        <w:rPr>
          <w:color w:val="B4B4B4"/>
          <w:sz w:val="16"/>
        </w:rPr>
        <w:t>________________________________________________________</w:t>
      </w:r>
    </w:p>
    <w:p w14:paraId="60E2856F" w14:textId="77777777" w:rsidR="005A0029" w:rsidRDefault="00F83EB4">
      <w:pPr>
        <w:spacing w:after="60"/>
      </w:pPr>
      <w:r>
        <w:rPr>
          <w:color w:val="B4B4B4"/>
          <w:sz w:val="16"/>
        </w:rPr>
        <w:t>________________________________________________________</w:t>
      </w:r>
    </w:p>
    <w:p w14:paraId="6D25D242" w14:textId="77777777" w:rsidR="005A0029" w:rsidRDefault="00F83EB4">
      <w:pPr>
        <w:pStyle w:val="Heading2"/>
      </w:pPr>
      <w:r>
        <w:t>Prayer</w:t>
      </w:r>
    </w:p>
    <w:p w14:paraId="5F000D22" w14:textId="77777777" w:rsidR="005A0029" w:rsidRDefault="00F83EB4">
      <w:r>
        <w:t>Father, meet me in this practice of naming emotional overload.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004C591" w14:textId="77777777" w:rsidR="005A0029" w:rsidRDefault="00F83EB4">
      <w:r>
        <w:rPr>
          <w:b/>
          <w:color w:val="B08D3A"/>
        </w:rPr>
        <w:lastRenderedPageBreak/>
        <w:t xml:space="preserve">TODAY'S DECLARATION  </w:t>
      </w:r>
      <w:r>
        <w:t>I will meet naming emotional overload with truth, faith, and practiced peace.</w:t>
      </w:r>
    </w:p>
    <w:p w14:paraId="721C1AF2" w14:textId="77777777" w:rsidR="005A0029" w:rsidRDefault="00F83EB4">
      <w:r>
        <w:br w:type="page"/>
      </w:r>
    </w:p>
    <w:p w14:paraId="3B42BCDC" w14:textId="77777777" w:rsidR="005A0029" w:rsidRDefault="00F83EB4">
      <w:pPr>
        <w:pStyle w:val="Heading2"/>
      </w:pPr>
      <w:r>
        <w:lastRenderedPageBreak/>
        <w:t>DAY 5</w:t>
      </w:r>
    </w:p>
    <w:p w14:paraId="0A542302" w14:textId="77777777" w:rsidR="005A0029" w:rsidRDefault="00F83EB4">
      <w:pPr>
        <w:pStyle w:val="Heading1"/>
      </w:pPr>
      <w:r>
        <w:t>Grief Without a Funeral</w:t>
      </w:r>
    </w:p>
    <w:p w14:paraId="58CFCA75" w14:textId="77777777" w:rsidR="005A0029" w:rsidRDefault="00F83EB4">
      <w:r>
        <w:rPr>
          <w:b/>
          <w:color w:val="B08D3A"/>
        </w:rPr>
        <w:t xml:space="preserve">ANCHOR SCRIPTURE  </w:t>
      </w:r>
      <w:r>
        <w:t>Psalm 34:18</w:t>
      </w:r>
    </w:p>
    <w:p w14:paraId="3696D654" w14:textId="77777777" w:rsidR="005A0029" w:rsidRDefault="00F83EB4">
      <w:pPr>
        <w:pStyle w:val="Heading2"/>
      </w:pPr>
      <w:r>
        <w:t>Guided Reflection</w:t>
      </w:r>
    </w:p>
    <w:p w14:paraId="53A9169A" w14:textId="77777777" w:rsidR="005A0029" w:rsidRDefault="00F83EB4">
      <w:r>
        <w:t xml:space="preserve">Today, consider what “grief without a funeral”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18D4F3BB" w14:textId="77777777" w:rsidR="005A0029" w:rsidRDefault="00F83EB4">
      <w:pPr>
        <w:pStyle w:val="Heading2"/>
      </w:pPr>
      <w:r>
        <w:t>Pause &amp; Notice</w:t>
      </w:r>
    </w:p>
    <w:p w14:paraId="3C9701FC" w14:textId="77777777" w:rsidR="005A0029" w:rsidRDefault="00F83EB4">
      <w:r>
        <w:t>What is this theme revealing about my heart, thoughts, relationships, or current circumstances today?</w:t>
      </w:r>
    </w:p>
    <w:p w14:paraId="0833EB1B" w14:textId="77777777" w:rsidR="005A0029" w:rsidRDefault="00F83EB4">
      <w:pPr>
        <w:pStyle w:val="Heading2"/>
      </w:pPr>
      <w:r>
        <w:t>Peace Practice</w:t>
      </w:r>
    </w:p>
    <w:p w14:paraId="4ACF1405" w14:textId="77777777" w:rsidR="005A0029" w:rsidRDefault="00F83EB4">
      <w:r>
        <w:t>Identify one small action that would create greater peace today. Make it specific enough to complete before the day ends.</w:t>
      </w:r>
    </w:p>
    <w:p w14:paraId="053FD9EA" w14:textId="77777777" w:rsidR="005A0029" w:rsidRDefault="00F83EB4">
      <w:pPr>
        <w:pStyle w:val="Heading2"/>
      </w:pPr>
      <w:r>
        <w:t>My Thoughts &amp; Prayers</w:t>
      </w:r>
    </w:p>
    <w:p w14:paraId="7D978E2A" w14:textId="77777777" w:rsidR="005A0029" w:rsidRDefault="00F83EB4">
      <w:pPr>
        <w:spacing w:after="60"/>
      </w:pPr>
      <w:r>
        <w:rPr>
          <w:color w:val="B4B4B4"/>
          <w:sz w:val="16"/>
        </w:rPr>
        <w:t>________________________________________________________</w:t>
      </w:r>
    </w:p>
    <w:p w14:paraId="3A35EF3F" w14:textId="77777777" w:rsidR="005A0029" w:rsidRDefault="00F83EB4">
      <w:pPr>
        <w:spacing w:after="60"/>
      </w:pPr>
      <w:r>
        <w:rPr>
          <w:color w:val="B4B4B4"/>
          <w:sz w:val="16"/>
        </w:rPr>
        <w:t>________________________________________________________</w:t>
      </w:r>
    </w:p>
    <w:p w14:paraId="422825D1" w14:textId="77777777" w:rsidR="005A0029" w:rsidRDefault="00F83EB4">
      <w:pPr>
        <w:spacing w:after="60"/>
      </w:pPr>
      <w:r>
        <w:rPr>
          <w:color w:val="B4B4B4"/>
          <w:sz w:val="16"/>
        </w:rPr>
        <w:t>________________________________________________________</w:t>
      </w:r>
    </w:p>
    <w:p w14:paraId="193FAC47" w14:textId="77777777" w:rsidR="005A0029" w:rsidRDefault="00F83EB4">
      <w:pPr>
        <w:spacing w:after="60"/>
      </w:pPr>
      <w:r>
        <w:rPr>
          <w:color w:val="B4B4B4"/>
          <w:sz w:val="16"/>
        </w:rPr>
        <w:t>________________________________________________________</w:t>
      </w:r>
    </w:p>
    <w:p w14:paraId="3AC0E21B" w14:textId="77777777" w:rsidR="005A0029" w:rsidRDefault="00F83EB4">
      <w:pPr>
        <w:spacing w:after="60"/>
      </w:pPr>
      <w:r>
        <w:rPr>
          <w:color w:val="B4B4B4"/>
          <w:sz w:val="16"/>
        </w:rPr>
        <w:t>________________________________________________________</w:t>
      </w:r>
    </w:p>
    <w:p w14:paraId="14AEF622" w14:textId="77777777" w:rsidR="005A0029" w:rsidRDefault="00F83EB4">
      <w:pPr>
        <w:pStyle w:val="Heading2"/>
      </w:pPr>
      <w:r>
        <w:t>Prayer</w:t>
      </w:r>
    </w:p>
    <w:p w14:paraId="17254567" w14:textId="77777777" w:rsidR="005A0029" w:rsidRDefault="00F83EB4">
      <w:r>
        <w:t>Father, meet me in this practice of grief without a funeral.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BE44C19" w14:textId="77777777" w:rsidR="005A0029" w:rsidRDefault="00F83EB4">
      <w:r>
        <w:rPr>
          <w:b/>
          <w:color w:val="B08D3A"/>
        </w:rPr>
        <w:lastRenderedPageBreak/>
        <w:t xml:space="preserve">TODAY'S DECLARATION  </w:t>
      </w:r>
      <w:r>
        <w:t>I will meet grief without a funeral with truth, faith, and practiced peace.</w:t>
      </w:r>
    </w:p>
    <w:p w14:paraId="50482017" w14:textId="77777777" w:rsidR="005A0029" w:rsidRDefault="00F83EB4">
      <w:r>
        <w:br w:type="page"/>
      </w:r>
    </w:p>
    <w:p w14:paraId="7A03F75B" w14:textId="77777777" w:rsidR="005A0029" w:rsidRDefault="00F83EB4">
      <w:pPr>
        <w:pStyle w:val="Heading2"/>
      </w:pPr>
      <w:r>
        <w:lastRenderedPageBreak/>
        <w:t>DAY 6</w:t>
      </w:r>
    </w:p>
    <w:p w14:paraId="05355892" w14:textId="77777777" w:rsidR="005A0029" w:rsidRDefault="00F83EB4">
      <w:pPr>
        <w:pStyle w:val="Heading1"/>
      </w:pPr>
      <w:r>
        <w:t>The Burden of Responsibility</w:t>
      </w:r>
    </w:p>
    <w:p w14:paraId="6A938BEA" w14:textId="77777777" w:rsidR="005A0029" w:rsidRDefault="00F83EB4">
      <w:r>
        <w:rPr>
          <w:b/>
          <w:color w:val="B08D3A"/>
        </w:rPr>
        <w:t xml:space="preserve">ANCHOR SCRIPTURE  </w:t>
      </w:r>
      <w:r>
        <w:t>Galatians 6:5</w:t>
      </w:r>
    </w:p>
    <w:p w14:paraId="396B76A9" w14:textId="77777777" w:rsidR="005A0029" w:rsidRDefault="00F83EB4">
      <w:pPr>
        <w:pStyle w:val="Heading2"/>
      </w:pPr>
      <w:r>
        <w:t>Guided Reflection</w:t>
      </w:r>
    </w:p>
    <w:p w14:paraId="6AB40563" w14:textId="77777777" w:rsidR="005A0029" w:rsidRDefault="00F83EB4">
      <w:r>
        <w:t xml:space="preserve">Today, consider what “the burden of responsibility”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173F988F" w14:textId="77777777" w:rsidR="005A0029" w:rsidRDefault="00F83EB4">
      <w:pPr>
        <w:pStyle w:val="Heading2"/>
      </w:pPr>
      <w:r>
        <w:t>Pause &amp; Notice</w:t>
      </w:r>
    </w:p>
    <w:p w14:paraId="7DCC6782" w14:textId="77777777" w:rsidR="005A0029" w:rsidRDefault="00F83EB4">
      <w:r>
        <w:t>What is this theme revealing about my heart, thoughts, relationships, or current circumstances today?</w:t>
      </w:r>
    </w:p>
    <w:p w14:paraId="25ABE3F5" w14:textId="77777777" w:rsidR="005A0029" w:rsidRDefault="00F83EB4">
      <w:pPr>
        <w:pStyle w:val="Heading2"/>
      </w:pPr>
      <w:r>
        <w:t>Peace Practice</w:t>
      </w:r>
    </w:p>
    <w:p w14:paraId="4E55000D" w14:textId="77777777" w:rsidR="005A0029" w:rsidRDefault="00F83EB4">
      <w:r>
        <w:t>Reach out to one trusted, mature person. Share one thing you have been carrying silently and allow yourself to receive support.</w:t>
      </w:r>
    </w:p>
    <w:p w14:paraId="2DEFC898" w14:textId="77777777" w:rsidR="005A0029" w:rsidRDefault="00F83EB4">
      <w:pPr>
        <w:pStyle w:val="Heading2"/>
      </w:pPr>
      <w:r>
        <w:t>My Thoughts &amp; Prayers</w:t>
      </w:r>
    </w:p>
    <w:p w14:paraId="62EF28D6" w14:textId="77777777" w:rsidR="005A0029" w:rsidRDefault="00F83EB4">
      <w:pPr>
        <w:spacing w:after="60"/>
      </w:pPr>
      <w:r>
        <w:rPr>
          <w:color w:val="B4B4B4"/>
          <w:sz w:val="16"/>
        </w:rPr>
        <w:t>________________________________________________________</w:t>
      </w:r>
    </w:p>
    <w:p w14:paraId="0BFE8DBC" w14:textId="77777777" w:rsidR="005A0029" w:rsidRDefault="00F83EB4">
      <w:pPr>
        <w:spacing w:after="60"/>
      </w:pPr>
      <w:r>
        <w:rPr>
          <w:color w:val="B4B4B4"/>
          <w:sz w:val="16"/>
        </w:rPr>
        <w:t>________________________________________________________</w:t>
      </w:r>
    </w:p>
    <w:p w14:paraId="3F901FAB" w14:textId="77777777" w:rsidR="005A0029" w:rsidRDefault="00F83EB4">
      <w:pPr>
        <w:spacing w:after="60"/>
      </w:pPr>
      <w:r>
        <w:rPr>
          <w:color w:val="B4B4B4"/>
          <w:sz w:val="16"/>
        </w:rPr>
        <w:t>________________________________________________________</w:t>
      </w:r>
    </w:p>
    <w:p w14:paraId="171BA9B5" w14:textId="77777777" w:rsidR="005A0029" w:rsidRDefault="00F83EB4">
      <w:pPr>
        <w:spacing w:after="60"/>
      </w:pPr>
      <w:r>
        <w:rPr>
          <w:color w:val="B4B4B4"/>
          <w:sz w:val="16"/>
        </w:rPr>
        <w:t>________________________________________________________</w:t>
      </w:r>
    </w:p>
    <w:p w14:paraId="1B4A3C47" w14:textId="77777777" w:rsidR="005A0029" w:rsidRDefault="00F83EB4">
      <w:pPr>
        <w:spacing w:after="60"/>
      </w:pPr>
      <w:r>
        <w:rPr>
          <w:color w:val="B4B4B4"/>
          <w:sz w:val="16"/>
        </w:rPr>
        <w:t>________________________________________________________</w:t>
      </w:r>
    </w:p>
    <w:p w14:paraId="09F73A20" w14:textId="77777777" w:rsidR="005A0029" w:rsidRDefault="00F83EB4">
      <w:pPr>
        <w:pStyle w:val="Heading2"/>
      </w:pPr>
      <w:r>
        <w:t>Prayer</w:t>
      </w:r>
    </w:p>
    <w:p w14:paraId="6C7D984B" w14:textId="77777777" w:rsidR="005A0029" w:rsidRDefault="00F83EB4">
      <w:r>
        <w:t>Father, meet me in this practice of the burden of responsibility.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94857B4" w14:textId="77777777" w:rsidR="005A0029" w:rsidRDefault="00F83EB4">
      <w:r>
        <w:rPr>
          <w:b/>
          <w:color w:val="B08D3A"/>
        </w:rPr>
        <w:lastRenderedPageBreak/>
        <w:t xml:space="preserve">TODAY'S DECLARATION  </w:t>
      </w:r>
      <w:r>
        <w:t>I will meet the burden of responsibility with truth, faith, and practiced peace.</w:t>
      </w:r>
    </w:p>
    <w:p w14:paraId="575961F1" w14:textId="77777777" w:rsidR="005A0029" w:rsidRDefault="00F83EB4">
      <w:r>
        <w:br w:type="page"/>
      </w:r>
    </w:p>
    <w:p w14:paraId="1B0F3451" w14:textId="77777777" w:rsidR="005A0029" w:rsidRDefault="00F83EB4">
      <w:pPr>
        <w:pStyle w:val="Heading2"/>
      </w:pPr>
      <w:r>
        <w:lastRenderedPageBreak/>
        <w:t>DAY 7</w:t>
      </w:r>
    </w:p>
    <w:p w14:paraId="3156D221" w14:textId="77777777" w:rsidR="005A0029" w:rsidRDefault="00F83EB4">
      <w:pPr>
        <w:pStyle w:val="Heading1"/>
      </w:pPr>
      <w:r>
        <w:t>When Caregiving Becomes Heavy</w:t>
      </w:r>
    </w:p>
    <w:p w14:paraId="6AC8197F" w14:textId="77777777" w:rsidR="005A0029" w:rsidRDefault="00F83EB4">
      <w:r>
        <w:rPr>
          <w:b/>
          <w:color w:val="B08D3A"/>
        </w:rPr>
        <w:t xml:space="preserve">ANCHOR SCRIPTURE  </w:t>
      </w:r>
      <w:r>
        <w:t>Isaiah 40:29</w:t>
      </w:r>
    </w:p>
    <w:p w14:paraId="1987115A" w14:textId="77777777" w:rsidR="005A0029" w:rsidRDefault="00F83EB4">
      <w:pPr>
        <w:pStyle w:val="Heading2"/>
      </w:pPr>
      <w:r>
        <w:t>Guided Reflection</w:t>
      </w:r>
    </w:p>
    <w:p w14:paraId="6DB1790B" w14:textId="77777777" w:rsidR="005A0029" w:rsidRDefault="00F83EB4">
      <w:r>
        <w:t>Today, consider what “when caregiving becomes heavy”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w:t>
      </w:r>
      <w:r>
        <w:t xml:space="preserve"> when truth is practiced repeatedly, especially when circumstances remain unresolved.</w:t>
      </w:r>
    </w:p>
    <w:p w14:paraId="4C7D828C" w14:textId="77777777" w:rsidR="005A0029" w:rsidRDefault="00F83EB4">
      <w:pPr>
        <w:pStyle w:val="Heading2"/>
      </w:pPr>
      <w:r>
        <w:t>Pause &amp; Notice</w:t>
      </w:r>
    </w:p>
    <w:p w14:paraId="06060FE7" w14:textId="77777777" w:rsidR="005A0029" w:rsidRDefault="00F83EB4">
      <w:r>
        <w:t>What is this theme revealing about my heart, thoughts, relationships, or current circumstances today?</w:t>
      </w:r>
    </w:p>
    <w:p w14:paraId="319CB8A2" w14:textId="77777777" w:rsidR="005A0029" w:rsidRDefault="00F83EB4">
      <w:pPr>
        <w:pStyle w:val="Heading2"/>
      </w:pPr>
      <w:r>
        <w:t>Peace Practice</w:t>
      </w:r>
    </w:p>
    <w:p w14:paraId="6463DCAA" w14:textId="77777777" w:rsidR="005A0029" w:rsidRDefault="00F83EB4">
      <w:r>
        <w:t>Practice a ten-minute quiet period without your phone. Notice what surfaces, then bring it honestly into prayer.</w:t>
      </w:r>
    </w:p>
    <w:p w14:paraId="66156057" w14:textId="77777777" w:rsidR="005A0029" w:rsidRDefault="00F83EB4">
      <w:pPr>
        <w:pStyle w:val="Heading2"/>
      </w:pPr>
      <w:r>
        <w:t>My Thoughts &amp; Prayers</w:t>
      </w:r>
    </w:p>
    <w:p w14:paraId="5D1DC9BD" w14:textId="77777777" w:rsidR="005A0029" w:rsidRDefault="00F83EB4">
      <w:pPr>
        <w:spacing w:after="60"/>
      </w:pPr>
      <w:r>
        <w:rPr>
          <w:color w:val="B4B4B4"/>
          <w:sz w:val="16"/>
        </w:rPr>
        <w:t>________________________________________________________</w:t>
      </w:r>
    </w:p>
    <w:p w14:paraId="5AD13339" w14:textId="77777777" w:rsidR="005A0029" w:rsidRDefault="00F83EB4">
      <w:pPr>
        <w:spacing w:after="60"/>
      </w:pPr>
      <w:r>
        <w:rPr>
          <w:color w:val="B4B4B4"/>
          <w:sz w:val="16"/>
        </w:rPr>
        <w:t>________________________________________________________</w:t>
      </w:r>
    </w:p>
    <w:p w14:paraId="26A6EA33" w14:textId="77777777" w:rsidR="005A0029" w:rsidRDefault="00F83EB4">
      <w:pPr>
        <w:spacing w:after="60"/>
      </w:pPr>
      <w:r>
        <w:rPr>
          <w:color w:val="B4B4B4"/>
          <w:sz w:val="16"/>
        </w:rPr>
        <w:t>________________________________________________________</w:t>
      </w:r>
    </w:p>
    <w:p w14:paraId="6C736DDB" w14:textId="77777777" w:rsidR="005A0029" w:rsidRDefault="00F83EB4">
      <w:pPr>
        <w:spacing w:after="60"/>
      </w:pPr>
      <w:r>
        <w:rPr>
          <w:color w:val="B4B4B4"/>
          <w:sz w:val="16"/>
        </w:rPr>
        <w:t>________________________________________________________</w:t>
      </w:r>
    </w:p>
    <w:p w14:paraId="234A67C4" w14:textId="77777777" w:rsidR="005A0029" w:rsidRDefault="00F83EB4">
      <w:pPr>
        <w:spacing w:after="60"/>
      </w:pPr>
      <w:r>
        <w:rPr>
          <w:color w:val="B4B4B4"/>
          <w:sz w:val="16"/>
        </w:rPr>
        <w:t>________________________________________________________</w:t>
      </w:r>
    </w:p>
    <w:p w14:paraId="787B91C2" w14:textId="77777777" w:rsidR="005A0029" w:rsidRDefault="00F83EB4">
      <w:pPr>
        <w:pStyle w:val="Heading2"/>
      </w:pPr>
      <w:r>
        <w:t>Prayer</w:t>
      </w:r>
    </w:p>
    <w:p w14:paraId="3793AB39" w14:textId="77777777" w:rsidR="005A0029" w:rsidRDefault="00F83EB4">
      <w:r>
        <w:t>Father, meet me in this practice of when caregiving becomes heavy.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71C8B57" w14:textId="77777777" w:rsidR="005A0029" w:rsidRDefault="00F83EB4">
      <w:r>
        <w:rPr>
          <w:b/>
          <w:color w:val="B08D3A"/>
        </w:rPr>
        <w:lastRenderedPageBreak/>
        <w:t xml:space="preserve">TODAY'S DECLARATION  </w:t>
      </w:r>
      <w:r>
        <w:t>I will meet when caregiving becomes heavy with truth, faith, and practiced peace.</w:t>
      </w:r>
    </w:p>
    <w:p w14:paraId="5D1A5614" w14:textId="77777777" w:rsidR="005A0029" w:rsidRDefault="00F83EB4">
      <w:r>
        <w:br w:type="page"/>
      </w:r>
    </w:p>
    <w:p w14:paraId="5665366C" w14:textId="77777777" w:rsidR="005A0029" w:rsidRDefault="00F83EB4">
      <w:pPr>
        <w:pStyle w:val="Heading2"/>
      </w:pPr>
      <w:r>
        <w:lastRenderedPageBreak/>
        <w:t>DAY 8</w:t>
      </w:r>
    </w:p>
    <w:p w14:paraId="03E5C26D" w14:textId="77777777" w:rsidR="005A0029" w:rsidRDefault="00F83EB4">
      <w:pPr>
        <w:pStyle w:val="Heading1"/>
      </w:pPr>
      <w:r>
        <w:t>You Are Allowed to Need Help</w:t>
      </w:r>
    </w:p>
    <w:p w14:paraId="2060865F" w14:textId="77777777" w:rsidR="005A0029" w:rsidRDefault="00F83EB4">
      <w:r>
        <w:rPr>
          <w:b/>
          <w:color w:val="B08D3A"/>
        </w:rPr>
        <w:t xml:space="preserve">ANCHOR SCRIPTURE  </w:t>
      </w:r>
      <w:r>
        <w:t>Galatians 6:2</w:t>
      </w:r>
    </w:p>
    <w:p w14:paraId="320FBBE3" w14:textId="77777777" w:rsidR="005A0029" w:rsidRDefault="00F83EB4">
      <w:pPr>
        <w:pStyle w:val="Heading2"/>
      </w:pPr>
      <w:r>
        <w:t>Guided Reflection</w:t>
      </w:r>
    </w:p>
    <w:p w14:paraId="20A7B0FC" w14:textId="77777777" w:rsidR="005A0029" w:rsidRDefault="00F83EB4">
      <w:r>
        <w:t xml:space="preserve">Today, consider what “you are allowed to need help”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5C3D6BE4" w14:textId="77777777" w:rsidR="005A0029" w:rsidRDefault="00F83EB4">
      <w:pPr>
        <w:pStyle w:val="Heading2"/>
      </w:pPr>
      <w:r>
        <w:t>Pause &amp; Notice</w:t>
      </w:r>
    </w:p>
    <w:p w14:paraId="3B60FA72" w14:textId="77777777" w:rsidR="005A0029" w:rsidRDefault="00F83EB4">
      <w:r>
        <w:t>What is this theme revealing about my heart, thoughts, relationships, or current circumstances today?</w:t>
      </w:r>
    </w:p>
    <w:p w14:paraId="1274C17B" w14:textId="77777777" w:rsidR="005A0029" w:rsidRDefault="00F83EB4">
      <w:pPr>
        <w:pStyle w:val="Heading2"/>
      </w:pPr>
      <w:r>
        <w:t>Peace Practice</w:t>
      </w:r>
    </w:p>
    <w:p w14:paraId="242F4BE6" w14:textId="77777777" w:rsidR="005A0029" w:rsidRDefault="00F83EB4">
      <w:r>
        <w:t>Sit quietly for three minutes. Name what you feel without judging it. Then write one truth you want to carry into the day.</w:t>
      </w:r>
    </w:p>
    <w:p w14:paraId="457F8395" w14:textId="77777777" w:rsidR="005A0029" w:rsidRDefault="00F83EB4">
      <w:pPr>
        <w:pStyle w:val="Heading2"/>
      </w:pPr>
      <w:r>
        <w:t>My Thoughts &amp; Prayers</w:t>
      </w:r>
    </w:p>
    <w:p w14:paraId="47E7BA7A" w14:textId="77777777" w:rsidR="005A0029" w:rsidRDefault="00F83EB4">
      <w:pPr>
        <w:spacing w:after="60"/>
      </w:pPr>
      <w:r>
        <w:rPr>
          <w:color w:val="B4B4B4"/>
          <w:sz w:val="16"/>
        </w:rPr>
        <w:t>________________________________________________________</w:t>
      </w:r>
    </w:p>
    <w:p w14:paraId="1FE9C1E0" w14:textId="77777777" w:rsidR="005A0029" w:rsidRDefault="00F83EB4">
      <w:pPr>
        <w:spacing w:after="60"/>
      </w:pPr>
      <w:r>
        <w:rPr>
          <w:color w:val="B4B4B4"/>
          <w:sz w:val="16"/>
        </w:rPr>
        <w:t>________________________________________________________</w:t>
      </w:r>
    </w:p>
    <w:p w14:paraId="65BF62E6" w14:textId="77777777" w:rsidR="005A0029" w:rsidRDefault="00F83EB4">
      <w:pPr>
        <w:spacing w:after="60"/>
      </w:pPr>
      <w:r>
        <w:rPr>
          <w:color w:val="B4B4B4"/>
          <w:sz w:val="16"/>
        </w:rPr>
        <w:t>________________________________________________________</w:t>
      </w:r>
    </w:p>
    <w:p w14:paraId="7A41F80E" w14:textId="77777777" w:rsidR="005A0029" w:rsidRDefault="00F83EB4">
      <w:pPr>
        <w:spacing w:after="60"/>
      </w:pPr>
      <w:r>
        <w:rPr>
          <w:color w:val="B4B4B4"/>
          <w:sz w:val="16"/>
        </w:rPr>
        <w:t>________________________________________________________</w:t>
      </w:r>
    </w:p>
    <w:p w14:paraId="4FD61D82" w14:textId="77777777" w:rsidR="005A0029" w:rsidRDefault="00F83EB4">
      <w:pPr>
        <w:spacing w:after="60"/>
      </w:pPr>
      <w:r>
        <w:rPr>
          <w:color w:val="B4B4B4"/>
          <w:sz w:val="16"/>
        </w:rPr>
        <w:t>________________________________________________________</w:t>
      </w:r>
    </w:p>
    <w:p w14:paraId="6436D7C5" w14:textId="77777777" w:rsidR="005A0029" w:rsidRDefault="00F83EB4">
      <w:pPr>
        <w:pStyle w:val="Heading2"/>
      </w:pPr>
      <w:r>
        <w:t>Prayer</w:t>
      </w:r>
    </w:p>
    <w:p w14:paraId="27008EB6" w14:textId="77777777" w:rsidR="005A0029" w:rsidRDefault="00F83EB4">
      <w:r>
        <w:t>Father, meet me in this practice of you are allowed to need help.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B6FB668" w14:textId="77777777" w:rsidR="005A0029" w:rsidRDefault="00F83EB4">
      <w:r>
        <w:rPr>
          <w:b/>
          <w:color w:val="B08D3A"/>
        </w:rPr>
        <w:lastRenderedPageBreak/>
        <w:t xml:space="preserve">TODAY'S DECLARATION  </w:t>
      </w:r>
      <w:r>
        <w:t>I will meet you are allowed to need help with truth, faith, and practiced peace.</w:t>
      </w:r>
    </w:p>
    <w:p w14:paraId="67B588E6" w14:textId="77777777" w:rsidR="005A0029" w:rsidRDefault="00F83EB4">
      <w:r>
        <w:br w:type="page"/>
      </w:r>
    </w:p>
    <w:p w14:paraId="3A51C695" w14:textId="77777777" w:rsidR="005A0029" w:rsidRDefault="00F83EB4">
      <w:pPr>
        <w:pStyle w:val="Heading2"/>
      </w:pPr>
      <w:r>
        <w:lastRenderedPageBreak/>
        <w:t>DAY 9</w:t>
      </w:r>
    </w:p>
    <w:p w14:paraId="6E3C1299" w14:textId="77777777" w:rsidR="005A0029" w:rsidRDefault="00F83EB4">
      <w:pPr>
        <w:pStyle w:val="Heading1"/>
      </w:pPr>
      <w:r>
        <w:t>The Cost of Suppressed Emotion</w:t>
      </w:r>
    </w:p>
    <w:p w14:paraId="11A27AEF" w14:textId="77777777" w:rsidR="005A0029" w:rsidRDefault="00F83EB4">
      <w:r>
        <w:rPr>
          <w:b/>
          <w:color w:val="B08D3A"/>
        </w:rPr>
        <w:t xml:space="preserve">ANCHOR SCRIPTURE  </w:t>
      </w:r>
      <w:r>
        <w:t>Psalm 32:3-5</w:t>
      </w:r>
    </w:p>
    <w:p w14:paraId="2152E656" w14:textId="77777777" w:rsidR="005A0029" w:rsidRDefault="00F83EB4">
      <w:pPr>
        <w:pStyle w:val="Heading2"/>
      </w:pPr>
      <w:r>
        <w:t>Guided Reflection</w:t>
      </w:r>
    </w:p>
    <w:p w14:paraId="045B3DF9" w14:textId="77777777" w:rsidR="005A0029" w:rsidRDefault="00F83EB4">
      <w:r>
        <w:t>Today, consider what “the cost of suppressed emotion”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w:t>
      </w:r>
      <w:r>
        <w:t>e when truth is practiced repeatedly, especially when circumstances remain unresolved.</w:t>
      </w:r>
    </w:p>
    <w:p w14:paraId="3B652CEF" w14:textId="77777777" w:rsidR="005A0029" w:rsidRDefault="00F83EB4">
      <w:pPr>
        <w:pStyle w:val="Heading2"/>
      </w:pPr>
      <w:r>
        <w:t>Pause &amp; Notice</w:t>
      </w:r>
    </w:p>
    <w:p w14:paraId="33799E7F" w14:textId="77777777" w:rsidR="005A0029" w:rsidRDefault="00F83EB4">
      <w:r>
        <w:t>What is this theme revealing about my heart, thoughts, relationships, or current circumstances today?</w:t>
      </w:r>
    </w:p>
    <w:p w14:paraId="5BC24786" w14:textId="77777777" w:rsidR="005A0029" w:rsidRDefault="00F83EB4">
      <w:pPr>
        <w:pStyle w:val="Heading2"/>
      </w:pPr>
      <w:r>
        <w:t>Peace Practice</w:t>
      </w:r>
    </w:p>
    <w:p w14:paraId="473ED445" w14:textId="77777777" w:rsidR="005A0029" w:rsidRDefault="00F83EB4">
      <w:r>
        <w:t>Draw two columns: 'What I can control' and 'What I must release.' Place each concern in the appropriate column and pray over both.</w:t>
      </w:r>
    </w:p>
    <w:p w14:paraId="506226D1" w14:textId="77777777" w:rsidR="005A0029" w:rsidRDefault="00F83EB4">
      <w:pPr>
        <w:pStyle w:val="Heading2"/>
      </w:pPr>
      <w:r>
        <w:t>My Thoughts &amp; Prayers</w:t>
      </w:r>
    </w:p>
    <w:p w14:paraId="60781244" w14:textId="77777777" w:rsidR="005A0029" w:rsidRDefault="00F83EB4">
      <w:pPr>
        <w:spacing w:after="60"/>
      </w:pPr>
      <w:r>
        <w:rPr>
          <w:color w:val="B4B4B4"/>
          <w:sz w:val="16"/>
        </w:rPr>
        <w:t>________________________________________________________</w:t>
      </w:r>
    </w:p>
    <w:p w14:paraId="79619B95" w14:textId="77777777" w:rsidR="005A0029" w:rsidRDefault="00F83EB4">
      <w:pPr>
        <w:spacing w:after="60"/>
      </w:pPr>
      <w:r>
        <w:rPr>
          <w:color w:val="B4B4B4"/>
          <w:sz w:val="16"/>
        </w:rPr>
        <w:t>________________________________________________________</w:t>
      </w:r>
    </w:p>
    <w:p w14:paraId="309A9E03" w14:textId="77777777" w:rsidR="005A0029" w:rsidRDefault="00F83EB4">
      <w:pPr>
        <w:spacing w:after="60"/>
      </w:pPr>
      <w:r>
        <w:rPr>
          <w:color w:val="B4B4B4"/>
          <w:sz w:val="16"/>
        </w:rPr>
        <w:t>________________________________________________________</w:t>
      </w:r>
    </w:p>
    <w:p w14:paraId="36ACAEBC" w14:textId="77777777" w:rsidR="005A0029" w:rsidRDefault="00F83EB4">
      <w:pPr>
        <w:spacing w:after="60"/>
      </w:pPr>
      <w:r>
        <w:rPr>
          <w:color w:val="B4B4B4"/>
          <w:sz w:val="16"/>
        </w:rPr>
        <w:t>________________________________________________________</w:t>
      </w:r>
    </w:p>
    <w:p w14:paraId="19B82D61" w14:textId="77777777" w:rsidR="005A0029" w:rsidRDefault="00F83EB4">
      <w:pPr>
        <w:spacing w:after="60"/>
      </w:pPr>
      <w:r>
        <w:rPr>
          <w:color w:val="B4B4B4"/>
          <w:sz w:val="16"/>
        </w:rPr>
        <w:t>________________________________________________________</w:t>
      </w:r>
    </w:p>
    <w:p w14:paraId="49B195DD" w14:textId="77777777" w:rsidR="005A0029" w:rsidRDefault="00F83EB4">
      <w:pPr>
        <w:pStyle w:val="Heading2"/>
      </w:pPr>
      <w:r>
        <w:t>Prayer</w:t>
      </w:r>
    </w:p>
    <w:p w14:paraId="3CCF1EE5" w14:textId="77777777" w:rsidR="005A0029" w:rsidRDefault="00F83EB4">
      <w:r>
        <w:t>Father, meet me in this practice of the cost of suppressed emotion.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0E10856" w14:textId="77777777" w:rsidR="005A0029" w:rsidRDefault="00F83EB4">
      <w:r>
        <w:rPr>
          <w:b/>
          <w:color w:val="B08D3A"/>
        </w:rPr>
        <w:lastRenderedPageBreak/>
        <w:t xml:space="preserve">TODAY'S DECLARATION  </w:t>
      </w:r>
      <w:r>
        <w:t>I will meet the cost of suppressed emotion with truth, faith, and practiced peace.</w:t>
      </w:r>
    </w:p>
    <w:p w14:paraId="0409C095" w14:textId="77777777" w:rsidR="005A0029" w:rsidRDefault="00F83EB4">
      <w:r>
        <w:br w:type="page"/>
      </w:r>
    </w:p>
    <w:p w14:paraId="052DD8FE" w14:textId="77777777" w:rsidR="005A0029" w:rsidRDefault="00F83EB4">
      <w:pPr>
        <w:pStyle w:val="Heading2"/>
      </w:pPr>
      <w:r>
        <w:lastRenderedPageBreak/>
        <w:t>DAY 10</w:t>
      </w:r>
    </w:p>
    <w:p w14:paraId="4AEA38FA" w14:textId="77777777" w:rsidR="005A0029" w:rsidRDefault="00F83EB4">
      <w:pPr>
        <w:pStyle w:val="Heading1"/>
      </w:pPr>
      <w:r>
        <w:t>Listening to Your Body</w:t>
      </w:r>
    </w:p>
    <w:p w14:paraId="1698AB36" w14:textId="77777777" w:rsidR="005A0029" w:rsidRDefault="00F83EB4">
      <w:r>
        <w:rPr>
          <w:b/>
          <w:color w:val="B08D3A"/>
        </w:rPr>
        <w:t xml:space="preserve">ANCHOR SCRIPTURE  </w:t>
      </w:r>
      <w:r>
        <w:t>Psalm 139:23-24</w:t>
      </w:r>
    </w:p>
    <w:p w14:paraId="79ECE8AB" w14:textId="77777777" w:rsidR="005A0029" w:rsidRDefault="00F83EB4">
      <w:pPr>
        <w:pStyle w:val="Heading2"/>
      </w:pPr>
      <w:r>
        <w:t>Guided Reflection</w:t>
      </w:r>
    </w:p>
    <w:p w14:paraId="10A6CEDA" w14:textId="77777777" w:rsidR="005A0029" w:rsidRDefault="00F83EB4">
      <w:r>
        <w:t>Today, consider what “listening to your body”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when t</w:t>
      </w:r>
      <w:r>
        <w:t>ruth is practiced repeatedly, especially when circumstances remain unresolved.</w:t>
      </w:r>
    </w:p>
    <w:p w14:paraId="6A5A35DE" w14:textId="77777777" w:rsidR="005A0029" w:rsidRDefault="00F83EB4">
      <w:pPr>
        <w:pStyle w:val="Heading2"/>
      </w:pPr>
      <w:r>
        <w:t>Pause &amp; Notice</w:t>
      </w:r>
    </w:p>
    <w:p w14:paraId="21D17A17" w14:textId="77777777" w:rsidR="005A0029" w:rsidRDefault="00F83EB4">
      <w:r>
        <w:t>What is this theme revealing about my heart, thoughts, relationships, or current circumstances today?</w:t>
      </w:r>
    </w:p>
    <w:p w14:paraId="7C45822B" w14:textId="77777777" w:rsidR="005A0029" w:rsidRDefault="00F83EB4">
      <w:pPr>
        <w:pStyle w:val="Heading2"/>
      </w:pPr>
      <w:r>
        <w:t>Peace Practice</w:t>
      </w:r>
    </w:p>
    <w:p w14:paraId="119FA635" w14:textId="77777777" w:rsidR="005A0029" w:rsidRDefault="00F83EB4">
      <w:r>
        <w:t>Take five slow breaths. With each inhale, receive God's presence; with each exhale, release one pressure you have been carrying.</w:t>
      </w:r>
    </w:p>
    <w:p w14:paraId="34B7F906" w14:textId="77777777" w:rsidR="005A0029" w:rsidRDefault="00F83EB4">
      <w:pPr>
        <w:pStyle w:val="Heading2"/>
      </w:pPr>
      <w:r>
        <w:t>My Thoughts &amp; Prayers</w:t>
      </w:r>
    </w:p>
    <w:p w14:paraId="10D936BF" w14:textId="77777777" w:rsidR="005A0029" w:rsidRDefault="00F83EB4">
      <w:pPr>
        <w:spacing w:after="60"/>
      </w:pPr>
      <w:r>
        <w:rPr>
          <w:color w:val="B4B4B4"/>
          <w:sz w:val="16"/>
        </w:rPr>
        <w:t>________________________________________________________</w:t>
      </w:r>
    </w:p>
    <w:p w14:paraId="7815EF83" w14:textId="77777777" w:rsidR="005A0029" w:rsidRDefault="00F83EB4">
      <w:pPr>
        <w:spacing w:after="60"/>
      </w:pPr>
      <w:r>
        <w:rPr>
          <w:color w:val="B4B4B4"/>
          <w:sz w:val="16"/>
        </w:rPr>
        <w:t>________________________________________________________</w:t>
      </w:r>
    </w:p>
    <w:p w14:paraId="7C926248" w14:textId="77777777" w:rsidR="005A0029" w:rsidRDefault="00F83EB4">
      <w:pPr>
        <w:spacing w:after="60"/>
      </w:pPr>
      <w:r>
        <w:rPr>
          <w:color w:val="B4B4B4"/>
          <w:sz w:val="16"/>
        </w:rPr>
        <w:t>________________________________________________________</w:t>
      </w:r>
    </w:p>
    <w:p w14:paraId="16D1615D" w14:textId="77777777" w:rsidR="005A0029" w:rsidRDefault="00F83EB4">
      <w:pPr>
        <w:spacing w:after="60"/>
      </w:pPr>
      <w:r>
        <w:rPr>
          <w:color w:val="B4B4B4"/>
          <w:sz w:val="16"/>
        </w:rPr>
        <w:t>________________________________________________________</w:t>
      </w:r>
    </w:p>
    <w:p w14:paraId="7990F457" w14:textId="77777777" w:rsidR="005A0029" w:rsidRDefault="00F83EB4">
      <w:pPr>
        <w:spacing w:after="60"/>
      </w:pPr>
      <w:r>
        <w:rPr>
          <w:color w:val="B4B4B4"/>
          <w:sz w:val="16"/>
        </w:rPr>
        <w:t>________________________________________________________</w:t>
      </w:r>
    </w:p>
    <w:p w14:paraId="48FA995A" w14:textId="77777777" w:rsidR="005A0029" w:rsidRDefault="00F83EB4">
      <w:pPr>
        <w:pStyle w:val="Heading2"/>
      </w:pPr>
      <w:r>
        <w:t>Prayer</w:t>
      </w:r>
    </w:p>
    <w:p w14:paraId="50D9F354" w14:textId="77777777" w:rsidR="005A0029" w:rsidRDefault="00F83EB4">
      <w:r>
        <w:t>Father, meet me in this practice of listening to your body.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458AAFE" w14:textId="77777777" w:rsidR="005A0029" w:rsidRDefault="00F83EB4">
      <w:r>
        <w:rPr>
          <w:b/>
          <w:color w:val="B08D3A"/>
        </w:rPr>
        <w:lastRenderedPageBreak/>
        <w:t xml:space="preserve">TODAY'S DECLARATION  </w:t>
      </w:r>
      <w:r>
        <w:t>I will meet listening to your body with truth, faith, and practiced peace.</w:t>
      </w:r>
    </w:p>
    <w:p w14:paraId="68A4A511" w14:textId="77777777" w:rsidR="005A0029" w:rsidRDefault="00F83EB4">
      <w:r>
        <w:br w:type="page"/>
      </w:r>
    </w:p>
    <w:p w14:paraId="0F5D725E" w14:textId="77777777" w:rsidR="005A0029" w:rsidRDefault="00F83EB4">
      <w:pPr>
        <w:pStyle w:val="Heading2"/>
      </w:pPr>
      <w:r>
        <w:lastRenderedPageBreak/>
        <w:t>DAY 11</w:t>
      </w:r>
    </w:p>
    <w:p w14:paraId="0EF936ED" w14:textId="77777777" w:rsidR="005A0029" w:rsidRDefault="00F83EB4">
      <w:pPr>
        <w:pStyle w:val="Heading1"/>
      </w:pPr>
      <w:r>
        <w:t>Anxiety and the Unknown</w:t>
      </w:r>
    </w:p>
    <w:p w14:paraId="09BCCD1C" w14:textId="77777777" w:rsidR="005A0029" w:rsidRDefault="00F83EB4">
      <w:r>
        <w:rPr>
          <w:b/>
          <w:color w:val="B08D3A"/>
        </w:rPr>
        <w:t xml:space="preserve">ANCHOR SCRIPTURE  </w:t>
      </w:r>
      <w:r>
        <w:t>Philippians 4:6-7</w:t>
      </w:r>
    </w:p>
    <w:p w14:paraId="2B1568B1" w14:textId="77777777" w:rsidR="005A0029" w:rsidRDefault="00F83EB4">
      <w:pPr>
        <w:pStyle w:val="Heading2"/>
      </w:pPr>
      <w:r>
        <w:t>Guided Reflection</w:t>
      </w:r>
    </w:p>
    <w:p w14:paraId="6F5E06A5" w14:textId="77777777" w:rsidR="005A0029" w:rsidRDefault="00F83EB4">
      <w:r>
        <w:t xml:space="preserve">Today, consider what “anxiety and the unknown”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0531D890" w14:textId="77777777" w:rsidR="005A0029" w:rsidRDefault="00F83EB4">
      <w:pPr>
        <w:pStyle w:val="Heading2"/>
      </w:pPr>
      <w:r>
        <w:t>Pause &amp; Notice</w:t>
      </w:r>
    </w:p>
    <w:p w14:paraId="644DC016" w14:textId="77777777" w:rsidR="005A0029" w:rsidRDefault="00F83EB4">
      <w:r>
        <w:t>What is this theme revealing about my heart, thoughts, relationships, or current circumstances today?</w:t>
      </w:r>
    </w:p>
    <w:p w14:paraId="15CEF98A" w14:textId="77777777" w:rsidR="005A0029" w:rsidRDefault="00F83EB4">
      <w:pPr>
        <w:pStyle w:val="Heading2"/>
      </w:pPr>
      <w:r>
        <w:t>Peace Practice</w:t>
      </w:r>
    </w:p>
    <w:p w14:paraId="4047EC0A" w14:textId="77777777" w:rsidR="005A0029" w:rsidRDefault="00F83EB4">
      <w:r>
        <w:t>Write one recurring fearful thought. Under it, write a Scripture-shaped response that is more truthful and life-giving.</w:t>
      </w:r>
    </w:p>
    <w:p w14:paraId="22370B5C" w14:textId="77777777" w:rsidR="005A0029" w:rsidRDefault="00F83EB4">
      <w:pPr>
        <w:pStyle w:val="Heading2"/>
      </w:pPr>
      <w:r>
        <w:t>My Thoughts &amp; Prayers</w:t>
      </w:r>
    </w:p>
    <w:p w14:paraId="34BB8617" w14:textId="77777777" w:rsidR="005A0029" w:rsidRDefault="00F83EB4">
      <w:pPr>
        <w:spacing w:after="60"/>
      </w:pPr>
      <w:r>
        <w:rPr>
          <w:color w:val="B4B4B4"/>
          <w:sz w:val="16"/>
        </w:rPr>
        <w:t>________________________________________________________</w:t>
      </w:r>
    </w:p>
    <w:p w14:paraId="1913E6A4" w14:textId="77777777" w:rsidR="005A0029" w:rsidRDefault="00F83EB4">
      <w:pPr>
        <w:spacing w:after="60"/>
      </w:pPr>
      <w:r>
        <w:rPr>
          <w:color w:val="B4B4B4"/>
          <w:sz w:val="16"/>
        </w:rPr>
        <w:t>________________________________________________________</w:t>
      </w:r>
    </w:p>
    <w:p w14:paraId="2B83E397" w14:textId="77777777" w:rsidR="005A0029" w:rsidRDefault="00F83EB4">
      <w:pPr>
        <w:spacing w:after="60"/>
      </w:pPr>
      <w:r>
        <w:rPr>
          <w:color w:val="B4B4B4"/>
          <w:sz w:val="16"/>
        </w:rPr>
        <w:t>________________________________________________________</w:t>
      </w:r>
    </w:p>
    <w:p w14:paraId="7DBEF2AA" w14:textId="77777777" w:rsidR="005A0029" w:rsidRDefault="00F83EB4">
      <w:pPr>
        <w:spacing w:after="60"/>
      </w:pPr>
      <w:r>
        <w:rPr>
          <w:color w:val="B4B4B4"/>
          <w:sz w:val="16"/>
        </w:rPr>
        <w:t>________________________________________________________</w:t>
      </w:r>
    </w:p>
    <w:p w14:paraId="217069A8" w14:textId="77777777" w:rsidR="005A0029" w:rsidRDefault="00F83EB4">
      <w:pPr>
        <w:spacing w:after="60"/>
      </w:pPr>
      <w:r>
        <w:rPr>
          <w:color w:val="B4B4B4"/>
          <w:sz w:val="16"/>
        </w:rPr>
        <w:t>________________________________________________________</w:t>
      </w:r>
    </w:p>
    <w:p w14:paraId="70921C48" w14:textId="77777777" w:rsidR="005A0029" w:rsidRDefault="00F83EB4">
      <w:pPr>
        <w:pStyle w:val="Heading2"/>
      </w:pPr>
      <w:r>
        <w:t>Prayer</w:t>
      </w:r>
    </w:p>
    <w:p w14:paraId="3053F696" w14:textId="77777777" w:rsidR="005A0029" w:rsidRDefault="00F83EB4">
      <w:r>
        <w:t>Father, meet me in this practice of anxiety and the unknown.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02798DC" w14:textId="77777777" w:rsidR="005A0029" w:rsidRDefault="00F83EB4">
      <w:r>
        <w:rPr>
          <w:b/>
          <w:color w:val="B08D3A"/>
        </w:rPr>
        <w:lastRenderedPageBreak/>
        <w:t xml:space="preserve">TODAY'S DECLARATION  </w:t>
      </w:r>
      <w:r>
        <w:t>I will meet anxiety and the unknown with truth, faith, and practiced peace.</w:t>
      </w:r>
    </w:p>
    <w:p w14:paraId="2A1FE486" w14:textId="77777777" w:rsidR="005A0029" w:rsidRDefault="00F83EB4">
      <w:r>
        <w:br w:type="page"/>
      </w:r>
    </w:p>
    <w:p w14:paraId="248EAFCA" w14:textId="77777777" w:rsidR="005A0029" w:rsidRDefault="00F83EB4">
      <w:pPr>
        <w:pStyle w:val="Heading2"/>
      </w:pPr>
      <w:r>
        <w:lastRenderedPageBreak/>
        <w:t>DAY 12</w:t>
      </w:r>
    </w:p>
    <w:p w14:paraId="10FA9A53" w14:textId="77777777" w:rsidR="005A0029" w:rsidRDefault="00F83EB4">
      <w:pPr>
        <w:pStyle w:val="Heading1"/>
      </w:pPr>
      <w:r>
        <w:t>When Tears Become Prayer</w:t>
      </w:r>
    </w:p>
    <w:p w14:paraId="78FF0FA1" w14:textId="77777777" w:rsidR="005A0029" w:rsidRDefault="00F83EB4">
      <w:r>
        <w:rPr>
          <w:b/>
          <w:color w:val="B08D3A"/>
        </w:rPr>
        <w:t xml:space="preserve">ANCHOR SCRIPTURE  </w:t>
      </w:r>
      <w:r>
        <w:t>Psalm 56:8</w:t>
      </w:r>
    </w:p>
    <w:p w14:paraId="6C079D81" w14:textId="77777777" w:rsidR="005A0029" w:rsidRDefault="00F83EB4">
      <w:pPr>
        <w:pStyle w:val="Heading2"/>
      </w:pPr>
      <w:r>
        <w:t>Guided Reflection</w:t>
      </w:r>
    </w:p>
    <w:p w14:paraId="7B324E2D" w14:textId="77777777" w:rsidR="005A0029" w:rsidRDefault="00F83EB4">
      <w:r>
        <w:t>Today, consider what “when tears become prayer”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when</w:t>
      </w:r>
      <w:r>
        <w:t xml:space="preserve"> truth is practiced repeatedly, especially when circumstances remain unresolved.</w:t>
      </w:r>
    </w:p>
    <w:p w14:paraId="53EE1F57" w14:textId="77777777" w:rsidR="005A0029" w:rsidRDefault="00F83EB4">
      <w:pPr>
        <w:pStyle w:val="Heading2"/>
      </w:pPr>
      <w:r>
        <w:t>Pause &amp; Notice</w:t>
      </w:r>
    </w:p>
    <w:p w14:paraId="71352458" w14:textId="77777777" w:rsidR="005A0029" w:rsidRDefault="00F83EB4">
      <w:r>
        <w:t>What is this theme revealing about my heart, thoughts, relationships, or current circumstances today?</w:t>
      </w:r>
    </w:p>
    <w:p w14:paraId="1EC038B6" w14:textId="77777777" w:rsidR="005A0029" w:rsidRDefault="00F83EB4">
      <w:pPr>
        <w:pStyle w:val="Heading2"/>
      </w:pPr>
      <w:r>
        <w:t>Peace Practice</w:t>
      </w:r>
    </w:p>
    <w:p w14:paraId="4F4C5198" w14:textId="77777777" w:rsidR="005A0029" w:rsidRDefault="00F83EB4">
      <w:r>
        <w:t>Identify one small action that would create greater peace today. Make it specific enough to complete before the day ends.</w:t>
      </w:r>
    </w:p>
    <w:p w14:paraId="3DE305E4" w14:textId="77777777" w:rsidR="005A0029" w:rsidRDefault="00F83EB4">
      <w:pPr>
        <w:pStyle w:val="Heading2"/>
      </w:pPr>
      <w:r>
        <w:t>My Thoughts &amp; Prayers</w:t>
      </w:r>
    </w:p>
    <w:p w14:paraId="4965D538" w14:textId="77777777" w:rsidR="005A0029" w:rsidRDefault="00F83EB4">
      <w:pPr>
        <w:spacing w:after="60"/>
      </w:pPr>
      <w:r>
        <w:rPr>
          <w:color w:val="B4B4B4"/>
          <w:sz w:val="16"/>
        </w:rPr>
        <w:t>________________________________________________________</w:t>
      </w:r>
    </w:p>
    <w:p w14:paraId="62B19391" w14:textId="77777777" w:rsidR="005A0029" w:rsidRDefault="00F83EB4">
      <w:pPr>
        <w:spacing w:after="60"/>
      </w:pPr>
      <w:r>
        <w:rPr>
          <w:color w:val="B4B4B4"/>
          <w:sz w:val="16"/>
        </w:rPr>
        <w:t>________________________________________________________</w:t>
      </w:r>
    </w:p>
    <w:p w14:paraId="517713CA" w14:textId="77777777" w:rsidR="005A0029" w:rsidRDefault="00F83EB4">
      <w:pPr>
        <w:spacing w:after="60"/>
      </w:pPr>
      <w:r>
        <w:rPr>
          <w:color w:val="B4B4B4"/>
          <w:sz w:val="16"/>
        </w:rPr>
        <w:t>________________________________________________________</w:t>
      </w:r>
    </w:p>
    <w:p w14:paraId="603F1EB9" w14:textId="77777777" w:rsidR="005A0029" w:rsidRDefault="00F83EB4">
      <w:pPr>
        <w:spacing w:after="60"/>
      </w:pPr>
      <w:r>
        <w:rPr>
          <w:color w:val="B4B4B4"/>
          <w:sz w:val="16"/>
        </w:rPr>
        <w:t>________________________________________________________</w:t>
      </w:r>
    </w:p>
    <w:p w14:paraId="708A8016" w14:textId="77777777" w:rsidR="005A0029" w:rsidRDefault="00F83EB4">
      <w:pPr>
        <w:spacing w:after="60"/>
      </w:pPr>
      <w:r>
        <w:rPr>
          <w:color w:val="B4B4B4"/>
          <w:sz w:val="16"/>
        </w:rPr>
        <w:t>________________________________________________________</w:t>
      </w:r>
    </w:p>
    <w:p w14:paraId="0C60C6E1" w14:textId="77777777" w:rsidR="005A0029" w:rsidRDefault="00F83EB4">
      <w:pPr>
        <w:pStyle w:val="Heading2"/>
      </w:pPr>
      <w:r>
        <w:t>Prayer</w:t>
      </w:r>
    </w:p>
    <w:p w14:paraId="77BA5504" w14:textId="77777777" w:rsidR="005A0029" w:rsidRDefault="00F83EB4">
      <w:r>
        <w:t>Father, meet me in this practice of when tears become prayer.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25C6BE5" w14:textId="77777777" w:rsidR="005A0029" w:rsidRDefault="00F83EB4">
      <w:r>
        <w:rPr>
          <w:b/>
          <w:color w:val="B08D3A"/>
        </w:rPr>
        <w:lastRenderedPageBreak/>
        <w:t xml:space="preserve">TODAY'S DECLARATION  </w:t>
      </w:r>
      <w:r>
        <w:t>I will meet when tears become prayer with truth, faith, and practiced peace.</w:t>
      </w:r>
    </w:p>
    <w:p w14:paraId="6EA40A54" w14:textId="77777777" w:rsidR="005A0029" w:rsidRDefault="00F83EB4">
      <w:r>
        <w:br w:type="page"/>
      </w:r>
    </w:p>
    <w:p w14:paraId="262D2610" w14:textId="77777777" w:rsidR="005A0029" w:rsidRDefault="00F83EB4">
      <w:pPr>
        <w:pStyle w:val="Heading2"/>
      </w:pPr>
      <w:r>
        <w:lastRenderedPageBreak/>
        <w:t>DAY 13</w:t>
      </w:r>
    </w:p>
    <w:p w14:paraId="2D19FCDE" w14:textId="77777777" w:rsidR="005A0029" w:rsidRDefault="00F83EB4">
      <w:pPr>
        <w:pStyle w:val="Heading1"/>
      </w:pPr>
      <w:r>
        <w:t>Loneliness in a Crowded Room</w:t>
      </w:r>
    </w:p>
    <w:p w14:paraId="5906AE4F" w14:textId="77777777" w:rsidR="005A0029" w:rsidRDefault="00F83EB4">
      <w:r>
        <w:rPr>
          <w:b/>
          <w:color w:val="B08D3A"/>
        </w:rPr>
        <w:t xml:space="preserve">ANCHOR SCRIPTURE  </w:t>
      </w:r>
      <w:r>
        <w:t>Psalm 68:6</w:t>
      </w:r>
    </w:p>
    <w:p w14:paraId="7059E87C" w14:textId="77777777" w:rsidR="005A0029" w:rsidRDefault="00F83EB4">
      <w:pPr>
        <w:pStyle w:val="Heading2"/>
      </w:pPr>
      <w:r>
        <w:t>Guided Reflection</w:t>
      </w:r>
    </w:p>
    <w:p w14:paraId="4438CA71" w14:textId="77777777" w:rsidR="005A0029" w:rsidRDefault="00F83EB4">
      <w:r>
        <w:t xml:space="preserve">Today, consider what “loneliness in a crowded room”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51BB3262" w14:textId="77777777" w:rsidR="005A0029" w:rsidRDefault="00F83EB4">
      <w:pPr>
        <w:pStyle w:val="Heading2"/>
      </w:pPr>
      <w:r>
        <w:t>Pause &amp; Notice</w:t>
      </w:r>
    </w:p>
    <w:p w14:paraId="1588B192" w14:textId="77777777" w:rsidR="005A0029" w:rsidRDefault="00F83EB4">
      <w:r>
        <w:t>What is this theme revealing about my heart, thoughts, relationships, or current circumstances today?</w:t>
      </w:r>
    </w:p>
    <w:p w14:paraId="3810EAF5" w14:textId="77777777" w:rsidR="005A0029" w:rsidRDefault="00F83EB4">
      <w:pPr>
        <w:pStyle w:val="Heading2"/>
      </w:pPr>
      <w:r>
        <w:t>Peace Practice</w:t>
      </w:r>
    </w:p>
    <w:p w14:paraId="7C128654" w14:textId="77777777" w:rsidR="005A0029" w:rsidRDefault="00F83EB4">
      <w:r>
        <w:t>Reach out to one trusted, mature person. Share one thing you have been carrying silently and allow yourself to receive support.</w:t>
      </w:r>
    </w:p>
    <w:p w14:paraId="6DB82FBC" w14:textId="77777777" w:rsidR="005A0029" w:rsidRDefault="00F83EB4">
      <w:pPr>
        <w:pStyle w:val="Heading2"/>
      </w:pPr>
      <w:r>
        <w:t>My Thoughts &amp; Prayers</w:t>
      </w:r>
    </w:p>
    <w:p w14:paraId="4E0C3CCD" w14:textId="77777777" w:rsidR="005A0029" w:rsidRDefault="00F83EB4">
      <w:pPr>
        <w:spacing w:after="60"/>
      </w:pPr>
      <w:r>
        <w:rPr>
          <w:color w:val="B4B4B4"/>
          <w:sz w:val="16"/>
        </w:rPr>
        <w:t>________________________________________________________</w:t>
      </w:r>
    </w:p>
    <w:p w14:paraId="468567E7" w14:textId="77777777" w:rsidR="005A0029" w:rsidRDefault="00F83EB4">
      <w:pPr>
        <w:spacing w:after="60"/>
      </w:pPr>
      <w:r>
        <w:rPr>
          <w:color w:val="B4B4B4"/>
          <w:sz w:val="16"/>
        </w:rPr>
        <w:t>________________________________________________________</w:t>
      </w:r>
    </w:p>
    <w:p w14:paraId="06EFE42F" w14:textId="77777777" w:rsidR="005A0029" w:rsidRDefault="00F83EB4">
      <w:pPr>
        <w:spacing w:after="60"/>
      </w:pPr>
      <w:r>
        <w:rPr>
          <w:color w:val="B4B4B4"/>
          <w:sz w:val="16"/>
        </w:rPr>
        <w:t>________________________________________________________</w:t>
      </w:r>
    </w:p>
    <w:p w14:paraId="3C119BB1" w14:textId="77777777" w:rsidR="005A0029" w:rsidRDefault="00F83EB4">
      <w:pPr>
        <w:spacing w:after="60"/>
      </w:pPr>
      <w:r>
        <w:rPr>
          <w:color w:val="B4B4B4"/>
          <w:sz w:val="16"/>
        </w:rPr>
        <w:t>________________________________________________________</w:t>
      </w:r>
    </w:p>
    <w:p w14:paraId="0A8EAD1F" w14:textId="77777777" w:rsidR="005A0029" w:rsidRDefault="00F83EB4">
      <w:pPr>
        <w:spacing w:after="60"/>
      </w:pPr>
      <w:r>
        <w:rPr>
          <w:color w:val="B4B4B4"/>
          <w:sz w:val="16"/>
        </w:rPr>
        <w:t>________________________________________________________</w:t>
      </w:r>
    </w:p>
    <w:p w14:paraId="1E942D3E" w14:textId="77777777" w:rsidR="005A0029" w:rsidRDefault="00F83EB4">
      <w:pPr>
        <w:pStyle w:val="Heading2"/>
      </w:pPr>
      <w:r>
        <w:t>Prayer</w:t>
      </w:r>
    </w:p>
    <w:p w14:paraId="35987918" w14:textId="77777777" w:rsidR="005A0029" w:rsidRDefault="00F83EB4">
      <w:r>
        <w:t>Father, meet me in this practice of loneliness in a crowded room.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56A51D4" w14:textId="77777777" w:rsidR="005A0029" w:rsidRDefault="00F83EB4">
      <w:r>
        <w:rPr>
          <w:b/>
          <w:color w:val="B08D3A"/>
        </w:rPr>
        <w:lastRenderedPageBreak/>
        <w:t xml:space="preserve">TODAY'S DECLARATION  </w:t>
      </w:r>
      <w:r>
        <w:t>I will meet loneliness in a crowded room with truth, faith, and practiced peace.</w:t>
      </w:r>
    </w:p>
    <w:p w14:paraId="4AD21020" w14:textId="77777777" w:rsidR="005A0029" w:rsidRDefault="00F83EB4">
      <w:r>
        <w:br w:type="page"/>
      </w:r>
    </w:p>
    <w:p w14:paraId="77C17ADB" w14:textId="77777777" w:rsidR="005A0029" w:rsidRDefault="00F83EB4">
      <w:pPr>
        <w:pStyle w:val="Heading2"/>
      </w:pPr>
      <w:r>
        <w:lastRenderedPageBreak/>
        <w:t>DAY 14</w:t>
      </w:r>
    </w:p>
    <w:p w14:paraId="54931E97" w14:textId="77777777" w:rsidR="005A0029" w:rsidRDefault="00F83EB4">
      <w:pPr>
        <w:pStyle w:val="Heading1"/>
      </w:pPr>
      <w:r>
        <w:t>The Strength of Vulnerability</w:t>
      </w:r>
    </w:p>
    <w:p w14:paraId="2B096A96" w14:textId="77777777" w:rsidR="005A0029" w:rsidRDefault="00F83EB4">
      <w:r>
        <w:rPr>
          <w:b/>
          <w:color w:val="B08D3A"/>
        </w:rPr>
        <w:t xml:space="preserve">ANCHOR SCRIPTURE  </w:t>
      </w:r>
      <w:r>
        <w:t>2 Corinthians 12:9</w:t>
      </w:r>
    </w:p>
    <w:p w14:paraId="234ACD44" w14:textId="77777777" w:rsidR="005A0029" w:rsidRDefault="00F83EB4">
      <w:pPr>
        <w:pStyle w:val="Heading2"/>
      </w:pPr>
      <w:r>
        <w:t>Guided Reflection</w:t>
      </w:r>
    </w:p>
    <w:p w14:paraId="07B17C34" w14:textId="77777777" w:rsidR="005A0029" w:rsidRDefault="00F83EB4">
      <w:r>
        <w:t>Today, consider what “the strength of vulnerability”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w:t>
      </w:r>
      <w:r>
        <w:t xml:space="preserve"> when truth is practiced repeatedly, especially when circumstances remain unresolved.</w:t>
      </w:r>
    </w:p>
    <w:p w14:paraId="3EF689D8" w14:textId="77777777" w:rsidR="005A0029" w:rsidRDefault="00F83EB4">
      <w:pPr>
        <w:pStyle w:val="Heading2"/>
      </w:pPr>
      <w:r>
        <w:t>Pause &amp; Notice</w:t>
      </w:r>
    </w:p>
    <w:p w14:paraId="1312EABB" w14:textId="77777777" w:rsidR="005A0029" w:rsidRDefault="00F83EB4">
      <w:r>
        <w:t>What is this theme revealing about my heart, thoughts, relationships, or current circumstances today?</w:t>
      </w:r>
    </w:p>
    <w:p w14:paraId="57C3B171" w14:textId="77777777" w:rsidR="005A0029" w:rsidRDefault="00F83EB4">
      <w:pPr>
        <w:pStyle w:val="Heading2"/>
      </w:pPr>
      <w:r>
        <w:t>Peace Practice</w:t>
      </w:r>
    </w:p>
    <w:p w14:paraId="097B2E05" w14:textId="77777777" w:rsidR="005A0029" w:rsidRDefault="00F83EB4">
      <w:r>
        <w:t>Practice a ten-minute quiet period without your phone. Notice what surfaces, then bring it honestly into prayer.</w:t>
      </w:r>
    </w:p>
    <w:p w14:paraId="55A133DB" w14:textId="77777777" w:rsidR="005A0029" w:rsidRDefault="00F83EB4">
      <w:pPr>
        <w:pStyle w:val="Heading2"/>
      </w:pPr>
      <w:r>
        <w:t>My Thoughts &amp; Prayers</w:t>
      </w:r>
    </w:p>
    <w:p w14:paraId="244F41AF" w14:textId="77777777" w:rsidR="005A0029" w:rsidRDefault="00F83EB4">
      <w:pPr>
        <w:spacing w:after="60"/>
      </w:pPr>
      <w:r>
        <w:rPr>
          <w:color w:val="B4B4B4"/>
          <w:sz w:val="16"/>
        </w:rPr>
        <w:t>________________________________________________________</w:t>
      </w:r>
    </w:p>
    <w:p w14:paraId="0F97AA59" w14:textId="77777777" w:rsidR="005A0029" w:rsidRDefault="00F83EB4">
      <w:pPr>
        <w:spacing w:after="60"/>
      </w:pPr>
      <w:r>
        <w:rPr>
          <w:color w:val="B4B4B4"/>
          <w:sz w:val="16"/>
        </w:rPr>
        <w:t>________________________________________________________</w:t>
      </w:r>
    </w:p>
    <w:p w14:paraId="486ECEA8" w14:textId="77777777" w:rsidR="005A0029" w:rsidRDefault="00F83EB4">
      <w:pPr>
        <w:spacing w:after="60"/>
      </w:pPr>
      <w:r>
        <w:rPr>
          <w:color w:val="B4B4B4"/>
          <w:sz w:val="16"/>
        </w:rPr>
        <w:t>________________________________________________________</w:t>
      </w:r>
    </w:p>
    <w:p w14:paraId="5DFAD0F5" w14:textId="77777777" w:rsidR="005A0029" w:rsidRDefault="00F83EB4">
      <w:pPr>
        <w:spacing w:after="60"/>
      </w:pPr>
      <w:r>
        <w:rPr>
          <w:color w:val="B4B4B4"/>
          <w:sz w:val="16"/>
        </w:rPr>
        <w:t>________________________________________________________</w:t>
      </w:r>
    </w:p>
    <w:p w14:paraId="7A2F1D3E" w14:textId="77777777" w:rsidR="005A0029" w:rsidRDefault="00F83EB4">
      <w:pPr>
        <w:spacing w:after="60"/>
      </w:pPr>
      <w:r>
        <w:rPr>
          <w:color w:val="B4B4B4"/>
          <w:sz w:val="16"/>
        </w:rPr>
        <w:t>________________________________________________________</w:t>
      </w:r>
    </w:p>
    <w:p w14:paraId="7C81D658" w14:textId="77777777" w:rsidR="005A0029" w:rsidRDefault="00F83EB4">
      <w:pPr>
        <w:pStyle w:val="Heading2"/>
      </w:pPr>
      <w:r>
        <w:t>Prayer</w:t>
      </w:r>
    </w:p>
    <w:p w14:paraId="1C08F3DE" w14:textId="77777777" w:rsidR="005A0029" w:rsidRDefault="00F83EB4">
      <w:r>
        <w:t>Father, meet me in this practice of the strength of vulnerability.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E8055E8" w14:textId="77777777" w:rsidR="005A0029" w:rsidRDefault="00F83EB4">
      <w:r>
        <w:rPr>
          <w:b/>
          <w:color w:val="B08D3A"/>
        </w:rPr>
        <w:lastRenderedPageBreak/>
        <w:t xml:space="preserve">TODAY'S DECLARATION  </w:t>
      </w:r>
      <w:r>
        <w:t>I will meet the strength of vulnerability with truth, faith, and practiced peace.</w:t>
      </w:r>
    </w:p>
    <w:p w14:paraId="3C6C58FB" w14:textId="77777777" w:rsidR="005A0029" w:rsidRDefault="00F83EB4">
      <w:r>
        <w:br w:type="page"/>
      </w:r>
    </w:p>
    <w:p w14:paraId="239E7BC3" w14:textId="77777777" w:rsidR="005A0029" w:rsidRDefault="00F83EB4">
      <w:pPr>
        <w:pStyle w:val="Heading2"/>
      </w:pPr>
      <w:r>
        <w:lastRenderedPageBreak/>
        <w:t>DAY 15</w:t>
      </w:r>
    </w:p>
    <w:p w14:paraId="11FEB4DF" w14:textId="77777777" w:rsidR="005A0029" w:rsidRDefault="00F83EB4">
      <w:pPr>
        <w:pStyle w:val="Heading1"/>
      </w:pPr>
      <w:r>
        <w:t>Talking to Someone You Trust</w:t>
      </w:r>
    </w:p>
    <w:p w14:paraId="736D77FF" w14:textId="77777777" w:rsidR="005A0029" w:rsidRDefault="00F83EB4">
      <w:r>
        <w:rPr>
          <w:b/>
          <w:color w:val="B08D3A"/>
        </w:rPr>
        <w:t xml:space="preserve">ANCHOR SCRIPTURE  </w:t>
      </w:r>
      <w:r>
        <w:t>Proverbs 12:25</w:t>
      </w:r>
    </w:p>
    <w:p w14:paraId="49A15930" w14:textId="77777777" w:rsidR="005A0029" w:rsidRDefault="00F83EB4">
      <w:pPr>
        <w:pStyle w:val="Heading2"/>
      </w:pPr>
      <w:r>
        <w:t>Guided Reflection</w:t>
      </w:r>
    </w:p>
    <w:p w14:paraId="4DE7617A" w14:textId="77777777" w:rsidR="005A0029" w:rsidRDefault="00F83EB4">
      <w:r>
        <w:t xml:space="preserve">Today, consider what “talking to someone you trust”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40935365" w14:textId="77777777" w:rsidR="005A0029" w:rsidRDefault="00F83EB4">
      <w:pPr>
        <w:pStyle w:val="Heading2"/>
      </w:pPr>
      <w:r>
        <w:t>Pause &amp; Notice</w:t>
      </w:r>
    </w:p>
    <w:p w14:paraId="6EF32DDE" w14:textId="77777777" w:rsidR="005A0029" w:rsidRDefault="00F83EB4">
      <w:r>
        <w:t>What is this theme revealing about my heart, thoughts, relationships, or current circumstances today?</w:t>
      </w:r>
    </w:p>
    <w:p w14:paraId="0233983C" w14:textId="77777777" w:rsidR="005A0029" w:rsidRDefault="00F83EB4">
      <w:pPr>
        <w:pStyle w:val="Heading2"/>
      </w:pPr>
      <w:r>
        <w:t>Peace Practice</w:t>
      </w:r>
    </w:p>
    <w:p w14:paraId="1063EF92" w14:textId="77777777" w:rsidR="005A0029" w:rsidRDefault="00F83EB4">
      <w:r>
        <w:t>Sit quietly for three minutes. Name what you feel without judging it. Then write one truth you want to carry into the day.</w:t>
      </w:r>
    </w:p>
    <w:p w14:paraId="64EA693D" w14:textId="77777777" w:rsidR="005A0029" w:rsidRDefault="00F83EB4">
      <w:pPr>
        <w:pStyle w:val="Heading2"/>
      </w:pPr>
      <w:r>
        <w:t>My Thoughts &amp; Prayers</w:t>
      </w:r>
    </w:p>
    <w:p w14:paraId="0FD438A8" w14:textId="77777777" w:rsidR="005A0029" w:rsidRDefault="00F83EB4">
      <w:pPr>
        <w:spacing w:after="60"/>
      </w:pPr>
      <w:r>
        <w:rPr>
          <w:color w:val="B4B4B4"/>
          <w:sz w:val="16"/>
        </w:rPr>
        <w:t>________________________________________________________</w:t>
      </w:r>
    </w:p>
    <w:p w14:paraId="5B8E434C" w14:textId="77777777" w:rsidR="005A0029" w:rsidRDefault="00F83EB4">
      <w:pPr>
        <w:spacing w:after="60"/>
      </w:pPr>
      <w:r>
        <w:rPr>
          <w:color w:val="B4B4B4"/>
          <w:sz w:val="16"/>
        </w:rPr>
        <w:t>________________________________________________________</w:t>
      </w:r>
    </w:p>
    <w:p w14:paraId="7BB89246" w14:textId="77777777" w:rsidR="005A0029" w:rsidRDefault="00F83EB4">
      <w:pPr>
        <w:spacing w:after="60"/>
      </w:pPr>
      <w:r>
        <w:rPr>
          <w:color w:val="B4B4B4"/>
          <w:sz w:val="16"/>
        </w:rPr>
        <w:t>________________________________________________________</w:t>
      </w:r>
    </w:p>
    <w:p w14:paraId="72D07532" w14:textId="77777777" w:rsidR="005A0029" w:rsidRDefault="00F83EB4">
      <w:pPr>
        <w:spacing w:after="60"/>
      </w:pPr>
      <w:r>
        <w:rPr>
          <w:color w:val="B4B4B4"/>
          <w:sz w:val="16"/>
        </w:rPr>
        <w:t>________________________________________________________</w:t>
      </w:r>
    </w:p>
    <w:p w14:paraId="422D036A" w14:textId="77777777" w:rsidR="005A0029" w:rsidRDefault="00F83EB4">
      <w:pPr>
        <w:spacing w:after="60"/>
      </w:pPr>
      <w:r>
        <w:rPr>
          <w:color w:val="B4B4B4"/>
          <w:sz w:val="16"/>
        </w:rPr>
        <w:t>________________________________________________________</w:t>
      </w:r>
    </w:p>
    <w:p w14:paraId="53E8C3E9" w14:textId="77777777" w:rsidR="005A0029" w:rsidRDefault="00F83EB4">
      <w:pPr>
        <w:pStyle w:val="Heading2"/>
      </w:pPr>
      <w:r>
        <w:t>Prayer</w:t>
      </w:r>
    </w:p>
    <w:p w14:paraId="23B0A9A6" w14:textId="77777777" w:rsidR="005A0029" w:rsidRDefault="00F83EB4">
      <w:r>
        <w:t>Father, meet me in this practice of talking to someone you trust.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B68FD47" w14:textId="77777777" w:rsidR="005A0029" w:rsidRDefault="00F83EB4">
      <w:r>
        <w:rPr>
          <w:b/>
          <w:color w:val="B08D3A"/>
        </w:rPr>
        <w:lastRenderedPageBreak/>
        <w:t xml:space="preserve">TODAY'S DECLARATION  </w:t>
      </w:r>
      <w:r>
        <w:t>I will meet talking to someone you trust with truth, faith, and practiced peace.</w:t>
      </w:r>
    </w:p>
    <w:p w14:paraId="15C95A92" w14:textId="77777777" w:rsidR="005A0029" w:rsidRDefault="00F83EB4">
      <w:r>
        <w:br w:type="page"/>
      </w:r>
    </w:p>
    <w:p w14:paraId="68A45B58" w14:textId="77777777" w:rsidR="005A0029" w:rsidRDefault="00F83EB4">
      <w:pPr>
        <w:pStyle w:val="Heading2"/>
      </w:pPr>
      <w:r>
        <w:lastRenderedPageBreak/>
        <w:t>DAY 16</w:t>
      </w:r>
    </w:p>
    <w:p w14:paraId="045123AD" w14:textId="77777777" w:rsidR="005A0029" w:rsidRDefault="00F83EB4">
      <w:pPr>
        <w:pStyle w:val="Heading1"/>
      </w:pPr>
      <w:r>
        <w:t>Wise Counsel Is a Gift</w:t>
      </w:r>
    </w:p>
    <w:p w14:paraId="37D25C1F" w14:textId="77777777" w:rsidR="005A0029" w:rsidRDefault="00F83EB4">
      <w:r>
        <w:rPr>
          <w:b/>
          <w:color w:val="B08D3A"/>
        </w:rPr>
        <w:t xml:space="preserve">ANCHOR SCRIPTURE  </w:t>
      </w:r>
      <w:r>
        <w:t>Proverbs 11:14</w:t>
      </w:r>
    </w:p>
    <w:p w14:paraId="1C24D48D" w14:textId="77777777" w:rsidR="005A0029" w:rsidRDefault="00F83EB4">
      <w:pPr>
        <w:pStyle w:val="Heading2"/>
      </w:pPr>
      <w:r>
        <w:t>Guided Reflection</w:t>
      </w:r>
    </w:p>
    <w:p w14:paraId="4BFADD0B" w14:textId="77777777" w:rsidR="005A0029" w:rsidRDefault="00F83EB4">
      <w:r>
        <w:t>Today, consider what “wise counsel is a gift”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when t</w:t>
      </w:r>
      <w:r>
        <w:t>ruth is practiced repeatedly, especially when circumstances remain unresolved.</w:t>
      </w:r>
    </w:p>
    <w:p w14:paraId="71FED532" w14:textId="77777777" w:rsidR="005A0029" w:rsidRDefault="00F83EB4">
      <w:pPr>
        <w:pStyle w:val="Heading2"/>
      </w:pPr>
      <w:r>
        <w:t>Pause &amp; Notice</w:t>
      </w:r>
    </w:p>
    <w:p w14:paraId="5845D613" w14:textId="77777777" w:rsidR="005A0029" w:rsidRDefault="00F83EB4">
      <w:r>
        <w:t>What is this theme revealing about my heart, thoughts, relationships, or current circumstances today?</w:t>
      </w:r>
    </w:p>
    <w:p w14:paraId="0A327AEF" w14:textId="77777777" w:rsidR="005A0029" w:rsidRDefault="00F83EB4">
      <w:pPr>
        <w:pStyle w:val="Heading2"/>
      </w:pPr>
      <w:r>
        <w:t>Peace Practice</w:t>
      </w:r>
    </w:p>
    <w:p w14:paraId="4DA2E91B" w14:textId="77777777" w:rsidR="005A0029" w:rsidRDefault="00F83EB4">
      <w:r>
        <w:t>Draw two columns: 'What I can control' and 'What I must release.' Place each concern in the appropriate column and pray over both.</w:t>
      </w:r>
    </w:p>
    <w:p w14:paraId="7DD5992E" w14:textId="77777777" w:rsidR="005A0029" w:rsidRDefault="00F83EB4">
      <w:pPr>
        <w:pStyle w:val="Heading2"/>
      </w:pPr>
      <w:r>
        <w:t>My Thoughts &amp; Prayers</w:t>
      </w:r>
    </w:p>
    <w:p w14:paraId="06627AE4" w14:textId="77777777" w:rsidR="005A0029" w:rsidRDefault="00F83EB4">
      <w:pPr>
        <w:spacing w:after="60"/>
      </w:pPr>
      <w:r>
        <w:rPr>
          <w:color w:val="B4B4B4"/>
          <w:sz w:val="16"/>
        </w:rPr>
        <w:t>________________________________________________________</w:t>
      </w:r>
    </w:p>
    <w:p w14:paraId="0B113601" w14:textId="77777777" w:rsidR="005A0029" w:rsidRDefault="00F83EB4">
      <w:pPr>
        <w:spacing w:after="60"/>
      </w:pPr>
      <w:r>
        <w:rPr>
          <w:color w:val="B4B4B4"/>
          <w:sz w:val="16"/>
        </w:rPr>
        <w:t>________________________________________________________</w:t>
      </w:r>
    </w:p>
    <w:p w14:paraId="2E51682E" w14:textId="77777777" w:rsidR="005A0029" w:rsidRDefault="00F83EB4">
      <w:pPr>
        <w:spacing w:after="60"/>
      </w:pPr>
      <w:r>
        <w:rPr>
          <w:color w:val="B4B4B4"/>
          <w:sz w:val="16"/>
        </w:rPr>
        <w:t>________________________________________________________</w:t>
      </w:r>
    </w:p>
    <w:p w14:paraId="04167FCF" w14:textId="77777777" w:rsidR="005A0029" w:rsidRDefault="00F83EB4">
      <w:pPr>
        <w:spacing w:after="60"/>
      </w:pPr>
      <w:r>
        <w:rPr>
          <w:color w:val="B4B4B4"/>
          <w:sz w:val="16"/>
        </w:rPr>
        <w:t>________________________________________________________</w:t>
      </w:r>
    </w:p>
    <w:p w14:paraId="6E31EC88" w14:textId="77777777" w:rsidR="005A0029" w:rsidRDefault="00F83EB4">
      <w:pPr>
        <w:spacing w:after="60"/>
      </w:pPr>
      <w:r>
        <w:rPr>
          <w:color w:val="B4B4B4"/>
          <w:sz w:val="16"/>
        </w:rPr>
        <w:t>________________________________________________________</w:t>
      </w:r>
    </w:p>
    <w:p w14:paraId="0C4C106D" w14:textId="77777777" w:rsidR="005A0029" w:rsidRDefault="00F83EB4">
      <w:pPr>
        <w:pStyle w:val="Heading2"/>
      </w:pPr>
      <w:r>
        <w:t>Prayer</w:t>
      </w:r>
    </w:p>
    <w:p w14:paraId="5D1ED22E" w14:textId="77777777" w:rsidR="005A0029" w:rsidRDefault="00F83EB4">
      <w:r>
        <w:t>Father, meet me in this practice of wise counsel is a gift.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2720B7A" w14:textId="77777777" w:rsidR="005A0029" w:rsidRDefault="00F83EB4">
      <w:r>
        <w:rPr>
          <w:b/>
          <w:color w:val="B08D3A"/>
        </w:rPr>
        <w:lastRenderedPageBreak/>
        <w:t xml:space="preserve">TODAY'S DECLARATION  </w:t>
      </w:r>
      <w:r>
        <w:t>I will meet wise counsel is a gift with truth, faith, and practiced peace.</w:t>
      </w:r>
    </w:p>
    <w:p w14:paraId="6C2EF5D9" w14:textId="77777777" w:rsidR="005A0029" w:rsidRDefault="00F83EB4">
      <w:r>
        <w:br w:type="page"/>
      </w:r>
    </w:p>
    <w:p w14:paraId="609A7E51" w14:textId="77777777" w:rsidR="005A0029" w:rsidRDefault="00F83EB4">
      <w:pPr>
        <w:pStyle w:val="Heading2"/>
      </w:pPr>
      <w:r>
        <w:lastRenderedPageBreak/>
        <w:t>DAY 17</w:t>
      </w:r>
    </w:p>
    <w:p w14:paraId="21ECDD58" w14:textId="77777777" w:rsidR="005A0029" w:rsidRDefault="00F83EB4">
      <w:pPr>
        <w:pStyle w:val="Heading1"/>
      </w:pPr>
      <w:r>
        <w:t>You Do Not Have to Carry Everyone</w:t>
      </w:r>
    </w:p>
    <w:p w14:paraId="16F42C5F" w14:textId="77777777" w:rsidR="005A0029" w:rsidRDefault="00F83EB4">
      <w:r>
        <w:rPr>
          <w:b/>
          <w:color w:val="B08D3A"/>
        </w:rPr>
        <w:t xml:space="preserve">ANCHOR SCRIPTURE  </w:t>
      </w:r>
      <w:r>
        <w:t>Matthew 11:30</w:t>
      </w:r>
    </w:p>
    <w:p w14:paraId="30570337" w14:textId="77777777" w:rsidR="005A0029" w:rsidRDefault="00F83EB4">
      <w:pPr>
        <w:pStyle w:val="Heading2"/>
      </w:pPr>
      <w:r>
        <w:t>Guided Reflection</w:t>
      </w:r>
    </w:p>
    <w:p w14:paraId="1523327E" w14:textId="77777777" w:rsidR="005A0029" w:rsidRDefault="00F83EB4">
      <w:r>
        <w:t>Today, consider what “you do not have to carry everyone”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w:t>
      </w:r>
      <w:r>
        <w:t>able when truth is practiced repeatedly, especially when circumstances remain unresolved.</w:t>
      </w:r>
    </w:p>
    <w:p w14:paraId="0254D9A1" w14:textId="77777777" w:rsidR="005A0029" w:rsidRDefault="00F83EB4">
      <w:pPr>
        <w:pStyle w:val="Heading2"/>
      </w:pPr>
      <w:r>
        <w:t>Pause &amp; Notice</w:t>
      </w:r>
    </w:p>
    <w:p w14:paraId="0C2D9E67" w14:textId="77777777" w:rsidR="005A0029" w:rsidRDefault="00F83EB4">
      <w:r>
        <w:t>What is this theme revealing about my heart, thoughts, relationships, or current circumstances today?</w:t>
      </w:r>
    </w:p>
    <w:p w14:paraId="4D228FA4" w14:textId="77777777" w:rsidR="005A0029" w:rsidRDefault="00F83EB4">
      <w:pPr>
        <w:pStyle w:val="Heading2"/>
      </w:pPr>
      <w:r>
        <w:t>Peace Practice</w:t>
      </w:r>
    </w:p>
    <w:p w14:paraId="41ED5638" w14:textId="77777777" w:rsidR="005A0029" w:rsidRDefault="00F83EB4">
      <w:r>
        <w:t>Take five slow breaths. With each inhale, receive God's presence; with each exhale, release one pressure you have been carrying.</w:t>
      </w:r>
    </w:p>
    <w:p w14:paraId="4911701E" w14:textId="77777777" w:rsidR="005A0029" w:rsidRDefault="00F83EB4">
      <w:pPr>
        <w:pStyle w:val="Heading2"/>
      </w:pPr>
      <w:r>
        <w:t>My Thoughts &amp; Prayers</w:t>
      </w:r>
    </w:p>
    <w:p w14:paraId="3D071D91" w14:textId="77777777" w:rsidR="005A0029" w:rsidRDefault="00F83EB4">
      <w:pPr>
        <w:spacing w:after="60"/>
      </w:pPr>
      <w:r>
        <w:rPr>
          <w:color w:val="B4B4B4"/>
          <w:sz w:val="16"/>
        </w:rPr>
        <w:t>________________________________________________________</w:t>
      </w:r>
    </w:p>
    <w:p w14:paraId="55062861" w14:textId="77777777" w:rsidR="005A0029" w:rsidRDefault="00F83EB4">
      <w:pPr>
        <w:spacing w:after="60"/>
      </w:pPr>
      <w:r>
        <w:rPr>
          <w:color w:val="B4B4B4"/>
          <w:sz w:val="16"/>
        </w:rPr>
        <w:t>________________________________________________________</w:t>
      </w:r>
    </w:p>
    <w:p w14:paraId="6847EFDF" w14:textId="77777777" w:rsidR="005A0029" w:rsidRDefault="00F83EB4">
      <w:pPr>
        <w:spacing w:after="60"/>
      </w:pPr>
      <w:r>
        <w:rPr>
          <w:color w:val="B4B4B4"/>
          <w:sz w:val="16"/>
        </w:rPr>
        <w:t>________________________________________________________</w:t>
      </w:r>
    </w:p>
    <w:p w14:paraId="2ACA27AA" w14:textId="77777777" w:rsidR="005A0029" w:rsidRDefault="00F83EB4">
      <w:pPr>
        <w:spacing w:after="60"/>
      </w:pPr>
      <w:r>
        <w:rPr>
          <w:color w:val="B4B4B4"/>
          <w:sz w:val="16"/>
        </w:rPr>
        <w:t>________________________________________________________</w:t>
      </w:r>
    </w:p>
    <w:p w14:paraId="28605C95" w14:textId="77777777" w:rsidR="005A0029" w:rsidRDefault="00F83EB4">
      <w:pPr>
        <w:spacing w:after="60"/>
      </w:pPr>
      <w:r>
        <w:rPr>
          <w:color w:val="B4B4B4"/>
          <w:sz w:val="16"/>
        </w:rPr>
        <w:t>________________________________________________________</w:t>
      </w:r>
    </w:p>
    <w:p w14:paraId="13CC7FF9" w14:textId="77777777" w:rsidR="005A0029" w:rsidRDefault="00F83EB4">
      <w:pPr>
        <w:pStyle w:val="Heading2"/>
      </w:pPr>
      <w:r>
        <w:t>Prayer</w:t>
      </w:r>
    </w:p>
    <w:p w14:paraId="27561DA5" w14:textId="77777777" w:rsidR="005A0029" w:rsidRDefault="00F83EB4">
      <w:r>
        <w:t>Father, meet me in this practice of you do not have to carry everyone.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DBC0089" w14:textId="77777777" w:rsidR="005A0029" w:rsidRDefault="00F83EB4">
      <w:r>
        <w:rPr>
          <w:b/>
          <w:color w:val="B08D3A"/>
        </w:rPr>
        <w:lastRenderedPageBreak/>
        <w:t xml:space="preserve">TODAY'S DECLARATION  </w:t>
      </w:r>
      <w:r>
        <w:t>I will meet you do not have to carry everyone with truth, faith, and practiced peace.</w:t>
      </w:r>
    </w:p>
    <w:p w14:paraId="206D4716" w14:textId="77777777" w:rsidR="005A0029" w:rsidRDefault="00F83EB4">
      <w:r>
        <w:br w:type="page"/>
      </w:r>
    </w:p>
    <w:p w14:paraId="1B4CDD21" w14:textId="77777777" w:rsidR="005A0029" w:rsidRDefault="00F83EB4">
      <w:pPr>
        <w:pStyle w:val="Heading2"/>
      </w:pPr>
      <w:r>
        <w:lastRenderedPageBreak/>
        <w:t>DAY 18</w:t>
      </w:r>
    </w:p>
    <w:p w14:paraId="6ECBEF10" w14:textId="77777777" w:rsidR="005A0029" w:rsidRDefault="00F83EB4">
      <w:pPr>
        <w:pStyle w:val="Heading1"/>
      </w:pPr>
      <w:r>
        <w:t>Boundaries Without Guilt</w:t>
      </w:r>
    </w:p>
    <w:p w14:paraId="209F1BDF" w14:textId="77777777" w:rsidR="005A0029" w:rsidRDefault="00F83EB4">
      <w:r>
        <w:rPr>
          <w:b/>
          <w:color w:val="B08D3A"/>
        </w:rPr>
        <w:t xml:space="preserve">ANCHOR SCRIPTURE  </w:t>
      </w:r>
      <w:r>
        <w:t>Proverbs 4:23</w:t>
      </w:r>
    </w:p>
    <w:p w14:paraId="12FCF296" w14:textId="77777777" w:rsidR="005A0029" w:rsidRDefault="00F83EB4">
      <w:pPr>
        <w:pStyle w:val="Heading2"/>
      </w:pPr>
      <w:r>
        <w:t>Guided Reflection</w:t>
      </w:r>
    </w:p>
    <w:p w14:paraId="0CF31D4B" w14:textId="77777777" w:rsidR="005A0029" w:rsidRDefault="00F83EB4">
      <w:r>
        <w:t>Today, consider what “boundaries without guilt”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when</w:t>
      </w:r>
      <w:r>
        <w:t xml:space="preserve"> truth is practiced repeatedly, especially when circumstances remain unresolved.</w:t>
      </w:r>
    </w:p>
    <w:p w14:paraId="65B76D95" w14:textId="77777777" w:rsidR="005A0029" w:rsidRDefault="00F83EB4">
      <w:pPr>
        <w:pStyle w:val="Heading2"/>
      </w:pPr>
      <w:r>
        <w:t>Pause &amp; Notice</w:t>
      </w:r>
    </w:p>
    <w:p w14:paraId="48F3D4D4" w14:textId="77777777" w:rsidR="005A0029" w:rsidRDefault="00F83EB4">
      <w:r>
        <w:t>What is this theme revealing about my heart, thoughts, relationships, or current circumstances today?</w:t>
      </w:r>
    </w:p>
    <w:p w14:paraId="4D38B1D7" w14:textId="77777777" w:rsidR="005A0029" w:rsidRDefault="00F83EB4">
      <w:pPr>
        <w:pStyle w:val="Heading2"/>
      </w:pPr>
      <w:r>
        <w:t>Peace Practice</w:t>
      </w:r>
    </w:p>
    <w:p w14:paraId="130B635E" w14:textId="77777777" w:rsidR="005A0029" w:rsidRDefault="00F83EB4">
      <w:r>
        <w:t>Write one recurring fearful thought. Under it, write a Scripture-shaped response that is more truthful and life-giving.</w:t>
      </w:r>
    </w:p>
    <w:p w14:paraId="36EFD3F5" w14:textId="77777777" w:rsidR="005A0029" w:rsidRDefault="00F83EB4">
      <w:pPr>
        <w:pStyle w:val="Heading2"/>
      </w:pPr>
      <w:r>
        <w:t>My Thoughts &amp; Prayers</w:t>
      </w:r>
    </w:p>
    <w:p w14:paraId="29A32A6F" w14:textId="77777777" w:rsidR="005A0029" w:rsidRDefault="00F83EB4">
      <w:pPr>
        <w:spacing w:after="60"/>
      </w:pPr>
      <w:r>
        <w:rPr>
          <w:color w:val="B4B4B4"/>
          <w:sz w:val="16"/>
        </w:rPr>
        <w:t>________________________________________________________</w:t>
      </w:r>
    </w:p>
    <w:p w14:paraId="739FA249" w14:textId="77777777" w:rsidR="005A0029" w:rsidRDefault="00F83EB4">
      <w:pPr>
        <w:spacing w:after="60"/>
      </w:pPr>
      <w:r>
        <w:rPr>
          <w:color w:val="B4B4B4"/>
          <w:sz w:val="16"/>
        </w:rPr>
        <w:t>________________________________________________________</w:t>
      </w:r>
    </w:p>
    <w:p w14:paraId="4E21D30A" w14:textId="77777777" w:rsidR="005A0029" w:rsidRDefault="00F83EB4">
      <w:pPr>
        <w:spacing w:after="60"/>
      </w:pPr>
      <w:r>
        <w:rPr>
          <w:color w:val="B4B4B4"/>
          <w:sz w:val="16"/>
        </w:rPr>
        <w:t>________________________________________________________</w:t>
      </w:r>
    </w:p>
    <w:p w14:paraId="02A9FEAD" w14:textId="77777777" w:rsidR="005A0029" w:rsidRDefault="00F83EB4">
      <w:pPr>
        <w:spacing w:after="60"/>
      </w:pPr>
      <w:r>
        <w:rPr>
          <w:color w:val="B4B4B4"/>
          <w:sz w:val="16"/>
        </w:rPr>
        <w:t>________________________________________________________</w:t>
      </w:r>
    </w:p>
    <w:p w14:paraId="4E9BF6BB" w14:textId="77777777" w:rsidR="005A0029" w:rsidRDefault="00F83EB4">
      <w:pPr>
        <w:spacing w:after="60"/>
      </w:pPr>
      <w:r>
        <w:rPr>
          <w:color w:val="B4B4B4"/>
          <w:sz w:val="16"/>
        </w:rPr>
        <w:t>________________________________________________________</w:t>
      </w:r>
    </w:p>
    <w:p w14:paraId="50555381" w14:textId="77777777" w:rsidR="005A0029" w:rsidRDefault="00F83EB4">
      <w:pPr>
        <w:pStyle w:val="Heading2"/>
      </w:pPr>
      <w:r>
        <w:t>Prayer</w:t>
      </w:r>
    </w:p>
    <w:p w14:paraId="74715819" w14:textId="77777777" w:rsidR="005A0029" w:rsidRDefault="00F83EB4">
      <w:r>
        <w:t>Father, meet me in this practice of boundaries without guilt.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B4DA7ED" w14:textId="77777777" w:rsidR="005A0029" w:rsidRDefault="00F83EB4">
      <w:r>
        <w:rPr>
          <w:b/>
          <w:color w:val="B08D3A"/>
        </w:rPr>
        <w:lastRenderedPageBreak/>
        <w:t xml:space="preserve">TODAY'S DECLARATION  </w:t>
      </w:r>
      <w:r>
        <w:t>I will meet boundaries without guilt with truth, faith, and practiced peace.</w:t>
      </w:r>
    </w:p>
    <w:p w14:paraId="2D2FF7DB" w14:textId="77777777" w:rsidR="005A0029" w:rsidRDefault="00F83EB4">
      <w:r>
        <w:br w:type="page"/>
      </w:r>
    </w:p>
    <w:p w14:paraId="24444E59" w14:textId="77777777" w:rsidR="005A0029" w:rsidRDefault="00F83EB4">
      <w:pPr>
        <w:pStyle w:val="Heading2"/>
      </w:pPr>
      <w:r>
        <w:lastRenderedPageBreak/>
        <w:t>DAY 19</w:t>
      </w:r>
    </w:p>
    <w:p w14:paraId="6B7E723D" w14:textId="77777777" w:rsidR="005A0029" w:rsidRDefault="00F83EB4">
      <w:pPr>
        <w:pStyle w:val="Heading1"/>
      </w:pPr>
      <w:r>
        <w:t>Restoring Emotional Margin</w:t>
      </w:r>
    </w:p>
    <w:p w14:paraId="6CF17A0E" w14:textId="77777777" w:rsidR="005A0029" w:rsidRDefault="00F83EB4">
      <w:r>
        <w:rPr>
          <w:b/>
          <w:color w:val="B08D3A"/>
        </w:rPr>
        <w:t xml:space="preserve">ANCHOR SCRIPTURE  </w:t>
      </w:r>
      <w:r>
        <w:t>Mark 6:31</w:t>
      </w:r>
    </w:p>
    <w:p w14:paraId="06E45A82" w14:textId="77777777" w:rsidR="005A0029" w:rsidRDefault="00F83EB4">
      <w:pPr>
        <w:pStyle w:val="Heading2"/>
      </w:pPr>
      <w:r>
        <w:t>Guided Reflection</w:t>
      </w:r>
    </w:p>
    <w:p w14:paraId="0170E49A" w14:textId="77777777" w:rsidR="005A0029" w:rsidRDefault="00F83EB4">
      <w:r>
        <w:t>Today, consider what “restoring emotional margin”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wh</w:t>
      </w:r>
      <w:r>
        <w:t>en truth is practiced repeatedly, especially when circumstances remain unresolved.</w:t>
      </w:r>
    </w:p>
    <w:p w14:paraId="62FEA456" w14:textId="77777777" w:rsidR="005A0029" w:rsidRDefault="00F83EB4">
      <w:pPr>
        <w:pStyle w:val="Heading2"/>
      </w:pPr>
      <w:r>
        <w:t>Pause &amp; Notice</w:t>
      </w:r>
    </w:p>
    <w:p w14:paraId="5DF36084" w14:textId="77777777" w:rsidR="005A0029" w:rsidRDefault="00F83EB4">
      <w:r>
        <w:t>What is this theme revealing about my heart, thoughts, relationships, or current circumstances today?</w:t>
      </w:r>
    </w:p>
    <w:p w14:paraId="5CCA951F" w14:textId="77777777" w:rsidR="005A0029" w:rsidRDefault="00F83EB4">
      <w:pPr>
        <w:pStyle w:val="Heading2"/>
      </w:pPr>
      <w:r>
        <w:t>Peace Practice</w:t>
      </w:r>
    </w:p>
    <w:p w14:paraId="62C7B90D" w14:textId="77777777" w:rsidR="005A0029" w:rsidRDefault="00F83EB4">
      <w:r>
        <w:t>Identify one small action that would create greater peace today. Make it specific enough to complete before the day ends.</w:t>
      </w:r>
    </w:p>
    <w:p w14:paraId="23130C0E" w14:textId="77777777" w:rsidR="005A0029" w:rsidRDefault="00F83EB4">
      <w:pPr>
        <w:pStyle w:val="Heading2"/>
      </w:pPr>
      <w:r>
        <w:t>My Thoughts &amp; Prayers</w:t>
      </w:r>
    </w:p>
    <w:p w14:paraId="2CC230E1" w14:textId="77777777" w:rsidR="005A0029" w:rsidRDefault="00F83EB4">
      <w:pPr>
        <w:spacing w:after="60"/>
      </w:pPr>
      <w:r>
        <w:rPr>
          <w:color w:val="B4B4B4"/>
          <w:sz w:val="16"/>
        </w:rPr>
        <w:t>________________________________________________________</w:t>
      </w:r>
    </w:p>
    <w:p w14:paraId="30D9FFA1" w14:textId="77777777" w:rsidR="005A0029" w:rsidRDefault="00F83EB4">
      <w:pPr>
        <w:spacing w:after="60"/>
      </w:pPr>
      <w:r>
        <w:rPr>
          <w:color w:val="B4B4B4"/>
          <w:sz w:val="16"/>
        </w:rPr>
        <w:t>________________________________________________________</w:t>
      </w:r>
    </w:p>
    <w:p w14:paraId="36309FCD" w14:textId="77777777" w:rsidR="005A0029" w:rsidRDefault="00F83EB4">
      <w:pPr>
        <w:spacing w:after="60"/>
      </w:pPr>
      <w:r>
        <w:rPr>
          <w:color w:val="B4B4B4"/>
          <w:sz w:val="16"/>
        </w:rPr>
        <w:t>________________________________________________________</w:t>
      </w:r>
    </w:p>
    <w:p w14:paraId="026F4CEC" w14:textId="77777777" w:rsidR="005A0029" w:rsidRDefault="00F83EB4">
      <w:pPr>
        <w:spacing w:after="60"/>
      </w:pPr>
      <w:r>
        <w:rPr>
          <w:color w:val="B4B4B4"/>
          <w:sz w:val="16"/>
        </w:rPr>
        <w:t>________________________________________________________</w:t>
      </w:r>
    </w:p>
    <w:p w14:paraId="02E6BE39" w14:textId="77777777" w:rsidR="005A0029" w:rsidRDefault="00F83EB4">
      <w:pPr>
        <w:spacing w:after="60"/>
      </w:pPr>
      <w:r>
        <w:rPr>
          <w:color w:val="B4B4B4"/>
          <w:sz w:val="16"/>
        </w:rPr>
        <w:t>________________________________________________________</w:t>
      </w:r>
    </w:p>
    <w:p w14:paraId="691C44EF" w14:textId="77777777" w:rsidR="005A0029" w:rsidRDefault="00F83EB4">
      <w:pPr>
        <w:pStyle w:val="Heading2"/>
      </w:pPr>
      <w:r>
        <w:t>Prayer</w:t>
      </w:r>
    </w:p>
    <w:p w14:paraId="7C8D6673" w14:textId="77777777" w:rsidR="005A0029" w:rsidRDefault="00F83EB4">
      <w:r>
        <w:t>Father, meet me in this practice of restoring emotional margin.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7A035F9" w14:textId="77777777" w:rsidR="005A0029" w:rsidRDefault="00F83EB4">
      <w:r>
        <w:rPr>
          <w:b/>
          <w:color w:val="B08D3A"/>
        </w:rPr>
        <w:lastRenderedPageBreak/>
        <w:t xml:space="preserve">TODAY'S DECLARATION  </w:t>
      </w:r>
      <w:r>
        <w:t>I will meet restoring emotional margin with truth, faith, and practiced peace.</w:t>
      </w:r>
    </w:p>
    <w:p w14:paraId="38437663" w14:textId="77777777" w:rsidR="005A0029" w:rsidRDefault="00F83EB4">
      <w:r>
        <w:br w:type="page"/>
      </w:r>
    </w:p>
    <w:p w14:paraId="0F218125" w14:textId="77777777" w:rsidR="005A0029" w:rsidRDefault="00F83EB4">
      <w:pPr>
        <w:pStyle w:val="Heading2"/>
      </w:pPr>
      <w:r>
        <w:lastRenderedPageBreak/>
        <w:t>DAY 20</w:t>
      </w:r>
    </w:p>
    <w:p w14:paraId="13641F5E" w14:textId="77777777" w:rsidR="005A0029" w:rsidRDefault="00F83EB4">
      <w:pPr>
        <w:pStyle w:val="Heading1"/>
      </w:pPr>
      <w:r>
        <w:t>Releasing the Need to Explain</w:t>
      </w:r>
    </w:p>
    <w:p w14:paraId="03141219" w14:textId="77777777" w:rsidR="005A0029" w:rsidRDefault="00F83EB4">
      <w:r>
        <w:rPr>
          <w:b/>
          <w:color w:val="B08D3A"/>
        </w:rPr>
        <w:t xml:space="preserve">ANCHOR SCRIPTURE  </w:t>
      </w:r>
      <w:r>
        <w:t>Psalm 62:8</w:t>
      </w:r>
    </w:p>
    <w:p w14:paraId="3406FE5B" w14:textId="77777777" w:rsidR="005A0029" w:rsidRDefault="00F83EB4">
      <w:pPr>
        <w:pStyle w:val="Heading2"/>
      </w:pPr>
      <w:r>
        <w:t>Guided Reflection</w:t>
      </w:r>
    </w:p>
    <w:p w14:paraId="0B58C886" w14:textId="77777777" w:rsidR="005A0029" w:rsidRDefault="00F83EB4">
      <w:r>
        <w:t>Today, consider what “releasing the need to explain”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w:t>
      </w:r>
      <w:r>
        <w:t xml:space="preserve"> when truth is practiced repeatedly, especially when circumstances remain unresolved.</w:t>
      </w:r>
    </w:p>
    <w:p w14:paraId="68117087" w14:textId="77777777" w:rsidR="005A0029" w:rsidRDefault="00F83EB4">
      <w:pPr>
        <w:pStyle w:val="Heading2"/>
      </w:pPr>
      <w:r>
        <w:t>Pause &amp; Notice</w:t>
      </w:r>
    </w:p>
    <w:p w14:paraId="0016DF90" w14:textId="77777777" w:rsidR="005A0029" w:rsidRDefault="00F83EB4">
      <w:r>
        <w:t>What is this theme revealing about my heart, thoughts, relationships, or current circumstances today?</w:t>
      </w:r>
    </w:p>
    <w:p w14:paraId="088B35BD" w14:textId="77777777" w:rsidR="005A0029" w:rsidRDefault="00F83EB4">
      <w:pPr>
        <w:pStyle w:val="Heading2"/>
      </w:pPr>
      <w:r>
        <w:t>Peace Practice</w:t>
      </w:r>
    </w:p>
    <w:p w14:paraId="5F993D65" w14:textId="77777777" w:rsidR="005A0029" w:rsidRDefault="00F83EB4">
      <w:r>
        <w:t>Reach out to one trusted, mature person. Share one thing you have been carrying silently and allow yourself to receive support.</w:t>
      </w:r>
    </w:p>
    <w:p w14:paraId="14D539DC" w14:textId="77777777" w:rsidR="005A0029" w:rsidRDefault="00F83EB4">
      <w:pPr>
        <w:pStyle w:val="Heading2"/>
      </w:pPr>
      <w:r>
        <w:t>My Thoughts &amp; Prayers</w:t>
      </w:r>
    </w:p>
    <w:p w14:paraId="531958FB" w14:textId="77777777" w:rsidR="005A0029" w:rsidRDefault="00F83EB4">
      <w:pPr>
        <w:spacing w:after="60"/>
      </w:pPr>
      <w:r>
        <w:rPr>
          <w:color w:val="B4B4B4"/>
          <w:sz w:val="16"/>
        </w:rPr>
        <w:t>________________________________________________________</w:t>
      </w:r>
    </w:p>
    <w:p w14:paraId="0E776788" w14:textId="77777777" w:rsidR="005A0029" w:rsidRDefault="00F83EB4">
      <w:pPr>
        <w:spacing w:after="60"/>
      </w:pPr>
      <w:r>
        <w:rPr>
          <w:color w:val="B4B4B4"/>
          <w:sz w:val="16"/>
        </w:rPr>
        <w:t>________________________________________________________</w:t>
      </w:r>
    </w:p>
    <w:p w14:paraId="15CB97C9" w14:textId="77777777" w:rsidR="005A0029" w:rsidRDefault="00F83EB4">
      <w:pPr>
        <w:spacing w:after="60"/>
      </w:pPr>
      <w:r>
        <w:rPr>
          <w:color w:val="B4B4B4"/>
          <w:sz w:val="16"/>
        </w:rPr>
        <w:t>________________________________________________________</w:t>
      </w:r>
    </w:p>
    <w:p w14:paraId="3E8AC985" w14:textId="77777777" w:rsidR="005A0029" w:rsidRDefault="00F83EB4">
      <w:pPr>
        <w:spacing w:after="60"/>
      </w:pPr>
      <w:r>
        <w:rPr>
          <w:color w:val="B4B4B4"/>
          <w:sz w:val="16"/>
        </w:rPr>
        <w:t>________________________________________________________</w:t>
      </w:r>
    </w:p>
    <w:p w14:paraId="6D61C270" w14:textId="77777777" w:rsidR="005A0029" w:rsidRDefault="00F83EB4">
      <w:pPr>
        <w:spacing w:after="60"/>
      </w:pPr>
      <w:r>
        <w:rPr>
          <w:color w:val="B4B4B4"/>
          <w:sz w:val="16"/>
        </w:rPr>
        <w:t>________________________________________________________</w:t>
      </w:r>
    </w:p>
    <w:p w14:paraId="5A6D3BB2" w14:textId="77777777" w:rsidR="005A0029" w:rsidRDefault="00F83EB4">
      <w:pPr>
        <w:pStyle w:val="Heading2"/>
      </w:pPr>
      <w:r>
        <w:t>Prayer</w:t>
      </w:r>
    </w:p>
    <w:p w14:paraId="2B9802FE" w14:textId="77777777" w:rsidR="005A0029" w:rsidRDefault="00F83EB4">
      <w:r>
        <w:t>Father, meet me in this practice of releasing the need to explain.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1B79043" w14:textId="77777777" w:rsidR="005A0029" w:rsidRDefault="00F83EB4">
      <w:r>
        <w:rPr>
          <w:b/>
          <w:color w:val="B08D3A"/>
        </w:rPr>
        <w:lastRenderedPageBreak/>
        <w:t xml:space="preserve">TODAY'S DECLARATION  </w:t>
      </w:r>
      <w:r>
        <w:t>I will meet releasing the need to explain with truth, faith, and practiced peace.</w:t>
      </w:r>
    </w:p>
    <w:p w14:paraId="7A26007A" w14:textId="77777777" w:rsidR="005A0029" w:rsidRDefault="00F83EB4">
      <w:r>
        <w:br w:type="page"/>
      </w:r>
    </w:p>
    <w:p w14:paraId="1EED339F" w14:textId="77777777" w:rsidR="005A0029" w:rsidRDefault="00F83EB4">
      <w:pPr>
        <w:pStyle w:val="Heading2"/>
      </w:pPr>
      <w:r>
        <w:lastRenderedPageBreak/>
        <w:t>DAY 21</w:t>
      </w:r>
    </w:p>
    <w:p w14:paraId="0CE22984" w14:textId="77777777" w:rsidR="005A0029" w:rsidRDefault="00F83EB4">
      <w:pPr>
        <w:pStyle w:val="Heading1"/>
      </w:pPr>
      <w:r>
        <w:t>When Others Do Not Understand</w:t>
      </w:r>
    </w:p>
    <w:p w14:paraId="5B5F5CC2" w14:textId="77777777" w:rsidR="005A0029" w:rsidRDefault="00F83EB4">
      <w:r>
        <w:rPr>
          <w:b/>
          <w:color w:val="B08D3A"/>
        </w:rPr>
        <w:t xml:space="preserve">ANCHOR SCRIPTURE  </w:t>
      </w:r>
      <w:r>
        <w:t>Isaiah 53:3</w:t>
      </w:r>
    </w:p>
    <w:p w14:paraId="747653F8" w14:textId="77777777" w:rsidR="005A0029" w:rsidRDefault="00F83EB4">
      <w:pPr>
        <w:pStyle w:val="Heading2"/>
      </w:pPr>
      <w:r>
        <w:t>Guided Reflection</w:t>
      </w:r>
    </w:p>
    <w:p w14:paraId="7A803498" w14:textId="77777777" w:rsidR="005A0029" w:rsidRDefault="00F83EB4">
      <w:r>
        <w:t>Today, consider what “when others do not understand”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w:t>
      </w:r>
      <w:r>
        <w:t xml:space="preserve"> when truth is practiced repeatedly, especially when circumstances remain unresolved.</w:t>
      </w:r>
    </w:p>
    <w:p w14:paraId="236EB3D1" w14:textId="77777777" w:rsidR="005A0029" w:rsidRDefault="00F83EB4">
      <w:pPr>
        <w:pStyle w:val="Heading2"/>
      </w:pPr>
      <w:r>
        <w:t>Pause &amp; Notice</w:t>
      </w:r>
    </w:p>
    <w:p w14:paraId="68F5117F" w14:textId="77777777" w:rsidR="005A0029" w:rsidRDefault="00F83EB4">
      <w:r>
        <w:t>What is this theme revealing about my heart, thoughts, relationships, or current circumstances today?</w:t>
      </w:r>
    </w:p>
    <w:p w14:paraId="1CAD144C" w14:textId="77777777" w:rsidR="005A0029" w:rsidRDefault="00F83EB4">
      <w:pPr>
        <w:pStyle w:val="Heading2"/>
      </w:pPr>
      <w:r>
        <w:t>Peace Practice</w:t>
      </w:r>
    </w:p>
    <w:p w14:paraId="36F07550" w14:textId="77777777" w:rsidR="005A0029" w:rsidRDefault="00F83EB4">
      <w:r>
        <w:t>Practice a ten-minute quiet period without your phone. Notice what surfaces, then bring it honestly into prayer.</w:t>
      </w:r>
    </w:p>
    <w:p w14:paraId="41D13F66" w14:textId="77777777" w:rsidR="005A0029" w:rsidRDefault="00F83EB4">
      <w:pPr>
        <w:pStyle w:val="Heading2"/>
      </w:pPr>
      <w:r>
        <w:t>My Thoughts &amp; Prayers</w:t>
      </w:r>
    </w:p>
    <w:p w14:paraId="137A14E2" w14:textId="77777777" w:rsidR="005A0029" w:rsidRDefault="00F83EB4">
      <w:pPr>
        <w:spacing w:after="60"/>
      </w:pPr>
      <w:r>
        <w:rPr>
          <w:color w:val="B4B4B4"/>
          <w:sz w:val="16"/>
        </w:rPr>
        <w:t>________________________________________________________</w:t>
      </w:r>
    </w:p>
    <w:p w14:paraId="4D7FD9FF" w14:textId="77777777" w:rsidR="005A0029" w:rsidRDefault="00F83EB4">
      <w:pPr>
        <w:spacing w:after="60"/>
      </w:pPr>
      <w:r>
        <w:rPr>
          <w:color w:val="B4B4B4"/>
          <w:sz w:val="16"/>
        </w:rPr>
        <w:t>________________________________________________________</w:t>
      </w:r>
    </w:p>
    <w:p w14:paraId="3CDAF8CF" w14:textId="77777777" w:rsidR="005A0029" w:rsidRDefault="00F83EB4">
      <w:pPr>
        <w:spacing w:after="60"/>
      </w:pPr>
      <w:r>
        <w:rPr>
          <w:color w:val="B4B4B4"/>
          <w:sz w:val="16"/>
        </w:rPr>
        <w:t>________________________________________________________</w:t>
      </w:r>
    </w:p>
    <w:p w14:paraId="3787E9A0" w14:textId="77777777" w:rsidR="005A0029" w:rsidRDefault="00F83EB4">
      <w:pPr>
        <w:spacing w:after="60"/>
      </w:pPr>
      <w:r>
        <w:rPr>
          <w:color w:val="B4B4B4"/>
          <w:sz w:val="16"/>
        </w:rPr>
        <w:t>________________________________________________________</w:t>
      </w:r>
    </w:p>
    <w:p w14:paraId="741A8373" w14:textId="77777777" w:rsidR="005A0029" w:rsidRDefault="00F83EB4">
      <w:pPr>
        <w:spacing w:after="60"/>
      </w:pPr>
      <w:r>
        <w:rPr>
          <w:color w:val="B4B4B4"/>
          <w:sz w:val="16"/>
        </w:rPr>
        <w:t>________________________________________________________</w:t>
      </w:r>
    </w:p>
    <w:p w14:paraId="3831DB4C" w14:textId="77777777" w:rsidR="005A0029" w:rsidRDefault="00F83EB4">
      <w:pPr>
        <w:pStyle w:val="Heading2"/>
      </w:pPr>
      <w:r>
        <w:t>Prayer</w:t>
      </w:r>
    </w:p>
    <w:p w14:paraId="6BB6CAA6" w14:textId="77777777" w:rsidR="005A0029" w:rsidRDefault="00F83EB4">
      <w:r>
        <w:t>Father, meet me in this practice of when others do not understand.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E892C8D" w14:textId="77777777" w:rsidR="005A0029" w:rsidRDefault="00F83EB4">
      <w:r>
        <w:rPr>
          <w:b/>
          <w:color w:val="B08D3A"/>
        </w:rPr>
        <w:lastRenderedPageBreak/>
        <w:t xml:space="preserve">TODAY'S DECLARATION  </w:t>
      </w:r>
      <w:r>
        <w:t>I will meet when others do not understand with truth, faith, and practiced peace.</w:t>
      </w:r>
    </w:p>
    <w:p w14:paraId="4F7F0CF1" w14:textId="77777777" w:rsidR="005A0029" w:rsidRDefault="00F83EB4">
      <w:r>
        <w:br w:type="page"/>
      </w:r>
    </w:p>
    <w:p w14:paraId="58204CB8" w14:textId="77777777" w:rsidR="005A0029" w:rsidRDefault="00F83EB4">
      <w:pPr>
        <w:pStyle w:val="Heading2"/>
      </w:pPr>
      <w:r>
        <w:lastRenderedPageBreak/>
        <w:t>DAY 22</w:t>
      </w:r>
    </w:p>
    <w:p w14:paraId="6A2C2082" w14:textId="77777777" w:rsidR="005A0029" w:rsidRDefault="00F83EB4">
      <w:pPr>
        <w:pStyle w:val="Heading1"/>
      </w:pPr>
      <w:r>
        <w:t>Compassion for Yourself</w:t>
      </w:r>
    </w:p>
    <w:p w14:paraId="39E80A1F" w14:textId="77777777" w:rsidR="005A0029" w:rsidRDefault="00F83EB4">
      <w:r>
        <w:rPr>
          <w:b/>
          <w:color w:val="B08D3A"/>
        </w:rPr>
        <w:t xml:space="preserve">ANCHOR SCRIPTURE  </w:t>
      </w:r>
      <w:r>
        <w:t>Psalm 103:13-14</w:t>
      </w:r>
    </w:p>
    <w:p w14:paraId="15D91A83" w14:textId="77777777" w:rsidR="005A0029" w:rsidRDefault="00F83EB4">
      <w:pPr>
        <w:pStyle w:val="Heading2"/>
      </w:pPr>
      <w:r>
        <w:t>Guided Reflection</w:t>
      </w:r>
    </w:p>
    <w:p w14:paraId="44DABF7F" w14:textId="77777777" w:rsidR="005A0029" w:rsidRDefault="00F83EB4">
      <w:r>
        <w:t xml:space="preserve">Today, consider what “compassion for yourself”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16F155EA" w14:textId="77777777" w:rsidR="005A0029" w:rsidRDefault="00F83EB4">
      <w:pPr>
        <w:pStyle w:val="Heading2"/>
      </w:pPr>
      <w:r>
        <w:t>Pause &amp; Notice</w:t>
      </w:r>
    </w:p>
    <w:p w14:paraId="43799F44" w14:textId="77777777" w:rsidR="005A0029" w:rsidRDefault="00F83EB4">
      <w:r>
        <w:t>What is this theme revealing about my heart, thoughts, relationships, or current circumstances today?</w:t>
      </w:r>
    </w:p>
    <w:p w14:paraId="2BDFC274" w14:textId="77777777" w:rsidR="005A0029" w:rsidRDefault="00F83EB4">
      <w:pPr>
        <w:pStyle w:val="Heading2"/>
      </w:pPr>
      <w:r>
        <w:t>Peace Practice</w:t>
      </w:r>
    </w:p>
    <w:p w14:paraId="4233B24F" w14:textId="77777777" w:rsidR="005A0029" w:rsidRDefault="00F83EB4">
      <w:r>
        <w:t>Sit quietly for three minutes. Name what you feel without judging it. Then write one truth you want to carry into the day.</w:t>
      </w:r>
    </w:p>
    <w:p w14:paraId="544C5631" w14:textId="77777777" w:rsidR="005A0029" w:rsidRDefault="00F83EB4">
      <w:pPr>
        <w:pStyle w:val="Heading2"/>
      </w:pPr>
      <w:r>
        <w:t>My Thoughts &amp; Prayers</w:t>
      </w:r>
    </w:p>
    <w:p w14:paraId="0F93794F" w14:textId="77777777" w:rsidR="005A0029" w:rsidRDefault="00F83EB4">
      <w:pPr>
        <w:spacing w:after="60"/>
      </w:pPr>
      <w:r>
        <w:rPr>
          <w:color w:val="B4B4B4"/>
          <w:sz w:val="16"/>
        </w:rPr>
        <w:t>________________________________________________________</w:t>
      </w:r>
    </w:p>
    <w:p w14:paraId="27A18792" w14:textId="77777777" w:rsidR="005A0029" w:rsidRDefault="00F83EB4">
      <w:pPr>
        <w:spacing w:after="60"/>
      </w:pPr>
      <w:r>
        <w:rPr>
          <w:color w:val="B4B4B4"/>
          <w:sz w:val="16"/>
        </w:rPr>
        <w:t>________________________________________________________</w:t>
      </w:r>
    </w:p>
    <w:p w14:paraId="7ADAA488" w14:textId="77777777" w:rsidR="005A0029" w:rsidRDefault="00F83EB4">
      <w:pPr>
        <w:spacing w:after="60"/>
      </w:pPr>
      <w:r>
        <w:rPr>
          <w:color w:val="B4B4B4"/>
          <w:sz w:val="16"/>
        </w:rPr>
        <w:t>________________________________________________________</w:t>
      </w:r>
    </w:p>
    <w:p w14:paraId="30E6F3F6" w14:textId="77777777" w:rsidR="005A0029" w:rsidRDefault="00F83EB4">
      <w:pPr>
        <w:spacing w:after="60"/>
      </w:pPr>
      <w:r>
        <w:rPr>
          <w:color w:val="B4B4B4"/>
          <w:sz w:val="16"/>
        </w:rPr>
        <w:t>________________________________________________________</w:t>
      </w:r>
    </w:p>
    <w:p w14:paraId="2729F644" w14:textId="77777777" w:rsidR="005A0029" w:rsidRDefault="00F83EB4">
      <w:pPr>
        <w:spacing w:after="60"/>
      </w:pPr>
      <w:r>
        <w:rPr>
          <w:color w:val="B4B4B4"/>
          <w:sz w:val="16"/>
        </w:rPr>
        <w:t>________________________________________________________</w:t>
      </w:r>
    </w:p>
    <w:p w14:paraId="0FD956A3" w14:textId="77777777" w:rsidR="005A0029" w:rsidRDefault="00F83EB4">
      <w:pPr>
        <w:pStyle w:val="Heading2"/>
      </w:pPr>
      <w:r>
        <w:t>Prayer</w:t>
      </w:r>
    </w:p>
    <w:p w14:paraId="1FDD6D14" w14:textId="77777777" w:rsidR="005A0029" w:rsidRDefault="00F83EB4">
      <w:r>
        <w:t>Father, meet me in this practice of compassion for yourself.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CAE6525" w14:textId="77777777" w:rsidR="005A0029" w:rsidRDefault="00F83EB4">
      <w:r>
        <w:rPr>
          <w:b/>
          <w:color w:val="B08D3A"/>
        </w:rPr>
        <w:lastRenderedPageBreak/>
        <w:t xml:space="preserve">TODAY'S DECLARATION  </w:t>
      </w:r>
      <w:r>
        <w:t>I will meet compassion for yourself with truth, faith, and practiced peace.</w:t>
      </w:r>
    </w:p>
    <w:p w14:paraId="196AFDDB" w14:textId="77777777" w:rsidR="005A0029" w:rsidRDefault="00F83EB4">
      <w:r>
        <w:br w:type="page"/>
      </w:r>
    </w:p>
    <w:p w14:paraId="389983FD" w14:textId="77777777" w:rsidR="005A0029" w:rsidRDefault="00F83EB4">
      <w:pPr>
        <w:pStyle w:val="Heading2"/>
      </w:pPr>
      <w:r>
        <w:lastRenderedPageBreak/>
        <w:t>DAY 23</w:t>
      </w:r>
    </w:p>
    <w:p w14:paraId="74695B0C" w14:textId="77777777" w:rsidR="005A0029" w:rsidRDefault="00F83EB4">
      <w:pPr>
        <w:pStyle w:val="Heading1"/>
      </w:pPr>
      <w:r>
        <w:t>Making Space for Sadness</w:t>
      </w:r>
    </w:p>
    <w:p w14:paraId="08D6C8E9" w14:textId="77777777" w:rsidR="005A0029" w:rsidRDefault="00F83EB4">
      <w:r>
        <w:rPr>
          <w:b/>
          <w:color w:val="B08D3A"/>
        </w:rPr>
        <w:t xml:space="preserve">ANCHOR SCRIPTURE  </w:t>
      </w:r>
      <w:r>
        <w:t>Ecclesiastes 3:4</w:t>
      </w:r>
    </w:p>
    <w:p w14:paraId="32E63556" w14:textId="77777777" w:rsidR="005A0029" w:rsidRDefault="00F83EB4">
      <w:pPr>
        <w:pStyle w:val="Heading2"/>
      </w:pPr>
      <w:r>
        <w:t>Guided Reflection</w:t>
      </w:r>
    </w:p>
    <w:p w14:paraId="449901E7" w14:textId="77777777" w:rsidR="005A0029" w:rsidRDefault="00F83EB4">
      <w:r>
        <w:t>Today, consider what “making space for sadness”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when</w:t>
      </w:r>
      <w:r>
        <w:t xml:space="preserve"> truth is practiced repeatedly, especially when circumstances remain unresolved.</w:t>
      </w:r>
    </w:p>
    <w:p w14:paraId="3CEAD6B5" w14:textId="77777777" w:rsidR="005A0029" w:rsidRDefault="00F83EB4">
      <w:pPr>
        <w:pStyle w:val="Heading2"/>
      </w:pPr>
      <w:r>
        <w:t>Pause &amp; Notice</w:t>
      </w:r>
    </w:p>
    <w:p w14:paraId="183BA4CA" w14:textId="77777777" w:rsidR="005A0029" w:rsidRDefault="00F83EB4">
      <w:r>
        <w:t>What is this theme revealing about my heart, thoughts, relationships, or current circumstances today?</w:t>
      </w:r>
    </w:p>
    <w:p w14:paraId="432D945A" w14:textId="77777777" w:rsidR="005A0029" w:rsidRDefault="00F83EB4">
      <w:pPr>
        <w:pStyle w:val="Heading2"/>
      </w:pPr>
      <w:r>
        <w:t>Peace Practice</w:t>
      </w:r>
    </w:p>
    <w:p w14:paraId="46A118A9" w14:textId="77777777" w:rsidR="005A0029" w:rsidRDefault="00F83EB4">
      <w:r>
        <w:t>Draw two columns: 'What I can control' and 'What I must release.' Place each concern in the appropriate column and pray over both.</w:t>
      </w:r>
    </w:p>
    <w:p w14:paraId="2D3BEEAD" w14:textId="77777777" w:rsidR="005A0029" w:rsidRDefault="00F83EB4">
      <w:pPr>
        <w:pStyle w:val="Heading2"/>
      </w:pPr>
      <w:r>
        <w:t>My Thoughts &amp; Prayers</w:t>
      </w:r>
    </w:p>
    <w:p w14:paraId="6F40302C" w14:textId="77777777" w:rsidR="005A0029" w:rsidRDefault="00F83EB4">
      <w:pPr>
        <w:spacing w:after="60"/>
      </w:pPr>
      <w:r>
        <w:rPr>
          <w:color w:val="B4B4B4"/>
          <w:sz w:val="16"/>
        </w:rPr>
        <w:t>________________________________________________________</w:t>
      </w:r>
    </w:p>
    <w:p w14:paraId="0C84F336" w14:textId="77777777" w:rsidR="005A0029" w:rsidRDefault="00F83EB4">
      <w:pPr>
        <w:spacing w:after="60"/>
      </w:pPr>
      <w:r>
        <w:rPr>
          <w:color w:val="B4B4B4"/>
          <w:sz w:val="16"/>
        </w:rPr>
        <w:t>________________________________________________________</w:t>
      </w:r>
    </w:p>
    <w:p w14:paraId="63730F65" w14:textId="77777777" w:rsidR="005A0029" w:rsidRDefault="00F83EB4">
      <w:pPr>
        <w:spacing w:after="60"/>
      </w:pPr>
      <w:r>
        <w:rPr>
          <w:color w:val="B4B4B4"/>
          <w:sz w:val="16"/>
        </w:rPr>
        <w:t>________________________________________________________</w:t>
      </w:r>
    </w:p>
    <w:p w14:paraId="5022790C" w14:textId="77777777" w:rsidR="005A0029" w:rsidRDefault="00F83EB4">
      <w:pPr>
        <w:spacing w:after="60"/>
      </w:pPr>
      <w:r>
        <w:rPr>
          <w:color w:val="B4B4B4"/>
          <w:sz w:val="16"/>
        </w:rPr>
        <w:t>________________________________________________________</w:t>
      </w:r>
    </w:p>
    <w:p w14:paraId="558A95A7" w14:textId="77777777" w:rsidR="005A0029" w:rsidRDefault="00F83EB4">
      <w:pPr>
        <w:spacing w:after="60"/>
      </w:pPr>
      <w:r>
        <w:rPr>
          <w:color w:val="B4B4B4"/>
          <w:sz w:val="16"/>
        </w:rPr>
        <w:t>________________________________________________________</w:t>
      </w:r>
    </w:p>
    <w:p w14:paraId="409C0EC5" w14:textId="77777777" w:rsidR="005A0029" w:rsidRDefault="00F83EB4">
      <w:pPr>
        <w:pStyle w:val="Heading2"/>
      </w:pPr>
      <w:r>
        <w:t>Prayer</w:t>
      </w:r>
    </w:p>
    <w:p w14:paraId="3DEF7302" w14:textId="77777777" w:rsidR="005A0029" w:rsidRDefault="00F83EB4">
      <w:r>
        <w:t>Father, meet me in this practice of making space for sadness.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61BEC98" w14:textId="77777777" w:rsidR="005A0029" w:rsidRDefault="00F83EB4">
      <w:r>
        <w:rPr>
          <w:b/>
          <w:color w:val="B08D3A"/>
        </w:rPr>
        <w:lastRenderedPageBreak/>
        <w:t xml:space="preserve">TODAY'S DECLARATION  </w:t>
      </w:r>
      <w:r>
        <w:t>I will meet making space for sadness with truth, faith, and practiced peace.</w:t>
      </w:r>
    </w:p>
    <w:p w14:paraId="18504708" w14:textId="77777777" w:rsidR="005A0029" w:rsidRDefault="00F83EB4">
      <w:r>
        <w:br w:type="page"/>
      </w:r>
    </w:p>
    <w:p w14:paraId="5AC1C024" w14:textId="77777777" w:rsidR="005A0029" w:rsidRDefault="00F83EB4">
      <w:pPr>
        <w:pStyle w:val="Heading2"/>
      </w:pPr>
      <w:r>
        <w:lastRenderedPageBreak/>
        <w:t>DAY 24</w:t>
      </w:r>
    </w:p>
    <w:p w14:paraId="55F514CC" w14:textId="77777777" w:rsidR="005A0029" w:rsidRDefault="00F83EB4">
      <w:pPr>
        <w:pStyle w:val="Heading1"/>
      </w:pPr>
      <w:r>
        <w:t>Fear Is a Signal, Not a Master</w:t>
      </w:r>
    </w:p>
    <w:p w14:paraId="362BA948" w14:textId="77777777" w:rsidR="005A0029" w:rsidRDefault="00F83EB4">
      <w:r>
        <w:rPr>
          <w:b/>
          <w:color w:val="B08D3A"/>
        </w:rPr>
        <w:t xml:space="preserve">ANCHOR SCRIPTURE  </w:t>
      </w:r>
      <w:r>
        <w:t>Isaiah 41:10</w:t>
      </w:r>
    </w:p>
    <w:p w14:paraId="4409FA76" w14:textId="77777777" w:rsidR="005A0029" w:rsidRDefault="00F83EB4">
      <w:pPr>
        <w:pStyle w:val="Heading2"/>
      </w:pPr>
      <w:r>
        <w:t>Guided Reflection</w:t>
      </w:r>
    </w:p>
    <w:p w14:paraId="4DDA4966" w14:textId="77777777" w:rsidR="005A0029" w:rsidRDefault="00F83EB4">
      <w:r>
        <w:t>Today, consider what “fear is a signal, not a master”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w:t>
      </w:r>
      <w:r>
        <w:t>e when truth is practiced repeatedly, especially when circumstances remain unresolved.</w:t>
      </w:r>
    </w:p>
    <w:p w14:paraId="4A3EA14D" w14:textId="77777777" w:rsidR="005A0029" w:rsidRDefault="00F83EB4">
      <w:pPr>
        <w:pStyle w:val="Heading2"/>
      </w:pPr>
      <w:r>
        <w:t>Pause &amp; Notice</w:t>
      </w:r>
    </w:p>
    <w:p w14:paraId="5FBED93E" w14:textId="77777777" w:rsidR="005A0029" w:rsidRDefault="00F83EB4">
      <w:r>
        <w:t>What is this theme revealing about my heart, thoughts, relationships, or current circumstances today?</w:t>
      </w:r>
    </w:p>
    <w:p w14:paraId="37A10A4C" w14:textId="77777777" w:rsidR="005A0029" w:rsidRDefault="00F83EB4">
      <w:pPr>
        <w:pStyle w:val="Heading2"/>
      </w:pPr>
      <w:r>
        <w:t>Peace Practice</w:t>
      </w:r>
    </w:p>
    <w:p w14:paraId="3814D93B" w14:textId="77777777" w:rsidR="005A0029" w:rsidRDefault="00F83EB4">
      <w:r>
        <w:t>Take five slow breaths. With each inhale, receive God's presence; with each exhale, release one pressure you have been carrying.</w:t>
      </w:r>
    </w:p>
    <w:p w14:paraId="12DE7B30" w14:textId="77777777" w:rsidR="005A0029" w:rsidRDefault="00F83EB4">
      <w:pPr>
        <w:pStyle w:val="Heading2"/>
      </w:pPr>
      <w:r>
        <w:t>My Thoughts &amp; Prayers</w:t>
      </w:r>
    </w:p>
    <w:p w14:paraId="7C28903D" w14:textId="77777777" w:rsidR="005A0029" w:rsidRDefault="00F83EB4">
      <w:pPr>
        <w:spacing w:after="60"/>
      </w:pPr>
      <w:r>
        <w:rPr>
          <w:color w:val="B4B4B4"/>
          <w:sz w:val="16"/>
        </w:rPr>
        <w:t>________________________________________________________</w:t>
      </w:r>
    </w:p>
    <w:p w14:paraId="3B327004" w14:textId="77777777" w:rsidR="005A0029" w:rsidRDefault="00F83EB4">
      <w:pPr>
        <w:spacing w:after="60"/>
      </w:pPr>
      <w:r>
        <w:rPr>
          <w:color w:val="B4B4B4"/>
          <w:sz w:val="16"/>
        </w:rPr>
        <w:t>________________________________________________________</w:t>
      </w:r>
    </w:p>
    <w:p w14:paraId="19002D09" w14:textId="77777777" w:rsidR="005A0029" w:rsidRDefault="00F83EB4">
      <w:pPr>
        <w:spacing w:after="60"/>
      </w:pPr>
      <w:r>
        <w:rPr>
          <w:color w:val="B4B4B4"/>
          <w:sz w:val="16"/>
        </w:rPr>
        <w:t>________________________________________________________</w:t>
      </w:r>
    </w:p>
    <w:p w14:paraId="36CC751B" w14:textId="77777777" w:rsidR="005A0029" w:rsidRDefault="00F83EB4">
      <w:pPr>
        <w:spacing w:after="60"/>
      </w:pPr>
      <w:r>
        <w:rPr>
          <w:color w:val="B4B4B4"/>
          <w:sz w:val="16"/>
        </w:rPr>
        <w:t>________________________________________________________</w:t>
      </w:r>
    </w:p>
    <w:p w14:paraId="5CB5678C" w14:textId="77777777" w:rsidR="005A0029" w:rsidRDefault="00F83EB4">
      <w:pPr>
        <w:spacing w:after="60"/>
      </w:pPr>
      <w:r>
        <w:rPr>
          <w:color w:val="B4B4B4"/>
          <w:sz w:val="16"/>
        </w:rPr>
        <w:t>________________________________________________________</w:t>
      </w:r>
    </w:p>
    <w:p w14:paraId="36523E6D" w14:textId="77777777" w:rsidR="005A0029" w:rsidRDefault="00F83EB4">
      <w:pPr>
        <w:pStyle w:val="Heading2"/>
      </w:pPr>
      <w:r>
        <w:t>Prayer</w:t>
      </w:r>
    </w:p>
    <w:p w14:paraId="0C31A9E7" w14:textId="77777777" w:rsidR="005A0029" w:rsidRDefault="00F83EB4">
      <w:r>
        <w:t>Father, meet me in this practice of fear is a signal, not a master.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84FAF46" w14:textId="77777777" w:rsidR="005A0029" w:rsidRDefault="00F83EB4">
      <w:r>
        <w:rPr>
          <w:b/>
          <w:color w:val="B08D3A"/>
        </w:rPr>
        <w:lastRenderedPageBreak/>
        <w:t xml:space="preserve">TODAY'S DECLARATION  </w:t>
      </w:r>
      <w:r>
        <w:t>I will meet fear is a signal, not a master with truth, faith, and practiced peace.</w:t>
      </w:r>
    </w:p>
    <w:p w14:paraId="5403FEA6" w14:textId="77777777" w:rsidR="005A0029" w:rsidRDefault="00F83EB4">
      <w:r>
        <w:br w:type="page"/>
      </w:r>
    </w:p>
    <w:p w14:paraId="384D0790" w14:textId="77777777" w:rsidR="005A0029" w:rsidRDefault="00F83EB4">
      <w:pPr>
        <w:pStyle w:val="Heading2"/>
      </w:pPr>
      <w:r>
        <w:lastRenderedPageBreak/>
        <w:t>DAY 25</w:t>
      </w:r>
    </w:p>
    <w:p w14:paraId="7E27F04E" w14:textId="77777777" w:rsidR="005A0029" w:rsidRDefault="00F83EB4">
      <w:pPr>
        <w:pStyle w:val="Heading1"/>
      </w:pPr>
      <w:r>
        <w:t>Giving God the Unspoken</w:t>
      </w:r>
    </w:p>
    <w:p w14:paraId="5D3AEE19" w14:textId="77777777" w:rsidR="005A0029" w:rsidRDefault="00F83EB4">
      <w:r>
        <w:rPr>
          <w:b/>
          <w:color w:val="B08D3A"/>
        </w:rPr>
        <w:t xml:space="preserve">ANCHOR SCRIPTURE  </w:t>
      </w:r>
      <w:r>
        <w:t>Romans 8:26</w:t>
      </w:r>
    </w:p>
    <w:p w14:paraId="38CD2866" w14:textId="77777777" w:rsidR="005A0029" w:rsidRDefault="00F83EB4">
      <w:pPr>
        <w:pStyle w:val="Heading2"/>
      </w:pPr>
      <w:r>
        <w:t>Guided Reflection</w:t>
      </w:r>
    </w:p>
    <w:p w14:paraId="31939970" w14:textId="77777777" w:rsidR="005A0029" w:rsidRDefault="00F83EB4">
      <w:r>
        <w:t xml:space="preserve">Today, consider what “giving god the unspoken”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06722300" w14:textId="77777777" w:rsidR="005A0029" w:rsidRDefault="00F83EB4">
      <w:pPr>
        <w:pStyle w:val="Heading2"/>
      </w:pPr>
      <w:r>
        <w:t>Pause &amp; Notice</w:t>
      </w:r>
    </w:p>
    <w:p w14:paraId="63B56B26" w14:textId="77777777" w:rsidR="005A0029" w:rsidRDefault="00F83EB4">
      <w:r>
        <w:t>What is this theme revealing about my heart, thoughts, relationships, or current circumstances today?</w:t>
      </w:r>
    </w:p>
    <w:p w14:paraId="41DC7AD4" w14:textId="77777777" w:rsidR="005A0029" w:rsidRDefault="00F83EB4">
      <w:pPr>
        <w:pStyle w:val="Heading2"/>
      </w:pPr>
      <w:r>
        <w:t>Peace Practice</w:t>
      </w:r>
    </w:p>
    <w:p w14:paraId="4260F1AE" w14:textId="77777777" w:rsidR="005A0029" w:rsidRDefault="00F83EB4">
      <w:r>
        <w:t>Write one recurring fearful thought. Under it, write a Scripture-shaped response that is more truthful and life-giving.</w:t>
      </w:r>
    </w:p>
    <w:p w14:paraId="1C2471CF" w14:textId="77777777" w:rsidR="005A0029" w:rsidRDefault="00F83EB4">
      <w:pPr>
        <w:pStyle w:val="Heading2"/>
      </w:pPr>
      <w:r>
        <w:t>My Thoughts &amp; Prayers</w:t>
      </w:r>
    </w:p>
    <w:p w14:paraId="3D2EE49F" w14:textId="77777777" w:rsidR="005A0029" w:rsidRDefault="00F83EB4">
      <w:pPr>
        <w:spacing w:after="60"/>
      </w:pPr>
      <w:r>
        <w:rPr>
          <w:color w:val="B4B4B4"/>
          <w:sz w:val="16"/>
        </w:rPr>
        <w:t>________________________________________________________</w:t>
      </w:r>
    </w:p>
    <w:p w14:paraId="4B057A1C" w14:textId="77777777" w:rsidR="005A0029" w:rsidRDefault="00F83EB4">
      <w:pPr>
        <w:spacing w:after="60"/>
      </w:pPr>
      <w:r>
        <w:rPr>
          <w:color w:val="B4B4B4"/>
          <w:sz w:val="16"/>
        </w:rPr>
        <w:t>________________________________________________________</w:t>
      </w:r>
    </w:p>
    <w:p w14:paraId="2C2A4F8D" w14:textId="77777777" w:rsidR="005A0029" w:rsidRDefault="00F83EB4">
      <w:pPr>
        <w:spacing w:after="60"/>
      </w:pPr>
      <w:r>
        <w:rPr>
          <w:color w:val="B4B4B4"/>
          <w:sz w:val="16"/>
        </w:rPr>
        <w:t>________________________________________________________</w:t>
      </w:r>
    </w:p>
    <w:p w14:paraId="6E3AA3B8" w14:textId="77777777" w:rsidR="005A0029" w:rsidRDefault="00F83EB4">
      <w:pPr>
        <w:spacing w:after="60"/>
      </w:pPr>
      <w:r>
        <w:rPr>
          <w:color w:val="B4B4B4"/>
          <w:sz w:val="16"/>
        </w:rPr>
        <w:t>________________________________________________________</w:t>
      </w:r>
    </w:p>
    <w:p w14:paraId="5AA7BF54" w14:textId="77777777" w:rsidR="005A0029" w:rsidRDefault="00F83EB4">
      <w:pPr>
        <w:spacing w:after="60"/>
      </w:pPr>
      <w:r>
        <w:rPr>
          <w:color w:val="B4B4B4"/>
          <w:sz w:val="16"/>
        </w:rPr>
        <w:t>________________________________________________________</w:t>
      </w:r>
    </w:p>
    <w:p w14:paraId="7063F286" w14:textId="77777777" w:rsidR="005A0029" w:rsidRDefault="00F83EB4">
      <w:pPr>
        <w:pStyle w:val="Heading2"/>
      </w:pPr>
      <w:r>
        <w:t>Prayer</w:t>
      </w:r>
    </w:p>
    <w:p w14:paraId="455BE5EE" w14:textId="77777777" w:rsidR="005A0029" w:rsidRDefault="00F83EB4">
      <w:r>
        <w:t>Father, meet me in this practice of giving god the unspoken.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190C0FC" w14:textId="77777777" w:rsidR="005A0029" w:rsidRDefault="00F83EB4">
      <w:r>
        <w:rPr>
          <w:b/>
          <w:color w:val="B08D3A"/>
        </w:rPr>
        <w:lastRenderedPageBreak/>
        <w:t xml:space="preserve">TODAY'S DECLARATION  </w:t>
      </w:r>
      <w:r>
        <w:t>I will meet giving god the unspoken with truth, faith, and practiced peace.</w:t>
      </w:r>
    </w:p>
    <w:p w14:paraId="59488878" w14:textId="77777777" w:rsidR="005A0029" w:rsidRDefault="00F83EB4">
      <w:r>
        <w:br w:type="page"/>
      </w:r>
    </w:p>
    <w:p w14:paraId="4EA8466C" w14:textId="77777777" w:rsidR="005A0029" w:rsidRDefault="00F83EB4">
      <w:pPr>
        <w:pStyle w:val="Heading2"/>
      </w:pPr>
      <w:r>
        <w:lastRenderedPageBreak/>
        <w:t>DAY 26</w:t>
      </w:r>
    </w:p>
    <w:p w14:paraId="28A28D7B" w14:textId="77777777" w:rsidR="005A0029" w:rsidRDefault="00F83EB4">
      <w:pPr>
        <w:pStyle w:val="Heading1"/>
      </w:pPr>
      <w:r>
        <w:t>Receiving Support</w:t>
      </w:r>
    </w:p>
    <w:p w14:paraId="7F1A5EE7" w14:textId="77777777" w:rsidR="005A0029" w:rsidRDefault="00F83EB4">
      <w:r>
        <w:rPr>
          <w:b/>
          <w:color w:val="B08D3A"/>
        </w:rPr>
        <w:t xml:space="preserve">ANCHOR SCRIPTURE  </w:t>
      </w:r>
      <w:r>
        <w:t>1 Thessalonians 5:11</w:t>
      </w:r>
    </w:p>
    <w:p w14:paraId="31B7BF1A" w14:textId="77777777" w:rsidR="005A0029" w:rsidRDefault="00F83EB4">
      <w:pPr>
        <w:pStyle w:val="Heading2"/>
      </w:pPr>
      <w:r>
        <w:t>Guided Reflection</w:t>
      </w:r>
    </w:p>
    <w:p w14:paraId="712B1399" w14:textId="77777777" w:rsidR="005A0029" w:rsidRDefault="00F83EB4">
      <w:r>
        <w:t xml:space="preserve">Today, consider what “receiving support”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when truth </w:t>
      </w:r>
      <w:r>
        <w:t>is practiced repeatedly, especially when circumstances remain unresolved.</w:t>
      </w:r>
    </w:p>
    <w:p w14:paraId="1C9BB58B" w14:textId="77777777" w:rsidR="005A0029" w:rsidRDefault="00F83EB4">
      <w:pPr>
        <w:pStyle w:val="Heading2"/>
      </w:pPr>
      <w:r>
        <w:t>Pause &amp; Notice</w:t>
      </w:r>
    </w:p>
    <w:p w14:paraId="1C904AC6" w14:textId="77777777" w:rsidR="005A0029" w:rsidRDefault="00F83EB4">
      <w:r>
        <w:t>What is this theme revealing about my heart, thoughts, relationships, or current circumstances today?</w:t>
      </w:r>
    </w:p>
    <w:p w14:paraId="66914706" w14:textId="77777777" w:rsidR="005A0029" w:rsidRDefault="00F83EB4">
      <w:pPr>
        <w:pStyle w:val="Heading2"/>
      </w:pPr>
      <w:r>
        <w:t>Peace Practice</w:t>
      </w:r>
    </w:p>
    <w:p w14:paraId="6E5E9AC0" w14:textId="77777777" w:rsidR="005A0029" w:rsidRDefault="00F83EB4">
      <w:r>
        <w:t>Identify one small action that would create greater peace today. Make it specific enough to complete before the day ends.</w:t>
      </w:r>
    </w:p>
    <w:p w14:paraId="3E63B555" w14:textId="77777777" w:rsidR="005A0029" w:rsidRDefault="00F83EB4">
      <w:pPr>
        <w:pStyle w:val="Heading2"/>
      </w:pPr>
      <w:r>
        <w:t>My Thoughts &amp; Prayers</w:t>
      </w:r>
    </w:p>
    <w:p w14:paraId="123041D8" w14:textId="77777777" w:rsidR="005A0029" w:rsidRDefault="00F83EB4">
      <w:pPr>
        <w:spacing w:after="60"/>
      </w:pPr>
      <w:r>
        <w:rPr>
          <w:color w:val="B4B4B4"/>
          <w:sz w:val="16"/>
        </w:rPr>
        <w:t>________________________________________________________</w:t>
      </w:r>
    </w:p>
    <w:p w14:paraId="605AA547" w14:textId="77777777" w:rsidR="005A0029" w:rsidRDefault="00F83EB4">
      <w:pPr>
        <w:spacing w:after="60"/>
      </w:pPr>
      <w:r>
        <w:rPr>
          <w:color w:val="B4B4B4"/>
          <w:sz w:val="16"/>
        </w:rPr>
        <w:t>________________________________________________________</w:t>
      </w:r>
    </w:p>
    <w:p w14:paraId="10837C46" w14:textId="77777777" w:rsidR="005A0029" w:rsidRDefault="00F83EB4">
      <w:pPr>
        <w:spacing w:after="60"/>
      </w:pPr>
      <w:r>
        <w:rPr>
          <w:color w:val="B4B4B4"/>
          <w:sz w:val="16"/>
        </w:rPr>
        <w:t>________________________________________________________</w:t>
      </w:r>
    </w:p>
    <w:p w14:paraId="1F4336FD" w14:textId="77777777" w:rsidR="005A0029" w:rsidRDefault="00F83EB4">
      <w:pPr>
        <w:spacing w:after="60"/>
      </w:pPr>
      <w:r>
        <w:rPr>
          <w:color w:val="B4B4B4"/>
          <w:sz w:val="16"/>
        </w:rPr>
        <w:t>________________________________________________________</w:t>
      </w:r>
    </w:p>
    <w:p w14:paraId="70A14C2B" w14:textId="77777777" w:rsidR="005A0029" w:rsidRDefault="00F83EB4">
      <w:pPr>
        <w:spacing w:after="60"/>
      </w:pPr>
      <w:r>
        <w:rPr>
          <w:color w:val="B4B4B4"/>
          <w:sz w:val="16"/>
        </w:rPr>
        <w:t>________________________________________________________</w:t>
      </w:r>
    </w:p>
    <w:p w14:paraId="76F3F9AA" w14:textId="77777777" w:rsidR="005A0029" w:rsidRDefault="00F83EB4">
      <w:pPr>
        <w:pStyle w:val="Heading2"/>
      </w:pPr>
      <w:r>
        <w:t>Prayer</w:t>
      </w:r>
    </w:p>
    <w:p w14:paraId="08BDEC44" w14:textId="77777777" w:rsidR="005A0029" w:rsidRDefault="00F83EB4">
      <w:r>
        <w:t>Father, meet me in this practice of receiving support.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91DA9C4" w14:textId="77777777" w:rsidR="005A0029" w:rsidRDefault="00F83EB4">
      <w:r>
        <w:rPr>
          <w:b/>
          <w:color w:val="B08D3A"/>
        </w:rPr>
        <w:lastRenderedPageBreak/>
        <w:t xml:space="preserve">TODAY'S DECLARATION  </w:t>
      </w:r>
      <w:r>
        <w:t>I will meet receiving support with truth, faith, and practiced peace.</w:t>
      </w:r>
    </w:p>
    <w:p w14:paraId="0206C5D5" w14:textId="77777777" w:rsidR="005A0029" w:rsidRDefault="00F83EB4">
      <w:r>
        <w:br w:type="page"/>
      </w:r>
    </w:p>
    <w:p w14:paraId="58E03925" w14:textId="77777777" w:rsidR="005A0029" w:rsidRDefault="00F83EB4">
      <w:pPr>
        <w:pStyle w:val="Heading2"/>
      </w:pPr>
      <w:r>
        <w:lastRenderedPageBreak/>
        <w:t>DAY 27</w:t>
      </w:r>
    </w:p>
    <w:p w14:paraId="2CFD2633" w14:textId="77777777" w:rsidR="005A0029" w:rsidRDefault="00F83EB4">
      <w:pPr>
        <w:pStyle w:val="Heading1"/>
      </w:pPr>
      <w:r>
        <w:t>The Courage to Slow Down</w:t>
      </w:r>
    </w:p>
    <w:p w14:paraId="06AF3046" w14:textId="77777777" w:rsidR="005A0029" w:rsidRDefault="00F83EB4">
      <w:r>
        <w:rPr>
          <w:b/>
          <w:color w:val="B08D3A"/>
        </w:rPr>
        <w:t xml:space="preserve">ANCHOR SCRIPTURE  </w:t>
      </w:r>
      <w:r>
        <w:t>Psalm 23:2-3</w:t>
      </w:r>
    </w:p>
    <w:p w14:paraId="09DB9452" w14:textId="77777777" w:rsidR="005A0029" w:rsidRDefault="00F83EB4">
      <w:pPr>
        <w:pStyle w:val="Heading2"/>
      </w:pPr>
      <w:r>
        <w:t>Guided Reflection</w:t>
      </w:r>
    </w:p>
    <w:p w14:paraId="47D5CBAE" w14:textId="77777777" w:rsidR="005A0029" w:rsidRDefault="00F83EB4">
      <w:r>
        <w:t>Today, consider what “the courage to slow down”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when</w:t>
      </w:r>
      <w:r>
        <w:t xml:space="preserve"> truth is practiced repeatedly, especially when circumstances remain unresolved.</w:t>
      </w:r>
    </w:p>
    <w:p w14:paraId="6FF3AD65" w14:textId="77777777" w:rsidR="005A0029" w:rsidRDefault="00F83EB4">
      <w:pPr>
        <w:pStyle w:val="Heading2"/>
      </w:pPr>
      <w:r>
        <w:t>Pause &amp; Notice</w:t>
      </w:r>
    </w:p>
    <w:p w14:paraId="724FFE10" w14:textId="77777777" w:rsidR="005A0029" w:rsidRDefault="00F83EB4">
      <w:r>
        <w:t>What is this theme revealing about my heart, thoughts, relationships, or current circumstances today?</w:t>
      </w:r>
    </w:p>
    <w:p w14:paraId="01D2AE1E" w14:textId="77777777" w:rsidR="005A0029" w:rsidRDefault="00F83EB4">
      <w:pPr>
        <w:pStyle w:val="Heading2"/>
      </w:pPr>
      <w:r>
        <w:t>Peace Practice</w:t>
      </w:r>
    </w:p>
    <w:p w14:paraId="0A6E6395" w14:textId="77777777" w:rsidR="005A0029" w:rsidRDefault="00F83EB4">
      <w:r>
        <w:t>Reach out to one trusted, mature person. Share one thing you have been carrying silently and allow yourself to receive support.</w:t>
      </w:r>
    </w:p>
    <w:p w14:paraId="47EF04D3" w14:textId="77777777" w:rsidR="005A0029" w:rsidRDefault="00F83EB4">
      <w:pPr>
        <w:pStyle w:val="Heading2"/>
      </w:pPr>
      <w:r>
        <w:t>My Thoughts &amp; Prayers</w:t>
      </w:r>
    </w:p>
    <w:p w14:paraId="3798FE3E" w14:textId="77777777" w:rsidR="005A0029" w:rsidRDefault="00F83EB4">
      <w:pPr>
        <w:spacing w:after="60"/>
      </w:pPr>
      <w:r>
        <w:rPr>
          <w:color w:val="B4B4B4"/>
          <w:sz w:val="16"/>
        </w:rPr>
        <w:t>________________________________________________________</w:t>
      </w:r>
    </w:p>
    <w:p w14:paraId="035E54CA" w14:textId="77777777" w:rsidR="005A0029" w:rsidRDefault="00F83EB4">
      <w:pPr>
        <w:spacing w:after="60"/>
      </w:pPr>
      <w:r>
        <w:rPr>
          <w:color w:val="B4B4B4"/>
          <w:sz w:val="16"/>
        </w:rPr>
        <w:t>________________________________________________________</w:t>
      </w:r>
    </w:p>
    <w:p w14:paraId="54E768B4" w14:textId="77777777" w:rsidR="005A0029" w:rsidRDefault="00F83EB4">
      <w:pPr>
        <w:spacing w:after="60"/>
      </w:pPr>
      <w:r>
        <w:rPr>
          <w:color w:val="B4B4B4"/>
          <w:sz w:val="16"/>
        </w:rPr>
        <w:t>________________________________________________________</w:t>
      </w:r>
    </w:p>
    <w:p w14:paraId="4CA89862" w14:textId="77777777" w:rsidR="005A0029" w:rsidRDefault="00F83EB4">
      <w:pPr>
        <w:spacing w:after="60"/>
      </w:pPr>
      <w:r>
        <w:rPr>
          <w:color w:val="B4B4B4"/>
          <w:sz w:val="16"/>
        </w:rPr>
        <w:t>________________________________________________________</w:t>
      </w:r>
    </w:p>
    <w:p w14:paraId="7AEABD04" w14:textId="77777777" w:rsidR="005A0029" w:rsidRDefault="00F83EB4">
      <w:pPr>
        <w:spacing w:after="60"/>
      </w:pPr>
      <w:r>
        <w:rPr>
          <w:color w:val="B4B4B4"/>
          <w:sz w:val="16"/>
        </w:rPr>
        <w:t>________________________________________________________</w:t>
      </w:r>
    </w:p>
    <w:p w14:paraId="1A62455B" w14:textId="77777777" w:rsidR="005A0029" w:rsidRDefault="00F83EB4">
      <w:pPr>
        <w:pStyle w:val="Heading2"/>
      </w:pPr>
      <w:r>
        <w:t>Prayer</w:t>
      </w:r>
    </w:p>
    <w:p w14:paraId="470B741F" w14:textId="77777777" w:rsidR="005A0029" w:rsidRDefault="00F83EB4">
      <w:r>
        <w:t>Father, meet me in this practice of the courage to slow down.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D72AEB8" w14:textId="77777777" w:rsidR="005A0029" w:rsidRDefault="00F83EB4">
      <w:r>
        <w:rPr>
          <w:b/>
          <w:color w:val="B08D3A"/>
        </w:rPr>
        <w:lastRenderedPageBreak/>
        <w:t xml:space="preserve">TODAY'S DECLARATION  </w:t>
      </w:r>
      <w:r>
        <w:t>I will meet the courage to slow down with truth, faith, and practiced peace.</w:t>
      </w:r>
    </w:p>
    <w:p w14:paraId="53A57A12" w14:textId="77777777" w:rsidR="005A0029" w:rsidRDefault="00F83EB4">
      <w:r>
        <w:br w:type="page"/>
      </w:r>
    </w:p>
    <w:p w14:paraId="0E48EB58" w14:textId="77777777" w:rsidR="005A0029" w:rsidRDefault="00F83EB4">
      <w:pPr>
        <w:pStyle w:val="Heading2"/>
      </w:pPr>
      <w:r>
        <w:lastRenderedPageBreak/>
        <w:t>DAY 28</w:t>
      </w:r>
    </w:p>
    <w:p w14:paraId="1E794A8A" w14:textId="77777777" w:rsidR="005A0029" w:rsidRDefault="00F83EB4">
      <w:pPr>
        <w:pStyle w:val="Heading1"/>
      </w:pPr>
      <w:r>
        <w:t>What Is Mine to Carry?</w:t>
      </w:r>
    </w:p>
    <w:p w14:paraId="2E2D531F" w14:textId="77777777" w:rsidR="005A0029" w:rsidRDefault="00F83EB4">
      <w:r>
        <w:rPr>
          <w:b/>
          <w:color w:val="B08D3A"/>
        </w:rPr>
        <w:t xml:space="preserve">ANCHOR SCRIPTURE  </w:t>
      </w:r>
      <w:r>
        <w:t>Galatians 6:5</w:t>
      </w:r>
    </w:p>
    <w:p w14:paraId="1BDA8E93" w14:textId="77777777" w:rsidR="005A0029" w:rsidRDefault="00F83EB4">
      <w:pPr>
        <w:pStyle w:val="Heading2"/>
      </w:pPr>
      <w:r>
        <w:t>Guided Reflection</w:t>
      </w:r>
    </w:p>
    <w:p w14:paraId="2A9C6DBA" w14:textId="77777777" w:rsidR="005A0029" w:rsidRDefault="00F83EB4">
      <w:r>
        <w:t>Today, consider what “what is mine to carry?”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when t</w:t>
      </w:r>
      <w:r>
        <w:t>ruth is practiced repeatedly, especially when circumstances remain unresolved.</w:t>
      </w:r>
    </w:p>
    <w:p w14:paraId="4E2A479E" w14:textId="77777777" w:rsidR="005A0029" w:rsidRDefault="00F83EB4">
      <w:pPr>
        <w:pStyle w:val="Heading2"/>
      </w:pPr>
      <w:r>
        <w:t>Pause &amp; Notice</w:t>
      </w:r>
    </w:p>
    <w:p w14:paraId="470A6A70" w14:textId="77777777" w:rsidR="005A0029" w:rsidRDefault="00F83EB4">
      <w:r>
        <w:t>What is this theme revealing about my heart, thoughts, relationships, or current circumstances today?</w:t>
      </w:r>
    </w:p>
    <w:p w14:paraId="75A2360F" w14:textId="77777777" w:rsidR="005A0029" w:rsidRDefault="00F83EB4">
      <w:pPr>
        <w:pStyle w:val="Heading2"/>
      </w:pPr>
      <w:r>
        <w:t>Peace Practice</w:t>
      </w:r>
    </w:p>
    <w:p w14:paraId="6B00C273" w14:textId="77777777" w:rsidR="005A0029" w:rsidRDefault="00F83EB4">
      <w:r>
        <w:t>Practice a ten-minute quiet period without your phone. Notice what surfaces, then bring it honestly into prayer.</w:t>
      </w:r>
    </w:p>
    <w:p w14:paraId="1730B04A" w14:textId="77777777" w:rsidR="005A0029" w:rsidRDefault="00F83EB4">
      <w:pPr>
        <w:pStyle w:val="Heading2"/>
      </w:pPr>
      <w:r>
        <w:t>My Thoughts &amp; Prayers</w:t>
      </w:r>
    </w:p>
    <w:p w14:paraId="41E7B9C2" w14:textId="77777777" w:rsidR="005A0029" w:rsidRDefault="00F83EB4">
      <w:pPr>
        <w:spacing w:after="60"/>
      </w:pPr>
      <w:r>
        <w:rPr>
          <w:color w:val="B4B4B4"/>
          <w:sz w:val="16"/>
        </w:rPr>
        <w:t>________________________________________________________</w:t>
      </w:r>
    </w:p>
    <w:p w14:paraId="71CE2E20" w14:textId="77777777" w:rsidR="005A0029" w:rsidRDefault="00F83EB4">
      <w:pPr>
        <w:spacing w:after="60"/>
      </w:pPr>
      <w:r>
        <w:rPr>
          <w:color w:val="B4B4B4"/>
          <w:sz w:val="16"/>
        </w:rPr>
        <w:t>________________________________________________________</w:t>
      </w:r>
    </w:p>
    <w:p w14:paraId="0DCC7BFC" w14:textId="77777777" w:rsidR="005A0029" w:rsidRDefault="00F83EB4">
      <w:pPr>
        <w:spacing w:after="60"/>
      </w:pPr>
      <w:r>
        <w:rPr>
          <w:color w:val="B4B4B4"/>
          <w:sz w:val="16"/>
        </w:rPr>
        <w:t>________________________________________________________</w:t>
      </w:r>
    </w:p>
    <w:p w14:paraId="78BD3DD9" w14:textId="77777777" w:rsidR="005A0029" w:rsidRDefault="00F83EB4">
      <w:pPr>
        <w:spacing w:after="60"/>
      </w:pPr>
      <w:r>
        <w:rPr>
          <w:color w:val="B4B4B4"/>
          <w:sz w:val="16"/>
        </w:rPr>
        <w:t>________________________________________________________</w:t>
      </w:r>
    </w:p>
    <w:p w14:paraId="0EFA9CBB" w14:textId="77777777" w:rsidR="005A0029" w:rsidRDefault="00F83EB4">
      <w:pPr>
        <w:spacing w:after="60"/>
      </w:pPr>
      <w:r>
        <w:rPr>
          <w:color w:val="B4B4B4"/>
          <w:sz w:val="16"/>
        </w:rPr>
        <w:t>________________________________________________________</w:t>
      </w:r>
    </w:p>
    <w:p w14:paraId="3F5B5ED1" w14:textId="77777777" w:rsidR="005A0029" w:rsidRDefault="00F83EB4">
      <w:pPr>
        <w:pStyle w:val="Heading2"/>
      </w:pPr>
      <w:r>
        <w:t>Prayer</w:t>
      </w:r>
    </w:p>
    <w:p w14:paraId="2F514A33" w14:textId="77777777" w:rsidR="005A0029" w:rsidRDefault="00F83EB4">
      <w:r>
        <w:t>Father, meet me in this practice of what is mine to carry?.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C984AEF" w14:textId="77777777" w:rsidR="005A0029" w:rsidRDefault="00F83EB4">
      <w:r>
        <w:rPr>
          <w:b/>
          <w:color w:val="B08D3A"/>
        </w:rPr>
        <w:lastRenderedPageBreak/>
        <w:t xml:space="preserve">TODAY'S DECLARATION  </w:t>
      </w:r>
      <w:r>
        <w:t>I will meet what is mine to carry? with truth, faith, and practiced peace.</w:t>
      </w:r>
    </w:p>
    <w:p w14:paraId="597FACCE" w14:textId="77777777" w:rsidR="005A0029" w:rsidRDefault="00F83EB4">
      <w:r>
        <w:br w:type="page"/>
      </w:r>
    </w:p>
    <w:p w14:paraId="12154FF4" w14:textId="77777777" w:rsidR="005A0029" w:rsidRDefault="00F83EB4">
      <w:pPr>
        <w:pStyle w:val="Heading2"/>
      </w:pPr>
      <w:r>
        <w:lastRenderedPageBreak/>
        <w:t>DAY 29</w:t>
      </w:r>
    </w:p>
    <w:p w14:paraId="56A8F372" w14:textId="77777777" w:rsidR="005A0029" w:rsidRDefault="00F83EB4">
      <w:pPr>
        <w:pStyle w:val="Heading1"/>
      </w:pPr>
      <w:r>
        <w:t>Lightening the Load</w:t>
      </w:r>
    </w:p>
    <w:p w14:paraId="2A9031E9" w14:textId="77777777" w:rsidR="005A0029" w:rsidRDefault="00F83EB4">
      <w:r>
        <w:rPr>
          <w:b/>
          <w:color w:val="B08D3A"/>
        </w:rPr>
        <w:t xml:space="preserve">ANCHOR SCRIPTURE  </w:t>
      </w:r>
      <w:r>
        <w:t>Psalm 55:22</w:t>
      </w:r>
    </w:p>
    <w:p w14:paraId="78D774C8" w14:textId="77777777" w:rsidR="005A0029" w:rsidRDefault="00F83EB4">
      <w:pPr>
        <w:pStyle w:val="Heading2"/>
      </w:pPr>
      <w:r>
        <w:t>Guided Reflection</w:t>
      </w:r>
    </w:p>
    <w:p w14:paraId="7CA8253F" w14:textId="77777777" w:rsidR="005A0029" w:rsidRDefault="00F83EB4">
      <w:r>
        <w:t>Today, consider what “lightening the load”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when trut</w:t>
      </w:r>
      <w:r>
        <w:t>h is practiced repeatedly, especially when circumstances remain unresolved.</w:t>
      </w:r>
    </w:p>
    <w:p w14:paraId="59A9E72F" w14:textId="77777777" w:rsidR="005A0029" w:rsidRDefault="00F83EB4">
      <w:pPr>
        <w:pStyle w:val="Heading2"/>
      </w:pPr>
      <w:r>
        <w:t>Pause &amp; Notice</w:t>
      </w:r>
    </w:p>
    <w:p w14:paraId="6616D54E" w14:textId="77777777" w:rsidR="005A0029" w:rsidRDefault="00F83EB4">
      <w:r>
        <w:t>What is this theme revealing about my heart, thoughts, relationships, or current circumstances today?</w:t>
      </w:r>
    </w:p>
    <w:p w14:paraId="15020C5F" w14:textId="77777777" w:rsidR="005A0029" w:rsidRDefault="00F83EB4">
      <w:pPr>
        <w:pStyle w:val="Heading2"/>
      </w:pPr>
      <w:r>
        <w:t>Peace Practice</w:t>
      </w:r>
    </w:p>
    <w:p w14:paraId="0AA155BB" w14:textId="77777777" w:rsidR="005A0029" w:rsidRDefault="00F83EB4">
      <w:r>
        <w:t>Sit quietly for three minutes. Name what you feel without judging it. Then write one truth you want to carry into the day.</w:t>
      </w:r>
    </w:p>
    <w:p w14:paraId="6A62A9C4" w14:textId="77777777" w:rsidR="005A0029" w:rsidRDefault="00F83EB4">
      <w:pPr>
        <w:pStyle w:val="Heading2"/>
      </w:pPr>
      <w:r>
        <w:t>My Thoughts &amp; Prayers</w:t>
      </w:r>
    </w:p>
    <w:p w14:paraId="6617C54D" w14:textId="77777777" w:rsidR="005A0029" w:rsidRDefault="00F83EB4">
      <w:pPr>
        <w:spacing w:after="60"/>
      </w:pPr>
      <w:r>
        <w:rPr>
          <w:color w:val="B4B4B4"/>
          <w:sz w:val="16"/>
        </w:rPr>
        <w:t>________________________________________________________</w:t>
      </w:r>
    </w:p>
    <w:p w14:paraId="38F919E7" w14:textId="77777777" w:rsidR="005A0029" w:rsidRDefault="00F83EB4">
      <w:pPr>
        <w:spacing w:after="60"/>
      </w:pPr>
      <w:r>
        <w:rPr>
          <w:color w:val="B4B4B4"/>
          <w:sz w:val="16"/>
        </w:rPr>
        <w:t>________________________________________________________</w:t>
      </w:r>
    </w:p>
    <w:p w14:paraId="47638138" w14:textId="77777777" w:rsidR="005A0029" w:rsidRDefault="00F83EB4">
      <w:pPr>
        <w:spacing w:after="60"/>
      </w:pPr>
      <w:r>
        <w:rPr>
          <w:color w:val="B4B4B4"/>
          <w:sz w:val="16"/>
        </w:rPr>
        <w:t>________________________________________________________</w:t>
      </w:r>
    </w:p>
    <w:p w14:paraId="4F611410" w14:textId="77777777" w:rsidR="005A0029" w:rsidRDefault="00F83EB4">
      <w:pPr>
        <w:spacing w:after="60"/>
      </w:pPr>
      <w:r>
        <w:rPr>
          <w:color w:val="B4B4B4"/>
          <w:sz w:val="16"/>
        </w:rPr>
        <w:t>________________________________________________________</w:t>
      </w:r>
    </w:p>
    <w:p w14:paraId="5A4B9808" w14:textId="77777777" w:rsidR="005A0029" w:rsidRDefault="00F83EB4">
      <w:pPr>
        <w:spacing w:after="60"/>
      </w:pPr>
      <w:r>
        <w:rPr>
          <w:color w:val="B4B4B4"/>
          <w:sz w:val="16"/>
        </w:rPr>
        <w:t>________________________________________________________</w:t>
      </w:r>
    </w:p>
    <w:p w14:paraId="21144C2A" w14:textId="77777777" w:rsidR="005A0029" w:rsidRDefault="00F83EB4">
      <w:pPr>
        <w:pStyle w:val="Heading2"/>
      </w:pPr>
      <w:r>
        <w:t>Prayer</w:t>
      </w:r>
    </w:p>
    <w:p w14:paraId="22BAB842" w14:textId="77777777" w:rsidR="005A0029" w:rsidRDefault="00F83EB4">
      <w:r>
        <w:t>Father, meet me in this practice of lightening the load.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03B7D03" w14:textId="77777777" w:rsidR="005A0029" w:rsidRDefault="00F83EB4">
      <w:r>
        <w:rPr>
          <w:b/>
          <w:color w:val="B08D3A"/>
        </w:rPr>
        <w:lastRenderedPageBreak/>
        <w:t xml:space="preserve">TODAY'S DECLARATION  </w:t>
      </w:r>
      <w:r>
        <w:t>I will meet lightening the load with truth, faith, and practiced peace.</w:t>
      </w:r>
    </w:p>
    <w:p w14:paraId="3537CF68" w14:textId="77777777" w:rsidR="005A0029" w:rsidRDefault="00F83EB4">
      <w:r>
        <w:br w:type="page"/>
      </w:r>
    </w:p>
    <w:p w14:paraId="391C913D" w14:textId="77777777" w:rsidR="005A0029" w:rsidRDefault="00F83EB4">
      <w:pPr>
        <w:pStyle w:val="Heading2"/>
      </w:pPr>
      <w:r>
        <w:lastRenderedPageBreak/>
        <w:t>DAY 30</w:t>
      </w:r>
    </w:p>
    <w:p w14:paraId="17FC9D71" w14:textId="77777777" w:rsidR="005A0029" w:rsidRDefault="00F83EB4">
      <w:pPr>
        <w:pStyle w:val="Heading1"/>
      </w:pPr>
      <w:r>
        <w:t>Held While Healing</w:t>
      </w:r>
    </w:p>
    <w:p w14:paraId="5130A814" w14:textId="77777777" w:rsidR="005A0029" w:rsidRDefault="00F83EB4">
      <w:r>
        <w:rPr>
          <w:b/>
          <w:color w:val="B08D3A"/>
        </w:rPr>
        <w:t xml:space="preserve">ANCHOR SCRIPTURE  </w:t>
      </w:r>
      <w:r>
        <w:t>Psalm 147:3</w:t>
      </w:r>
    </w:p>
    <w:p w14:paraId="52ACF1AA" w14:textId="77777777" w:rsidR="005A0029" w:rsidRDefault="00F83EB4">
      <w:pPr>
        <w:pStyle w:val="Heading2"/>
      </w:pPr>
      <w:r>
        <w:t>Guided Reflection</w:t>
      </w:r>
    </w:p>
    <w:p w14:paraId="4FBFDDE6" w14:textId="77777777" w:rsidR="005A0029" w:rsidRDefault="00F83EB4">
      <w:r>
        <w:t>Today, consider what “held while healing” means in the season you are living through. The work of peace is rarely accomplished by denying what is difficult. It grows as you bring your real thoughts, emotions, and questions into the light of God's presence. In the weight you cannot explain, the invitation is not to force an immediate answer, but to become attentive: to what is happening within you, to what Scripture is revealing, and to the next faithful step available today. Peace becomes durable when truth</w:t>
      </w:r>
      <w:r>
        <w:t xml:space="preserve"> is practiced repeatedly, especially when circumstances remain unresolved.</w:t>
      </w:r>
    </w:p>
    <w:p w14:paraId="0EB0A3EA" w14:textId="77777777" w:rsidR="005A0029" w:rsidRDefault="00F83EB4">
      <w:pPr>
        <w:pStyle w:val="Heading2"/>
      </w:pPr>
      <w:r>
        <w:t>Pause &amp; Notice</w:t>
      </w:r>
    </w:p>
    <w:p w14:paraId="298CF5F1" w14:textId="77777777" w:rsidR="005A0029" w:rsidRDefault="00F83EB4">
      <w:r>
        <w:t>What is this theme revealing about my heart, thoughts, relationships, or current circumstances today?</w:t>
      </w:r>
    </w:p>
    <w:p w14:paraId="1FC3DF4B" w14:textId="77777777" w:rsidR="005A0029" w:rsidRDefault="00F83EB4">
      <w:pPr>
        <w:pStyle w:val="Heading2"/>
      </w:pPr>
      <w:r>
        <w:t>Peace Practice</w:t>
      </w:r>
    </w:p>
    <w:p w14:paraId="3859F153" w14:textId="77777777" w:rsidR="005A0029" w:rsidRDefault="00F83EB4">
      <w:r>
        <w:t>Draw two columns: 'What I can control' and 'What I must release.' Place each concern in the appropriate column and pray over both.</w:t>
      </w:r>
    </w:p>
    <w:p w14:paraId="6D8BD604" w14:textId="77777777" w:rsidR="005A0029" w:rsidRDefault="00F83EB4">
      <w:pPr>
        <w:pStyle w:val="Heading2"/>
      </w:pPr>
      <w:r>
        <w:t>My Thoughts &amp; Prayers</w:t>
      </w:r>
    </w:p>
    <w:p w14:paraId="289E41A1" w14:textId="77777777" w:rsidR="005A0029" w:rsidRDefault="00F83EB4">
      <w:pPr>
        <w:spacing w:after="60"/>
      </w:pPr>
      <w:r>
        <w:rPr>
          <w:color w:val="B4B4B4"/>
          <w:sz w:val="16"/>
        </w:rPr>
        <w:t>________________________________________________________</w:t>
      </w:r>
    </w:p>
    <w:p w14:paraId="5A487FCC" w14:textId="77777777" w:rsidR="005A0029" w:rsidRDefault="00F83EB4">
      <w:pPr>
        <w:spacing w:after="60"/>
      </w:pPr>
      <w:r>
        <w:rPr>
          <w:color w:val="B4B4B4"/>
          <w:sz w:val="16"/>
        </w:rPr>
        <w:t>________________________________________________________</w:t>
      </w:r>
    </w:p>
    <w:p w14:paraId="2A5BABCC" w14:textId="77777777" w:rsidR="005A0029" w:rsidRDefault="00F83EB4">
      <w:pPr>
        <w:spacing w:after="60"/>
      </w:pPr>
      <w:r>
        <w:rPr>
          <w:color w:val="B4B4B4"/>
          <w:sz w:val="16"/>
        </w:rPr>
        <w:t>________________________________________________________</w:t>
      </w:r>
    </w:p>
    <w:p w14:paraId="19DA8029" w14:textId="77777777" w:rsidR="005A0029" w:rsidRDefault="00F83EB4">
      <w:pPr>
        <w:spacing w:after="60"/>
      </w:pPr>
      <w:r>
        <w:rPr>
          <w:color w:val="B4B4B4"/>
          <w:sz w:val="16"/>
        </w:rPr>
        <w:t>________________________________________________________</w:t>
      </w:r>
    </w:p>
    <w:p w14:paraId="6E737092" w14:textId="77777777" w:rsidR="005A0029" w:rsidRDefault="00F83EB4">
      <w:pPr>
        <w:spacing w:after="60"/>
      </w:pPr>
      <w:r>
        <w:rPr>
          <w:color w:val="B4B4B4"/>
          <w:sz w:val="16"/>
        </w:rPr>
        <w:t>________________________________________________________</w:t>
      </w:r>
    </w:p>
    <w:p w14:paraId="5DB27C69" w14:textId="77777777" w:rsidR="005A0029" w:rsidRDefault="00F83EB4">
      <w:pPr>
        <w:pStyle w:val="Heading2"/>
      </w:pPr>
      <w:r>
        <w:t>Prayer</w:t>
      </w:r>
    </w:p>
    <w:p w14:paraId="235BAD3A" w14:textId="77777777" w:rsidR="005A0029" w:rsidRDefault="00F83EB4">
      <w:r>
        <w:t>Father, meet me in this practice of held while healing.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F113ED3" w14:textId="77777777" w:rsidR="005A0029" w:rsidRDefault="00F83EB4">
      <w:r>
        <w:rPr>
          <w:b/>
          <w:color w:val="B08D3A"/>
        </w:rPr>
        <w:lastRenderedPageBreak/>
        <w:t xml:space="preserve">TODAY'S DECLARATION  </w:t>
      </w:r>
      <w:r>
        <w:t>I will meet held while healing with truth, faith, and practiced peace.</w:t>
      </w:r>
    </w:p>
    <w:p w14:paraId="23A3D356" w14:textId="77777777" w:rsidR="005A0029" w:rsidRDefault="00F83EB4">
      <w:r>
        <w:br w:type="page"/>
      </w:r>
    </w:p>
    <w:p w14:paraId="5EEF43EF" w14:textId="77777777" w:rsidR="005A0029" w:rsidRDefault="00F83EB4">
      <w:pPr>
        <w:pStyle w:val="Heading1"/>
      </w:pPr>
      <w:r>
        <w:lastRenderedPageBreak/>
        <w:t>THE WEIGHT YOU CANNOT EXPLAIN: End-of-Month Reflection</w:t>
      </w:r>
    </w:p>
    <w:p w14:paraId="1C0E22C9" w14:textId="77777777" w:rsidR="005A0029" w:rsidRDefault="00F83EB4">
      <w:pPr>
        <w:pStyle w:val="Heading3"/>
      </w:pPr>
      <w:r>
        <w:t>What changed within me this month?</w:t>
      </w:r>
    </w:p>
    <w:p w14:paraId="65592F44" w14:textId="77777777" w:rsidR="005A0029" w:rsidRDefault="00F83EB4">
      <w:pPr>
        <w:spacing w:after="60"/>
      </w:pPr>
      <w:r>
        <w:rPr>
          <w:color w:val="B4B4B4"/>
          <w:sz w:val="16"/>
        </w:rPr>
        <w:t>________________________________________________________</w:t>
      </w:r>
    </w:p>
    <w:p w14:paraId="29773106" w14:textId="77777777" w:rsidR="005A0029" w:rsidRDefault="00F83EB4">
      <w:pPr>
        <w:spacing w:after="60"/>
      </w:pPr>
      <w:r>
        <w:rPr>
          <w:color w:val="B4B4B4"/>
          <w:sz w:val="16"/>
        </w:rPr>
        <w:t>________________________________________________________</w:t>
      </w:r>
    </w:p>
    <w:p w14:paraId="5CA08D8B" w14:textId="77777777" w:rsidR="005A0029" w:rsidRDefault="00F83EB4">
      <w:pPr>
        <w:pStyle w:val="Heading3"/>
      </w:pPr>
      <w:r>
        <w:t>Which practice helped me most?</w:t>
      </w:r>
    </w:p>
    <w:p w14:paraId="1662E996" w14:textId="77777777" w:rsidR="005A0029" w:rsidRDefault="00F83EB4">
      <w:pPr>
        <w:spacing w:after="60"/>
      </w:pPr>
      <w:r>
        <w:rPr>
          <w:color w:val="B4B4B4"/>
          <w:sz w:val="16"/>
        </w:rPr>
        <w:t>________________________________________________________</w:t>
      </w:r>
    </w:p>
    <w:p w14:paraId="6BA7DC08" w14:textId="77777777" w:rsidR="005A0029" w:rsidRDefault="00F83EB4">
      <w:pPr>
        <w:spacing w:after="60"/>
      </w:pPr>
      <w:r>
        <w:rPr>
          <w:color w:val="B4B4B4"/>
          <w:sz w:val="16"/>
        </w:rPr>
        <w:t>________________________________________________________</w:t>
      </w:r>
    </w:p>
    <w:p w14:paraId="21B1161F" w14:textId="77777777" w:rsidR="005A0029" w:rsidRDefault="00F83EB4">
      <w:pPr>
        <w:pStyle w:val="Heading3"/>
      </w:pPr>
      <w:r>
        <w:t>Which Scripture became an anchor?</w:t>
      </w:r>
    </w:p>
    <w:p w14:paraId="21AA5671" w14:textId="77777777" w:rsidR="005A0029" w:rsidRDefault="00F83EB4">
      <w:pPr>
        <w:spacing w:after="60"/>
      </w:pPr>
      <w:r>
        <w:rPr>
          <w:color w:val="B4B4B4"/>
          <w:sz w:val="16"/>
        </w:rPr>
        <w:t>________________________________________________________</w:t>
      </w:r>
    </w:p>
    <w:p w14:paraId="1EC2E2DA" w14:textId="77777777" w:rsidR="005A0029" w:rsidRDefault="00F83EB4">
      <w:pPr>
        <w:spacing w:after="60"/>
      </w:pPr>
      <w:r>
        <w:rPr>
          <w:color w:val="B4B4B4"/>
          <w:sz w:val="16"/>
        </w:rPr>
        <w:t>________________________________________________________</w:t>
      </w:r>
    </w:p>
    <w:p w14:paraId="358588B5" w14:textId="77777777" w:rsidR="005A0029" w:rsidRDefault="00F83EB4">
      <w:pPr>
        <w:pStyle w:val="Heading3"/>
      </w:pPr>
      <w:r>
        <w:t>What am I ready to release?</w:t>
      </w:r>
    </w:p>
    <w:p w14:paraId="5EDA547B" w14:textId="77777777" w:rsidR="005A0029" w:rsidRDefault="00F83EB4">
      <w:pPr>
        <w:spacing w:after="60"/>
      </w:pPr>
      <w:r>
        <w:rPr>
          <w:color w:val="B4B4B4"/>
          <w:sz w:val="16"/>
        </w:rPr>
        <w:t>________________________________________________________</w:t>
      </w:r>
    </w:p>
    <w:p w14:paraId="78E7CC85" w14:textId="77777777" w:rsidR="005A0029" w:rsidRDefault="00F83EB4">
      <w:pPr>
        <w:spacing w:after="60"/>
      </w:pPr>
      <w:r>
        <w:rPr>
          <w:color w:val="B4B4B4"/>
          <w:sz w:val="16"/>
        </w:rPr>
        <w:t>________________________________________________________</w:t>
      </w:r>
    </w:p>
    <w:p w14:paraId="6F9E0259" w14:textId="77777777" w:rsidR="005A0029" w:rsidRDefault="00F83EB4">
      <w:pPr>
        <w:pStyle w:val="Heading3"/>
      </w:pPr>
      <w:r>
        <w:t>What will I carry into the next month?</w:t>
      </w:r>
    </w:p>
    <w:p w14:paraId="1BCD103D" w14:textId="77777777" w:rsidR="005A0029" w:rsidRDefault="00F83EB4">
      <w:pPr>
        <w:spacing w:after="60"/>
      </w:pPr>
      <w:r>
        <w:rPr>
          <w:color w:val="B4B4B4"/>
          <w:sz w:val="16"/>
        </w:rPr>
        <w:t>________________________________________________________</w:t>
      </w:r>
    </w:p>
    <w:p w14:paraId="24F4AA09" w14:textId="77777777" w:rsidR="005A0029" w:rsidRDefault="00F83EB4">
      <w:pPr>
        <w:spacing w:after="60"/>
      </w:pPr>
      <w:r>
        <w:rPr>
          <w:color w:val="B4B4B4"/>
          <w:sz w:val="16"/>
        </w:rPr>
        <w:t>________________________________________________________</w:t>
      </w:r>
    </w:p>
    <w:p w14:paraId="592BE5BF" w14:textId="77777777" w:rsidR="005A0029" w:rsidRDefault="00F83EB4">
      <w:r>
        <w:br w:type="page"/>
      </w:r>
    </w:p>
    <w:p w14:paraId="0419BF5C" w14:textId="77777777" w:rsidR="005A0029" w:rsidRDefault="00F83EB4">
      <w:pPr>
        <w:pStyle w:val="Heading2"/>
      </w:pPr>
      <w:r>
        <w:lastRenderedPageBreak/>
        <w:t>MONTH THREE</w:t>
      </w:r>
    </w:p>
    <w:p w14:paraId="6ACEE045" w14:textId="77777777" w:rsidR="005A0029" w:rsidRDefault="00F83EB4">
      <w:pPr>
        <w:jc w:val="center"/>
      </w:pPr>
      <w:r>
        <w:rPr>
          <w:b/>
          <w:color w:val="17324D"/>
          <w:sz w:val="48"/>
        </w:rPr>
        <w:t>LEARNING TO BREATHE AGAIN</w:t>
      </w:r>
    </w:p>
    <w:p w14:paraId="1D7EAB95" w14:textId="77777777" w:rsidR="005A0029" w:rsidRDefault="00F83EB4">
      <w:pPr>
        <w:jc w:val="center"/>
      </w:pPr>
      <w:r>
        <w:rPr>
          <w:i/>
          <w:color w:val="B08D3A"/>
          <w:sz w:val="24"/>
        </w:rPr>
        <w:t>Rest, Stillness, and Emotional Regulation</w:t>
      </w:r>
    </w:p>
    <w:p w14:paraId="1F8937FE" w14:textId="77777777" w:rsidR="005A0029" w:rsidRDefault="00F83EB4">
      <w:pPr>
        <w:jc w:val="center"/>
      </w:pPr>
      <w:r>
        <w:rPr>
          <w:color w:val="B08D3A"/>
          <w:sz w:val="24"/>
        </w:rPr>
        <w:t>—  ◆  —</w:t>
      </w:r>
    </w:p>
    <w:p w14:paraId="6E35BBF9" w14:textId="77777777" w:rsidR="005A0029" w:rsidRDefault="00F83EB4">
      <w:r>
        <w:t>Monthly intention: Spend these thirty days practicing rest, stillness, and emotional regulation. Notice patterns without condemnation, return to Scripture, and choose one faithful practice at a time.</w:t>
      </w:r>
    </w:p>
    <w:p w14:paraId="1E794236" w14:textId="77777777" w:rsidR="005A0029" w:rsidRDefault="00F83EB4">
      <w:pPr>
        <w:pStyle w:val="Heading2"/>
      </w:pPr>
      <w:r>
        <w:t>Monthly Check-In</w:t>
      </w:r>
    </w:p>
    <w:p w14:paraId="2CEDC3BF" w14:textId="77777777" w:rsidR="005A0029" w:rsidRDefault="00F83EB4">
      <w:r>
        <w:t>What feels heaviest as I begin this month?</w:t>
      </w:r>
    </w:p>
    <w:p w14:paraId="387B3DB8" w14:textId="77777777" w:rsidR="005A0029" w:rsidRDefault="00F83EB4">
      <w:pPr>
        <w:spacing w:after="60"/>
      </w:pPr>
      <w:r>
        <w:rPr>
          <w:color w:val="B4B4B4"/>
          <w:sz w:val="16"/>
        </w:rPr>
        <w:t>________________________________________________________</w:t>
      </w:r>
    </w:p>
    <w:p w14:paraId="6AFB92AF" w14:textId="77777777" w:rsidR="005A0029" w:rsidRDefault="00F83EB4">
      <w:pPr>
        <w:spacing w:after="60"/>
      </w:pPr>
      <w:r>
        <w:rPr>
          <w:color w:val="B4B4B4"/>
          <w:sz w:val="16"/>
        </w:rPr>
        <w:t>________________________________________________________</w:t>
      </w:r>
    </w:p>
    <w:p w14:paraId="5037316B" w14:textId="77777777" w:rsidR="005A0029" w:rsidRDefault="00F83EB4">
      <w:r>
        <w:t>What kind of peace am I asking God to cultivate in me?</w:t>
      </w:r>
    </w:p>
    <w:p w14:paraId="706FBACC" w14:textId="77777777" w:rsidR="005A0029" w:rsidRDefault="00F83EB4">
      <w:pPr>
        <w:spacing w:after="60"/>
      </w:pPr>
      <w:r>
        <w:rPr>
          <w:color w:val="B4B4B4"/>
          <w:sz w:val="16"/>
        </w:rPr>
        <w:t>________________________________________________________</w:t>
      </w:r>
    </w:p>
    <w:p w14:paraId="095E17A7" w14:textId="77777777" w:rsidR="005A0029" w:rsidRDefault="00F83EB4">
      <w:pPr>
        <w:spacing w:after="60"/>
      </w:pPr>
      <w:r>
        <w:rPr>
          <w:color w:val="B4B4B4"/>
          <w:sz w:val="16"/>
        </w:rPr>
        <w:t>________________________________________________________</w:t>
      </w:r>
    </w:p>
    <w:p w14:paraId="79BE18BD" w14:textId="77777777" w:rsidR="005A0029" w:rsidRDefault="00F83EB4">
      <w:r>
        <w:br w:type="page"/>
      </w:r>
    </w:p>
    <w:p w14:paraId="0CC7F7E9" w14:textId="77777777" w:rsidR="005A0029" w:rsidRDefault="00F83EB4">
      <w:pPr>
        <w:pStyle w:val="Heading2"/>
      </w:pPr>
      <w:r>
        <w:lastRenderedPageBreak/>
        <w:t>DAY 1</w:t>
      </w:r>
    </w:p>
    <w:p w14:paraId="6E7E52D3" w14:textId="77777777" w:rsidR="005A0029" w:rsidRDefault="00F83EB4">
      <w:pPr>
        <w:pStyle w:val="Heading1"/>
      </w:pPr>
      <w:r>
        <w:t>Permission to Pause</w:t>
      </w:r>
    </w:p>
    <w:p w14:paraId="7F3C56CB" w14:textId="77777777" w:rsidR="005A0029" w:rsidRDefault="00F83EB4">
      <w:r>
        <w:rPr>
          <w:b/>
          <w:color w:val="B08D3A"/>
        </w:rPr>
        <w:t xml:space="preserve">ANCHOR SCRIPTURE  </w:t>
      </w:r>
      <w:r>
        <w:t>Psalm 46:10</w:t>
      </w:r>
    </w:p>
    <w:p w14:paraId="48DAAA8C" w14:textId="77777777" w:rsidR="005A0029" w:rsidRDefault="00F83EB4">
      <w:pPr>
        <w:pStyle w:val="Heading2"/>
      </w:pPr>
      <w:r>
        <w:t>Guided Reflection</w:t>
      </w:r>
    </w:p>
    <w:p w14:paraId="07CD9FFE" w14:textId="77777777" w:rsidR="005A0029" w:rsidRDefault="00F83EB4">
      <w:r>
        <w:t>Today, consider what “permission to pause”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truth is</w:t>
      </w:r>
      <w:r>
        <w:t xml:space="preserve"> practiced repeatedly, especially when circumstances remain unresolved.</w:t>
      </w:r>
    </w:p>
    <w:p w14:paraId="767F92A9" w14:textId="77777777" w:rsidR="005A0029" w:rsidRDefault="00F83EB4">
      <w:pPr>
        <w:pStyle w:val="Heading2"/>
      </w:pPr>
      <w:r>
        <w:t>Pause &amp; Notice</w:t>
      </w:r>
    </w:p>
    <w:p w14:paraId="172A50DD" w14:textId="77777777" w:rsidR="005A0029" w:rsidRDefault="00F83EB4">
      <w:r>
        <w:t>What is this theme revealing about my heart, thoughts, relationships, or current circumstances today?</w:t>
      </w:r>
    </w:p>
    <w:p w14:paraId="4D6CDE50" w14:textId="77777777" w:rsidR="005A0029" w:rsidRDefault="00F83EB4">
      <w:pPr>
        <w:pStyle w:val="Heading2"/>
      </w:pPr>
      <w:r>
        <w:t>Peace Practice</w:t>
      </w:r>
    </w:p>
    <w:p w14:paraId="64998D75" w14:textId="77777777" w:rsidR="005A0029" w:rsidRDefault="00F83EB4">
      <w:r>
        <w:t>Sit quietly for three minutes. Name what you feel without judging it. Then write one truth you want to carry into the day.</w:t>
      </w:r>
    </w:p>
    <w:p w14:paraId="71D4BF02" w14:textId="77777777" w:rsidR="005A0029" w:rsidRDefault="00F83EB4">
      <w:pPr>
        <w:pStyle w:val="Heading2"/>
      </w:pPr>
      <w:r>
        <w:t>My Thoughts &amp; Prayers</w:t>
      </w:r>
    </w:p>
    <w:p w14:paraId="09B09316" w14:textId="77777777" w:rsidR="005A0029" w:rsidRDefault="00F83EB4">
      <w:pPr>
        <w:spacing w:after="60"/>
      </w:pPr>
      <w:r>
        <w:rPr>
          <w:color w:val="B4B4B4"/>
          <w:sz w:val="16"/>
        </w:rPr>
        <w:t>________________________________________________________</w:t>
      </w:r>
    </w:p>
    <w:p w14:paraId="56076112" w14:textId="77777777" w:rsidR="005A0029" w:rsidRDefault="00F83EB4">
      <w:pPr>
        <w:spacing w:after="60"/>
      </w:pPr>
      <w:r>
        <w:rPr>
          <w:color w:val="B4B4B4"/>
          <w:sz w:val="16"/>
        </w:rPr>
        <w:t>________________________________________________________</w:t>
      </w:r>
    </w:p>
    <w:p w14:paraId="7423E493" w14:textId="77777777" w:rsidR="005A0029" w:rsidRDefault="00F83EB4">
      <w:pPr>
        <w:spacing w:after="60"/>
      </w:pPr>
      <w:r>
        <w:rPr>
          <w:color w:val="B4B4B4"/>
          <w:sz w:val="16"/>
        </w:rPr>
        <w:t>________________________________________________________</w:t>
      </w:r>
    </w:p>
    <w:p w14:paraId="2004D0F8" w14:textId="77777777" w:rsidR="005A0029" w:rsidRDefault="00F83EB4">
      <w:pPr>
        <w:spacing w:after="60"/>
      </w:pPr>
      <w:r>
        <w:rPr>
          <w:color w:val="B4B4B4"/>
          <w:sz w:val="16"/>
        </w:rPr>
        <w:t>________________________________________________________</w:t>
      </w:r>
    </w:p>
    <w:p w14:paraId="73D16D6B" w14:textId="77777777" w:rsidR="005A0029" w:rsidRDefault="00F83EB4">
      <w:pPr>
        <w:spacing w:after="60"/>
      </w:pPr>
      <w:r>
        <w:rPr>
          <w:color w:val="B4B4B4"/>
          <w:sz w:val="16"/>
        </w:rPr>
        <w:t>________________________________________________________</w:t>
      </w:r>
    </w:p>
    <w:p w14:paraId="445F8BF8" w14:textId="77777777" w:rsidR="005A0029" w:rsidRDefault="00F83EB4">
      <w:pPr>
        <w:pStyle w:val="Heading2"/>
      </w:pPr>
      <w:r>
        <w:t>Prayer</w:t>
      </w:r>
    </w:p>
    <w:p w14:paraId="20898ABA" w14:textId="77777777" w:rsidR="005A0029" w:rsidRDefault="00F83EB4">
      <w:r>
        <w:t>Father, meet me in this practice of permission to pause.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79BCF0C" w14:textId="77777777" w:rsidR="005A0029" w:rsidRDefault="00F83EB4">
      <w:r>
        <w:rPr>
          <w:b/>
          <w:color w:val="B08D3A"/>
        </w:rPr>
        <w:lastRenderedPageBreak/>
        <w:t xml:space="preserve">TODAY'S DECLARATION  </w:t>
      </w:r>
      <w:r>
        <w:t>I will meet permission to pause with truth, faith, and practiced peace.</w:t>
      </w:r>
    </w:p>
    <w:p w14:paraId="0F62D229" w14:textId="77777777" w:rsidR="005A0029" w:rsidRDefault="00F83EB4">
      <w:r>
        <w:br w:type="page"/>
      </w:r>
    </w:p>
    <w:p w14:paraId="5D25175B" w14:textId="77777777" w:rsidR="005A0029" w:rsidRDefault="00F83EB4">
      <w:pPr>
        <w:pStyle w:val="Heading2"/>
      </w:pPr>
      <w:r>
        <w:lastRenderedPageBreak/>
        <w:t>DAY 2</w:t>
      </w:r>
    </w:p>
    <w:p w14:paraId="72FDDB31" w14:textId="77777777" w:rsidR="005A0029" w:rsidRDefault="00F83EB4">
      <w:pPr>
        <w:pStyle w:val="Heading1"/>
      </w:pPr>
      <w:r>
        <w:t>Be Still</w:t>
      </w:r>
    </w:p>
    <w:p w14:paraId="0FCEDE8A" w14:textId="77777777" w:rsidR="005A0029" w:rsidRDefault="00F83EB4">
      <w:r>
        <w:rPr>
          <w:b/>
          <w:color w:val="B08D3A"/>
        </w:rPr>
        <w:t xml:space="preserve">ANCHOR SCRIPTURE  </w:t>
      </w:r>
      <w:r>
        <w:t>Psalm 46:10</w:t>
      </w:r>
    </w:p>
    <w:p w14:paraId="0E3C11CD" w14:textId="77777777" w:rsidR="005A0029" w:rsidRDefault="00F83EB4">
      <w:pPr>
        <w:pStyle w:val="Heading2"/>
      </w:pPr>
      <w:r>
        <w:t>Guided Reflection</w:t>
      </w:r>
    </w:p>
    <w:p w14:paraId="3183ABC2" w14:textId="77777777" w:rsidR="005A0029" w:rsidRDefault="00F83EB4">
      <w:r>
        <w:t xml:space="preserve">Today, consider what “be still”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truth is practiced </w:t>
      </w:r>
      <w:r>
        <w:t>repeatedly, especially when circumstances remain unresolved.</w:t>
      </w:r>
    </w:p>
    <w:p w14:paraId="2360F37E" w14:textId="77777777" w:rsidR="005A0029" w:rsidRDefault="00F83EB4">
      <w:pPr>
        <w:pStyle w:val="Heading2"/>
      </w:pPr>
      <w:r>
        <w:t>Pause &amp; Notice</w:t>
      </w:r>
    </w:p>
    <w:p w14:paraId="5969DD39" w14:textId="77777777" w:rsidR="005A0029" w:rsidRDefault="00F83EB4">
      <w:r>
        <w:t>What is this theme revealing about my heart, thoughts, relationships, or current circumstances today?</w:t>
      </w:r>
    </w:p>
    <w:p w14:paraId="4D58B33D" w14:textId="77777777" w:rsidR="005A0029" w:rsidRDefault="00F83EB4">
      <w:pPr>
        <w:pStyle w:val="Heading2"/>
      </w:pPr>
      <w:r>
        <w:t>Peace Practice</w:t>
      </w:r>
    </w:p>
    <w:p w14:paraId="5EE11BB3" w14:textId="77777777" w:rsidR="005A0029" w:rsidRDefault="00F83EB4">
      <w:r>
        <w:t>Draw two columns: 'What I can control' and 'What I must release.' Place each concern in the appropriate column and pray over both.</w:t>
      </w:r>
    </w:p>
    <w:p w14:paraId="7CF09B7C" w14:textId="77777777" w:rsidR="005A0029" w:rsidRDefault="00F83EB4">
      <w:pPr>
        <w:pStyle w:val="Heading2"/>
      </w:pPr>
      <w:r>
        <w:t>My Thoughts &amp; Prayers</w:t>
      </w:r>
    </w:p>
    <w:p w14:paraId="3589CEBF" w14:textId="77777777" w:rsidR="005A0029" w:rsidRDefault="00F83EB4">
      <w:pPr>
        <w:spacing w:after="60"/>
      </w:pPr>
      <w:r>
        <w:rPr>
          <w:color w:val="B4B4B4"/>
          <w:sz w:val="16"/>
        </w:rPr>
        <w:t>________________________________________________________</w:t>
      </w:r>
    </w:p>
    <w:p w14:paraId="02CD420B" w14:textId="77777777" w:rsidR="005A0029" w:rsidRDefault="00F83EB4">
      <w:pPr>
        <w:spacing w:after="60"/>
      </w:pPr>
      <w:r>
        <w:rPr>
          <w:color w:val="B4B4B4"/>
          <w:sz w:val="16"/>
        </w:rPr>
        <w:t>________________________________________________________</w:t>
      </w:r>
    </w:p>
    <w:p w14:paraId="176B4C82" w14:textId="77777777" w:rsidR="005A0029" w:rsidRDefault="00F83EB4">
      <w:pPr>
        <w:spacing w:after="60"/>
      </w:pPr>
      <w:r>
        <w:rPr>
          <w:color w:val="B4B4B4"/>
          <w:sz w:val="16"/>
        </w:rPr>
        <w:t>________________________________________________________</w:t>
      </w:r>
    </w:p>
    <w:p w14:paraId="0A62C6AA" w14:textId="77777777" w:rsidR="005A0029" w:rsidRDefault="00F83EB4">
      <w:pPr>
        <w:spacing w:after="60"/>
      </w:pPr>
      <w:r>
        <w:rPr>
          <w:color w:val="B4B4B4"/>
          <w:sz w:val="16"/>
        </w:rPr>
        <w:t>________________________________________________________</w:t>
      </w:r>
    </w:p>
    <w:p w14:paraId="0A6C0B0D" w14:textId="77777777" w:rsidR="005A0029" w:rsidRDefault="00F83EB4">
      <w:pPr>
        <w:spacing w:after="60"/>
      </w:pPr>
      <w:r>
        <w:rPr>
          <w:color w:val="B4B4B4"/>
          <w:sz w:val="16"/>
        </w:rPr>
        <w:t>________________________________________________________</w:t>
      </w:r>
    </w:p>
    <w:p w14:paraId="6DF0BA67" w14:textId="77777777" w:rsidR="005A0029" w:rsidRDefault="00F83EB4">
      <w:pPr>
        <w:pStyle w:val="Heading2"/>
      </w:pPr>
      <w:r>
        <w:t>Prayer</w:t>
      </w:r>
    </w:p>
    <w:p w14:paraId="472BE29A" w14:textId="77777777" w:rsidR="005A0029" w:rsidRDefault="00F83EB4">
      <w:r>
        <w:t>Father, meet me in this practice of be still.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9A0F80C" w14:textId="77777777" w:rsidR="005A0029" w:rsidRDefault="00F83EB4">
      <w:r>
        <w:rPr>
          <w:b/>
          <w:color w:val="B08D3A"/>
        </w:rPr>
        <w:lastRenderedPageBreak/>
        <w:t xml:space="preserve">TODAY'S DECLARATION  </w:t>
      </w:r>
      <w:r>
        <w:t>I will meet be still with truth, faith, and practiced peace.</w:t>
      </w:r>
    </w:p>
    <w:p w14:paraId="2F58D6DA" w14:textId="77777777" w:rsidR="005A0029" w:rsidRDefault="00F83EB4">
      <w:r>
        <w:br w:type="page"/>
      </w:r>
    </w:p>
    <w:p w14:paraId="7E3731A6" w14:textId="77777777" w:rsidR="005A0029" w:rsidRDefault="00F83EB4">
      <w:pPr>
        <w:pStyle w:val="Heading2"/>
      </w:pPr>
      <w:r>
        <w:lastRenderedPageBreak/>
        <w:t>DAY 3</w:t>
      </w:r>
    </w:p>
    <w:p w14:paraId="26789FF2" w14:textId="77777777" w:rsidR="005A0029" w:rsidRDefault="00F83EB4">
      <w:pPr>
        <w:pStyle w:val="Heading1"/>
      </w:pPr>
      <w:r>
        <w:t>Breathing Through the Moment</w:t>
      </w:r>
    </w:p>
    <w:p w14:paraId="7C9CDD74" w14:textId="77777777" w:rsidR="005A0029" w:rsidRDefault="00F83EB4">
      <w:r>
        <w:rPr>
          <w:b/>
          <w:color w:val="B08D3A"/>
        </w:rPr>
        <w:t xml:space="preserve">ANCHOR SCRIPTURE  </w:t>
      </w:r>
      <w:r>
        <w:t>Genesis 2:7</w:t>
      </w:r>
    </w:p>
    <w:p w14:paraId="28E8A37A" w14:textId="77777777" w:rsidR="005A0029" w:rsidRDefault="00F83EB4">
      <w:pPr>
        <w:pStyle w:val="Heading2"/>
      </w:pPr>
      <w:r>
        <w:t>Guided Reflection</w:t>
      </w:r>
    </w:p>
    <w:p w14:paraId="7FD44E5E" w14:textId="77777777" w:rsidR="005A0029" w:rsidRDefault="00F83EB4">
      <w:r>
        <w:t>Today, consider what “breathing through the moment”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w:t>
      </w:r>
      <w:r>
        <w:t xml:space="preserve"> truth is practiced repeatedly, especially when circumstances remain unresolved.</w:t>
      </w:r>
    </w:p>
    <w:p w14:paraId="0ECF5E31" w14:textId="77777777" w:rsidR="005A0029" w:rsidRDefault="00F83EB4">
      <w:pPr>
        <w:pStyle w:val="Heading2"/>
      </w:pPr>
      <w:r>
        <w:t>Pause &amp; Notice</w:t>
      </w:r>
    </w:p>
    <w:p w14:paraId="445D42F6" w14:textId="77777777" w:rsidR="005A0029" w:rsidRDefault="00F83EB4">
      <w:r>
        <w:t>What is this theme revealing about my heart, thoughts, relationships, or current circumstances today?</w:t>
      </w:r>
    </w:p>
    <w:p w14:paraId="48DEA3F2" w14:textId="77777777" w:rsidR="005A0029" w:rsidRDefault="00F83EB4">
      <w:pPr>
        <w:pStyle w:val="Heading2"/>
      </w:pPr>
      <w:r>
        <w:t>Peace Practice</w:t>
      </w:r>
    </w:p>
    <w:p w14:paraId="204446D2" w14:textId="77777777" w:rsidR="005A0029" w:rsidRDefault="00F83EB4">
      <w:r>
        <w:t>Take five slow breaths. With each inhale, receive God's presence; with each exhale, release one pressure you have been carrying.</w:t>
      </w:r>
    </w:p>
    <w:p w14:paraId="765D99D6" w14:textId="77777777" w:rsidR="005A0029" w:rsidRDefault="00F83EB4">
      <w:pPr>
        <w:pStyle w:val="Heading2"/>
      </w:pPr>
      <w:r>
        <w:t>My Thoughts &amp; Prayers</w:t>
      </w:r>
    </w:p>
    <w:p w14:paraId="7FE3A5BE" w14:textId="77777777" w:rsidR="005A0029" w:rsidRDefault="00F83EB4">
      <w:pPr>
        <w:spacing w:after="60"/>
      </w:pPr>
      <w:r>
        <w:rPr>
          <w:color w:val="B4B4B4"/>
          <w:sz w:val="16"/>
        </w:rPr>
        <w:t>________________________________________________________</w:t>
      </w:r>
    </w:p>
    <w:p w14:paraId="5B5A65BB" w14:textId="77777777" w:rsidR="005A0029" w:rsidRDefault="00F83EB4">
      <w:pPr>
        <w:spacing w:after="60"/>
      </w:pPr>
      <w:r>
        <w:rPr>
          <w:color w:val="B4B4B4"/>
          <w:sz w:val="16"/>
        </w:rPr>
        <w:t>________________________________________________________</w:t>
      </w:r>
    </w:p>
    <w:p w14:paraId="35FD8C94" w14:textId="77777777" w:rsidR="005A0029" w:rsidRDefault="00F83EB4">
      <w:pPr>
        <w:spacing w:after="60"/>
      </w:pPr>
      <w:r>
        <w:rPr>
          <w:color w:val="B4B4B4"/>
          <w:sz w:val="16"/>
        </w:rPr>
        <w:t>________________________________________________________</w:t>
      </w:r>
    </w:p>
    <w:p w14:paraId="5B06D4D8" w14:textId="77777777" w:rsidR="005A0029" w:rsidRDefault="00F83EB4">
      <w:pPr>
        <w:spacing w:after="60"/>
      </w:pPr>
      <w:r>
        <w:rPr>
          <w:color w:val="B4B4B4"/>
          <w:sz w:val="16"/>
        </w:rPr>
        <w:t>________________________________________________________</w:t>
      </w:r>
    </w:p>
    <w:p w14:paraId="30203C75" w14:textId="77777777" w:rsidR="005A0029" w:rsidRDefault="00F83EB4">
      <w:pPr>
        <w:spacing w:after="60"/>
      </w:pPr>
      <w:r>
        <w:rPr>
          <w:color w:val="B4B4B4"/>
          <w:sz w:val="16"/>
        </w:rPr>
        <w:t>________________________________________________________</w:t>
      </w:r>
    </w:p>
    <w:p w14:paraId="5FBC341C" w14:textId="77777777" w:rsidR="005A0029" w:rsidRDefault="00F83EB4">
      <w:pPr>
        <w:pStyle w:val="Heading2"/>
      </w:pPr>
      <w:r>
        <w:t>Prayer</w:t>
      </w:r>
    </w:p>
    <w:p w14:paraId="52280DAF" w14:textId="77777777" w:rsidR="005A0029" w:rsidRDefault="00F83EB4">
      <w:r>
        <w:t>Father, meet me in this practice of breathing through the moment.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5A1C18C" w14:textId="77777777" w:rsidR="005A0029" w:rsidRDefault="00F83EB4">
      <w:r>
        <w:rPr>
          <w:b/>
          <w:color w:val="B08D3A"/>
        </w:rPr>
        <w:lastRenderedPageBreak/>
        <w:t xml:space="preserve">TODAY'S DECLARATION  </w:t>
      </w:r>
      <w:r>
        <w:t>I will meet breathing through the moment with truth, faith, and practiced peace.</w:t>
      </w:r>
    </w:p>
    <w:p w14:paraId="098B02F0" w14:textId="77777777" w:rsidR="005A0029" w:rsidRDefault="00F83EB4">
      <w:r>
        <w:br w:type="page"/>
      </w:r>
    </w:p>
    <w:p w14:paraId="34FC53F5" w14:textId="77777777" w:rsidR="005A0029" w:rsidRDefault="00F83EB4">
      <w:pPr>
        <w:pStyle w:val="Heading2"/>
      </w:pPr>
      <w:r>
        <w:lastRenderedPageBreak/>
        <w:t>DAY 4</w:t>
      </w:r>
    </w:p>
    <w:p w14:paraId="4F2D9C45" w14:textId="77777777" w:rsidR="005A0029" w:rsidRDefault="00F83EB4">
      <w:pPr>
        <w:pStyle w:val="Heading1"/>
      </w:pPr>
      <w:r>
        <w:t>Rest Is Holy</w:t>
      </w:r>
    </w:p>
    <w:p w14:paraId="23D0DABC" w14:textId="77777777" w:rsidR="005A0029" w:rsidRDefault="00F83EB4">
      <w:r>
        <w:rPr>
          <w:b/>
          <w:color w:val="B08D3A"/>
        </w:rPr>
        <w:t xml:space="preserve">ANCHOR SCRIPTURE  </w:t>
      </w:r>
      <w:r>
        <w:t>Mark 6:31</w:t>
      </w:r>
    </w:p>
    <w:p w14:paraId="1E6425B5" w14:textId="77777777" w:rsidR="005A0029" w:rsidRDefault="00F83EB4">
      <w:pPr>
        <w:pStyle w:val="Heading2"/>
      </w:pPr>
      <w:r>
        <w:t>Guided Reflection</w:t>
      </w:r>
    </w:p>
    <w:p w14:paraId="03074834" w14:textId="77777777" w:rsidR="005A0029" w:rsidRDefault="00F83EB4">
      <w:r>
        <w:t>Today, consider what “rest is holy”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truth is practi</w:t>
      </w:r>
      <w:r>
        <w:t>ced repeatedly, especially when circumstances remain unresolved.</w:t>
      </w:r>
    </w:p>
    <w:p w14:paraId="4969B640" w14:textId="77777777" w:rsidR="005A0029" w:rsidRDefault="00F83EB4">
      <w:pPr>
        <w:pStyle w:val="Heading2"/>
      </w:pPr>
      <w:r>
        <w:t>Pause &amp; Notice</w:t>
      </w:r>
    </w:p>
    <w:p w14:paraId="77819A67" w14:textId="77777777" w:rsidR="005A0029" w:rsidRDefault="00F83EB4">
      <w:r>
        <w:t>What is this theme revealing about my heart, thoughts, relationships, or current circumstances today?</w:t>
      </w:r>
    </w:p>
    <w:p w14:paraId="420D5A81" w14:textId="77777777" w:rsidR="005A0029" w:rsidRDefault="00F83EB4">
      <w:pPr>
        <w:pStyle w:val="Heading2"/>
      </w:pPr>
      <w:r>
        <w:t>Peace Practice</w:t>
      </w:r>
    </w:p>
    <w:p w14:paraId="1555CEB9" w14:textId="77777777" w:rsidR="005A0029" w:rsidRDefault="00F83EB4">
      <w:r>
        <w:t>Write one recurring fearful thought. Under it, write a Scripture-shaped response that is more truthful and life-giving.</w:t>
      </w:r>
    </w:p>
    <w:p w14:paraId="17E84A1A" w14:textId="77777777" w:rsidR="005A0029" w:rsidRDefault="00F83EB4">
      <w:pPr>
        <w:pStyle w:val="Heading2"/>
      </w:pPr>
      <w:r>
        <w:t>My Thoughts &amp; Prayers</w:t>
      </w:r>
    </w:p>
    <w:p w14:paraId="456F9871" w14:textId="77777777" w:rsidR="005A0029" w:rsidRDefault="00F83EB4">
      <w:pPr>
        <w:spacing w:after="60"/>
      </w:pPr>
      <w:r>
        <w:rPr>
          <w:color w:val="B4B4B4"/>
          <w:sz w:val="16"/>
        </w:rPr>
        <w:t>________________________________________________________</w:t>
      </w:r>
    </w:p>
    <w:p w14:paraId="65380E73" w14:textId="77777777" w:rsidR="005A0029" w:rsidRDefault="00F83EB4">
      <w:pPr>
        <w:spacing w:after="60"/>
      </w:pPr>
      <w:r>
        <w:rPr>
          <w:color w:val="B4B4B4"/>
          <w:sz w:val="16"/>
        </w:rPr>
        <w:t>________________________________________________________</w:t>
      </w:r>
    </w:p>
    <w:p w14:paraId="328F4518" w14:textId="77777777" w:rsidR="005A0029" w:rsidRDefault="00F83EB4">
      <w:pPr>
        <w:spacing w:after="60"/>
      </w:pPr>
      <w:r>
        <w:rPr>
          <w:color w:val="B4B4B4"/>
          <w:sz w:val="16"/>
        </w:rPr>
        <w:t>________________________________________________________</w:t>
      </w:r>
    </w:p>
    <w:p w14:paraId="3D5A721A" w14:textId="77777777" w:rsidR="005A0029" w:rsidRDefault="00F83EB4">
      <w:pPr>
        <w:spacing w:after="60"/>
      </w:pPr>
      <w:r>
        <w:rPr>
          <w:color w:val="B4B4B4"/>
          <w:sz w:val="16"/>
        </w:rPr>
        <w:t>________________________________________________________</w:t>
      </w:r>
    </w:p>
    <w:p w14:paraId="51D814C1" w14:textId="77777777" w:rsidR="005A0029" w:rsidRDefault="00F83EB4">
      <w:pPr>
        <w:spacing w:after="60"/>
      </w:pPr>
      <w:r>
        <w:rPr>
          <w:color w:val="B4B4B4"/>
          <w:sz w:val="16"/>
        </w:rPr>
        <w:t>________________________________________________________</w:t>
      </w:r>
    </w:p>
    <w:p w14:paraId="69A10AA0" w14:textId="77777777" w:rsidR="005A0029" w:rsidRDefault="00F83EB4">
      <w:pPr>
        <w:pStyle w:val="Heading2"/>
      </w:pPr>
      <w:r>
        <w:t>Prayer</w:t>
      </w:r>
    </w:p>
    <w:p w14:paraId="62218626" w14:textId="77777777" w:rsidR="005A0029" w:rsidRDefault="00F83EB4">
      <w:r>
        <w:t>Father, meet me in this practice of rest is holy.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B243A78" w14:textId="77777777" w:rsidR="005A0029" w:rsidRDefault="00F83EB4">
      <w:r>
        <w:rPr>
          <w:b/>
          <w:color w:val="B08D3A"/>
        </w:rPr>
        <w:lastRenderedPageBreak/>
        <w:t xml:space="preserve">TODAY'S DECLARATION  </w:t>
      </w:r>
      <w:r>
        <w:t>I will meet rest is holy with truth, faith, and practiced peace.</w:t>
      </w:r>
    </w:p>
    <w:p w14:paraId="77E3DF30" w14:textId="77777777" w:rsidR="005A0029" w:rsidRDefault="00F83EB4">
      <w:r>
        <w:br w:type="page"/>
      </w:r>
    </w:p>
    <w:p w14:paraId="7BF62D38" w14:textId="77777777" w:rsidR="005A0029" w:rsidRDefault="00F83EB4">
      <w:pPr>
        <w:pStyle w:val="Heading2"/>
      </w:pPr>
      <w:r>
        <w:lastRenderedPageBreak/>
        <w:t>DAY 5</w:t>
      </w:r>
    </w:p>
    <w:p w14:paraId="2E31B60E" w14:textId="77777777" w:rsidR="005A0029" w:rsidRDefault="00F83EB4">
      <w:pPr>
        <w:pStyle w:val="Heading1"/>
      </w:pPr>
      <w:r>
        <w:t>Returning to the Present</w:t>
      </w:r>
    </w:p>
    <w:p w14:paraId="4422028A" w14:textId="77777777" w:rsidR="005A0029" w:rsidRDefault="00F83EB4">
      <w:r>
        <w:rPr>
          <w:b/>
          <w:color w:val="B08D3A"/>
        </w:rPr>
        <w:t xml:space="preserve">ANCHOR SCRIPTURE  </w:t>
      </w:r>
      <w:r>
        <w:t>Matthew 6:34</w:t>
      </w:r>
    </w:p>
    <w:p w14:paraId="67C83E99" w14:textId="77777777" w:rsidR="005A0029" w:rsidRDefault="00F83EB4">
      <w:pPr>
        <w:pStyle w:val="Heading2"/>
      </w:pPr>
      <w:r>
        <w:t>Guided Reflection</w:t>
      </w:r>
    </w:p>
    <w:p w14:paraId="081664F4" w14:textId="77777777" w:rsidR="005A0029" w:rsidRDefault="00F83EB4">
      <w:r>
        <w:t>Today, consider what “returning to the present”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5E2B914C" w14:textId="77777777" w:rsidR="005A0029" w:rsidRDefault="00F83EB4">
      <w:pPr>
        <w:pStyle w:val="Heading2"/>
      </w:pPr>
      <w:r>
        <w:t>Pause &amp; Notice</w:t>
      </w:r>
    </w:p>
    <w:p w14:paraId="4871F457" w14:textId="77777777" w:rsidR="005A0029" w:rsidRDefault="00F83EB4">
      <w:r>
        <w:t>What is this theme revealing about my heart, thoughts, relationships, or current circumstances today?</w:t>
      </w:r>
    </w:p>
    <w:p w14:paraId="56B77E61" w14:textId="77777777" w:rsidR="005A0029" w:rsidRDefault="00F83EB4">
      <w:pPr>
        <w:pStyle w:val="Heading2"/>
      </w:pPr>
      <w:r>
        <w:t>Peace Practice</w:t>
      </w:r>
    </w:p>
    <w:p w14:paraId="587821BC" w14:textId="77777777" w:rsidR="005A0029" w:rsidRDefault="00F83EB4">
      <w:r>
        <w:t>Identify one small action that would create greater peace today. Make it specific enough to complete before the day ends.</w:t>
      </w:r>
    </w:p>
    <w:p w14:paraId="13B3029D" w14:textId="77777777" w:rsidR="005A0029" w:rsidRDefault="00F83EB4">
      <w:pPr>
        <w:pStyle w:val="Heading2"/>
      </w:pPr>
      <w:r>
        <w:t>My Thoughts &amp; Prayers</w:t>
      </w:r>
    </w:p>
    <w:p w14:paraId="5578084A" w14:textId="77777777" w:rsidR="005A0029" w:rsidRDefault="00F83EB4">
      <w:pPr>
        <w:spacing w:after="60"/>
      </w:pPr>
      <w:r>
        <w:rPr>
          <w:color w:val="B4B4B4"/>
          <w:sz w:val="16"/>
        </w:rPr>
        <w:t>________________________________________________________</w:t>
      </w:r>
    </w:p>
    <w:p w14:paraId="78E2F51E" w14:textId="77777777" w:rsidR="005A0029" w:rsidRDefault="00F83EB4">
      <w:pPr>
        <w:spacing w:after="60"/>
      </w:pPr>
      <w:r>
        <w:rPr>
          <w:color w:val="B4B4B4"/>
          <w:sz w:val="16"/>
        </w:rPr>
        <w:t>________________________________________________________</w:t>
      </w:r>
    </w:p>
    <w:p w14:paraId="35E271DE" w14:textId="77777777" w:rsidR="005A0029" w:rsidRDefault="00F83EB4">
      <w:pPr>
        <w:spacing w:after="60"/>
      </w:pPr>
      <w:r>
        <w:rPr>
          <w:color w:val="B4B4B4"/>
          <w:sz w:val="16"/>
        </w:rPr>
        <w:t>________________________________________________________</w:t>
      </w:r>
    </w:p>
    <w:p w14:paraId="4B370FC3" w14:textId="77777777" w:rsidR="005A0029" w:rsidRDefault="00F83EB4">
      <w:pPr>
        <w:spacing w:after="60"/>
      </w:pPr>
      <w:r>
        <w:rPr>
          <w:color w:val="B4B4B4"/>
          <w:sz w:val="16"/>
        </w:rPr>
        <w:t>________________________________________________________</w:t>
      </w:r>
    </w:p>
    <w:p w14:paraId="1A649BEF" w14:textId="77777777" w:rsidR="005A0029" w:rsidRDefault="00F83EB4">
      <w:pPr>
        <w:spacing w:after="60"/>
      </w:pPr>
      <w:r>
        <w:rPr>
          <w:color w:val="B4B4B4"/>
          <w:sz w:val="16"/>
        </w:rPr>
        <w:t>________________________________________________________</w:t>
      </w:r>
    </w:p>
    <w:p w14:paraId="20BEEF7A" w14:textId="77777777" w:rsidR="005A0029" w:rsidRDefault="00F83EB4">
      <w:pPr>
        <w:pStyle w:val="Heading2"/>
      </w:pPr>
      <w:r>
        <w:t>Prayer</w:t>
      </w:r>
    </w:p>
    <w:p w14:paraId="57F5D204" w14:textId="77777777" w:rsidR="005A0029" w:rsidRDefault="00F83EB4">
      <w:r>
        <w:t>Father, meet me in this practice of returning to the present.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C86D439" w14:textId="77777777" w:rsidR="005A0029" w:rsidRDefault="00F83EB4">
      <w:r>
        <w:rPr>
          <w:b/>
          <w:color w:val="B08D3A"/>
        </w:rPr>
        <w:lastRenderedPageBreak/>
        <w:t xml:space="preserve">TODAY'S DECLARATION  </w:t>
      </w:r>
      <w:r>
        <w:t>I will meet returning to the present with truth, faith, and practiced peace.</w:t>
      </w:r>
    </w:p>
    <w:p w14:paraId="2B885059" w14:textId="77777777" w:rsidR="005A0029" w:rsidRDefault="00F83EB4">
      <w:r>
        <w:br w:type="page"/>
      </w:r>
    </w:p>
    <w:p w14:paraId="277F1E4E" w14:textId="77777777" w:rsidR="005A0029" w:rsidRDefault="00F83EB4">
      <w:pPr>
        <w:pStyle w:val="Heading2"/>
      </w:pPr>
      <w:r>
        <w:lastRenderedPageBreak/>
        <w:t>DAY 6</w:t>
      </w:r>
    </w:p>
    <w:p w14:paraId="52BA641C" w14:textId="77777777" w:rsidR="005A0029" w:rsidRDefault="00F83EB4">
      <w:pPr>
        <w:pStyle w:val="Heading1"/>
      </w:pPr>
      <w:r>
        <w:t>Release What You Cannot Control</w:t>
      </w:r>
    </w:p>
    <w:p w14:paraId="539F74D7" w14:textId="77777777" w:rsidR="005A0029" w:rsidRDefault="00F83EB4">
      <w:r>
        <w:rPr>
          <w:b/>
          <w:color w:val="B08D3A"/>
        </w:rPr>
        <w:t xml:space="preserve">ANCHOR SCRIPTURE  </w:t>
      </w:r>
      <w:r>
        <w:t>1 Peter 5:7</w:t>
      </w:r>
    </w:p>
    <w:p w14:paraId="275240D0" w14:textId="77777777" w:rsidR="005A0029" w:rsidRDefault="00F83EB4">
      <w:pPr>
        <w:pStyle w:val="Heading2"/>
      </w:pPr>
      <w:r>
        <w:t>Guided Reflection</w:t>
      </w:r>
    </w:p>
    <w:p w14:paraId="198D23D6" w14:textId="77777777" w:rsidR="005A0029" w:rsidRDefault="00F83EB4">
      <w:r>
        <w:t>Today, consider what “release what you cannot control”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w:t>
      </w:r>
      <w:r>
        <w:t>hen truth is practiced repeatedly, especially when circumstances remain unresolved.</w:t>
      </w:r>
    </w:p>
    <w:p w14:paraId="56A48C07" w14:textId="77777777" w:rsidR="005A0029" w:rsidRDefault="00F83EB4">
      <w:pPr>
        <w:pStyle w:val="Heading2"/>
      </w:pPr>
      <w:r>
        <w:t>Pause &amp; Notice</w:t>
      </w:r>
    </w:p>
    <w:p w14:paraId="019CC6BB" w14:textId="77777777" w:rsidR="005A0029" w:rsidRDefault="00F83EB4">
      <w:r>
        <w:t>What is this theme revealing about my heart, thoughts, relationships, or current circumstances today?</w:t>
      </w:r>
    </w:p>
    <w:p w14:paraId="7680B3C5" w14:textId="77777777" w:rsidR="005A0029" w:rsidRDefault="00F83EB4">
      <w:pPr>
        <w:pStyle w:val="Heading2"/>
      </w:pPr>
      <w:r>
        <w:t>Peace Practice</w:t>
      </w:r>
    </w:p>
    <w:p w14:paraId="427D837B" w14:textId="77777777" w:rsidR="005A0029" w:rsidRDefault="00F83EB4">
      <w:r>
        <w:t>Reach out to one trusted, mature person. Share one thing you have been carrying silently and allow yourself to receive support.</w:t>
      </w:r>
    </w:p>
    <w:p w14:paraId="6429CEE3" w14:textId="77777777" w:rsidR="005A0029" w:rsidRDefault="00F83EB4">
      <w:pPr>
        <w:pStyle w:val="Heading2"/>
      </w:pPr>
      <w:r>
        <w:t>My Thoughts &amp; Prayers</w:t>
      </w:r>
    </w:p>
    <w:p w14:paraId="32F2C610" w14:textId="77777777" w:rsidR="005A0029" w:rsidRDefault="00F83EB4">
      <w:pPr>
        <w:spacing w:after="60"/>
      </w:pPr>
      <w:r>
        <w:rPr>
          <w:color w:val="B4B4B4"/>
          <w:sz w:val="16"/>
        </w:rPr>
        <w:t>________________________________________________________</w:t>
      </w:r>
    </w:p>
    <w:p w14:paraId="26A5275C" w14:textId="77777777" w:rsidR="005A0029" w:rsidRDefault="00F83EB4">
      <w:pPr>
        <w:spacing w:after="60"/>
      </w:pPr>
      <w:r>
        <w:rPr>
          <w:color w:val="B4B4B4"/>
          <w:sz w:val="16"/>
        </w:rPr>
        <w:t>________________________________________________________</w:t>
      </w:r>
    </w:p>
    <w:p w14:paraId="28E3BC34" w14:textId="77777777" w:rsidR="005A0029" w:rsidRDefault="00F83EB4">
      <w:pPr>
        <w:spacing w:after="60"/>
      </w:pPr>
      <w:r>
        <w:rPr>
          <w:color w:val="B4B4B4"/>
          <w:sz w:val="16"/>
        </w:rPr>
        <w:t>________________________________________________________</w:t>
      </w:r>
    </w:p>
    <w:p w14:paraId="43B7F12E" w14:textId="77777777" w:rsidR="005A0029" w:rsidRDefault="00F83EB4">
      <w:pPr>
        <w:spacing w:after="60"/>
      </w:pPr>
      <w:r>
        <w:rPr>
          <w:color w:val="B4B4B4"/>
          <w:sz w:val="16"/>
        </w:rPr>
        <w:t>________________________________________________________</w:t>
      </w:r>
    </w:p>
    <w:p w14:paraId="02AC46D5" w14:textId="77777777" w:rsidR="005A0029" w:rsidRDefault="00F83EB4">
      <w:pPr>
        <w:spacing w:after="60"/>
      </w:pPr>
      <w:r>
        <w:rPr>
          <w:color w:val="B4B4B4"/>
          <w:sz w:val="16"/>
        </w:rPr>
        <w:t>________________________________________________________</w:t>
      </w:r>
    </w:p>
    <w:p w14:paraId="26261A0B" w14:textId="77777777" w:rsidR="005A0029" w:rsidRDefault="00F83EB4">
      <w:pPr>
        <w:pStyle w:val="Heading2"/>
      </w:pPr>
      <w:r>
        <w:t>Prayer</w:t>
      </w:r>
    </w:p>
    <w:p w14:paraId="1EC1E879" w14:textId="77777777" w:rsidR="005A0029" w:rsidRDefault="00F83EB4">
      <w:r>
        <w:t>Father, meet me in this practice of release what you cannot control.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0003796" w14:textId="77777777" w:rsidR="005A0029" w:rsidRDefault="00F83EB4">
      <w:r>
        <w:rPr>
          <w:b/>
          <w:color w:val="B08D3A"/>
        </w:rPr>
        <w:lastRenderedPageBreak/>
        <w:t xml:space="preserve">TODAY'S DECLARATION  </w:t>
      </w:r>
      <w:r>
        <w:t>I will meet release what you cannot control with truth, faith, and practiced peace.</w:t>
      </w:r>
    </w:p>
    <w:p w14:paraId="73612FDC" w14:textId="77777777" w:rsidR="005A0029" w:rsidRDefault="00F83EB4">
      <w:r>
        <w:br w:type="page"/>
      </w:r>
    </w:p>
    <w:p w14:paraId="7275F7DD" w14:textId="77777777" w:rsidR="005A0029" w:rsidRDefault="00F83EB4">
      <w:pPr>
        <w:pStyle w:val="Heading2"/>
      </w:pPr>
      <w:r>
        <w:lastRenderedPageBreak/>
        <w:t>DAY 7</w:t>
      </w:r>
    </w:p>
    <w:p w14:paraId="32B2DDAF" w14:textId="77777777" w:rsidR="005A0029" w:rsidRDefault="00F83EB4">
      <w:pPr>
        <w:pStyle w:val="Heading1"/>
      </w:pPr>
      <w:r>
        <w:t>The Ministry of Sleep</w:t>
      </w:r>
    </w:p>
    <w:p w14:paraId="12EF5AEB" w14:textId="77777777" w:rsidR="005A0029" w:rsidRDefault="00F83EB4">
      <w:r>
        <w:rPr>
          <w:b/>
          <w:color w:val="B08D3A"/>
        </w:rPr>
        <w:t xml:space="preserve">ANCHOR SCRIPTURE  </w:t>
      </w:r>
      <w:r>
        <w:t>Psalm 127:2</w:t>
      </w:r>
    </w:p>
    <w:p w14:paraId="037FA2C5" w14:textId="77777777" w:rsidR="005A0029" w:rsidRDefault="00F83EB4">
      <w:pPr>
        <w:pStyle w:val="Heading2"/>
      </w:pPr>
      <w:r>
        <w:t>Guided Reflection</w:t>
      </w:r>
    </w:p>
    <w:p w14:paraId="52941849" w14:textId="77777777" w:rsidR="005A0029" w:rsidRDefault="00F83EB4">
      <w:r>
        <w:t xml:space="preserve">Today, consider what “the ministry of sleep”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truth </w:t>
      </w:r>
      <w:r>
        <w:t>is practiced repeatedly, especially when circumstances remain unresolved.</w:t>
      </w:r>
    </w:p>
    <w:p w14:paraId="1674959E" w14:textId="77777777" w:rsidR="005A0029" w:rsidRDefault="00F83EB4">
      <w:pPr>
        <w:pStyle w:val="Heading2"/>
      </w:pPr>
      <w:r>
        <w:t>Pause &amp; Notice</w:t>
      </w:r>
    </w:p>
    <w:p w14:paraId="119C93DC" w14:textId="77777777" w:rsidR="005A0029" w:rsidRDefault="00F83EB4">
      <w:r>
        <w:t>What is this theme revealing about my heart, thoughts, relationships, or current circumstances today?</w:t>
      </w:r>
    </w:p>
    <w:p w14:paraId="3EE12102" w14:textId="77777777" w:rsidR="005A0029" w:rsidRDefault="00F83EB4">
      <w:pPr>
        <w:pStyle w:val="Heading2"/>
      </w:pPr>
      <w:r>
        <w:t>Peace Practice</w:t>
      </w:r>
    </w:p>
    <w:p w14:paraId="5DBC2B82" w14:textId="77777777" w:rsidR="005A0029" w:rsidRDefault="00F83EB4">
      <w:r>
        <w:t>Practice a ten-minute quiet period without your phone. Notice what surfaces, then bring it honestly into prayer.</w:t>
      </w:r>
    </w:p>
    <w:p w14:paraId="16DDF5A4" w14:textId="77777777" w:rsidR="005A0029" w:rsidRDefault="00F83EB4">
      <w:pPr>
        <w:pStyle w:val="Heading2"/>
      </w:pPr>
      <w:r>
        <w:t>My Thoughts &amp; Prayers</w:t>
      </w:r>
    </w:p>
    <w:p w14:paraId="5C255F21" w14:textId="77777777" w:rsidR="005A0029" w:rsidRDefault="00F83EB4">
      <w:pPr>
        <w:spacing w:after="60"/>
      </w:pPr>
      <w:r>
        <w:rPr>
          <w:color w:val="B4B4B4"/>
          <w:sz w:val="16"/>
        </w:rPr>
        <w:t>________________________________________________________</w:t>
      </w:r>
    </w:p>
    <w:p w14:paraId="20BF6AED" w14:textId="77777777" w:rsidR="005A0029" w:rsidRDefault="00F83EB4">
      <w:pPr>
        <w:spacing w:after="60"/>
      </w:pPr>
      <w:r>
        <w:rPr>
          <w:color w:val="B4B4B4"/>
          <w:sz w:val="16"/>
        </w:rPr>
        <w:t>________________________________________________________</w:t>
      </w:r>
    </w:p>
    <w:p w14:paraId="6A75DC30" w14:textId="77777777" w:rsidR="005A0029" w:rsidRDefault="00F83EB4">
      <w:pPr>
        <w:spacing w:after="60"/>
      </w:pPr>
      <w:r>
        <w:rPr>
          <w:color w:val="B4B4B4"/>
          <w:sz w:val="16"/>
        </w:rPr>
        <w:t>________________________________________________________</w:t>
      </w:r>
    </w:p>
    <w:p w14:paraId="468D1253" w14:textId="77777777" w:rsidR="005A0029" w:rsidRDefault="00F83EB4">
      <w:pPr>
        <w:spacing w:after="60"/>
      </w:pPr>
      <w:r>
        <w:rPr>
          <w:color w:val="B4B4B4"/>
          <w:sz w:val="16"/>
        </w:rPr>
        <w:t>________________________________________________________</w:t>
      </w:r>
    </w:p>
    <w:p w14:paraId="2D04E1C8" w14:textId="77777777" w:rsidR="005A0029" w:rsidRDefault="00F83EB4">
      <w:pPr>
        <w:spacing w:after="60"/>
      </w:pPr>
      <w:r>
        <w:rPr>
          <w:color w:val="B4B4B4"/>
          <w:sz w:val="16"/>
        </w:rPr>
        <w:t>________________________________________________________</w:t>
      </w:r>
    </w:p>
    <w:p w14:paraId="2F567127" w14:textId="77777777" w:rsidR="005A0029" w:rsidRDefault="00F83EB4">
      <w:pPr>
        <w:pStyle w:val="Heading2"/>
      </w:pPr>
      <w:r>
        <w:t>Prayer</w:t>
      </w:r>
    </w:p>
    <w:p w14:paraId="223FA130" w14:textId="77777777" w:rsidR="005A0029" w:rsidRDefault="00F83EB4">
      <w:r>
        <w:t>Father, meet me in this practice of the ministry of sleep.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E1774DE" w14:textId="77777777" w:rsidR="005A0029" w:rsidRDefault="00F83EB4">
      <w:r>
        <w:rPr>
          <w:b/>
          <w:color w:val="B08D3A"/>
        </w:rPr>
        <w:lastRenderedPageBreak/>
        <w:t xml:space="preserve">TODAY'S DECLARATION  </w:t>
      </w:r>
      <w:r>
        <w:t>I will meet the ministry of sleep with truth, faith, and practiced peace.</w:t>
      </w:r>
    </w:p>
    <w:p w14:paraId="64EB5EF5" w14:textId="77777777" w:rsidR="005A0029" w:rsidRDefault="00F83EB4">
      <w:r>
        <w:br w:type="page"/>
      </w:r>
    </w:p>
    <w:p w14:paraId="34A6D604" w14:textId="77777777" w:rsidR="005A0029" w:rsidRDefault="00F83EB4">
      <w:pPr>
        <w:pStyle w:val="Heading2"/>
      </w:pPr>
      <w:r>
        <w:lastRenderedPageBreak/>
        <w:t>DAY 8</w:t>
      </w:r>
    </w:p>
    <w:p w14:paraId="7F6D1856" w14:textId="77777777" w:rsidR="005A0029" w:rsidRDefault="00F83EB4">
      <w:pPr>
        <w:pStyle w:val="Heading1"/>
      </w:pPr>
      <w:r>
        <w:t>Creating Quiet</w:t>
      </w:r>
    </w:p>
    <w:p w14:paraId="174BA6FC" w14:textId="77777777" w:rsidR="005A0029" w:rsidRDefault="00F83EB4">
      <w:r>
        <w:rPr>
          <w:b/>
          <w:color w:val="B08D3A"/>
        </w:rPr>
        <w:t xml:space="preserve">ANCHOR SCRIPTURE  </w:t>
      </w:r>
      <w:r>
        <w:t>1 Kings 19:12</w:t>
      </w:r>
    </w:p>
    <w:p w14:paraId="4C51E23F" w14:textId="77777777" w:rsidR="005A0029" w:rsidRDefault="00F83EB4">
      <w:pPr>
        <w:pStyle w:val="Heading2"/>
      </w:pPr>
      <w:r>
        <w:t>Guided Reflection</w:t>
      </w:r>
    </w:p>
    <w:p w14:paraId="7C615669" w14:textId="77777777" w:rsidR="005A0029" w:rsidRDefault="00F83EB4">
      <w:r>
        <w:t>Today, consider what “creating quiet”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truth is prac</w:t>
      </w:r>
      <w:r>
        <w:t>ticed repeatedly, especially when circumstances remain unresolved.</w:t>
      </w:r>
    </w:p>
    <w:p w14:paraId="3D3CFDF2" w14:textId="77777777" w:rsidR="005A0029" w:rsidRDefault="00F83EB4">
      <w:pPr>
        <w:pStyle w:val="Heading2"/>
      </w:pPr>
      <w:r>
        <w:t>Pause &amp; Notice</w:t>
      </w:r>
    </w:p>
    <w:p w14:paraId="67E6F3DE" w14:textId="77777777" w:rsidR="005A0029" w:rsidRDefault="00F83EB4">
      <w:r>
        <w:t>What is this theme revealing about my heart, thoughts, relationships, or current circumstances today?</w:t>
      </w:r>
    </w:p>
    <w:p w14:paraId="22268C61" w14:textId="77777777" w:rsidR="005A0029" w:rsidRDefault="00F83EB4">
      <w:pPr>
        <w:pStyle w:val="Heading2"/>
      </w:pPr>
      <w:r>
        <w:t>Peace Practice</w:t>
      </w:r>
    </w:p>
    <w:p w14:paraId="3BE41AF6" w14:textId="77777777" w:rsidR="005A0029" w:rsidRDefault="00F83EB4">
      <w:r>
        <w:t>Sit quietly for three minutes. Name what you feel without judging it. Then write one truth you want to carry into the day.</w:t>
      </w:r>
    </w:p>
    <w:p w14:paraId="38EB3246" w14:textId="77777777" w:rsidR="005A0029" w:rsidRDefault="00F83EB4">
      <w:pPr>
        <w:pStyle w:val="Heading2"/>
      </w:pPr>
      <w:r>
        <w:t>My Thoughts &amp; Prayers</w:t>
      </w:r>
    </w:p>
    <w:p w14:paraId="31F47847" w14:textId="77777777" w:rsidR="005A0029" w:rsidRDefault="00F83EB4">
      <w:pPr>
        <w:spacing w:after="60"/>
      </w:pPr>
      <w:r>
        <w:rPr>
          <w:color w:val="B4B4B4"/>
          <w:sz w:val="16"/>
        </w:rPr>
        <w:t>________________________________________________________</w:t>
      </w:r>
    </w:p>
    <w:p w14:paraId="0AB71543" w14:textId="77777777" w:rsidR="005A0029" w:rsidRDefault="00F83EB4">
      <w:pPr>
        <w:spacing w:after="60"/>
      </w:pPr>
      <w:r>
        <w:rPr>
          <w:color w:val="B4B4B4"/>
          <w:sz w:val="16"/>
        </w:rPr>
        <w:t>________________________________________________________</w:t>
      </w:r>
    </w:p>
    <w:p w14:paraId="2CB75A2C" w14:textId="77777777" w:rsidR="005A0029" w:rsidRDefault="00F83EB4">
      <w:pPr>
        <w:spacing w:after="60"/>
      </w:pPr>
      <w:r>
        <w:rPr>
          <w:color w:val="B4B4B4"/>
          <w:sz w:val="16"/>
        </w:rPr>
        <w:t>________________________________________________________</w:t>
      </w:r>
    </w:p>
    <w:p w14:paraId="110B119E" w14:textId="77777777" w:rsidR="005A0029" w:rsidRDefault="00F83EB4">
      <w:pPr>
        <w:spacing w:after="60"/>
      </w:pPr>
      <w:r>
        <w:rPr>
          <w:color w:val="B4B4B4"/>
          <w:sz w:val="16"/>
        </w:rPr>
        <w:t>________________________________________________________</w:t>
      </w:r>
    </w:p>
    <w:p w14:paraId="70AFA6BF" w14:textId="77777777" w:rsidR="005A0029" w:rsidRDefault="00F83EB4">
      <w:pPr>
        <w:spacing w:after="60"/>
      </w:pPr>
      <w:r>
        <w:rPr>
          <w:color w:val="B4B4B4"/>
          <w:sz w:val="16"/>
        </w:rPr>
        <w:t>________________________________________________________</w:t>
      </w:r>
    </w:p>
    <w:p w14:paraId="1D9CF11D" w14:textId="77777777" w:rsidR="005A0029" w:rsidRDefault="00F83EB4">
      <w:pPr>
        <w:pStyle w:val="Heading2"/>
      </w:pPr>
      <w:r>
        <w:t>Prayer</w:t>
      </w:r>
    </w:p>
    <w:p w14:paraId="28DAA59A" w14:textId="77777777" w:rsidR="005A0029" w:rsidRDefault="00F83EB4">
      <w:r>
        <w:t>Father, meet me in this practice of creating quiet.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70FC408" w14:textId="77777777" w:rsidR="005A0029" w:rsidRDefault="00F83EB4">
      <w:r>
        <w:rPr>
          <w:b/>
          <w:color w:val="B08D3A"/>
        </w:rPr>
        <w:lastRenderedPageBreak/>
        <w:t xml:space="preserve">TODAY'S DECLARATION  </w:t>
      </w:r>
      <w:r>
        <w:t>I will meet creating quiet with truth, faith, and practiced peace.</w:t>
      </w:r>
    </w:p>
    <w:p w14:paraId="62E064DC" w14:textId="77777777" w:rsidR="005A0029" w:rsidRDefault="00F83EB4">
      <w:r>
        <w:br w:type="page"/>
      </w:r>
    </w:p>
    <w:p w14:paraId="558A32B9" w14:textId="77777777" w:rsidR="005A0029" w:rsidRDefault="00F83EB4">
      <w:pPr>
        <w:pStyle w:val="Heading2"/>
      </w:pPr>
      <w:r>
        <w:lastRenderedPageBreak/>
        <w:t>DAY 9</w:t>
      </w:r>
    </w:p>
    <w:p w14:paraId="31C8C524" w14:textId="77777777" w:rsidR="005A0029" w:rsidRDefault="00F83EB4">
      <w:pPr>
        <w:pStyle w:val="Heading1"/>
      </w:pPr>
      <w:r>
        <w:t>A Slower Pace</w:t>
      </w:r>
    </w:p>
    <w:p w14:paraId="7E3FB910" w14:textId="77777777" w:rsidR="005A0029" w:rsidRDefault="00F83EB4">
      <w:r>
        <w:rPr>
          <w:b/>
          <w:color w:val="B08D3A"/>
        </w:rPr>
        <w:t xml:space="preserve">ANCHOR SCRIPTURE  </w:t>
      </w:r>
      <w:r>
        <w:t>Ecclesiastes 3:1</w:t>
      </w:r>
    </w:p>
    <w:p w14:paraId="6DAB837C" w14:textId="77777777" w:rsidR="005A0029" w:rsidRDefault="00F83EB4">
      <w:pPr>
        <w:pStyle w:val="Heading2"/>
      </w:pPr>
      <w:r>
        <w:t>Guided Reflection</w:t>
      </w:r>
    </w:p>
    <w:p w14:paraId="67E022CE" w14:textId="77777777" w:rsidR="005A0029" w:rsidRDefault="00F83EB4">
      <w:r>
        <w:t>Today, consider what “a slower pace”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truth is pract</w:t>
      </w:r>
      <w:r>
        <w:t>iced repeatedly, especially when circumstances remain unresolved.</w:t>
      </w:r>
    </w:p>
    <w:p w14:paraId="1CA4354B" w14:textId="77777777" w:rsidR="005A0029" w:rsidRDefault="00F83EB4">
      <w:pPr>
        <w:pStyle w:val="Heading2"/>
      </w:pPr>
      <w:r>
        <w:t>Pause &amp; Notice</w:t>
      </w:r>
    </w:p>
    <w:p w14:paraId="629D4CC5" w14:textId="77777777" w:rsidR="005A0029" w:rsidRDefault="00F83EB4">
      <w:r>
        <w:t>What is this theme revealing about my heart, thoughts, relationships, or current circumstances today?</w:t>
      </w:r>
    </w:p>
    <w:p w14:paraId="47970931" w14:textId="77777777" w:rsidR="005A0029" w:rsidRDefault="00F83EB4">
      <w:pPr>
        <w:pStyle w:val="Heading2"/>
      </w:pPr>
      <w:r>
        <w:t>Peace Practice</w:t>
      </w:r>
    </w:p>
    <w:p w14:paraId="08487EA9" w14:textId="77777777" w:rsidR="005A0029" w:rsidRDefault="00F83EB4">
      <w:r>
        <w:t>Draw two columns: 'What I can control' and 'What I must release.' Place each concern in the appropriate column and pray over both.</w:t>
      </w:r>
    </w:p>
    <w:p w14:paraId="602FD569" w14:textId="77777777" w:rsidR="005A0029" w:rsidRDefault="00F83EB4">
      <w:pPr>
        <w:pStyle w:val="Heading2"/>
      </w:pPr>
      <w:r>
        <w:t>My Thoughts &amp; Prayers</w:t>
      </w:r>
    </w:p>
    <w:p w14:paraId="261B09F1" w14:textId="77777777" w:rsidR="005A0029" w:rsidRDefault="00F83EB4">
      <w:pPr>
        <w:spacing w:after="60"/>
      </w:pPr>
      <w:r>
        <w:rPr>
          <w:color w:val="B4B4B4"/>
          <w:sz w:val="16"/>
        </w:rPr>
        <w:t>________________________________________________________</w:t>
      </w:r>
    </w:p>
    <w:p w14:paraId="7659327F" w14:textId="77777777" w:rsidR="005A0029" w:rsidRDefault="00F83EB4">
      <w:pPr>
        <w:spacing w:after="60"/>
      </w:pPr>
      <w:r>
        <w:rPr>
          <w:color w:val="B4B4B4"/>
          <w:sz w:val="16"/>
        </w:rPr>
        <w:t>________________________________________________________</w:t>
      </w:r>
    </w:p>
    <w:p w14:paraId="56F32B12" w14:textId="77777777" w:rsidR="005A0029" w:rsidRDefault="00F83EB4">
      <w:pPr>
        <w:spacing w:after="60"/>
      </w:pPr>
      <w:r>
        <w:rPr>
          <w:color w:val="B4B4B4"/>
          <w:sz w:val="16"/>
        </w:rPr>
        <w:t>________________________________________________________</w:t>
      </w:r>
    </w:p>
    <w:p w14:paraId="49C831F9" w14:textId="77777777" w:rsidR="005A0029" w:rsidRDefault="00F83EB4">
      <w:pPr>
        <w:spacing w:after="60"/>
      </w:pPr>
      <w:r>
        <w:rPr>
          <w:color w:val="B4B4B4"/>
          <w:sz w:val="16"/>
        </w:rPr>
        <w:t>________________________________________________________</w:t>
      </w:r>
    </w:p>
    <w:p w14:paraId="2031EE88" w14:textId="77777777" w:rsidR="005A0029" w:rsidRDefault="00F83EB4">
      <w:pPr>
        <w:spacing w:after="60"/>
      </w:pPr>
      <w:r>
        <w:rPr>
          <w:color w:val="B4B4B4"/>
          <w:sz w:val="16"/>
        </w:rPr>
        <w:t>________________________________________________________</w:t>
      </w:r>
    </w:p>
    <w:p w14:paraId="36989F6A" w14:textId="77777777" w:rsidR="005A0029" w:rsidRDefault="00F83EB4">
      <w:pPr>
        <w:pStyle w:val="Heading2"/>
      </w:pPr>
      <w:r>
        <w:t>Prayer</w:t>
      </w:r>
    </w:p>
    <w:p w14:paraId="18286E57" w14:textId="77777777" w:rsidR="005A0029" w:rsidRDefault="00F83EB4">
      <w:r>
        <w:t>Father, meet me in this practice of a slower pace.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21DC85C" w14:textId="77777777" w:rsidR="005A0029" w:rsidRDefault="00F83EB4">
      <w:r>
        <w:rPr>
          <w:b/>
          <w:color w:val="B08D3A"/>
        </w:rPr>
        <w:lastRenderedPageBreak/>
        <w:t xml:space="preserve">TODAY'S DECLARATION  </w:t>
      </w:r>
      <w:r>
        <w:t>I will meet a slower pace with truth, faith, and practiced peace.</w:t>
      </w:r>
    </w:p>
    <w:p w14:paraId="2B9C5993" w14:textId="77777777" w:rsidR="005A0029" w:rsidRDefault="00F83EB4">
      <w:r>
        <w:br w:type="page"/>
      </w:r>
    </w:p>
    <w:p w14:paraId="28252250" w14:textId="77777777" w:rsidR="005A0029" w:rsidRDefault="00F83EB4">
      <w:pPr>
        <w:pStyle w:val="Heading2"/>
      </w:pPr>
      <w:r>
        <w:lastRenderedPageBreak/>
        <w:t>DAY 10</w:t>
      </w:r>
    </w:p>
    <w:p w14:paraId="33A21C99" w14:textId="77777777" w:rsidR="005A0029" w:rsidRDefault="00F83EB4">
      <w:pPr>
        <w:pStyle w:val="Heading1"/>
      </w:pPr>
      <w:r>
        <w:t>Peace in Your Body</w:t>
      </w:r>
    </w:p>
    <w:p w14:paraId="6D2FE2A2" w14:textId="77777777" w:rsidR="005A0029" w:rsidRDefault="00F83EB4">
      <w:r>
        <w:rPr>
          <w:b/>
          <w:color w:val="B08D3A"/>
        </w:rPr>
        <w:t xml:space="preserve">ANCHOR SCRIPTURE  </w:t>
      </w:r>
      <w:r>
        <w:t>Philippians 4:7</w:t>
      </w:r>
    </w:p>
    <w:p w14:paraId="611664E0" w14:textId="77777777" w:rsidR="005A0029" w:rsidRDefault="00F83EB4">
      <w:pPr>
        <w:pStyle w:val="Heading2"/>
      </w:pPr>
      <w:r>
        <w:t>Guided Reflection</w:t>
      </w:r>
    </w:p>
    <w:p w14:paraId="3328C150" w14:textId="77777777" w:rsidR="005A0029" w:rsidRDefault="00F83EB4">
      <w:r>
        <w:t xml:space="preserve">Today, consider what “peace in your body”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truth is </w:t>
      </w:r>
      <w:r>
        <w:t>practiced repeatedly, especially when circumstances remain unresolved.</w:t>
      </w:r>
    </w:p>
    <w:p w14:paraId="3D8CEF08" w14:textId="77777777" w:rsidR="005A0029" w:rsidRDefault="00F83EB4">
      <w:pPr>
        <w:pStyle w:val="Heading2"/>
      </w:pPr>
      <w:r>
        <w:t>Pause &amp; Notice</w:t>
      </w:r>
    </w:p>
    <w:p w14:paraId="62BADEFF" w14:textId="77777777" w:rsidR="005A0029" w:rsidRDefault="00F83EB4">
      <w:r>
        <w:t>What is this theme revealing about my heart, thoughts, relationships, or current circumstances today?</w:t>
      </w:r>
    </w:p>
    <w:p w14:paraId="3609B55A" w14:textId="77777777" w:rsidR="005A0029" w:rsidRDefault="00F83EB4">
      <w:pPr>
        <w:pStyle w:val="Heading2"/>
      </w:pPr>
      <w:r>
        <w:t>Peace Practice</w:t>
      </w:r>
    </w:p>
    <w:p w14:paraId="2D7F19EF" w14:textId="77777777" w:rsidR="005A0029" w:rsidRDefault="00F83EB4">
      <w:r>
        <w:t>Take five slow breaths. With each inhale, receive God's presence; with each exhale, release one pressure you have been carrying.</w:t>
      </w:r>
    </w:p>
    <w:p w14:paraId="0012B04F" w14:textId="77777777" w:rsidR="005A0029" w:rsidRDefault="00F83EB4">
      <w:pPr>
        <w:pStyle w:val="Heading2"/>
      </w:pPr>
      <w:r>
        <w:t>My Thoughts &amp; Prayers</w:t>
      </w:r>
    </w:p>
    <w:p w14:paraId="680268F0" w14:textId="77777777" w:rsidR="005A0029" w:rsidRDefault="00F83EB4">
      <w:pPr>
        <w:spacing w:after="60"/>
      </w:pPr>
      <w:r>
        <w:rPr>
          <w:color w:val="B4B4B4"/>
          <w:sz w:val="16"/>
        </w:rPr>
        <w:t>________________________________________________________</w:t>
      </w:r>
    </w:p>
    <w:p w14:paraId="3F80BFC4" w14:textId="77777777" w:rsidR="005A0029" w:rsidRDefault="00F83EB4">
      <w:pPr>
        <w:spacing w:after="60"/>
      </w:pPr>
      <w:r>
        <w:rPr>
          <w:color w:val="B4B4B4"/>
          <w:sz w:val="16"/>
        </w:rPr>
        <w:t>________________________________________________________</w:t>
      </w:r>
    </w:p>
    <w:p w14:paraId="49499DFD" w14:textId="77777777" w:rsidR="005A0029" w:rsidRDefault="00F83EB4">
      <w:pPr>
        <w:spacing w:after="60"/>
      </w:pPr>
      <w:r>
        <w:rPr>
          <w:color w:val="B4B4B4"/>
          <w:sz w:val="16"/>
        </w:rPr>
        <w:t>________________________________________________________</w:t>
      </w:r>
    </w:p>
    <w:p w14:paraId="283EE04F" w14:textId="77777777" w:rsidR="005A0029" w:rsidRDefault="00F83EB4">
      <w:pPr>
        <w:spacing w:after="60"/>
      </w:pPr>
      <w:r>
        <w:rPr>
          <w:color w:val="B4B4B4"/>
          <w:sz w:val="16"/>
        </w:rPr>
        <w:t>________________________________________________________</w:t>
      </w:r>
    </w:p>
    <w:p w14:paraId="0F2FF1AC" w14:textId="77777777" w:rsidR="005A0029" w:rsidRDefault="00F83EB4">
      <w:pPr>
        <w:spacing w:after="60"/>
      </w:pPr>
      <w:r>
        <w:rPr>
          <w:color w:val="B4B4B4"/>
          <w:sz w:val="16"/>
        </w:rPr>
        <w:t>________________________________________________________</w:t>
      </w:r>
    </w:p>
    <w:p w14:paraId="3D570516" w14:textId="77777777" w:rsidR="005A0029" w:rsidRDefault="00F83EB4">
      <w:pPr>
        <w:pStyle w:val="Heading2"/>
      </w:pPr>
      <w:r>
        <w:t>Prayer</w:t>
      </w:r>
    </w:p>
    <w:p w14:paraId="4E6B0046" w14:textId="77777777" w:rsidR="005A0029" w:rsidRDefault="00F83EB4">
      <w:r>
        <w:t>Father, meet me in this practice of peace in your body.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9F64AC1" w14:textId="77777777" w:rsidR="005A0029" w:rsidRDefault="00F83EB4">
      <w:r>
        <w:rPr>
          <w:b/>
          <w:color w:val="B08D3A"/>
        </w:rPr>
        <w:lastRenderedPageBreak/>
        <w:t xml:space="preserve">TODAY'S DECLARATION  </w:t>
      </w:r>
      <w:r>
        <w:t>I will meet peace in your body with truth, faith, and practiced peace.</w:t>
      </w:r>
    </w:p>
    <w:p w14:paraId="789EB955" w14:textId="77777777" w:rsidR="005A0029" w:rsidRDefault="00F83EB4">
      <w:r>
        <w:br w:type="page"/>
      </w:r>
    </w:p>
    <w:p w14:paraId="7C38EF61" w14:textId="77777777" w:rsidR="005A0029" w:rsidRDefault="00F83EB4">
      <w:pPr>
        <w:pStyle w:val="Heading2"/>
      </w:pPr>
      <w:r>
        <w:lastRenderedPageBreak/>
        <w:t>DAY 11</w:t>
      </w:r>
    </w:p>
    <w:p w14:paraId="2F446608" w14:textId="77777777" w:rsidR="005A0029" w:rsidRDefault="00F83EB4">
      <w:pPr>
        <w:pStyle w:val="Heading1"/>
      </w:pPr>
      <w:r>
        <w:t>When Your Thoughts Race</w:t>
      </w:r>
    </w:p>
    <w:p w14:paraId="6E0B1C3E" w14:textId="77777777" w:rsidR="005A0029" w:rsidRDefault="00F83EB4">
      <w:r>
        <w:rPr>
          <w:b/>
          <w:color w:val="B08D3A"/>
        </w:rPr>
        <w:t xml:space="preserve">ANCHOR SCRIPTURE  </w:t>
      </w:r>
      <w:r>
        <w:t>Isaiah 26:3</w:t>
      </w:r>
    </w:p>
    <w:p w14:paraId="3B476079" w14:textId="77777777" w:rsidR="005A0029" w:rsidRDefault="00F83EB4">
      <w:pPr>
        <w:pStyle w:val="Heading2"/>
      </w:pPr>
      <w:r>
        <w:t>Guided Reflection</w:t>
      </w:r>
    </w:p>
    <w:p w14:paraId="3C4CD5CD" w14:textId="77777777" w:rsidR="005A0029" w:rsidRDefault="00F83EB4">
      <w:r>
        <w:t>Today, consider what “when your thoughts race”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trut</w:t>
      </w:r>
      <w:r>
        <w:t>h is practiced repeatedly, especially when circumstances remain unresolved.</w:t>
      </w:r>
    </w:p>
    <w:p w14:paraId="6AB2FD20" w14:textId="77777777" w:rsidR="005A0029" w:rsidRDefault="00F83EB4">
      <w:pPr>
        <w:pStyle w:val="Heading2"/>
      </w:pPr>
      <w:r>
        <w:t>Pause &amp; Notice</w:t>
      </w:r>
    </w:p>
    <w:p w14:paraId="6FA5A4CA" w14:textId="77777777" w:rsidR="005A0029" w:rsidRDefault="00F83EB4">
      <w:r>
        <w:t>What is this theme revealing about my heart, thoughts, relationships, or current circumstances today?</w:t>
      </w:r>
    </w:p>
    <w:p w14:paraId="40AFD65D" w14:textId="77777777" w:rsidR="005A0029" w:rsidRDefault="00F83EB4">
      <w:pPr>
        <w:pStyle w:val="Heading2"/>
      </w:pPr>
      <w:r>
        <w:t>Peace Practice</w:t>
      </w:r>
    </w:p>
    <w:p w14:paraId="34BF86BA" w14:textId="77777777" w:rsidR="005A0029" w:rsidRDefault="00F83EB4">
      <w:r>
        <w:t>Write one recurring fearful thought. Under it, write a Scripture-shaped response that is more truthful and life-giving.</w:t>
      </w:r>
    </w:p>
    <w:p w14:paraId="32A0585A" w14:textId="77777777" w:rsidR="005A0029" w:rsidRDefault="00F83EB4">
      <w:pPr>
        <w:pStyle w:val="Heading2"/>
      </w:pPr>
      <w:r>
        <w:t>My Thoughts &amp; Prayers</w:t>
      </w:r>
    </w:p>
    <w:p w14:paraId="4C6A32CF" w14:textId="77777777" w:rsidR="005A0029" w:rsidRDefault="00F83EB4">
      <w:pPr>
        <w:spacing w:after="60"/>
      </w:pPr>
      <w:r>
        <w:rPr>
          <w:color w:val="B4B4B4"/>
          <w:sz w:val="16"/>
        </w:rPr>
        <w:t>________________________________________________________</w:t>
      </w:r>
    </w:p>
    <w:p w14:paraId="212C1F4B" w14:textId="77777777" w:rsidR="005A0029" w:rsidRDefault="00F83EB4">
      <w:pPr>
        <w:spacing w:after="60"/>
      </w:pPr>
      <w:r>
        <w:rPr>
          <w:color w:val="B4B4B4"/>
          <w:sz w:val="16"/>
        </w:rPr>
        <w:t>________________________________________________________</w:t>
      </w:r>
    </w:p>
    <w:p w14:paraId="34B94FE5" w14:textId="77777777" w:rsidR="005A0029" w:rsidRDefault="00F83EB4">
      <w:pPr>
        <w:spacing w:after="60"/>
      </w:pPr>
      <w:r>
        <w:rPr>
          <w:color w:val="B4B4B4"/>
          <w:sz w:val="16"/>
        </w:rPr>
        <w:t>________________________________________________________</w:t>
      </w:r>
    </w:p>
    <w:p w14:paraId="443AE141" w14:textId="77777777" w:rsidR="005A0029" w:rsidRDefault="00F83EB4">
      <w:pPr>
        <w:spacing w:after="60"/>
      </w:pPr>
      <w:r>
        <w:rPr>
          <w:color w:val="B4B4B4"/>
          <w:sz w:val="16"/>
        </w:rPr>
        <w:t>________________________________________________________</w:t>
      </w:r>
    </w:p>
    <w:p w14:paraId="21E04505" w14:textId="77777777" w:rsidR="005A0029" w:rsidRDefault="00F83EB4">
      <w:pPr>
        <w:spacing w:after="60"/>
      </w:pPr>
      <w:r>
        <w:rPr>
          <w:color w:val="B4B4B4"/>
          <w:sz w:val="16"/>
        </w:rPr>
        <w:t>________________________________________________________</w:t>
      </w:r>
    </w:p>
    <w:p w14:paraId="33C49274" w14:textId="77777777" w:rsidR="005A0029" w:rsidRDefault="00F83EB4">
      <w:pPr>
        <w:pStyle w:val="Heading2"/>
      </w:pPr>
      <w:r>
        <w:t>Prayer</w:t>
      </w:r>
    </w:p>
    <w:p w14:paraId="17334A7A" w14:textId="77777777" w:rsidR="005A0029" w:rsidRDefault="00F83EB4">
      <w:r>
        <w:t>Father, meet me in this practice of when your thoughts race.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5BCF819" w14:textId="77777777" w:rsidR="005A0029" w:rsidRDefault="00F83EB4">
      <w:r>
        <w:rPr>
          <w:b/>
          <w:color w:val="B08D3A"/>
        </w:rPr>
        <w:lastRenderedPageBreak/>
        <w:t xml:space="preserve">TODAY'S DECLARATION  </w:t>
      </w:r>
      <w:r>
        <w:t>I will meet when your thoughts race with truth, faith, and practiced peace.</w:t>
      </w:r>
    </w:p>
    <w:p w14:paraId="5D869F63" w14:textId="77777777" w:rsidR="005A0029" w:rsidRDefault="00F83EB4">
      <w:r>
        <w:br w:type="page"/>
      </w:r>
    </w:p>
    <w:p w14:paraId="109D7DAC" w14:textId="77777777" w:rsidR="005A0029" w:rsidRDefault="00F83EB4">
      <w:pPr>
        <w:pStyle w:val="Heading2"/>
      </w:pPr>
      <w:r>
        <w:lastRenderedPageBreak/>
        <w:t>DAY 12</w:t>
      </w:r>
    </w:p>
    <w:p w14:paraId="04EAE7C2" w14:textId="77777777" w:rsidR="005A0029" w:rsidRDefault="00F83EB4">
      <w:pPr>
        <w:pStyle w:val="Heading1"/>
      </w:pPr>
      <w:r>
        <w:t>Praying With Your Breath</w:t>
      </w:r>
    </w:p>
    <w:p w14:paraId="42C9C0C3" w14:textId="77777777" w:rsidR="005A0029" w:rsidRDefault="00F83EB4">
      <w:r>
        <w:rPr>
          <w:b/>
          <w:color w:val="B08D3A"/>
        </w:rPr>
        <w:t xml:space="preserve">ANCHOR SCRIPTURE  </w:t>
      </w:r>
      <w:r>
        <w:t>Romans 8:26</w:t>
      </w:r>
    </w:p>
    <w:p w14:paraId="50F4D706" w14:textId="77777777" w:rsidR="005A0029" w:rsidRDefault="00F83EB4">
      <w:pPr>
        <w:pStyle w:val="Heading2"/>
      </w:pPr>
      <w:r>
        <w:t>Guided Reflection</w:t>
      </w:r>
    </w:p>
    <w:p w14:paraId="5BE9E761" w14:textId="77777777" w:rsidR="005A0029" w:rsidRDefault="00F83EB4">
      <w:r>
        <w:t>Today, consider what “praying with your breath”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375E6B26" w14:textId="77777777" w:rsidR="005A0029" w:rsidRDefault="00F83EB4">
      <w:pPr>
        <w:pStyle w:val="Heading2"/>
      </w:pPr>
      <w:r>
        <w:t>Pause &amp; Notice</w:t>
      </w:r>
    </w:p>
    <w:p w14:paraId="3C4174C2" w14:textId="77777777" w:rsidR="005A0029" w:rsidRDefault="00F83EB4">
      <w:r>
        <w:t>What is this theme revealing about my heart, thoughts, relationships, or current circumstances today?</w:t>
      </w:r>
    </w:p>
    <w:p w14:paraId="36291C28" w14:textId="77777777" w:rsidR="005A0029" w:rsidRDefault="00F83EB4">
      <w:pPr>
        <w:pStyle w:val="Heading2"/>
      </w:pPr>
      <w:r>
        <w:t>Peace Practice</w:t>
      </w:r>
    </w:p>
    <w:p w14:paraId="6229F0AA" w14:textId="77777777" w:rsidR="005A0029" w:rsidRDefault="00F83EB4">
      <w:r>
        <w:t>Identify one small action that would create greater peace today. Make it specific enough to complete before the day ends.</w:t>
      </w:r>
    </w:p>
    <w:p w14:paraId="7E028431" w14:textId="77777777" w:rsidR="005A0029" w:rsidRDefault="00F83EB4">
      <w:pPr>
        <w:pStyle w:val="Heading2"/>
      </w:pPr>
      <w:r>
        <w:t>My Thoughts &amp; Prayers</w:t>
      </w:r>
    </w:p>
    <w:p w14:paraId="41965538" w14:textId="77777777" w:rsidR="005A0029" w:rsidRDefault="00F83EB4">
      <w:pPr>
        <w:spacing w:after="60"/>
      </w:pPr>
      <w:r>
        <w:rPr>
          <w:color w:val="B4B4B4"/>
          <w:sz w:val="16"/>
        </w:rPr>
        <w:t>________________________________________________________</w:t>
      </w:r>
    </w:p>
    <w:p w14:paraId="3F502447" w14:textId="77777777" w:rsidR="005A0029" w:rsidRDefault="00F83EB4">
      <w:pPr>
        <w:spacing w:after="60"/>
      </w:pPr>
      <w:r>
        <w:rPr>
          <w:color w:val="B4B4B4"/>
          <w:sz w:val="16"/>
        </w:rPr>
        <w:t>________________________________________________________</w:t>
      </w:r>
    </w:p>
    <w:p w14:paraId="008C96F5" w14:textId="77777777" w:rsidR="005A0029" w:rsidRDefault="00F83EB4">
      <w:pPr>
        <w:spacing w:after="60"/>
      </w:pPr>
      <w:r>
        <w:rPr>
          <w:color w:val="B4B4B4"/>
          <w:sz w:val="16"/>
        </w:rPr>
        <w:t>________________________________________________________</w:t>
      </w:r>
    </w:p>
    <w:p w14:paraId="2C87DC58" w14:textId="77777777" w:rsidR="005A0029" w:rsidRDefault="00F83EB4">
      <w:pPr>
        <w:spacing w:after="60"/>
      </w:pPr>
      <w:r>
        <w:rPr>
          <w:color w:val="B4B4B4"/>
          <w:sz w:val="16"/>
        </w:rPr>
        <w:t>________________________________________________________</w:t>
      </w:r>
    </w:p>
    <w:p w14:paraId="731CDD4E" w14:textId="77777777" w:rsidR="005A0029" w:rsidRDefault="00F83EB4">
      <w:pPr>
        <w:spacing w:after="60"/>
      </w:pPr>
      <w:r>
        <w:rPr>
          <w:color w:val="B4B4B4"/>
          <w:sz w:val="16"/>
        </w:rPr>
        <w:t>________________________________________________________</w:t>
      </w:r>
    </w:p>
    <w:p w14:paraId="3562EDAA" w14:textId="77777777" w:rsidR="005A0029" w:rsidRDefault="00F83EB4">
      <w:pPr>
        <w:pStyle w:val="Heading2"/>
      </w:pPr>
      <w:r>
        <w:t>Prayer</w:t>
      </w:r>
    </w:p>
    <w:p w14:paraId="2F44596B" w14:textId="77777777" w:rsidR="005A0029" w:rsidRDefault="00F83EB4">
      <w:r>
        <w:t>Father, meet me in this practice of praying with your breath.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C271C5C" w14:textId="77777777" w:rsidR="005A0029" w:rsidRDefault="00F83EB4">
      <w:r>
        <w:rPr>
          <w:b/>
          <w:color w:val="B08D3A"/>
        </w:rPr>
        <w:lastRenderedPageBreak/>
        <w:t xml:space="preserve">TODAY'S DECLARATION  </w:t>
      </w:r>
      <w:r>
        <w:t>I will meet praying with your breath with truth, faith, and practiced peace.</w:t>
      </w:r>
    </w:p>
    <w:p w14:paraId="3377E1FE" w14:textId="77777777" w:rsidR="005A0029" w:rsidRDefault="00F83EB4">
      <w:r>
        <w:br w:type="page"/>
      </w:r>
    </w:p>
    <w:p w14:paraId="1925AEC2" w14:textId="77777777" w:rsidR="005A0029" w:rsidRDefault="00F83EB4">
      <w:pPr>
        <w:pStyle w:val="Heading2"/>
      </w:pPr>
      <w:r>
        <w:lastRenderedPageBreak/>
        <w:t>DAY 13</w:t>
      </w:r>
    </w:p>
    <w:p w14:paraId="55AE0804" w14:textId="77777777" w:rsidR="005A0029" w:rsidRDefault="00F83EB4">
      <w:pPr>
        <w:pStyle w:val="Heading1"/>
      </w:pPr>
      <w:r>
        <w:t>Sabbath for the Soul</w:t>
      </w:r>
    </w:p>
    <w:p w14:paraId="10765C7F" w14:textId="77777777" w:rsidR="005A0029" w:rsidRDefault="00F83EB4">
      <w:r>
        <w:rPr>
          <w:b/>
          <w:color w:val="B08D3A"/>
        </w:rPr>
        <w:t xml:space="preserve">ANCHOR SCRIPTURE  </w:t>
      </w:r>
      <w:r>
        <w:t>Exodus 20:8</w:t>
      </w:r>
    </w:p>
    <w:p w14:paraId="27C71BDA" w14:textId="77777777" w:rsidR="005A0029" w:rsidRDefault="00F83EB4">
      <w:pPr>
        <w:pStyle w:val="Heading2"/>
      </w:pPr>
      <w:r>
        <w:t>Guided Reflection</w:t>
      </w:r>
    </w:p>
    <w:p w14:paraId="1C843803" w14:textId="77777777" w:rsidR="005A0029" w:rsidRDefault="00F83EB4">
      <w:r>
        <w:t>Today, consider what “sabbath for the soul”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truth i</w:t>
      </w:r>
      <w:r>
        <w:t>s practiced repeatedly, especially when circumstances remain unresolved.</w:t>
      </w:r>
    </w:p>
    <w:p w14:paraId="17659F50" w14:textId="77777777" w:rsidR="005A0029" w:rsidRDefault="00F83EB4">
      <w:pPr>
        <w:pStyle w:val="Heading2"/>
      </w:pPr>
      <w:r>
        <w:t>Pause &amp; Notice</w:t>
      </w:r>
    </w:p>
    <w:p w14:paraId="309D79D5" w14:textId="77777777" w:rsidR="005A0029" w:rsidRDefault="00F83EB4">
      <w:r>
        <w:t>What is this theme revealing about my heart, thoughts, relationships, or current circumstances today?</w:t>
      </w:r>
    </w:p>
    <w:p w14:paraId="2457BBF1" w14:textId="77777777" w:rsidR="005A0029" w:rsidRDefault="00F83EB4">
      <w:pPr>
        <w:pStyle w:val="Heading2"/>
      </w:pPr>
      <w:r>
        <w:t>Peace Practice</w:t>
      </w:r>
    </w:p>
    <w:p w14:paraId="54D1E50A" w14:textId="77777777" w:rsidR="005A0029" w:rsidRDefault="00F83EB4">
      <w:r>
        <w:t>Reach out to one trusted, mature person. Share one thing you have been carrying silently and allow yourself to receive support.</w:t>
      </w:r>
    </w:p>
    <w:p w14:paraId="134C9E55" w14:textId="77777777" w:rsidR="005A0029" w:rsidRDefault="00F83EB4">
      <w:pPr>
        <w:pStyle w:val="Heading2"/>
      </w:pPr>
      <w:r>
        <w:t>My Thoughts &amp; Prayers</w:t>
      </w:r>
    </w:p>
    <w:p w14:paraId="7D62D35B" w14:textId="77777777" w:rsidR="005A0029" w:rsidRDefault="00F83EB4">
      <w:pPr>
        <w:spacing w:after="60"/>
      </w:pPr>
      <w:r>
        <w:rPr>
          <w:color w:val="B4B4B4"/>
          <w:sz w:val="16"/>
        </w:rPr>
        <w:t>________________________________________________________</w:t>
      </w:r>
    </w:p>
    <w:p w14:paraId="535337E7" w14:textId="77777777" w:rsidR="005A0029" w:rsidRDefault="00F83EB4">
      <w:pPr>
        <w:spacing w:after="60"/>
      </w:pPr>
      <w:r>
        <w:rPr>
          <w:color w:val="B4B4B4"/>
          <w:sz w:val="16"/>
        </w:rPr>
        <w:t>________________________________________________________</w:t>
      </w:r>
    </w:p>
    <w:p w14:paraId="3A947DD9" w14:textId="77777777" w:rsidR="005A0029" w:rsidRDefault="00F83EB4">
      <w:pPr>
        <w:spacing w:after="60"/>
      </w:pPr>
      <w:r>
        <w:rPr>
          <w:color w:val="B4B4B4"/>
          <w:sz w:val="16"/>
        </w:rPr>
        <w:t>________________________________________________________</w:t>
      </w:r>
    </w:p>
    <w:p w14:paraId="6DACBB01" w14:textId="77777777" w:rsidR="005A0029" w:rsidRDefault="00F83EB4">
      <w:pPr>
        <w:spacing w:after="60"/>
      </w:pPr>
      <w:r>
        <w:rPr>
          <w:color w:val="B4B4B4"/>
          <w:sz w:val="16"/>
        </w:rPr>
        <w:t>________________________________________________________</w:t>
      </w:r>
    </w:p>
    <w:p w14:paraId="168F1904" w14:textId="77777777" w:rsidR="005A0029" w:rsidRDefault="00F83EB4">
      <w:pPr>
        <w:spacing w:after="60"/>
      </w:pPr>
      <w:r>
        <w:rPr>
          <w:color w:val="B4B4B4"/>
          <w:sz w:val="16"/>
        </w:rPr>
        <w:t>________________________________________________________</w:t>
      </w:r>
    </w:p>
    <w:p w14:paraId="0ABF677A" w14:textId="77777777" w:rsidR="005A0029" w:rsidRDefault="00F83EB4">
      <w:pPr>
        <w:pStyle w:val="Heading2"/>
      </w:pPr>
      <w:r>
        <w:t>Prayer</w:t>
      </w:r>
    </w:p>
    <w:p w14:paraId="6BF16F8F" w14:textId="77777777" w:rsidR="005A0029" w:rsidRDefault="00F83EB4">
      <w:r>
        <w:t>Father, meet me in this practice of sabbath for the soul.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851C2A7" w14:textId="77777777" w:rsidR="005A0029" w:rsidRDefault="00F83EB4">
      <w:r>
        <w:rPr>
          <w:b/>
          <w:color w:val="B08D3A"/>
        </w:rPr>
        <w:lastRenderedPageBreak/>
        <w:t xml:space="preserve">TODAY'S DECLARATION  </w:t>
      </w:r>
      <w:r>
        <w:t>I will meet sabbath for the soul with truth, faith, and practiced peace.</w:t>
      </w:r>
    </w:p>
    <w:p w14:paraId="63A54454" w14:textId="77777777" w:rsidR="005A0029" w:rsidRDefault="00F83EB4">
      <w:r>
        <w:br w:type="page"/>
      </w:r>
    </w:p>
    <w:p w14:paraId="563B252E" w14:textId="77777777" w:rsidR="005A0029" w:rsidRDefault="00F83EB4">
      <w:pPr>
        <w:pStyle w:val="Heading2"/>
      </w:pPr>
      <w:r>
        <w:lastRenderedPageBreak/>
        <w:t>DAY 14</w:t>
      </w:r>
    </w:p>
    <w:p w14:paraId="360E274F" w14:textId="77777777" w:rsidR="005A0029" w:rsidRDefault="00F83EB4">
      <w:pPr>
        <w:pStyle w:val="Heading1"/>
      </w:pPr>
      <w:r>
        <w:t>Reducing the Noise</w:t>
      </w:r>
    </w:p>
    <w:p w14:paraId="5806D41F" w14:textId="77777777" w:rsidR="005A0029" w:rsidRDefault="00F83EB4">
      <w:r>
        <w:rPr>
          <w:b/>
          <w:color w:val="B08D3A"/>
        </w:rPr>
        <w:t xml:space="preserve">ANCHOR SCRIPTURE  </w:t>
      </w:r>
      <w:r>
        <w:t>Psalm 131:2</w:t>
      </w:r>
    </w:p>
    <w:p w14:paraId="19047B9C" w14:textId="77777777" w:rsidR="005A0029" w:rsidRDefault="00F83EB4">
      <w:pPr>
        <w:pStyle w:val="Heading2"/>
      </w:pPr>
      <w:r>
        <w:t>Guided Reflection</w:t>
      </w:r>
    </w:p>
    <w:p w14:paraId="5C06DB0C" w14:textId="77777777" w:rsidR="005A0029" w:rsidRDefault="00F83EB4">
      <w:r>
        <w:t xml:space="preserve">Today, consider what “reducing the noise”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truth is </w:t>
      </w:r>
      <w:r>
        <w:t>practiced repeatedly, especially when circumstances remain unresolved.</w:t>
      </w:r>
    </w:p>
    <w:p w14:paraId="0E0E513A" w14:textId="77777777" w:rsidR="005A0029" w:rsidRDefault="00F83EB4">
      <w:pPr>
        <w:pStyle w:val="Heading2"/>
      </w:pPr>
      <w:r>
        <w:t>Pause &amp; Notice</w:t>
      </w:r>
    </w:p>
    <w:p w14:paraId="564EC6D5" w14:textId="77777777" w:rsidR="005A0029" w:rsidRDefault="00F83EB4">
      <w:r>
        <w:t>What is this theme revealing about my heart, thoughts, relationships, or current circumstances today?</w:t>
      </w:r>
    </w:p>
    <w:p w14:paraId="272EAC07" w14:textId="77777777" w:rsidR="005A0029" w:rsidRDefault="00F83EB4">
      <w:pPr>
        <w:pStyle w:val="Heading2"/>
      </w:pPr>
      <w:r>
        <w:t>Peace Practice</w:t>
      </w:r>
    </w:p>
    <w:p w14:paraId="448A496E" w14:textId="77777777" w:rsidR="005A0029" w:rsidRDefault="00F83EB4">
      <w:r>
        <w:t>Practice a ten-minute quiet period without your phone. Notice what surfaces, then bring it honestly into prayer.</w:t>
      </w:r>
    </w:p>
    <w:p w14:paraId="082FE658" w14:textId="77777777" w:rsidR="005A0029" w:rsidRDefault="00F83EB4">
      <w:pPr>
        <w:pStyle w:val="Heading2"/>
      </w:pPr>
      <w:r>
        <w:t>My Thoughts &amp; Prayers</w:t>
      </w:r>
    </w:p>
    <w:p w14:paraId="30A4683B" w14:textId="77777777" w:rsidR="005A0029" w:rsidRDefault="00F83EB4">
      <w:pPr>
        <w:spacing w:after="60"/>
      </w:pPr>
      <w:r>
        <w:rPr>
          <w:color w:val="B4B4B4"/>
          <w:sz w:val="16"/>
        </w:rPr>
        <w:t>________________________________________________________</w:t>
      </w:r>
    </w:p>
    <w:p w14:paraId="2E3F63FF" w14:textId="77777777" w:rsidR="005A0029" w:rsidRDefault="00F83EB4">
      <w:pPr>
        <w:spacing w:after="60"/>
      </w:pPr>
      <w:r>
        <w:rPr>
          <w:color w:val="B4B4B4"/>
          <w:sz w:val="16"/>
        </w:rPr>
        <w:t>________________________________________________________</w:t>
      </w:r>
    </w:p>
    <w:p w14:paraId="50EBE8D4" w14:textId="77777777" w:rsidR="005A0029" w:rsidRDefault="00F83EB4">
      <w:pPr>
        <w:spacing w:after="60"/>
      </w:pPr>
      <w:r>
        <w:rPr>
          <w:color w:val="B4B4B4"/>
          <w:sz w:val="16"/>
        </w:rPr>
        <w:t>________________________________________________________</w:t>
      </w:r>
    </w:p>
    <w:p w14:paraId="054FF9E4" w14:textId="77777777" w:rsidR="005A0029" w:rsidRDefault="00F83EB4">
      <w:pPr>
        <w:spacing w:after="60"/>
      </w:pPr>
      <w:r>
        <w:rPr>
          <w:color w:val="B4B4B4"/>
          <w:sz w:val="16"/>
        </w:rPr>
        <w:t>________________________________________________________</w:t>
      </w:r>
    </w:p>
    <w:p w14:paraId="68325061" w14:textId="77777777" w:rsidR="005A0029" w:rsidRDefault="00F83EB4">
      <w:pPr>
        <w:spacing w:after="60"/>
      </w:pPr>
      <w:r>
        <w:rPr>
          <w:color w:val="B4B4B4"/>
          <w:sz w:val="16"/>
        </w:rPr>
        <w:t>________________________________________________________</w:t>
      </w:r>
    </w:p>
    <w:p w14:paraId="6D428E0D" w14:textId="77777777" w:rsidR="005A0029" w:rsidRDefault="00F83EB4">
      <w:pPr>
        <w:pStyle w:val="Heading2"/>
      </w:pPr>
      <w:r>
        <w:t>Prayer</w:t>
      </w:r>
    </w:p>
    <w:p w14:paraId="2D506962" w14:textId="77777777" w:rsidR="005A0029" w:rsidRDefault="00F83EB4">
      <w:r>
        <w:t>Father, meet me in this practice of reducing the noise.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0E7945F" w14:textId="77777777" w:rsidR="005A0029" w:rsidRDefault="00F83EB4">
      <w:r>
        <w:rPr>
          <w:b/>
          <w:color w:val="B08D3A"/>
        </w:rPr>
        <w:lastRenderedPageBreak/>
        <w:t xml:space="preserve">TODAY'S DECLARATION  </w:t>
      </w:r>
      <w:r>
        <w:t>I will meet reducing the noise with truth, faith, and practiced peace.</w:t>
      </w:r>
    </w:p>
    <w:p w14:paraId="4F33A3BA" w14:textId="77777777" w:rsidR="005A0029" w:rsidRDefault="00F83EB4">
      <w:r>
        <w:br w:type="page"/>
      </w:r>
    </w:p>
    <w:p w14:paraId="0B1CFEA7" w14:textId="77777777" w:rsidR="005A0029" w:rsidRDefault="00F83EB4">
      <w:pPr>
        <w:pStyle w:val="Heading2"/>
      </w:pPr>
      <w:r>
        <w:lastRenderedPageBreak/>
        <w:t>DAY 15</w:t>
      </w:r>
    </w:p>
    <w:p w14:paraId="7261F0B5" w14:textId="77777777" w:rsidR="005A0029" w:rsidRDefault="00F83EB4">
      <w:pPr>
        <w:pStyle w:val="Heading1"/>
      </w:pPr>
      <w:r>
        <w:t>The Grace of One Thing at a Time</w:t>
      </w:r>
    </w:p>
    <w:p w14:paraId="325C37C1" w14:textId="77777777" w:rsidR="005A0029" w:rsidRDefault="00F83EB4">
      <w:r>
        <w:rPr>
          <w:b/>
          <w:color w:val="B08D3A"/>
        </w:rPr>
        <w:t xml:space="preserve">ANCHOR SCRIPTURE  </w:t>
      </w:r>
      <w:r>
        <w:t>Matthew 6:34</w:t>
      </w:r>
    </w:p>
    <w:p w14:paraId="16D3C573" w14:textId="77777777" w:rsidR="005A0029" w:rsidRDefault="00F83EB4">
      <w:pPr>
        <w:pStyle w:val="Heading2"/>
      </w:pPr>
      <w:r>
        <w:t>Guided Reflection</w:t>
      </w:r>
    </w:p>
    <w:p w14:paraId="554A9A8D" w14:textId="77777777" w:rsidR="005A0029" w:rsidRDefault="00F83EB4">
      <w:r>
        <w:t xml:space="preserve">Today, consider what “the grace of one thing at a time”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2A1801E5" w14:textId="77777777" w:rsidR="005A0029" w:rsidRDefault="00F83EB4">
      <w:pPr>
        <w:pStyle w:val="Heading2"/>
      </w:pPr>
      <w:r>
        <w:t>Pause &amp; Notice</w:t>
      </w:r>
    </w:p>
    <w:p w14:paraId="760D6C87" w14:textId="77777777" w:rsidR="005A0029" w:rsidRDefault="00F83EB4">
      <w:r>
        <w:t>What is this theme revealing about my heart, thoughts, relationships, or current circumstances today?</w:t>
      </w:r>
    </w:p>
    <w:p w14:paraId="7C097C0A" w14:textId="77777777" w:rsidR="005A0029" w:rsidRDefault="00F83EB4">
      <w:pPr>
        <w:pStyle w:val="Heading2"/>
      </w:pPr>
      <w:r>
        <w:t>Peace Practice</w:t>
      </w:r>
    </w:p>
    <w:p w14:paraId="12E8755C" w14:textId="77777777" w:rsidR="005A0029" w:rsidRDefault="00F83EB4">
      <w:r>
        <w:t>Sit quietly for three minutes. Name what you feel without judging it. Then write one truth you want to carry into the day.</w:t>
      </w:r>
    </w:p>
    <w:p w14:paraId="7AEB0949" w14:textId="77777777" w:rsidR="005A0029" w:rsidRDefault="00F83EB4">
      <w:pPr>
        <w:pStyle w:val="Heading2"/>
      </w:pPr>
      <w:r>
        <w:t>My Thoughts &amp; Prayers</w:t>
      </w:r>
    </w:p>
    <w:p w14:paraId="25D01E92" w14:textId="77777777" w:rsidR="005A0029" w:rsidRDefault="00F83EB4">
      <w:pPr>
        <w:spacing w:after="60"/>
      </w:pPr>
      <w:r>
        <w:rPr>
          <w:color w:val="B4B4B4"/>
          <w:sz w:val="16"/>
        </w:rPr>
        <w:t>________________________________________________________</w:t>
      </w:r>
    </w:p>
    <w:p w14:paraId="3C3193FE" w14:textId="77777777" w:rsidR="005A0029" w:rsidRDefault="00F83EB4">
      <w:pPr>
        <w:spacing w:after="60"/>
      </w:pPr>
      <w:r>
        <w:rPr>
          <w:color w:val="B4B4B4"/>
          <w:sz w:val="16"/>
        </w:rPr>
        <w:t>________________________________________________________</w:t>
      </w:r>
    </w:p>
    <w:p w14:paraId="55073FA7" w14:textId="77777777" w:rsidR="005A0029" w:rsidRDefault="00F83EB4">
      <w:pPr>
        <w:spacing w:after="60"/>
      </w:pPr>
      <w:r>
        <w:rPr>
          <w:color w:val="B4B4B4"/>
          <w:sz w:val="16"/>
        </w:rPr>
        <w:t>________________________________________________________</w:t>
      </w:r>
    </w:p>
    <w:p w14:paraId="1221D558" w14:textId="77777777" w:rsidR="005A0029" w:rsidRDefault="00F83EB4">
      <w:pPr>
        <w:spacing w:after="60"/>
      </w:pPr>
      <w:r>
        <w:rPr>
          <w:color w:val="B4B4B4"/>
          <w:sz w:val="16"/>
        </w:rPr>
        <w:t>________________________________________________________</w:t>
      </w:r>
    </w:p>
    <w:p w14:paraId="3702451F" w14:textId="77777777" w:rsidR="005A0029" w:rsidRDefault="00F83EB4">
      <w:pPr>
        <w:spacing w:after="60"/>
      </w:pPr>
      <w:r>
        <w:rPr>
          <w:color w:val="B4B4B4"/>
          <w:sz w:val="16"/>
        </w:rPr>
        <w:t>________________________________________________________</w:t>
      </w:r>
    </w:p>
    <w:p w14:paraId="6D2279EB" w14:textId="77777777" w:rsidR="005A0029" w:rsidRDefault="00F83EB4">
      <w:pPr>
        <w:pStyle w:val="Heading2"/>
      </w:pPr>
      <w:r>
        <w:t>Prayer</w:t>
      </w:r>
    </w:p>
    <w:p w14:paraId="5EAC2D65" w14:textId="77777777" w:rsidR="005A0029" w:rsidRDefault="00F83EB4">
      <w:r>
        <w:t>Father, meet me in this practice of the grace of one thing at a time.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E5673CE" w14:textId="77777777" w:rsidR="005A0029" w:rsidRDefault="00F83EB4">
      <w:r>
        <w:rPr>
          <w:b/>
          <w:color w:val="B08D3A"/>
        </w:rPr>
        <w:lastRenderedPageBreak/>
        <w:t xml:space="preserve">TODAY'S DECLARATION  </w:t>
      </w:r>
      <w:r>
        <w:t>I will meet the grace of one thing at a time with truth, faith, and practiced peace.</w:t>
      </w:r>
    </w:p>
    <w:p w14:paraId="25A55FD5" w14:textId="77777777" w:rsidR="005A0029" w:rsidRDefault="00F83EB4">
      <w:r>
        <w:br w:type="page"/>
      </w:r>
    </w:p>
    <w:p w14:paraId="545A387B" w14:textId="77777777" w:rsidR="005A0029" w:rsidRDefault="00F83EB4">
      <w:pPr>
        <w:pStyle w:val="Heading2"/>
      </w:pPr>
      <w:r>
        <w:lastRenderedPageBreak/>
        <w:t>DAY 16</w:t>
      </w:r>
    </w:p>
    <w:p w14:paraId="2435B92D" w14:textId="77777777" w:rsidR="005A0029" w:rsidRDefault="00F83EB4">
      <w:pPr>
        <w:pStyle w:val="Heading1"/>
      </w:pPr>
      <w:r>
        <w:t>Rest Without Guilt</w:t>
      </w:r>
    </w:p>
    <w:p w14:paraId="3C0DBBCE" w14:textId="77777777" w:rsidR="005A0029" w:rsidRDefault="00F83EB4">
      <w:r>
        <w:rPr>
          <w:b/>
          <w:color w:val="B08D3A"/>
        </w:rPr>
        <w:t xml:space="preserve">ANCHOR SCRIPTURE  </w:t>
      </w:r>
      <w:r>
        <w:t>Hebrews 4:9-11</w:t>
      </w:r>
    </w:p>
    <w:p w14:paraId="75EA9A1C" w14:textId="77777777" w:rsidR="005A0029" w:rsidRDefault="00F83EB4">
      <w:pPr>
        <w:pStyle w:val="Heading2"/>
      </w:pPr>
      <w:r>
        <w:t>Guided Reflection</w:t>
      </w:r>
    </w:p>
    <w:p w14:paraId="442720ED" w14:textId="77777777" w:rsidR="005A0029" w:rsidRDefault="00F83EB4">
      <w:r>
        <w:t xml:space="preserve">Today, consider what “rest without guilt”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truth is </w:t>
      </w:r>
      <w:r>
        <w:t>practiced repeatedly, especially when circumstances remain unresolved.</w:t>
      </w:r>
    </w:p>
    <w:p w14:paraId="2C270E93" w14:textId="77777777" w:rsidR="005A0029" w:rsidRDefault="00F83EB4">
      <w:pPr>
        <w:pStyle w:val="Heading2"/>
      </w:pPr>
      <w:r>
        <w:t>Pause &amp; Notice</w:t>
      </w:r>
    </w:p>
    <w:p w14:paraId="7166D525" w14:textId="77777777" w:rsidR="005A0029" w:rsidRDefault="00F83EB4">
      <w:r>
        <w:t>What is this theme revealing about my heart, thoughts, relationships, or current circumstances today?</w:t>
      </w:r>
    </w:p>
    <w:p w14:paraId="110BF20B" w14:textId="77777777" w:rsidR="005A0029" w:rsidRDefault="00F83EB4">
      <w:pPr>
        <w:pStyle w:val="Heading2"/>
      </w:pPr>
      <w:r>
        <w:t>Peace Practice</w:t>
      </w:r>
    </w:p>
    <w:p w14:paraId="12513E61" w14:textId="77777777" w:rsidR="005A0029" w:rsidRDefault="00F83EB4">
      <w:r>
        <w:t>Draw two columns: 'What I can control' and 'What I must release.' Place each concern in the appropriate column and pray over both.</w:t>
      </w:r>
    </w:p>
    <w:p w14:paraId="51D2D36C" w14:textId="77777777" w:rsidR="005A0029" w:rsidRDefault="00F83EB4">
      <w:pPr>
        <w:pStyle w:val="Heading2"/>
      </w:pPr>
      <w:r>
        <w:t>My Thoughts &amp; Prayers</w:t>
      </w:r>
    </w:p>
    <w:p w14:paraId="2005BB51" w14:textId="77777777" w:rsidR="005A0029" w:rsidRDefault="00F83EB4">
      <w:pPr>
        <w:spacing w:after="60"/>
      </w:pPr>
      <w:r>
        <w:rPr>
          <w:color w:val="B4B4B4"/>
          <w:sz w:val="16"/>
        </w:rPr>
        <w:t>________________________________________________________</w:t>
      </w:r>
    </w:p>
    <w:p w14:paraId="16EFC72E" w14:textId="77777777" w:rsidR="005A0029" w:rsidRDefault="00F83EB4">
      <w:pPr>
        <w:spacing w:after="60"/>
      </w:pPr>
      <w:r>
        <w:rPr>
          <w:color w:val="B4B4B4"/>
          <w:sz w:val="16"/>
        </w:rPr>
        <w:t>________________________________________________________</w:t>
      </w:r>
    </w:p>
    <w:p w14:paraId="07B8DE65" w14:textId="77777777" w:rsidR="005A0029" w:rsidRDefault="00F83EB4">
      <w:pPr>
        <w:spacing w:after="60"/>
      </w:pPr>
      <w:r>
        <w:rPr>
          <w:color w:val="B4B4B4"/>
          <w:sz w:val="16"/>
        </w:rPr>
        <w:t>________________________________________________________</w:t>
      </w:r>
    </w:p>
    <w:p w14:paraId="5A388263" w14:textId="77777777" w:rsidR="005A0029" w:rsidRDefault="00F83EB4">
      <w:pPr>
        <w:spacing w:after="60"/>
      </w:pPr>
      <w:r>
        <w:rPr>
          <w:color w:val="B4B4B4"/>
          <w:sz w:val="16"/>
        </w:rPr>
        <w:t>________________________________________________________</w:t>
      </w:r>
    </w:p>
    <w:p w14:paraId="44EEE48F" w14:textId="77777777" w:rsidR="005A0029" w:rsidRDefault="00F83EB4">
      <w:pPr>
        <w:spacing w:after="60"/>
      </w:pPr>
      <w:r>
        <w:rPr>
          <w:color w:val="B4B4B4"/>
          <w:sz w:val="16"/>
        </w:rPr>
        <w:t>________________________________________________________</w:t>
      </w:r>
    </w:p>
    <w:p w14:paraId="1BC31E90" w14:textId="77777777" w:rsidR="005A0029" w:rsidRDefault="00F83EB4">
      <w:pPr>
        <w:pStyle w:val="Heading2"/>
      </w:pPr>
      <w:r>
        <w:t>Prayer</w:t>
      </w:r>
    </w:p>
    <w:p w14:paraId="27784145" w14:textId="77777777" w:rsidR="005A0029" w:rsidRDefault="00F83EB4">
      <w:r>
        <w:t>Father, meet me in this practice of rest without guilt.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B6CCE6E" w14:textId="77777777" w:rsidR="005A0029" w:rsidRDefault="00F83EB4">
      <w:r>
        <w:rPr>
          <w:b/>
          <w:color w:val="B08D3A"/>
        </w:rPr>
        <w:lastRenderedPageBreak/>
        <w:t xml:space="preserve">TODAY'S DECLARATION  </w:t>
      </w:r>
      <w:r>
        <w:t>I will meet rest without guilt with truth, faith, and practiced peace.</w:t>
      </w:r>
    </w:p>
    <w:p w14:paraId="28382E0D" w14:textId="77777777" w:rsidR="005A0029" w:rsidRDefault="00F83EB4">
      <w:r>
        <w:br w:type="page"/>
      </w:r>
    </w:p>
    <w:p w14:paraId="0E4B6545" w14:textId="77777777" w:rsidR="005A0029" w:rsidRDefault="00F83EB4">
      <w:pPr>
        <w:pStyle w:val="Heading2"/>
      </w:pPr>
      <w:r>
        <w:lastRenderedPageBreak/>
        <w:t>DAY 17</w:t>
      </w:r>
    </w:p>
    <w:p w14:paraId="7D78B28C" w14:textId="77777777" w:rsidR="005A0029" w:rsidRDefault="00F83EB4">
      <w:pPr>
        <w:pStyle w:val="Heading1"/>
      </w:pPr>
      <w:r>
        <w:t>Learning Your Limits</w:t>
      </w:r>
    </w:p>
    <w:p w14:paraId="1A66A4B1" w14:textId="77777777" w:rsidR="005A0029" w:rsidRDefault="00F83EB4">
      <w:r>
        <w:rPr>
          <w:b/>
          <w:color w:val="B08D3A"/>
        </w:rPr>
        <w:t xml:space="preserve">ANCHOR SCRIPTURE  </w:t>
      </w:r>
      <w:r>
        <w:t>Psalm 103:14</w:t>
      </w:r>
    </w:p>
    <w:p w14:paraId="6EC8C947" w14:textId="77777777" w:rsidR="005A0029" w:rsidRDefault="00F83EB4">
      <w:pPr>
        <w:pStyle w:val="Heading2"/>
      </w:pPr>
      <w:r>
        <w:t>Guided Reflection</w:t>
      </w:r>
    </w:p>
    <w:p w14:paraId="27DEA4BA" w14:textId="77777777" w:rsidR="005A0029" w:rsidRDefault="00F83EB4">
      <w:r>
        <w:t>Today, consider what “learning your limits”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truth i</w:t>
      </w:r>
      <w:r>
        <w:t>s practiced repeatedly, especially when circumstances remain unresolved.</w:t>
      </w:r>
    </w:p>
    <w:p w14:paraId="236237D5" w14:textId="77777777" w:rsidR="005A0029" w:rsidRDefault="00F83EB4">
      <w:pPr>
        <w:pStyle w:val="Heading2"/>
      </w:pPr>
      <w:r>
        <w:t>Pause &amp; Notice</w:t>
      </w:r>
    </w:p>
    <w:p w14:paraId="0A04AC11" w14:textId="77777777" w:rsidR="005A0029" w:rsidRDefault="00F83EB4">
      <w:r>
        <w:t>What is this theme revealing about my heart, thoughts, relationships, or current circumstances today?</w:t>
      </w:r>
    </w:p>
    <w:p w14:paraId="7049B8CD" w14:textId="77777777" w:rsidR="005A0029" w:rsidRDefault="00F83EB4">
      <w:pPr>
        <w:pStyle w:val="Heading2"/>
      </w:pPr>
      <w:r>
        <w:t>Peace Practice</w:t>
      </w:r>
    </w:p>
    <w:p w14:paraId="57438C41" w14:textId="77777777" w:rsidR="005A0029" w:rsidRDefault="00F83EB4">
      <w:r>
        <w:t>Take five slow breaths. With each inhale, receive God's presence; with each exhale, release one pressure you have been carrying.</w:t>
      </w:r>
    </w:p>
    <w:p w14:paraId="55687626" w14:textId="77777777" w:rsidR="005A0029" w:rsidRDefault="00F83EB4">
      <w:pPr>
        <w:pStyle w:val="Heading2"/>
      </w:pPr>
      <w:r>
        <w:t>My Thoughts &amp; Prayers</w:t>
      </w:r>
    </w:p>
    <w:p w14:paraId="23897629" w14:textId="77777777" w:rsidR="005A0029" w:rsidRDefault="00F83EB4">
      <w:pPr>
        <w:spacing w:after="60"/>
      </w:pPr>
      <w:r>
        <w:rPr>
          <w:color w:val="B4B4B4"/>
          <w:sz w:val="16"/>
        </w:rPr>
        <w:t>________________________________________________________</w:t>
      </w:r>
    </w:p>
    <w:p w14:paraId="6B86BB03" w14:textId="77777777" w:rsidR="005A0029" w:rsidRDefault="00F83EB4">
      <w:pPr>
        <w:spacing w:after="60"/>
      </w:pPr>
      <w:r>
        <w:rPr>
          <w:color w:val="B4B4B4"/>
          <w:sz w:val="16"/>
        </w:rPr>
        <w:t>________________________________________________________</w:t>
      </w:r>
    </w:p>
    <w:p w14:paraId="2AC1642B" w14:textId="77777777" w:rsidR="005A0029" w:rsidRDefault="00F83EB4">
      <w:pPr>
        <w:spacing w:after="60"/>
      </w:pPr>
      <w:r>
        <w:rPr>
          <w:color w:val="B4B4B4"/>
          <w:sz w:val="16"/>
        </w:rPr>
        <w:t>________________________________________________________</w:t>
      </w:r>
    </w:p>
    <w:p w14:paraId="582C85AF" w14:textId="77777777" w:rsidR="005A0029" w:rsidRDefault="00F83EB4">
      <w:pPr>
        <w:spacing w:after="60"/>
      </w:pPr>
      <w:r>
        <w:rPr>
          <w:color w:val="B4B4B4"/>
          <w:sz w:val="16"/>
        </w:rPr>
        <w:t>________________________________________________________</w:t>
      </w:r>
    </w:p>
    <w:p w14:paraId="3F117007" w14:textId="77777777" w:rsidR="005A0029" w:rsidRDefault="00F83EB4">
      <w:pPr>
        <w:spacing w:after="60"/>
      </w:pPr>
      <w:r>
        <w:rPr>
          <w:color w:val="B4B4B4"/>
          <w:sz w:val="16"/>
        </w:rPr>
        <w:t>________________________________________________________</w:t>
      </w:r>
    </w:p>
    <w:p w14:paraId="1B039423" w14:textId="77777777" w:rsidR="005A0029" w:rsidRDefault="00F83EB4">
      <w:pPr>
        <w:pStyle w:val="Heading2"/>
      </w:pPr>
      <w:r>
        <w:t>Prayer</w:t>
      </w:r>
    </w:p>
    <w:p w14:paraId="7356C326" w14:textId="77777777" w:rsidR="005A0029" w:rsidRDefault="00F83EB4">
      <w:r>
        <w:t>Father, meet me in this practice of learning your limits.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2899119" w14:textId="77777777" w:rsidR="005A0029" w:rsidRDefault="00F83EB4">
      <w:r>
        <w:rPr>
          <w:b/>
          <w:color w:val="B08D3A"/>
        </w:rPr>
        <w:lastRenderedPageBreak/>
        <w:t xml:space="preserve">TODAY'S DECLARATION  </w:t>
      </w:r>
      <w:r>
        <w:t>I will meet learning your limits with truth, faith, and practiced peace.</w:t>
      </w:r>
    </w:p>
    <w:p w14:paraId="52905581" w14:textId="77777777" w:rsidR="005A0029" w:rsidRDefault="00F83EB4">
      <w:r>
        <w:br w:type="page"/>
      </w:r>
    </w:p>
    <w:p w14:paraId="062D2583" w14:textId="77777777" w:rsidR="005A0029" w:rsidRDefault="00F83EB4">
      <w:pPr>
        <w:pStyle w:val="Heading2"/>
      </w:pPr>
      <w:r>
        <w:lastRenderedPageBreak/>
        <w:t>DAY 18</w:t>
      </w:r>
    </w:p>
    <w:p w14:paraId="0D04B86F" w14:textId="77777777" w:rsidR="005A0029" w:rsidRDefault="00F83EB4">
      <w:pPr>
        <w:pStyle w:val="Heading1"/>
      </w:pPr>
      <w:r>
        <w:t>A Gentle Rhythm</w:t>
      </w:r>
    </w:p>
    <w:p w14:paraId="09242363" w14:textId="77777777" w:rsidR="005A0029" w:rsidRDefault="00F83EB4">
      <w:r>
        <w:rPr>
          <w:b/>
          <w:color w:val="B08D3A"/>
        </w:rPr>
        <w:t xml:space="preserve">ANCHOR SCRIPTURE  </w:t>
      </w:r>
      <w:r>
        <w:t>Matthew 11:29</w:t>
      </w:r>
    </w:p>
    <w:p w14:paraId="4A6E551F" w14:textId="77777777" w:rsidR="005A0029" w:rsidRDefault="00F83EB4">
      <w:pPr>
        <w:pStyle w:val="Heading2"/>
      </w:pPr>
      <w:r>
        <w:t>Guided Reflection</w:t>
      </w:r>
    </w:p>
    <w:p w14:paraId="05C45D08" w14:textId="77777777" w:rsidR="005A0029" w:rsidRDefault="00F83EB4">
      <w:r>
        <w:t>Today, consider what “a gentle rhythm”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truth is pra</w:t>
      </w:r>
      <w:r>
        <w:t>cticed repeatedly, especially when circumstances remain unresolved.</w:t>
      </w:r>
    </w:p>
    <w:p w14:paraId="5931BC6B" w14:textId="77777777" w:rsidR="005A0029" w:rsidRDefault="00F83EB4">
      <w:pPr>
        <w:pStyle w:val="Heading2"/>
      </w:pPr>
      <w:r>
        <w:t>Pause &amp; Notice</w:t>
      </w:r>
    </w:p>
    <w:p w14:paraId="64163DC5" w14:textId="77777777" w:rsidR="005A0029" w:rsidRDefault="00F83EB4">
      <w:r>
        <w:t>What is this theme revealing about my heart, thoughts, relationships, or current circumstances today?</w:t>
      </w:r>
    </w:p>
    <w:p w14:paraId="444C93CB" w14:textId="77777777" w:rsidR="005A0029" w:rsidRDefault="00F83EB4">
      <w:pPr>
        <w:pStyle w:val="Heading2"/>
      </w:pPr>
      <w:r>
        <w:t>Peace Practice</w:t>
      </w:r>
    </w:p>
    <w:p w14:paraId="48CEBBCC" w14:textId="77777777" w:rsidR="005A0029" w:rsidRDefault="00F83EB4">
      <w:r>
        <w:t>Write one recurring fearful thought. Under it, write a Scripture-shaped response that is more truthful and life-giving.</w:t>
      </w:r>
    </w:p>
    <w:p w14:paraId="3E074DE9" w14:textId="77777777" w:rsidR="005A0029" w:rsidRDefault="00F83EB4">
      <w:pPr>
        <w:pStyle w:val="Heading2"/>
      </w:pPr>
      <w:r>
        <w:t>My Thoughts &amp; Prayers</w:t>
      </w:r>
    </w:p>
    <w:p w14:paraId="3944C474" w14:textId="77777777" w:rsidR="005A0029" w:rsidRDefault="00F83EB4">
      <w:pPr>
        <w:spacing w:after="60"/>
      </w:pPr>
      <w:r>
        <w:rPr>
          <w:color w:val="B4B4B4"/>
          <w:sz w:val="16"/>
        </w:rPr>
        <w:t>________________________________________________________</w:t>
      </w:r>
    </w:p>
    <w:p w14:paraId="1E3163B2" w14:textId="77777777" w:rsidR="005A0029" w:rsidRDefault="00F83EB4">
      <w:pPr>
        <w:spacing w:after="60"/>
      </w:pPr>
      <w:r>
        <w:rPr>
          <w:color w:val="B4B4B4"/>
          <w:sz w:val="16"/>
        </w:rPr>
        <w:t>________________________________________________________</w:t>
      </w:r>
    </w:p>
    <w:p w14:paraId="67CA5710" w14:textId="77777777" w:rsidR="005A0029" w:rsidRDefault="00F83EB4">
      <w:pPr>
        <w:spacing w:after="60"/>
      </w:pPr>
      <w:r>
        <w:rPr>
          <w:color w:val="B4B4B4"/>
          <w:sz w:val="16"/>
        </w:rPr>
        <w:t>________________________________________________________</w:t>
      </w:r>
    </w:p>
    <w:p w14:paraId="587AF1E1" w14:textId="77777777" w:rsidR="005A0029" w:rsidRDefault="00F83EB4">
      <w:pPr>
        <w:spacing w:after="60"/>
      </w:pPr>
      <w:r>
        <w:rPr>
          <w:color w:val="B4B4B4"/>
          <w:sz w:val="16"/>
        </w:rPr>
        <w:t>________________________________________________________</w:t>
      </w:r>
    </w:p>
    <w:p w14:paraId="7F9E223F" w14:textId="77777777" w:rsidR="005A0029" w:rsidRDefault="00F83EB4">
      <w:pPr>
        <w:spacing w:after="60"/>
      </w:pPr>
      <w:r>
        <w:rPr>
          <w:color w:val="B4B4B4"/>
          <w:sz w:val="16"/>
        </w:rPr>
        <w:t>________________________________________________________</w:t>
      </w:r>
    </w:p>
    <w:p w14:paraId="7094BF19" w14:textId="77777777" w:rsidR="005A0029" w:rsidRDefault="00F83EB4">
      <w:pPr>
        <w:pStyle w:val="Heading2"/>
      </w:pPr>
      <w:r>
        <w:t>Prayer</w:t>
      </w:r>
    </w:p>
    <w:p w14:paraId="157417CC" w14:textId="77777777" w:rsidR="005A0029" w:rsidRDefault="00F83EB4">
      <w:r>
        <w:t>Father, meet me in this practice of a gentle rhythm.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1C1AE60" w14:textId="77777777" w:rsidR="005A0029" w:rsidRDefault="00F83EB4">
      <w:r>
        <w:rPr>
          <w:b/>
          <w:color w:val="B08D3A"/>
        </w:rPr>
        <w:lastRenderedPageBreak/>
        <w:t xml:space="preserve">TODAY'S DECLARATION  </w:t>
      </w:r>
      <w:r>
        <w:t>I will meet a gentle rhythm with truth, faith, and practiced peace.</w:t>
      </w:r>
    </w:p>
    <w:p w14:paraId="1E4B545F" w14:textId="77777777" w:rsidR="005A0029" w:rsidRDefault="00F83EB4">
      <w:r>
        <w:br w:type="page"/>
      </w:r>
    </w:p>
    <w:p w14:paraId="4AF07C87" w14:textId="77777777" w:rsidR="005A0029" w:rsidRDefault="00F83EB4">
      <w:pPr>
        <w:pStyle w:val="Heading2"/>
      </w:pPr>
      <w:r>
        <w:lastRenderedPageBreak/>
        <w:t>DAY 19</w:t>
      </w:r>
    </w:p>
    <w:p w14:paraId="06E633D8" w14:textId="77777777" w:rsidR="005A0029" w:rsidRDefault="00F83EB4">
      <w:pPr>
        <w:pStyle w:val="Heading1"/>
      </w:pPr>
      <w:r>
        <w:t>Still Waters</w:t>
      </w:r>
    </w:p>
    <w:p w14:paraId="485F8F0E" w14:textId="77777777" w:rsidR="005A0029" w:rsidRDefault="00F83EB4">
      <w:r>
        <w:rPr>
          <w:b/>
          <w:color w:val="B08D3A"/>
        </w:rPr>
        <w:t xml:space="preserve">ANCHOR SCRIPTURE  </w:t>
      </w:r>
      <w:r>
        <w:t>Psalm 23:2-3</w:t>
      </w:r>
    </w:p>
    <w:p w14:paraId="14FFDEA9" w14:textId="77777777" w:rsidR="005A0029" w:rsidRDefault="00F83EB4">
      <w:pPr>
        <w:pStyle w:val="Heading2"/>
      </w:pPr>
      <w:r>
        <w:t>Guided Reflection</w:t>
      </w:r>
    </w:p>
    <w:p w14:paraId="370DB351" w14:textId="77777777" w:rsidR="005A0029" w:rsidRDefault="00F83EB4">
      <w:r>
        <w:t>Today, consider what “still waters”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truth is practi</w:t>
      </w:r>
      <w:r>
        <w:t>ced repeatedly, especially when circumstances remain unresolved.</w:t>
      </w:r>
    </w:p>
    <w:p w14:paraId="23A4ED90" w14:textId="77777777" w:rsidR="005A0029" w:rsidRDefault="00F83EB4">
      <w:pPr>
        <w:pStyle w:val="Heading2"/>
      </w:pPr>
      <w:r>
        <w:t>Pause &amp; Notice</w:t>
      </w:r>
    </w:p>
    <w:p w14:paraId="093A7D90" w14:textId="77777777" w:rsidR="005A0029" w:rsidRDefault="00F83EB4">
      <w:r>
        <w:t>What is this theme revealing about my heart, thoughts, relationships, or current circumstances today?</w:t>
      </w:r>
    </w:p>
    <w:p w14:paraId="23EFC565" w14:textId="77777777" w:rsidR="005A0029" w:rsidRDefault="00F83EB4">
      <w:pPr>
        <w:pStyle w:val="Heading2"/>
      </w:pPr>
      <w:r>
        <w:t>Peace Practice</w:t>
      </w:r>
    </w:p>
    <w:p w14:paraId="4074837E" w14:textId="77777777" w:rsidR="005A0029" w:rsidRDefault="00F83EB4">
      <w:r>
        <w:t>Identify one small action that would create greater peace today. Make it specific enough to complete before the day ends.</w:t>
      </w:r>
    </w:p>
    <w:p w14:paraId="50E53D68" w14:textId="77777777" w:rsidR="005A0029" w:rsidRDefault="00F83EB4">
      <w:pPr>
        <w:pStyle w:val="Heading2"/>
      </w:pPr>
      <w:r>
        <w:t>My Thoughts &amp; Prayers</w:t>
      </w:r>
    </w:p>
    <w:p w14:paraId="0571A74F" w14:textId="77777777" w:rsidR="005A0029" w:rsidRDefault="00F83EB4">
      <w:pPr>
        <w:spacing w:after="60"/>
      </w:pPr>
      <w:r>
        <w:rPr>
          <w:color w:val="B4B4B4"/>
          <w:sz w:val="16"/>
        </w:rPr>
        <w:t>________________________________________________________</w:t>
      </w:r>
    </w:p>
    <w:p w14:paraId="742C4415" w14:textId="77777777" w:rsidR="005A0029" w:rsidRDefault="00F83EB4">
      <w:pPr>
        <w:spacing w:after="60"/>
      </w:pPr>
      <w:r>
        <w:rPr>
          <w:color w:val="B4B4B4"/>
          <w:sz w:val="16"/>
        </w:rPr>
        <w:t>________________________________________________________</w:t>
      </w:r>
    </w:p>
    <w:p w14:paraId="613CD748" w14:textId="77777777" w:rsidR="005A0029" w:rsidRDefault="00F83EB4">
      <w:pPr>
        <w:spacing w:after="60"/>
      </w:pPr>
      <w:r>
        <w:rPr>
          <w:color w:val="B4B4B4"/>
          <w:sz w:val="16"/>
        </w:rPr>
        <w:t>________________________________________________________</w:t>
      </w:r>
    </w:p>
    <w:p w14:paraId="761BD685" w14:textId="77777777" w:rsidR="005A0029" w:rsidRDefault="00F83EB4">
      <w:pPr>
        <w:spacing w:after="60"/>
      </w:pPr>
      <w:r>
        <w:rPr>
          <w:color w:val="B4B4B4"/>
          <w:sz w:val="16"/>
        </w:rPr>
        <w:t>________________________________________________________</w:t>
      </w:r>
    </w:p>
    <w:p w14:paraId="2501A5B4" w14:textId="77777777" w:rsidR="005A0029" w:rsidRDefault="00F83EB4">
      <w:pPr>
        <w:spacing w:after="60"/>
      </w:pPr>
      <w:r>
        <w:rPr>
          <w:color w:val="B4B4B4"/>
          <w:sz w:val="16"/>
        </w:rPr>
        <w:t>________________________________________________________</w:t>
      </w:r>
    </w:p>
    <w:p w14:paraId="4B3EA7C2" w14:textId="77777777" w:rsidR="005A0029" w:rsidRDefault="00F83EB4">
      <w:pPr>
        <w:pStyle w:val="Heading2"/>
      </w:pPr>
      <w:r>
        <w:t>Prayer</w:t>
      </w:r>
    </w:p>
    <w:p w14:paraId="3DB68E40" w14:textId="77777777" w:rsidR="005A0029" w:rsidRDefault="00F83EB4">
      <w:r>
        <w:t>Father, meet me in this practice of still waters.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F7BFFC0" w14:textId="77777777" w:rsidR="005A0029" w:rsidRDefault="00F83EB4">
      <w:r>
        <w:rPr>
          <w:b/>
          <w:color w:val="B08D3A"/>
        </w:rPr>
        <w:lastRenderedPageBreak/>
        <w:t xml:space="preserve">TODAY'S DECLARATION  </w:t>
      </w:r>
      <w:r>
        <w:t>I will meet still waters with truth, faith, and practiced peace.</w:t>
      </w:r>
    </w:p>
    <w:p w14:paraId="730F1BB3" w14:textId="77777777" w:rsidR="005A0029" w:rsidRDefault="00F83EB4">
      <w:r>
        <w:br w:type="page"/>
      </w:r>
    </w:p>
    <w:p w14:paraId="25A68FA6" w14:textId="77777777" w:rsidR="005A0029" w:rsidRDefault="00F83EB4">
      <w:pPr>
        <w:pStyle w:val="Heading2"/>
      </w:pPr>
      <w:r>
        <w:lastRenderedPageBreak/>
        <w:t>DAY 20</w:t>
      </w:r>
    </w:p>
    <w:p w14:paraId="01E1A342" w14:textId="77777777" w:rsidR="005A0029" w:rsidRDefault="00F83EB4">
      <w:pPr>
        <w:pStyle w:val="Heading1"/>
      </w:pPr>
      <w:r>
        <w:t>Making Room for Joy</w:t>
      </w:r>
    </w:p>
    <w:p w14:paraId="4840C72F" w14:textId="77777777" w:rsidR="005A0029" w:rsidRDefault="00F83EB4">
      <w:r>
        <w:rPr>
          <w:b/>
          <w:color w:val="B08D3A"/>
        </w:rPr>
        <w:t xml:space="preserve">ANCHOR SCRIPTURE  </w:t>
      </w:r>
      <w:r>
        <w:t>Nehemiah 8:10</w:t>
      </w:r>
    </w:p>
    <w:p w14:paraId="7826365B" w14:textId="77777777" w:rsidR="005A0029" w:rsidRDefault="00F83EB4">
      <w:pPr>
        <w:pStyle w:val="Heading2"/>
      </w:pPr>
      <w:r>
        <w:t>Guided Reflection</w:t>
      </w:r>
    </w:p>
    <w:p w14:paraId="6D00418F" w14:textId="77777777" w:rsidR="005A0029" w:rsidRDefault="00F83EB4">
      <w:r>
        <w:t>Today, consider what “making room for joy”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truth is</w:t>
      </w:r>
      <w:r>
        <w:t xml:space="preserve"> practiced repeatedly, especially when circumstances remain unresolved.</w:t>
      </w:r>
    </w:p>
    <w:p w14:paraId="3DDFF892" w14:textId="77777777" w:rsidR="005A0029" w:rsidRDefault="00F83EB4">
      <w:pPr>
        <w:pStyle w:val="Heading2"/>
      </w:pPr>
      <w:r>
        <w:t>Pause &amp; Notice</w:t>
      </w:r>
    </w:p>
    <w:p w14:paraId="544FC8FD" w14:textId="77777777" w:rsidR="005A0029" w:rsidRDefault="00F83EB4">
      <w:r>
        <w:t>What is this theme revealing about my heart, thoughts, relationships, or current circumstances today?</w:t>
      </w:r>
    </w:p>
    <w:p w14:paraId="13DE647C" w14:textId="77777777" w:rsidR="005A0029" w:rsidRDefault="00F83EB4">
      <w:pPr>
        <w:pStyle w:val="Heading2"/>
      </w:pPr>
      <w:r>
        <w:t>Peace Practice</w:t>
      </w:r>
    </w:p>
    <w:p w14:paraId="55C1A2F7" w14:textId="77777777" w:rsidR="005A0029" w:rsidRDefault="00F83EB4">
      <w:r>
        <w:t>Reach out to one trusted, mature person. Share one thing you have been carrying silently and allow yourself to receive support.</w:t>
      </w:r>
    </w:p>
    <w:p w14:paraId="0095C73C" w14:textId="77777777" w:rsidR="005A0029" w:rsidRDefault="00F83EB4">
      <w:pPr>
        <w:pStyle w:val="Heading2"/>
      </w:pPr>
      <w:r>
        <w:t>My Thoughts &amp; Prayers</w:t>
      </w:r>
    </w:p>
    <w:p w14:paraId="0D08F2AF" w14:textId="77777777" w:rsidR="005A0029" w:rsidRDefault="00F83EB4">
      <w:pPr>
        <w:spacing w:after="60"/>
      </w:pPr>
      <w:r>
        <w:rPr>
          <w:color w:val="B4B4B4"/>
          <w:sz w:val="16"/>
        </w:rPr>
        <w:t>________________________________________________________</w:t>
      </w:r>
    </w:p>
    <w:p w14:paraId="2B52EBA8" w14:textId="77777777" w:rsidR="005A0029" w:rsidRDefault="00F83EB4">
      <w:pPr>
        <w:spacing w:after="60"/>
      </w:pPr>
      <w:r>
        <w:rPr>
          <w:color w:val="B4B4B4"/>
          <w:sz w:val="16"/>
        </w:rPr>
        <w:t>________________________________________________________</w:t>
      </w:r>
    </w:p>
    <w:p w14:paraId="27276755" w14:textId="77777777" w:rsidR="005A0029" w:rsidRDefault="00F83EB4">
      <w:pPr>
        <w:spacing w:after="60"/>
      </w:pPr>
      <w:r>
        <w:rPr>
          <w:color w:val="B4B4B4"/>
          <w:sz w:val="16"/>
        </w:rPr>
        <w:t>________________________________________________________</w:t>
      </w:r>
    </w:p>
    <w:p w14:paraId="2DB3FB2A" w14:textId="77777777" w:rsidR="005A0029" w:rsidRDefault="00F83EB4">
      <w:pPr>
        <w:spacing w:after="60"/>
      </w:pPr>
      <w:r>
        <w:rPr>
          <w:color w:val="B4B4B4"/>
          <w:sz w:val="16"/>
        </w:rPr>
        <w:t>________________________________________________________</w:t>
      </w:r>
    </w:p>
    <w:p w14:paraId="6CB73CD4" w14:textId="77777777" w:rsidR="005A0029" w:rsidRDefault="00F83EB4">
      <w:pPr>
        <w:spacing w:after="60"/>
      </w:pPr>
      <w:r>
        <w:rPr>
          <w:color w:val="B4B4B4"/>
          <w:sz w:val="16"/>
        </w:rPr>
        <w:t>________________________________________________________</w:t>
      </w:r>
    </w:p>
    <w:p w14:paraId="4CA58CE9" w14:textId="77777777" w:rsidR="005A0029" w:rsidRDefault="00F83EB4">
      <w:pPr>
        <w:pStyle w:val="Heading2"/>
      </w:pPr>
      <w:r>
        <w:t>Prayer</w:t>
      </w:r>
    </w:p>
    <w:p w14:paraId="061B9A7E" w14:textId="77777777" w:rsidR="005A0029" w:rsidRDefault="00F83EB4">
      <w:r>
        <w:t>Father, meet me in this practice of making room for joy.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C029110" w14:textId="77777777" w:rsidR="005A0029" w:rsidRDefault="00F83EB4">
      <w:r>
        <w:rPr>
          <w:b/>
          <w:color w:val="B08D3A"/>
        </w:rPr>
        <w:lastRenderedPageBreak/>
        <w:t xml:space="preserve">TODAY'S DECLARATION  </w:t>
      </w:r>
      <w:r>
        <w:t>I will meet making room for joy with truth, faith, and practiced peace.</w:t>
      </w:r>
    </w:p>
    <w:p w14:paraId="398402FB" w14:textId="77777777" w:rsidR="005A0029" w:rsidRDefault="00F83EB4">
      <w:r>
        <w:br w:type="page"/>
      </w:r>
    </w:p>
    <w:p w14:paraId="18732DE1" w14:textId="77777777" w:rsidR="005A0029" w:rsidRDefault="00F83EB4">
      <w:pPr>
        <w:pStyle w:val="Heading2"/>
      </w:pPr>
      <w:r>
        <w:lastRenderedPageBreak/>
        <w:t>DAY 21</w:t>
      </w:r>
    </w:p>
    <w:p w14:paraId="15B3CA49" w14:textId="77777777" w:rsidR="005A0029" w:rsidRDefault="00F83EB4">
      <w:pPr>
        <w:pStyle w:val="Heading1"/>
      </w:pPr>
      <w:r>
        <w:t>Unclenching Your Hands</w:t>
      </w:r>
    </w:p>
    <w:p w14:paraId="2D64192E" w14:textId="77777777" w:rsidR="005A0029" w:rsidRDefault="00F83EB4">
      <w:r>
        <w:rPr>
          <w:b/>
          <w:color w:val="B08D3A"/>
        </w:rPr>
        <w:t xml:space="preserve">ANCHOR SCRIPTURE  </w:t>
      </w:r>
      <w:r>
        <w:t>Psalm 37:5</w:t>
      </w:r>
    </w:p>
    <w:p w14:paraId="7426B833" w14:textId="77777777" w:rsidR="005A0029" w:rsidRDefault="00F83EB4">
      <w:pPr>
        <w:pStyle w:val="Heading2"/>
      </w:pPr>
      <w:r>
        <w:t>Guided Reflection</w:t>
      </w:r>
    </w:p>
    <w:p w14:paraId="0C75691A" w14:textId="77777777" w:rsidR="005A0029" w:rsidRDefault="00F83EB4">
      <w:r>
        <w:t>Today, consider what “unclenching your hands”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truth</w:t>
      </w:r>
      <w:r>
        <w:t xml:space="preserve"> is practiced repeatedly, especially when circumstances remain unresolved.</w:t>
      </w:r>
    </w:p>
    <w:p w14:paraId="0F4DC591" w14:textId="77777777" w:rsidR="005A0029" w:rsidRDefault="00F83EB4">
      <w:pPr>
        <w:pStyle w:val="Heading2"/>
      </w:pPr>
      <w:r>
        <w:t>Pause &amp; Notice</w:t>
      </w:r>
    </w:p>
    <w:p w14:paraId="35A10B37" w14:textId="77777777" w:rsidR="005A0029" w:rsidRDefault="00F83EB4">
      <w:r>
        <w:t>What is this theme revealing about my heart, thoughts, relationships, or current circumstances today?</w:t>
      </w:r>
    </w:p>
    <w:p w14:paraId="7E381804" w14:textId="77777777" w:rsidR="005A0029" w:rsidRDefault="00F83EB4">
      <w:pPr>
        <w:pStyle w:val="Heading2"/>
      </w:pPr>
      <w:r>
        <w:t>Peace Practice</w:t>
      </w:r>
    </w:p>
    <w:p w14:paraId="48FE45E4" w14:textId="77777777" w:rsidR="005A0029" w:rsidRDefault="00F83EB4">
      <w:r>
        <w:t>Practice a ten-minute quiet period without your phone. Notice what surfaces, then bring it honestly into prayer.</w:t>
      </w:r>
    </w:p>
    <w:p w14:paraId="5DCC2028" w14:textId="77777777" w:rsidR="005A0029" w:rsidRDefault="00F83EB4">
      <w:pPr>
        <w:pStyle w:val="Heading2"/>
      </w:pPr>
      <w:r>
        <w:t>My Thoughts &amp; Prayers</w:t>
      </w:r>
    </w:p>
    <w:p w14:paraId="7AFA80AF" w14:textId="77777777" w:rsidR="005A0029" w:rsidRDefault="00F83EB4">
      <w:pPr>
        <w:spacing w:after="60"/>
      </w:pPr>
      <w:r>
        <w:rPr>
          <w:color w:val="B4B4B4"/>
          <w:sz w:val="16"/>
        </w:rPr>
        <w:t>________________________________________________________</w:t>
      </w:r>
    </w:p>
    <w:p w14:paraId="7727B7D3" w14:textId="77777777" w:rsidR="005A0029" w:rsidRDefault="00F83EB4">
      <w:pPr>
        <w:spacing w:after="60"/>
      </w:pPr>
      <w:r>
        <w:rPr>
          <w:color w:val="B4B4B4"/>
          <w:sz w:val="16"/>
        </w:rPr>
        <w:t>________________________________________________________</w:t>
      </w:r>
    </w:p>
    <w:p w14:paraId="49C41C67" w14:textId="77777777" w:rsidR="005A0029" w:rsidRDefault="00F83EB4">
      <w:pPr>
        <w:spacing w:after="60"/>
      </w:pPr>
      <w:r>
        <w:rPr>
          <w:color w:val="B4B4B4"/>
          <w:sz w:val="16"/>
        </w:rPr>
        <w:t>________________________________________________________</w:t>
      </w:r>
    </w:p>
    <w:p w14:paraId="038273EA" w14:textId="77777777" w:rsidR="005A0029" w:rsidRDefault="00F83EB4">
      <w:pPr>
        <w:spacing w:after="60"/>
      </w:pPr>
      <w:r>
        <w:rPr>
          <w:color w:val="B4B4B4"/>
          <w:sz w:val="16"/>
        </w:rPr>
        <w:t>________________________________________________________</w:t>
      </w:r>
    </w:p>
    <w:p w14:paraId="3EA578FA" w14:textId="77777777" w:rsidR="005A0029" w:rsidRDefault="00F83EB4">
      <w:pPr>
        <w:spacing w:after="60"/>
      </w:pPr>
      <w:r>
        <w:rPr>
          <w:color w:val="B4B4B4"/>
          <w:sz w:val="16"/>
        </w:rPr>
        <w:t>________________________________________________________</w:t>
      </w:r>
    </w:p>
    <w:p w14:paraId="6D1EE5A9" w14:textId="77777777" w:rsidR="005A0029" w:rsidRDefault="00F83EB4">
      <w:pPr>
        <w:pStyle w:val="Heading2"/>
      </w:pPr>
      <w:r>
        <w:t>Prayer</w:t>
      </w:r>
    </w:p>
    <w:p w14:paraId="555D723D" w14:textId="77777777" w:rsidR="005A0029" w:rsidRDefault="00F83EB4">
      <w:r>
        <w:t>Father, meet me in this practice of unclenching your hands.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CF47316" w14:textId="77777777" w:rsidR="005A0029" w:rsidRDefault="00F83EB4">
      <w:r>
        <w:rPr>
          <w:b/>
          <w:color w:val="B08D3A"/>
        </w:rPr>
        <w:lastRenderedPageBreak/>
        <w:t xml:space="preserve">TODAY'S DECLARATION  </w:t>
      </w:r>
      <w:r>
        <w:t>I will meet unclenching your hands with truth, faith, and practiced peace.</w:t>
      </w:r>
    </w:p>
    <w:p w14:paraId="48F00688" w14:textId="77777777" w:rsidR="005A0029" w:rsidRDefault="00F83EB4">
      <w:r>
        <w:br w:type="page"/>
      </w:r>
    </w:p>
    <w:p w14:paraId="3B376CD8" w14:textId="77777777" w:rsidR="005A0029" w:rsidRDefault="00F83EB4">
      <w:pPr>
        <w:pStyle w:val="Heading2"/>
      </w:pPr>
      <w:r>
        <w:lastRenderedPageBreak/>
        <w:t>DAY 22</w:t>
      </w:r>
    </w:p>
    <w:p w14:paraId="5857615A" w14:textId="77777777" w:rsidR="005A0029" w:rsidRDefault="00F83EB4">
      <w:pPr>
        <w:pStyle w:val="Heading1"/>
      </w:pPr>
      <w:r>
        <w:t>The Power of a Pause</w:t>
      </w:r>
    </w:p>
    <w:p w14:paraId="2B3E8D18" w14:textId="77777777" w:rsidR="005A0029" w:rsidRDefault="00F83EB4">
      <w:r>
        <w:rPr>
          <w:b/>
          <w:color w:val="B08D3A"/>
        </w:rPr>
        <w:t xml:space="preserve">ANCHOR SCRIPTURE  </w:t>
      </w:r>
      <w:r>
        <w:t>Proverbs 15:1</w:t>
      </w:r>
    </w:p>
    <w:p w14:paraId="19B78B91" w14:textId="77777777" w:rsidR="005A0029" w:rsidRDefault="00F83EB4">
      <w:pPr>
        <w:pStyle w:val="Heading2"/>
      </w:pPr>
      <w:r>
        <w:t>Guided Reflection</w:t>
      </w:r>
    </w:p>
    <w:p w14:paraId="3171F5D8" w14:textId="77777777" w:rsidR="005A0029" w:rsidRDefault="00F83EB4">
      <w:r>
        <w:t>Today, consider what “the power of a pause”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truth i</w:t>
      </w:r>
      <w:r>
        <w:t>s practiced repeatedly, especially when circumstances remain unresolved.</w:t>
      </w:r>
    </w:p>
    <w:p w14:paraId="7BF133D6" w14:textId="77777777" w:rsidR="005A0029" w:rsidRDefault="00F83EB4">
      <w:pPr>
        <w:pStyle w:val="Heading2"/>
      </w:pPr>
      <w:r>
        <w:t>Pause &amp; Notice</w:t>
      </w:r>
    </w:p>
    <w:p w14:paraId="6F5E86CF" w14:textId="77777777" w:rsidR="005A0029" w:rsidRDefault="00F83EB4">
      <w:r>
        <w:t>What is this theme revealing about my heart, thoughts, relationships, or current circumstances today?</w:t>
      </w:r>
    </w:p>
    <w:p w14:paraId="1866ACF6" w14:textId="77777777" w:rsidR="005A0029" w:rsidRDefault="00F83EB4">
      <w:pPr>
        <w:pStyle w:val="Heading2"/>
      </w:pPr>
      <w:r>
        <w:t>Peace Practice</w:t>
      </w:r>
    </w:p>
    <w:p w14:paraId="3606134A" w14:textId="77777777" w:rsidR="005A0029" w:rsidRDefault="00F83EB4">
      <w:r>
        <w:t>Sit quietly for three minutes. Name what you feel without judging it. Then write one truth you want to carry into the day.</w:t>
      </w:r>
    </w:p>
    <w:p w14:paraId="221EC105" w14:textId="77777777" w:rsidR="005A0029" w:rsidRDefault="00F83EB4">
      <w:pPr>
        <w:pStyle w:val="Heading2"/>
      </w:pPr>
      <w:r>
        <w:t>My Thoughts &amp; Prayers</w:t>
      </w:r>
    </w:p>
    <w:p w14:paraId="10DFAD11" w14:textId="77777777" w:rsidR="005A0029" w:rsidRDefault="00F83EB4">
      <w:pPr>
        <w:spacing w:after="60"/>
      </w:pPr>
      <w:r>
        <w:rPr>
          <w:color w:val="B4B4B4"/>
          <w:sz w:val="16"/>
        </w:rPr>
        <w:t>________________________________________________________</w:t>
      </w:r>
    </w:p>
    <w:p w14:paraId="6FFF2D41" w14:textId="77777777" w:rsidR="005A0029" w:rsidRDefault="00F83EB4">
      <w:pPr>
        <w:spacing w:after="60"/>
      </w:pPr>
      <w:r>
        <w:rPr>
          <w:color w:val="B4B4B4"/>
          <w:sz w:val="16"/>
        </w:rPr>
        <w:t>________________________________________________________</w:t>
      </w:r>
    </w:p>
    <w:p w14:paraId="2B780CC7" w14:textId="77777777" w:rsidR="005A0029" w:rsidRDefault="00F83EB4">
      <w:pPr>
        <w:spacing w:after="60"/>
      </w:pPr>
      <w:r>
        <w:rPr>
          <w:color w:val="B4B4B4"/>
          <w:sz w:val="16"/>
        </w:rPr>
        <w:t>________________________________________________________</w:t>
      </w:r>
    </w:p>
    <w:p w14:paraId="378EF301" w14:textId="77777777" w:rsidR="005A0029" w:rsidRDefault="00F83EB4">
      <w:pPr>
        <w:spacing w:after="60"/>
      </w:pPr>
      <w:r>
        <w:rPr>
          <w:color w:val="B4B4B4"/>
          <w:sz w:val="16"/>
        </w:rPr>
        <w:t>________________________________________________________</w:t>
      </w:r>
    </w:p>
    <w:p w14:paraId="020D367F" w14:textId="77777777" w:rsidR="005A0029" w:rsidRDefault="00F83EB4">
      <w:pPr>
        <w:spacing w:after="60"/>
      </w:pPr>
      <w:r>
        <w:rPr>
          <w:color w:val="B4B4B4"/>
          <w:sz w:val="16"/>
        </w:rPr>
        <w:t>________________________________________________________</w:t>
      </w:r>
    </w:p>
    <w:p w14:paraId="4FF06467" w14:textId="77777777" w:rsidR="005A0029" w:rsidRDefault="00F83EB4">
      <w:pPr>
        <w:pStyle w:val="Heading2"/>
      </w:pPr>
      <w:r>
        <w:t>Prayer</w:t>
      </w:r>
    </w:p>
    <w:p w14:paraId="54489B16" w14:textId="77777777" w:rsidR="005A0029" w:rsidRDefault="00F83EB4">
      <w:r>
        <w:t>Father, meet me in this practice of the power of a pause.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0727968" w14:textId="77777777" w:rsidR="005A0029" w:rsidRDefault="00F83EB4">
      <w:r>
        <w:rPr>
          <w:b/>
          <w:color w:val="B08D3A"/>
        </w:rPr>
        <w:lastRenderedPageBreak/>
        <w:t xml:space="preserve">TODAY'S DECLARATION  </w:t>
      </w:r>
      <w:r>
        <w:t>I will meet the power of a pause with truth, faith, and practiced peace.</w:t>
      </w:r>
    </w:p>
    <w:p w14:paraId="42A83929" w14:textId="77777777" w:rsidR="005A0029" w:rsidRDefault="00F83EB4">
      <w:r>
        <w:br w:type="page"/>
      </w:r>
    </w:p>
    <w:p w14:paraId="4AA5C472" w14:textId="77777777" w:rsidR="005A0029" w:rsidRDefault="00F83EB4">
      <w:pPr>
        <w:pStyle w:val="Heading2"/>
      </w:pPr>
      <w:r>
        <w:lastRenderedPageBreak/>
        <w:t>DAY 23</w:t>
      </w:r>
    </w:p>
    <w:p w14:paraId="546E1398" w14:textId="77777777" w:rsidR="005A0029" w:rsidRDefault="00F83EB4">
      <w:pPr>
        <w:pStyle w:val="Heading1"/>
      </w:pPr>
      <w:r>
        <w:t>Responding Instead of Reacting</w:t>
      </w:r>
    </w:p>
    <w:p w14:paraId="1DF28151" w14:textId="77777777" w:rsidR="005A0029" w:rsidRDefault="00F83EB4">
      <w:r>
        <w:rPr>
          <w:b/>
          <w:color w:val="B08D3A"/>
        </w:rPr>
        <w:t xml:space="preserve">ANCHOR SCRIPTURE  </w:t>
      </w:r>
      <w:r>
        <w:t>James 1:19</w:t>
      </w:r>
    </w:p>
    <w:p w14:paraId="7B57C4C2" w14:textId="77777777" w:rsidR="005A0029" w:rsidRDefault="00F83EB4">
      <w:pPr>
        <w:pStyle w:val="Heading2"/>
      </w:pPr>
      <w:r>
        <w:t>Guided Reflection</w:t>
      </w:r>
    </w:p>
    <w:p w14:paraId="7124397D" w14:textId="77777777" w:rsidR="005A0029" w:rsidRDefault="00F83EB4">
      <w:r>
        <w:t>Today, consider what “responding instead of reacting”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w:t>
      </w:r>
      <w:r>
        <w:t>en truth is practiced repeatedly, especially when circumstances remain unresolved.</w:t>
      </w:r>
    </w:p>
    <w:p w14:paraId="15BE69B9" w14:textId="77777777" w:rsidR="005A0029" w:rsidRDefault="00F83EB4">
      <w:pPr>
        <w:pStyle w:val="Heading2"/>
      </w:pPr>
      <w:r>
        <w:t>Pause &amp; Notice</w:t>
      </w:r>
    </w:p>
    <w:p w14:paraId="44EA94AE" w14:textId="77777777" w:rsidR="005A0029" w:rsidRDefault="00F83EB4">
      <w:r>
        <w:t>What is this theme revealing about my heart, thoughts, relationships, or current circumstances today?</w:t>
      </w:r>
    </w:p>
    <w:p w14:paraId="7656B312" w14:textId="77777777" w:rsidR="005A0029" w:rsidRDefault="00F83EB4">
      <w:pPr>
        <w:pStyle w:val="Heading2"/>
      </w:pPr>
      <w:r>
        <w:t>Peace Practice</w:t>
      </w:r>
    </w:p>
    <w:p w14:paraId="7720ADE6" w14:textId="77777777" w:rsidR="005A0029" w:rsidRDefault="00F83EB4">
      <w:r>
        <w:t>Draw two columns: 'What I can control' and 'What I must release.' Place each concern in the appropriate column and pray over both.</w:t>
      </w:r>
    </w:p>
    <w:p w14:paraId="3BBC5434" w14:textId="77777777" w:rsidR="005A0029" w:rsidRDefault="00F83EB4">
      <w:pPr>
        <w:pStyle w:val="Heading2"/>
      </w:pPr>
      <w:r>
        <w:t>My Thoughts &amp; Prayers</w:t>
      </w:r>
    </w:p>
    <w:p w14:paraId="42F72E46" w14:textId="77777777" w:rsidR="005A0029" w:rsidRDefault="00F83EB4">
      <w:pPr>
        <w:spacing w:after="60"/>
      </w:pPr>
      <w:r>
        <w:rPr>
          <w:color w:val="B4B4B4"/>
          <w:sz w:val="16"/>
        </w:rPr>
        <w:t>________________________________________________________</w:t>
      </w:r>
    </w:p>
    <w:p w14:paraId="1FB7160A" w14:textId="77777777" w:rsidR="005A0029" w:rsidRDefault="00F83EB4">
      <w:pPr>
        <w:spacing w:after="60"/>
      </w:pPr>
      <w:r>
        <w:rPr>
          <w:color w:val="B4B4B4"/>
          <w:sz w:val="16"/>
        </w:rPr>
        <w:t>________________________________________________________</w:t>
      </w:r>
    </w:p>
    <w:p w14:paraId="4DD5329B" w14:textId="77777777" w:rsidR="005A0029" w:rsidRDefault="00F83EB4">
      <w:pPr>
        <w:spacing w:after="60"/>
      </w:pPr>
      <w:r>
        <w:rPr>
          <w:color w:val="B4B4B4"/>
          <w:sz w:val="16"/>
        </w:rPr>
        <w:t>________________________________________________________</w:t>
      </w:r>
    </w:p>
    <w:p w14:paraId="07034E43" w14:textId="77777777" w:rsidR="005A0029" w:rsidRDefault="00F83EB4">
      <w:pPr>
        <w:spacing w:after="60"/>
      </w:pPr>
      <w:r>
        <w:rPr>
          <w:color w:val="B4B4B4"/>
          <w:sz w:val="16"/>
        </w:rPr>
        <w:t>________________________________________________________</w:t>
      </w:r>
    </w:p>
    <w:p w14:paraId="24DE0DAC" w14:textId="77777777" w:rsidR="005A0029" w:rsidRDefault="00F83EB4">
      <w:pPr>
        <w:spacing w:after="60"/>
      </w:pPr>
      <w:r>
        <w:rPr>
          <w:color w:val="B4B4B4"/>
          <w:sz w:val="16"/>
        </w:rPr>
        <w:t>________________________________________________________</w:t>
      </w:r>
    </w:p>
    <w:p w14:paraId="75BF5533" w14:textId="77777777" w:rsidR="005A0029" w:rsidRDefault="00F83EB4">
      <w:pPr>
        <w:pStyle w:val="Heading2"/>
      </w:pPr>
      <w:r>
        <w:t>Prayer</w:t>
      </w:r>
    </w:p>
    <w:p w14:paraId="48347DF0" w14:textId="77777777" w:rsidR="005A0029" w:rsidRDefault="00F83EB4">
      <w:r>
        <w:t>Father, meet me in this practice of responding instead of reacting.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0D03622" w14:textId="77777777" w:rsidR="005A0029" w:rsidRDefault="00F83EB4">
      <w:r>
        <w:rPr>
          <w:b/>
          <w:color w:val="B08D3A"/>
        </w:rPr>
        <w:lastRenderedPageBreak/>
        <w:t xml:space="preserve">TODAY'S DECLARATION  </w:t>
      </w:r>
      <w:r>
        <w:t>I will meet responding instead of reacting with truth, faith, and practiced peace.</w:t>
      </w:r>
    </w:p>
    <w:p w14:paraId="6EB976F0" w14:textId="77777777" w:rsidR="005A0029" w:rsidRDefault="00F83EB4">
      <w:r>
        <w:br w:type="page"/>
      </w:r>
    </w:p>
    <w:p w14:paraId="5C14C50E" w14:textId="77777777" w:rsidR="005A0029" w:rsidRDefault="00F83EB4">
      <w:pPr>
        <w:pStyle w:val="Heading2"/>
      </w:pPr>
      <w:r>
        <w:lastRenderedPageBreak/>
        <w:t>DAY 24</w:t>
      </w:r>
    </w:p>
    <w:p w14:paraId="23D88B45" w14:textId="77777777" w:rsidR="005A0029" w:rsidRDefault="00F83EB4">
      <w:pPr>
        <w:pStyle w:val="Heading1"/>
      </w:pPr>
      <w:r>
        <w:t>Peace Before Decisions</w:t>
      </w:r>
    </w:p>
    <w:p w14:paraId="4563A018" w14:textId="77777777" w:rsidR="005A0029" w:rsidRDefault="00F83EB4">
      <w:r>
        <w:rPr>
          <w:b/>
          <w:color w:val="B08D3A"/>
        </w:rPr>
        <w:t xml:space="preserve">ANCHOR SCRIPTURE  </w:t>
      </w:r>
      <w:r>
        <w:t>Colossians 3:15</w:t>
      </w:r>
    </w:p>
    <w:p w14:paraId="1A01A43E" w14:textId="77777777" w:rsidR="005A0029" w:rsidRDefault="00F83EB4">
      <w:pPr>
        <w:pStyle w:val="Heading2"/>
      </w:pPr>
      <w:r>
        <w:t>Guided Reflection</w:t>
      </w:r>
    </w:p>
    <w:p w14:paraId="4C06AB1A" w14:textId="77777777" w:rsidR="005A0029" w:rsidRDefault="00F83EB4">
      <w:r>
        <w:t>Today, consider what “peace before decisions”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truth</w:t>
      </w:r>
      <w:r>
        <w:t xml:space="preserve"> is practiced repeatedly, especially when circumstances remain unresolved.</w:t>
      </w:r>
    </w:p>
    <w:p w14:paraId="36DED059" w14:textId="77777777" w:rsidR="005A0029" w:rsidRDefault="00F83EB4">
      <w:pPr>
        <w:pStyle w:val="Heading2"/>
      </w:pPr>
      <w:r>
        <w:t>Pause &amp; Notice</w:t>
      </w:r>
    </w:p>
    <w:p w14:paraId="1CEBC040" w14:textId="77777777" w:rsidR="005A0029" w:rsidRDefault="00F83EB4">
      <w:r>
        <w:t>What is this theme revealing about my heart, thoughts, relationships, or current circumstances today?</w:t>
      </w:r>
    </w:p>
    <w:p w14:paraId="1B3B0988" w14:textId="77777777" w:rsidR="005A0029" w:rsidRDefault="00F83EB4">
      <w:pPr>
        <w:pStyle w:val="Heading2"/>
      </w:pPr>
      <w:r>
        <w:t>Peace Practice</w:t>
      </w:r>
    </w:p>
    <w:p w14:paraId="42E95550" w14:textId="77777777" w:rsidR="005A0029" w:rsidRDefault="00F83EB4">
      <w:r>
        <w:t>Take five slow breaths. With each inhale, receive God's presence; with each exhale, release one pressure you have been carrying.</w:t>
      </w:r>
    </w:p>
    <w:p w14:paraId="0C7AACAA" w14:textId="77777777" w:rsidR="005A0029" w:rsidRDefault="00F83EB4">
      <w:pPr>
        <w:pStyle w:val="Heading2"/>
      </w:pPr>
      <w:r>
        <w:t>My Thoughts &amp; Prayers</w:t>
      </w:r>
    </w:p>
    <w:p w14:paraId="593EBDFD" w14:textId="77777777" w:rsidR="005A0029" w:rsidRDefault="00F83EB4">
      <w:pPr>
        <w:spacing w:after="60"/>
      </w:pPr>
      <w:r>
        <w:rPr>
          <w:color w:val="B4B4B4"/>
          <w:sz w:val="16"/>
        </w:rPr>
        <w:t>________________________________________________________</w:t>
      </w:r>
    </w:p>
    <w:p w14:paraId="570B70A5" w14:textId="77777777" w:rsidR="005A0029" w:rsidRDefault="00F83EB4">
      <w:pPr>
        <w:spacing w:after="60"/>
      </w:pPr>
      <w:r>
        <w:rPr>
          <w:color w:val="B4B4B4"/>
          <w:sz w:val="16"/>
        </w:rPr>
        <w:t>________________________________________________________</w:t>
      </w:r>
    </w:p>
    <w:p w14:paraId="6CED4CB2" w14:textId="77777777" w:rsidR="005A0029" w:rsidRDefault="00F83EB4">
      <w:pPr>
        <w:spacing w:after="60"/>
      </w:pPr>
      <w:r>
        <w:rPr>
          <w:color w:val="B4B4B4"/>
          <w:sz w:val="16"/>
        </w:rPr>
        <w:t>________________________________________________________</w:t>
      </w:r>
    </w:p>
    <w:p w14:paraId="66A431F0" w14:textId="77777777" w:rsidR="005A0029" w:rsidRDefault="00F83EB4">
      <w:pPr>
        <w:spacing w:after="60"/>
      </w:pPr>
      <w:r>
        <w:rPr>
          <w:color w:val="B4B4B4"/>
          <w:sz w:val="16"/>
        </w:rPr>
        <w:t>________________________________________________________</w:t>
      </w:r>
    </w:p>
    <w:p w14:paraId="441CA5F8" w14:textId="77777777" w:rsidR="005A0029" w:rsidRDefault="00F83EB4">
      <w:pPr>
        <w:spacing w:after="60"/>
      </w:pPr>
      <w:r>
        <w:rPr>
          <w:color w:val="B4B4B4"/>
          <w:sz w:val="16"/>
        </w:rPr>
        <w:t>________________________________________________________</w:t>
      </w:r>
    </w:p>
    <w:p w14:paraId="1A17F682" w14:textId="77777777" w:rsidR="005A0029" w:rsidRDefault="00F83EB4">
      <w:pPr>
        <w:pStyle w:val="Heading2"/>
      </w:pPr>
      <w:r>
        <w:t>Prayer</w:t>
      </w:r>
    </w:p>
    <w:p w14:paraId="2458A3C8" w14:textId="77777777" w:rsidR="005A0029" w:rsidRDefault="00F83EB4">
      <w:r>
        <w:t>Father, meet me in this practice of peace before decisions.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78FFF3A" w14:textId="77777777" w:rsidR="005A0029" w:rsidRDefault="00F83EB4">
      <w:r>
        <w:rPr>
          <w:b/>
          <w:color w:val="B08D3A"/>
        </w:rPr>
        <w:lastRenderedPageBreak/>
        <w:t xml:space="preserve">TODAY'S DECLARATION  </w:t>
      </w:r>
      <w:r>
        <w:t>I will meet peace before decisions with truth, faith, and practiced peace.</w:t>
      </w:r>
    </w:p>
    <w:p w14:paraId="6A3F5086" w14:textId="77777777" w:rsidR="005A0029" w:rsidRDefault="00F83EB4">
      <w:r>
        <w:br w:type="page"/>
      </w:r>
    </w:p>
    <w:p w14:paraId="1A0119A5" w14:textId="77777777" w:rsidR="005A0029" w:rsidRDefault="00F83EB4">
      <w:pPr>
        <w:pStyle w:val="Heading2"/>
      </w:pPr>
      <w:r>
        <w:lastRenderedPageBreak/>
        <w:t>DAY 25</w:t>
      </w:r>
    </w:p>
    <w:p w14:paraId="3741972C" w14:textId="77777777" w:rsidR="005A0029" w:rsidRDefault="00F83EB4">
      <w:pPr>
        <w:pStyle w:val="Heading1"/>
      </w:pPr>
      <w:r>
        <w:t>Creating a Safe Inner Space</w:t>
      </w:r>
    </w:p>
    <w:p w14:paraId="6A5150B8" w14:textId="77777777" w:rsidR="005A0029" w:rsidRDefault="00F83EB4">
      <w:r>
        <w:rPr>
          <w:b/>
          <w:color w:val="B08D3A"/>
        </w:rPr>
        <w:t xml:space="preserve">ANCHOR SCRIPTURE  </w:t>
      </w:r>
      <w:r>
        <w:t>Psalm 4:8</w:t>
      </w:r>
    </w:p>
    <w:p w14:paraId="4C928599" w14:textId="77777777" w:rsidR="005A0029" w:rsidRDefault="00F83EB4">
      <w:pPr>
        <w:pStyle w:val="Heading2"/>
      </w:pPr>
      <w:r>
        <w:t>Guided Reflection</w:t>
      </w:r>
    </w:p>
    <w:p w14:paraId="2C1C27DC" w14:textId="77777777" w:rsidR="005A0029" w:rsidRDefault="00F83EB4">
      <w:r>
        <w:t xml:space="preserve">Today, consider what “creating a safe inner space”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4F31DE44" w14:textId="77777777" w:rsidR="005A0029" w:rsidRDefault="00F83EB4">
      <w:pPr>
        <w:pStyle w:val="Heading2"/>
      </w:pPr>
      <w:r>
        <w:t>Pause &amp; Notice</w:t>
      </w:r>
    </w:p>
    <w:p w14:paraId="4728AB26" w14:textId="77777777" w:rsidR="005A0029" w:rsidRDefault="00F83EB4">
      <w:r>
        <w:t>What is this theme revealing about my heart, thoughts, relationships, or current circumstances today?</w:t>
      </w:r>
    </w:p>
    <w:p w14:paraId="7E3A9F7A" w14:textId="77777777" w:rsidR="005A0029" w:rsidRDefault="00F83EB4">
      <w:pPr>
        <w:pStyle w:val="Heading2"/>
      </w:pPr>
      <w:r>
        <w:t>Peace Practice</w:t>
      </w:r>
    </w:p>
    <w:p w14:paraId="2A0500E2" w14:textId="77777777" w:rsidR="005A0029" w:rsidRDefault="00F83EB4">
      <w:r>
        <w:t>Write one recurring fearful thought. Under it, write a Scripture-shaped response that is more truthful and life-giving.</w:t>
      </w:r>
    </w:p>
    <w:p w14:paraId="1CFFB7CB" w14:textId="77777777" w:rsidR="005A0029" w:rsidRDefault="00F83EB4">
      <w:pPr>
        <w:pStyle w:val="Heading2"/>
      </w:pPr>
      <w:r>
        <w:t>My Thoughts &amp; Prayers</w:t>
      </w:r>
    </w:p>
    <w:p w14:paraId="193AAA7C" w14:textId="77777777" w:rsidR="005A0029" w:rsidRDefault="00F83EB4">
      <w:pPr>
        <w:spacing w:after="60"/>
      </w:pPr>
      <w:r>
        <w:rPr>
          <w:color w:val="B4B4B4"/>
          <w:sz w:val="16"/>
        </w:rPr>
        <w:t>________________________________________________________</w:t>
      </w:r>
    </w:p>
    <w:p w14:paraId="7AAB1250" w14:textId="77777777" w:rsidR="005A0029" w:rsidRDefault="00F83EB4">
      <w:pPr>
        <w:spacing w:after="60"/>
      </w:pPr>
      <w:r>
        <w:rPr>
          <w:color w:val="B4B4B4"/>
          <w:sz w:val="16"/>
        </w:rPr>
        <w:t>________________________________________________________</w:t>
      </w:r>
    </w:p>
    <w:p w14:paraId="0FEA7AE8" w14:textId="77777777" w:rsidR="005A0029" w:rsidRDefault="00F83EB4">
      <w:pPr>
        <w:spacing w:after="60"/>
      </w:pPr>
      <w:r>
        <w:rPr>
          <w:color w:val="B4B4B4"/>
          <w:sz w:val="16"/>
        </w:rPr>
        <w:t>________________________________________________________</w:t>
      </w:r>
    </w:p>
    <w:p w14:paraId="3179C2DD" w14:textId="77777777" w:rsidR="005A0029" w:rsidRDefault="00F83EB4">
      <w:pPr>
        <w:spacing w:after="60"/>
      </w:pPr>
      <w:r>
        <w:rPr>
          <w:color w:val="B4B4B4"/>
          <w:sz w:val="16"/>
        </w:rPr>
        <w:t>________________________________________________________</w:t>
      </w:r>
    </w:p>
    <w:p w14:paraId="2735750C" w14:textId="77777777" w:rsidR="005A0029" w:rsidRDefault="00F83EB4">
      <w:pPr>
        <w:spacing w:after="60"/>
      </w:pPr>
      <w:r>
        <w:rPr>
          <w:color w:val="B4B4B4"/>
          <w:sz w:val="16"/>
        </w:rPr>
        <w:t>________________________________________________________</w:t>
      </w:r>
    </w:p>
    <w:p w14:paraId="48D82241" w14:textId="77777777" w:rsidR="005A0029" w:rsidRDefault="00F83EB4">
      <w:pPr>
        <w:pStyle w:val="Heading2"/>
      </w:pPr>
      <w:r>
        <w:t>Prayer</w:t>
      </w:r>
    </w:p>
    <w:p w14:paraId="26A6E9BD" w14:textId="77777777" w:rsidR="005A0029" w:rsidRDefault="00F83EB4">
      <w:r>
        <w:t>Father, meet me in this practice of creating a safe inner space.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C61AE21" w14:textId="77777777" w:rsidR="005A0029" w:rsidRDefault="00F83EB4">
      <w:r>
        <w:rPr>
          <w:b/>
          <w:color w:val="B08D3A"/>
        </w:rPr>
        <w:lastRenderedPageBreak/>
        <w:t xml:space="preserve">TODAY'S DECLARATION  </w:t>
      </w:r>
      <w:r>
        <w:t>I will meet creating a safe inner space with truth, faith, and practiced peace.</w:t>
      </w:r>
    </w:p>
    <w:p w14:paraId="7A622A36" w14:textId="77777777" w:rsidR="005A0029" w:rsidRDefault="00F83EB4">
      <w:r>
        <w:br w:type="page"/>
      </w:r>
    </w:p>
    <w:p w14:paraId="22FA4E22" w14:textId="77777777" w:rsidR="005A0029" w:rsidRDefault="00F83EB4">
      <w:pPr>
        <w:pStyle w:val="Heading2"/>
      </w:pPr>
      <w:r>
        <w:lastRenderedPageBreak/>
        <w:t>DAY 26</w:t>
      </w:r>
    </w:p>
    <w:p w14:paraId="77943335" w14:textId="77777777" w:rsidR="005A0029" w:rsidRDefault="00F83EB4">
      <w:pPr>
        <w:pStyle w:val="Heading1"/>
      </w:pPr>
      <w:r>
        <w:t>Letting Your Body Recover</w:t>
      </w:r>
    </w:p>
    <w:p w14:paraId="0B7D75B0" w14:textId="77777777" w:rsidR="005A0029" w:rsidRDefault="00F83EB4">
      <w:r>
        <w:rPr>
          <w:b/>
          <w:color w:val="B08D3A"/>
        </w:rPr>
        <w:t xml:space="preserve">ANCHOR SCRIPTURE  </w:t>
      </w:r>
      <w:r>
        <w:t>Isaiah 40:31</w:t>
      </w:r>
    </w:p>
    <w:p w14:paraId="6718971C" w14:textId="77777777" w:rsidR="005A0029" w:rsidRDefault="00F83EB4">
      <w:pPr>
        <w:pStyle w:val="Heading2"/>
      </w:pPr>
      <w:r>
        <w:t>Guided Reflection</w:t>
      </w:r>
    </w:p>
    <w:p w14:paraId="3569F386" w14:textId="77777777" w:rsidR="005A0029" w:rsidRDefault="00F83EB4">
      <w:r>
        <w:t>Today, consider what “letting your body recover”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w:t>
      </w:r>
      <w:r>
        <w:t>uth is practiced repeatedly, especially when circumstances remain unresolved.</w:t>
      </w:r>
    </w:p>
    <w:p w14:paraId="3CB03A2A" w14:textId="77777777" w:rsidR="005A0029" w:rsidRDefault="00F83EB4">
      <w:pPr>
        <w:pStyle w:val="Heading2"/>
      </w:pPr>
      <w:r>
        <w:t>Pause &amp; Notice</w:t>
      </w:r>
    </w:p>
    <w:p w14:paraId="4FB438F8" w14:textId="77777777" w:rsidR="005A0029" w:rsidRDefault="00F83EB4">
      <w:r>
        <w:t>What is this theme revealing about my heart, thoughts, relationships, or current circumstances today?</w:t>
      </w:r>
    </w:p>
    <w:p w14:paraId="4FFA6885" w14:textId="77777777" w:rsidR="005A0029" w:rsidRDefault="00F83EB4">
      <w:pPr>
        <w:pStyle w:val="Heading2"/>
      </w:pPr>
      <w:r>
        <w:t>Peace Practice</w:t>
      </w:r>
    </w:p>
    <w:p w14:paraId="54889BC5" w14:textId="77777777" w:rsidR="005A0029" w:rsidRDefault="00F83EB4">
      <w:r>
        <w:t>Identify one small action that would create greater peace today. Make it specific enough to complete before the day ends.</w:t>
      </w:r>
    </w:p>
    <w:p w14:paraId="17CCAC29" w14:textId="77777777" w:rsidR="005A0029" w:rsidRDefault="00F83EB4">
      <w:pPr>
        <w:pStyle w:val="Heading2"/>
      </w:pPr>
      <w:r>
        <w:t>My Thoughts &amp; Prayers</w:t>
      </w:r>
    </w:p>
    <w:p w14:paraId="21F56156" w14:textId="77777777" w:rsidR="005A0029" w:rsidRDefault="00F83EB4">
      <w:pPr>
        <w:spacing w:after="60"/>
      </w:pPr>
      <w:r>
        <w:rPr>
          <w:color w:val="B4B4B4"/>
          <w:sz w:val="16"/>
        </w:rPr>
        <w:t>________________________________________________________</w:t>
      </w:r>
    </w:p>
    <w:p w14:paraId="5DA3DBCF" w14:textId="77777777" w:rsidR="005A0029" w:rsidRDefault="00F83EB4">
      <w:pPr>
        <w:spacing w:after="60"/>
      </w:pPr>
      <w:r>
        <w:rPr>
          <w:color w:val="B4B4B4"/>
          <w:sz w:val="16"/>
        </w:rPr>
        <w:t>________________________________________________________</w:t>
      </w:r>
    </w:p>
    <w:p w14:paraId="72347D8C" w14:textId="77777777" w:rsidR="005A0029" w:rsidRDefault="00F83EB4">
      <w:pPr>
        <w:spacing w:after="60"/>
      </w:pPr>
      <w:r>
        <w:rPr>
          <w:color w:val="B4B4B4"/>
          <w:sz w:val="16"/>
        </w:rPr>
        <w:t>________________________________________________________</w:t>
      </w:r>
    </w:p>
    <w:p w14:paraId="62C14C88" w14:textId="77777777" w:rsidR="005A0029" w:rsidRDefault="00F83EB4">
      <w:pPr>
        <w:spacing w:after="60"/>
      </w:pPr>
      <w:r>
        <w:rPr>
          <w:color w:val="B4B4B4"/>
          <w:sz w:val="16"/>
        </w:rPr>
        <w:t>________________________________________________________</w:t>
      </w:r>
    </w:p>
    <w:p w14:paraId="2CA1F42B" w14:textId="77777777" w:rsidR="005A0029" w:rsidRDefault="00F83EB4">
      <w:pPr>
        <w:spacing w:after="60"/>
      </w:pPr>
      <w:r>
        <w:rPr>
          <w:color w:val="B4B4B4"/>
          <w:sz w:val="16"/>
        </w:rPr>
        <w:t>________________________________________________________</w:t>
      </w:r>
    </w:p>
    <w:p w14:paraId="5C20EBA3" w14:textId="77777777" w:rsidR="005A0029" w:rsidRDefault="00F83EB4">
      <w:pPr>
        <w:pStyle w:val="Heading2"/>
      </w:pPr>
      <w:r>
        <w:t>Prayer</w:t>
      </w:r>
    </w:p>
    <w:p w14:paraId="75FCBA22" w14:textId="77777777" w:rsidR="005A0029" w:rsidRDefault="00F83EB4">
      <w:r>
        <w:t>Father, meet me in this practice of letting your body recover.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B7D9618" w14:textId="77777777" w:rsidR="005A0029" w:rsidRDefault="00F83EB4">
      <w:r>
        <w:rPr>
          <w:b/>
          <w:color w:val="B08D3A"/>
        </w:rPr>
        <w:lastRenderedPageBreak/>
        <w:t xml:space="preserve">TODAY'S DECLARATION  </w:t>
      </w:r>
      <w:r>
        <w:t>I will meet letting your body recover with truth, faith, and practiced peace.</w:t>
      </w:r>
    </w:p>
    <w:p w14:paraId="1BF41EB7" w14:textId="77777777" w:rsidR="005A0029" w:rsidRDefault="00F83EB4">
      <w:r>
        <w:br w:type="page"/>
      </w:r>
    </w:p>
    <w:p w14:paraId="7F4B2007" w14:textId="77777777" w:rsidR="005A0029" w:rsidRDefault="00F83EB4">
      <w:pPr>
        <w:pStyle w:val="Heading2"/>
      </w:pPr>
      <w:r>
        <w:lastRenderedPageBreak/>
        <w:t>DAY 27</w:t>
      </w:r>
    </w:p>
    <w:p w14:paraId="0018ACAD" w14:textId="77777777" w:rsidR="005A0029" w:rsidRDefault="00F83EB4">
      <w:pPr>
        <w:pStyle w:val="Heading1"/>
      </w:pPr>
      <w:r>
        <w:t>Silence and Listening</w:t>
      </w:r>
    </w:p>
    <w:p w14:paraId="4DA50D56" w14:textId="77777777" w:rsidR="005A0029" w:rsidRDefault="00F83EB4">
      <w:r>
        <w:rPr>
          <w:b/>
          <w:color w:val="B08D3A"/>
        </w:rPr>
        <w:t xml:space="preserve">ANCHOR SCRIPTURE  </w:t>
      </w:r>
      <w:r>
        <w:t>Psalm 62:1</w:t>
      </w:r>
    </w:p>
    <w:p w14:paraId="4FFD87B1" w14:textId="77777777" w:rsidR="005A0029" w:rsidRDefault="00F83EB4">
      <w:pPr>
        <w:pStyle w:val="Heading2"/>
      </w:pPr>
      <w:r>
        <w:t>Guided Reflection</w:t>
      </w:r>
    </w:p>
    <w:p w14:paraId="4C4B648C" w14:textId="77777777" w:rsidR="005A0029" w:rsidRDefault="00F83EB4">
      <w:r>
        <w:t xml:space="preserve">Today, consider what “silence and listening”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truth </w:t>
      </w:r>
      <w:r>
        <w:t>is practiced repeatedly, especially when circumstances remain unresolved.</w:t>
      </w:r>
    </w:p>
    <w:p w14:paraId="035D2122" w14:textId="77777777" w:rsidR="005A0029" w:rsidRDefault="00F83EB4">
      <w:pPr>
        <w:pStyle w:val="Heading2"/>
      </w:pPr>
      <w:r>
        <w:t>Pause &amp; Notice</w:t>
      </w:r>
    </w:p>
    <w:p w14:paraId="26CCD9C3" w14:textId="77777777" w:rsidR="005A0029" w:rsidRDefault="00F83EB4">
      <w:r>
        <w:t>What is this theme revealing about my heart, thoughts, relationships, or current circumstances today?</w:t>
      </w:r>
    </w:p>
    <w:p w14:paraId="1BCAE176" w14:textId="77777777" w:rsidR="005A0029" w:rsidRDefault="00F83EB4">
      <w:pPr>
        <w:pStyle w:val="Heading2"/>
      </w:pPr>
      <w:r>
        <w:t>Peace Practice</w:t>
      </w:r>
    </w:p>
    <w:p w14:paraId="51383A9E" w14:textId="77777777" w:rsidR="005A0029" w:rsidRDefault="00F83EB4">
      <w:r>
        <w:t>Reach out to one trusted, mature person. Share one thing you have been carrying silently and allow yourself to receive support.</w:t>
      </w:r>
    </w:p>
    <w:p w14:paraId="752D9590" w14:textId="77777777" w:rsidR="005A0029" w:rsidRDefault="00F83EB4">
      <w:pPr>
        <w:pStyle w:val="Heading2"/>
      </w:pPr>
      <w:r>
        <w:t>My Thoughts &amp; Prayers</w:t>
      </w:r>
    </w:p>
    <w:p w14:paraId="70CFB12B" w14:textId="77777777" w:rsidR="005A0029" w:rsidRDefault="00F83EB4">
      <w:pPr>
        <w:spacing w:after="60"/>
      </w:pPr>
      <w:r>
        <w:rPr>
          <w:color w:val="B4B4B4"/>
          <w:sz w:val="16"/>
        </w:rPr>
        <w:t>________________________________________________________</w:t>
      </w:r>
    </w:p>
    <w:p w14:paraId="6ACCA233" w14:textId="77777777" w:rsidR="005A0029" w:rsidRDefault="00F83EB4">
      <w:pPr>
        <w:spacing w:after="60"/>
      </w:pPr>
      <w:r>
        <w:rPr>
          <w:color w:val="B4B4B4"/>
          <w:sz w:val="16"/>
        </w:rPr>
        <w:t>________________________________________________________</w:t>
      </w:r>
    </w:p>
    <w:p w14:paraId="477767CD" w14:textId="77777777" w:rsidR="005A0029" w:rsidRDefault="00F83EB4">
      <w:pPr>
        <w:spacing w:after="60"/>
      </w:pPr>
      <w:r>
        <w:rPr>
          <w:color w:val="B4B4B4"/>
          <w:sz w:val="16"/>
        </w:rPr>
        <w:t>________________________________________________________</w:t>
      </w:r>
    </w:p>
    <w:p w14:paraId="4AD60541" w14:textId="77777777" w:rsidR="005A0029" w:rsidRDefault="00F83EB4">
      <w:pPr>
        <w:spacing w:after="60"/>
      </w:pPr>
      <w:r>
        <w:rPr>
          <w:color w:val="B4B4B4"/>
          <w:sz w:val="16"/>
        </w:rPr>
        <w:t>________________________________________________________</w:t>
      </w:r>
    </w:p>
    <w:p w14:paraId="0F946A07" w14:textId="77777777" w:rsidR="005A0029" w:rsidRDefault="00F83EB4">
      <w:pPr>
        <w:spacing w:after="60"/>
      </w:pPr>
      <w:r>
        <w:rPr>
          <w:color w:val="B4B4B4"/>
          <w:sz w:val="16"/>
        </w:rPr>
        <w:t>________________________________________________________</w:t>
      </w:r>
    </w:p>
    <w:p w14:paraId="4BB45919" w14:textId="77777777" w:rsidR="005A0029" w:rsidRDefault="00F83EB4">
      <w:pPr>
        <w:pStyle w:val="Heading2"/>
      </w:pPr>
      <w:r>
        <w:t>Prayer</w:t>
      </w:r>
    </w:p>
    <w:p w14:paraId="60CAE3A7" w14:textId="77777777" w:rsidR="005A0029" w:rsidRDefault="00F83EB4">
      <w:r>
        <w:t>Father, meet me in this practice of silence and listening.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28C7A1F" w14:textId="77777777" w:rsidR="005A0029" w:rsidRDefault="00F83EB4">
      <w:r>
        <w:rPr>
          <w:b/>
          <w:color w:val="B08D3A"/>
        </w:rPr>
        <w:lastRenderedPageBreak/>
        <w:t xml:space="preserve">TODAY'S DECLARATION  </w:t>
      </w:r>
      <w:r>
        <w:t>I will meet silence and listening with truth, faith, and practiced peace.</w:t>
      </w:r>
    </w:p>
    <w:p w14:paraId="4235EC26" w14:textId="77777777" w:rsidR="005A0029" w:rsidRDefault="00F83EB4">
      <w:r>
        <w:br w:type="page"/>
      </w:r>
    </w:p>
    <w:p w14:paraId="29B1556F" w14:textId="77777777" w:rsidR="005A0029" w:rsidRDefault="00F83EB4">
      <w:pPr>
        <w:pStyle w:val="Heading2"/>
      </w:pPr>
      <w:r>
        <w:lastRenderedPageBreak/>
        <w:t>DAY 28</w:t>
      </w:r>
    </w:p>
    <w:p w14:paraId="13273ED2" w14:textId="77777777" w:rsidR="005A0029" w:rsidRDefault="00F83EB4">
      <w:pPr>
        <w:pStyle w:val="Heading1"/>
      </w:pPr>
      <w:r>
        <w:t>Restoring Your Attention</w:t>
      </w:r>
    </w:p>
    <w:p w14:paraId="63A1BA4E" w14:textId="77777777" w:rsidR="005A0029" w:rsidRDefault="00F83EB4">
      <w:r>
        <w:rPr>
          <w:b/>
          <w:color w:val="B08D3A"/>
        </w:rPr>
        <w:t xml:space="preserve">ANCHOR SCRIPTURE  </w:t>
      </w:r>
      <w:r>
        <w:t>Philippians 4:8</w:t>
      </w:r>
    </w:p>
    <w:p w14:paraId="4E752F22" w14:textId="77777777" w:rsidR="005A0029" w:rsidRDefault="00F83EB4">
      <w:pPr>
        <w:pStyle w:val="Heading2"/>
      </w:pPr>
      <w:r>
        <w:t>Guided Reflection</w:t>
      </w:r>
    </w:p>
    <w:p w14:paraId="009DFB4E" w14:textId="77777777" w:rsidR="005A0029" w:rsidRDefault="00F83EB4">
      <w:r>
        <w:t>Today, consider what “restoring your attention”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47BE8B8B" w14:textId="77777777" w:rsidR="005A0029" w:rsidRDefault="00F83EB4">
      <w:pPr>
        <w:pStyle w:val="Heading2"/>
      </w:pPr>
      <w:r>
        <w:t>Pause &amp; Notice</w:t>
      </w:r>
    </w:p>
    <w:p w14:paraId="73FC33C7" w14:textId="77777777" w:rsidR="005A0029" w:rsidRDefault="00F83EB4">
      <w:r>
        <w:t>What is this theme revealing about my heart, thoughts, relationships, or current circumstances today?</w:t>
      </w:r>
    </w:p>
    <w:p w14:paraId="2D5B4E42" w14:textId="77777777" w:rsidR="005A0029" w:rsidRDefault="00F83EB4">
      <w:pPr>
        <w:pStyle w:val="Heading2"/>
      </w:pPr>
      <w:r>
        <w:t>Peace Practice</w:t>
      </w:r>
    </w:p>
    <w:p w14:paraId="22D60249" w14:textId="77777777" w:rsidR="005A0029" w:rsidRDefault="00F83EB4">
      <w:r>
        <w:t>Practice a ten-minute quiet period without your phone. Notice what surfaces, then bring it honestly into prayer.</w:t>
      </w:r>
    </w:p>
    <w:p w14:paraId="072268DD" w14:textId="77777777" w:rsidR="005A0029" w:rsidRDefault="00F83EB4">
      <w:pPr>
        <w:pStyle w:val="Heading2"/>
      </w:pPr>
      <w:r>
        <w:t>My Thoughts &amp; Prayers</w:t>
      </w:r>
    </w:p>
    <w:p w14:paraId="4E1D9E8E" w14:textId="77777777" w:rsidR="005A0029" w:rsidRDefault="00F83EB4">
      <w:pPr>
        <w:spacing w:after="60"/>
      </w:pPr>
      <w:r>
        <w:rPr>
          <w:color w:val="B4B4B4"/>
          <w:sz w:val="16"/>
        </w:rPr>
        <w:t>________________________________________________________</w:t>
      </w:r>
    </w:p>
    <w:p w14:paraId="6158973C" w14:textId="77777777" w:rsidR="005A0029" w:rsidRDefault="00F83EB4">
      <w:pPr>
        <w:spacing w:after="60"/>
      </w:pPr>
      <w:r>
        <w:rPr>
          <w:color w:val="B4B4B4"/>
          <w:sz w:val="16"/>
        </w:rPr>
        <w:t>________________________________________________________</w:t>
      </w:r>
    </w:p>
    <w:p w14:paraId="1EAEB6FC" w14:textId="77777777" w:rsidR="005A0029" w:rsidRDefault="00F83EB4">
      <w:pPr>
        <w:spacing w:after="60"/>
      </w:pPr>
      <w:r>
        <w:rPr>
          <w:color w:val="B4B4B4"/>
          <w:sz w:val="16"/>
        </w:rPr>
        <w:t>________________________________________________________</w:t>
      </w:r>
    </w:p>
    <w:p w14:paraId="2FAEA163" w14:textId="77777777" w:rsidR="005A0029" w:rsidRDefault="00F83EB4">
      <w:pPr>
        <w:spacing w:after="60"/>
      </w:pPr>
      <w:r>
        <w:rPr>
          <w:color w:val="B4B4B4"/>
          <w:sz w:val="16"/>
        </w:rPr>
        <w:t>________________________________________________________</w:t>
      </w:r>
    </w:p>
    <w:p w14:paraId="59722383" w14:textId="77777777" w:rsidR="005A0029" w:rsidRDefault="00F83EB4">
      <w:pPr>
        <w:spacing w:after="60"/>
      </w:pPr>
      <w:r>
        <w:rPr>
          <w:color w:val="B4B4B4"/>
          <w:sz w:val="16"/>
        </w:rPr>
        <w:t>________________________________________________________</w:t>
      </w:r>
    </w:p>
    <w:p w14:paraId="0AC93C8C" w14:textId="77777777" w:rsidR="005A0029" w:rsidRDefault="00F83EB4">
      <w:pPr>
        <w:pStyle w:val="Heading2"/>
      </w:pPr>
      <w:r>
        <w:t>Prayer</w:t>
      </w:r>
    </w:p>
    <w:p w14:paraId="6524862C" w14:textId="77777777" w:rsidR="005A0029" w:rsidRDefault="00F83EB4">
      <w:r>
        <w:t>Father, meet me in this practice of restoring your attention.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53C327B" w14:textId="77777777" w:rsidR="005A0029" w:rsidRDefault="00F83EB4">
      <w:r>
        <w:rPr>
          <w:b/>
          <w:color w:val="B08D3A"/>
        </w:rPr>
        <w:lastRenderedPageBreak/>
        <w:t xml:space="preserve">TODAY'S DECLARATION  </w:t>
      </w:r>
      <w:r>
        <w:t>I will meet restoring your attention with truth, faith, and practiced peace.</w:t>
      </w:r>
    </w:p>
    <w:p w14:paraId="31697320" w14:textId="77777777" w:rsidR="005A0029" w:rsidRDefault="00F83EB4">
      <w:r>
        <w:br w:type="page"/>
      </w:r>
    </w:p>
    <w:p w14:paraId="35724F51" w14:textId="77777777" w:rsidR="005A0029" w:rsidRDefault="00F83EB4">
      <w:pPr>
        <w:pStyle w:val="Heading2"/>
      </w:pPr>
      <w:r>
        <w:lastRenderedPageBreak/>
        <w:t>DAY 29</w:t>
      </w:r>
    </w:p>
    <w:p w14:paraId="7D59B535" w14:textId="77777777" w:rsidR="005A0029" w:rsidRDefault="00F83EB4">
      <w:pPr>
        <w:pStyle w:val="Heading1"/>
      </w:pPr>
      <w:r>
        <w:t>Breathe, Pray, Proceed</w:t>
      </w:r>
    </w:p>
    <w:p w14:paraId="7589A9D6" w14:textId="77777777" w:rsidR="005A0029" w:rsidRDefault="00F83EB4">
      <w:r>
        <w:rPr>
          <w:b/>
          <w:color w:val="B08D3A"/>
        </w:rPr>
        <w:t xml:space="preserve">ANCHOR SCRIPTURE  </w:t>
      </w:r>
      <w:r>
        <w:t>Psalm 121:1-2</w:t>
      </w:r>
    </w:p>
    <w:p w14:paraId="3D45730C" w14:textId="77777777" w:rsidR="005A0029" w:rsidRDefault="00F83EB4">
      <w:pPr>
        <w:pStyle w:val="Heading2"/>
      </w:pPr>
      <w:r>
        <w:t>Guided Reflection</w:t>
      </w:r>
    </w:p>
    <w:p w14:paraId="2C5B7A63" w14:textId="77777777" w:rsidR="005A0029" w:rsidRDefault="00F83EB4">
      <w:r>
        <w:t>Today, consider what “breathe, pray, proceed”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truth</w:t>
      </w:r>
      <w:r>
        <w:t xml:space="preserve"> is practiced repeatedly, especially when circumstances remain unresolved.</w:t>
      </w:r>
    </w:p>
    <w:p w14:paraId="4C72F870" w14:textId="77777777" w:rsidR="005A0029" w:rsidRDefault="00F83EB4">
      <w:pPr>
        <w:pStyle w:val="Heading2"/>
      </w:pPr>
      <w:r>
        <w:t>Pause &amp; Notice</w:t>
      </w:r>
    </w:p>
    <w:p w14:paraId="71B1BDAC" w14:textId="77777777" w:rsidR="005A0029" w:rsidRDefault="00F83EB4">
      <w:r>
        <w:t>What is this theme revealing about my heart, thoughts, relationships, or current circumstances today?</w:t>
      </w:r>
    </w:p>
    <w:p w14:paraId="4AC65948" w14:textId="77777777" w:rsidR="005A0029" w:rsidRDefault="00F83EB4">
      <w:pPr>
        <w:pStyle w:val="Heading2"/>
      </w:pPr>
      <w:r>
        <w:t>Peace Practice</w:t>
      </w:r>
    </w:p>
    <w:p w14:paraId="365C0B47" w14:textId="77777777" w:rsidR="005A0029" w:rsidRDefault="00F83EB4">
      <w:r>
        <w:t>Sit quietly for three minutes. Name what you feel without judging it. Then write one truth you want to carry into the day.</w:t>
      </w:r>
    </w:p>
    <w:p w14:paraId="042980C2" w14:textId="77777777" w:rsidR="005A0029" w:rsidRDefault="00F83EB4">
      <w:pPr>
        <w:pStyle w:val="Heading2"/>
      </w:pPr>
      <w:r>
        <w:t>My Thoughts &amp; Prayers</w:t>
      </w:r>
    </w:p>
    <w:p w14:paraId="473D3D69" w14:textId="77777777" w:rsidR="005A0029" w:rsidRDefault="00F83EB4">
      <w:pPr>
        <w:spacing w:after="60"/>
      </w:pPr>
      <w:r>
        <w:rPr>
          <w:color w:val="B4B4B4"/>
          <w:sz w:val="16"/>
        </w:rPr>
        <w:t>________________________________________________________</w:t>
      </w:r>
    </w:p>
    <w:p w14:paraId="1369C20F" w14:textId="77777777" w:rsidR="005A0029" w:rsidRDefault="00F83EB4">
      <w:pPr>
        <w:spacing w:after="60"/>
      </w:pPr>
      <w:r>
        <w:rPr>
          <w:color w:val="B4B4B4"/>
          <w:sz w:val="16"/>
        </w:rPr>
        <w:t>________________________________________________________</w:t>
      </w:r>
    </w:p>
    <w:p w14:paraId="5B4675EA" w14:textId="77777777" w:rsidR="005A0029" w:rsidRDefault="00F83EB4">
      <w:pPr>
        <w:spacing w:after="60"/>
      </w:pPr>
      <w:r>
        <w:rPr>
          <w:color w:val="B4B4B4"/>
          <w:sz w:val="16"/>
        </w:rPr>
        <w:t>________________________________________________________</w:t>
      </w:r>
    </w:p>
    <w:p w14:paraId="39268240" w14:textId="77777777" w:rsidR="005A0029" w:rsidRDefault="00F83EB4">
      <w:pPr>
        <w:spacing w:after="60"/>
      </w:pPr>
      <w:r>
        <w:rPr>
          <w:color w:val="B4B4B4"/>
          <w:sz w:val="16"/>
        </w:rPr>
        <w:t>________________________________________________________</w:t>
      </w:r>
    </w:p>
    <w:p w14:paraId="155FAED7" w14:textId="77777777" w:rsidR="005A0029" w:rsidRDefault="00F83EB4">
      <w:pPr>
        <w:spacing w:after="60"/>
      </w:pPr>
      <w:r>
        <w:rPr>
          <w:color w:val="B4B4B4"/>
          <w:sz w:val="16"/>
        </w:rPr>
        <w:t>________________________________________________________</w:t>
      </w:r>
    </w:p>
    <w:p w14:paraId="12C31C90" w14:textId="77777777" w:rsidR="005A0029" w:rsidRDefault="00F83EB4">
      <w:pPr>
        <w:pStyle w:val="Heading2"/>
      </w:pPr>
      <w:r>
        <w:t>Prayer</w:t>
      </w:r>
    </w:p>
    <w:p w14:paraId="622B8B77" w14:textId="77777777" w:rsidR="005A0029" w:rsidRDefault="00F83EB4">
      <w:r>
        <w:t>Father, meet me in this practice of breathe, pray, proceed.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B923530" w14:textId="77777777" w:rsidR="005A0029" w:rsidRDefault="00F83EB4">
      <w:r>
        <w:rPr>
          <w:b/>
          <w:color w:val="B08D3A"/>
        </w:rPr>
        <w:lastRenderedPageBreak/>
        <w:t xml:space="preserve">TODAY'S DECLARATION  </w:t>
      </w:r>
      <w:r>
        <w:t>I will meet breathe, pray, proceed with truth, faith, and practiced peace.</w:t>
      </w:r>
    </w:p>
    <w:p w14:paraId="730F4DEC" w14:textId="77777777" w:rsidR="005A0029" w:rsidRDefault="00F83EB4">
      <w:r>
        <w:br w:type="page"/>
      </w:r>
    </w:p>
    <w:p w14:paraId="2D2D4E9F" w14:textId="77777777" w:rsidR="005A0029" w:rsidRDefault="00F83EB4">
      <w:pPr>
        <w:pStyle w:val="Heading2"/>
      </w:pPr>
      <w:r>
        <w:lastRenderedPageBreak/>
        <w:t>DAY 30</w:t>
      </w:r>
    </w:p>
    <w:p w14:paraId="3E2DF537" w14:textId="77777777" w:rsidR="005A0029" w:rsidRDefault="00F83EB4">
      <w:pPr>
        <w:pStyle w:val="Heading1"/>
      </w:pPr>
      <w:r>
        <w:t>A New Rhythm of Peace</w:t>
      </w:r>
    </w:p>
    <w:p w14:paraId="04251574" w14:textId="77777777" w:rsidR="005A0029" w:rsidRDefault="00F83EB4">
      <w:r>
        <w:rPr>
          <w:b/>
          <w:color w:val="B08D3A"/>
        </w:rPr>
        <w:t xml:space="preserve">ANCHOR SCRIPTURE  </w:t>
      </w:r>
      <w:r>
        <w:t>John 14:27</w:t>
      </w:r>
    </w:p>
    <w:p w14:paraId="1DB4A7C8" w14:textId="77777777" w:rsidR="005A0029" w:rsidRDefault="00F83EB4">
      <w:pPr>
        <w:pStyle w:val="Heading2"/>
      </w:pPr>
      <w:r>
        <w:t>Guided Reflection</w:t>
      </w:r>
    </w:p>
    <w:p w14:paraId="369576AD" w14:textId="77777777" w:rsidR="005A0029" w:rsidRDefault="00F83EB4">
      <w:r>
        <w:t xml:space="preserve">Today, consider what “a new rhythm of peace” means in the season you are living through. The work of peace is rarely accomplished by denying what is difficult. It grows as you bring your real thoughts, emotions, and questions into the light of God's presence. In learning to breathe again, the invitation is not to force an immediate answer, but to become attentive: to what is happening within you, to what Scripture is revealing, and to the next faithful step available today. Peace becomes durable when truth </w:t>
      </w:r>
      <w:r>
        <w:t>is practiced repeatedly, especially when circumstances remain unresolved.</w:t>
      </w:r>
    </w:p>
    <w:p w14:paraId="1EF6AE94" w14:textId="77777777" w:rsidR="005A0029" w:rsidRDefault="00F83EB4">
      <w:pPr>
        <w:pStyle w:val="Heading2"/>
      </w:pPr>
      <w:r>
        <w:t>Pause &amp; Notice</w:t>
      </w:r>
    </w:p>
    <w:p w14:paraId="78943489" w14:textId="77777777" w:rsidR="005A0029" w:rsidRDefault="00F83EB4">
      <w:r>
        <w:t>What is this theme revealing about my heart, thoughts, relationships, or current circumstances today?</w:t>
      </w:r>
    </w:p>
    <w:p w14:paraId="68B064A0" w14:textId="77777777" w:rsidR="005A0029" w:rsidRDefault="00F83EB4">
      <w:pPr>
        <w:pStyle w:val="Heading2"/>
      </w:pPr>
      <w:r>
        <w:t>Peace Practice</w:t>
      </w:r>
    </w:p>
    <w:p w14:paraId="52114DE1" w14:textId="77777777" w:rsidR="005A0029" w:rsidRDefault="00F83EB4">
      <w:r>
        <w:t>Draw two columns: 'What I can control' and 'What I must release.' Place each concern in the appropriate column and pray over both.</w:t>
      </w:r>
    </w:p>
    <w:p w14:paraId="7CE57EF6" w14:textId="77777777" w:rsidR="005A0029" w:rsidRDefault="00F83EB4">
      <w:pPr>
        <w:pStyle w:val="Heading2"/>
      </w:pPr>
      <w:r>
        <w:t>My Thoughts &amp; Prayers</w:t>
      </w:r>
    </w:p>
    <w:p w14:paraId="0B44957D" w14:textId="77777777" w:rsidR="005A0029" w:rsidRDefault="00F83EB4">
      <w:pPr>
        <w:spacing w:after="60"/>
      </w:pPr>
      <w:r>
        <w:rPr>
          <w:color w:val="B4B4B4"/>
          <w:sz w:val="16"/>
        </w:rPr>
        <w:t>________________________________________________________</w:t>
      </w:r>
    </w:p>
    <w:p w14:paraId="61278219" w14:textId="77777777" w:rsidR="005A0029" w:rsidRDefault="00F83EB4">
      <w:pPr>
        <w:spacing w:after="60"/>
      </w:pPr>
      <w:r>
        <w:rPr>
          <w:color w:val="B4B4B4"/>
          <w:sz w:val="16"/>
        </w:rPr>
        <w:t>________________________________________________________</w:t>
      </w:r>
    </w:p>
    <w:p w14:paraId="43B6E0EF" w14:textId="77777777" w:rsidR="005A0029" w:rsidRDefault="00F83EB4">
      <w:pPr>
        <w:spacing w:after="60"/>
      </w:pPr>
      <w:r>
        <w:rPr>
          <w:color w:val="B4B4B4"/>
          <w:sz w:val="16"/>
        </w:rPr>
        <w:t>________________________________________________________</w:t>
      </w:r>
    </w:p>
    <w:p w14:paraId="59E00139" w14:textId="77777777" w:rsidR="005A0029" w:rsidRDefault="00F83EB4">
      <w:pPr>
        <w:spacing w:after="60"/>
      </w:pPr>
      <w:r>
        <w:rPr>
          <w:color w:val="B4B4B4"/>
          <w:sz w:val="16"/>
        </w:rPr>
        <w:t>________________________________________________________</w:t>
      </w:r>
    </w:p>
    <w:p w14:paraId="019BBDBB" w14:textId="77777777" w:rsidR="005A0029" w:rsidRDefault="00F83EB4">
      <w:pPr>
        <w:spacing w:after="60"/>
      </w:pPr>
      <w:r>
        <w:rPr>
          <w:color w:val="B4B4B4"/>
          <w:sz w:val="16"/>
        </w:rPr>
        <w:t>________________________________________________________</w:t>
      </w:r>
    </w:p>
    <w:p w14:paraId="4ECA5020" w14:textId="77777777" w:rsidR="005A0029" w:rsidRDefault="00F83EB4">
      <w:pPr>
        <w:pStyle w:val="Heading2"/>
      </w:pPr>
      <w:r>
        <w:t>Prayer</w:t>
      </w:r>
    </w:p>
    <w:p w14:paraId="4270C760" w14:textId="77777777" w:rsidR="005A0029" w:rsidRDefault="00F83EB4">
      <w:r>
        <w:t>Father, meet me in this practice of a new rhythm of peace.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B9D7474" w14:textId="77777777" w:rsidR="005A0029" w:rsidRDefault="00F83EB4">
      <w:r>
        <w:rPr>
          <w:b/>
          <w:color w:val="B08D3A"/>
        </w:rPr>
        <w:lastRenderedPageBreak/>
        <w:t xml:space="preserve">TODAY'S DECLARATION  </w:t>
      </w:r>
      <w:r>
        <w:t>I will meet a new rhythm of peace with truth, faith, and practiced peace.</w:t>
      </w:r>
    </w:p>
    <w:p w14:paraId="62898A63" w14:textId="77777777" w:rsidR="005A0029" w:rsidRDefault="00F83EB4">
      <w:r>
        <w:br w:type="page"/>
      </w:r>
    </w:p>
    <w:p w14:paraId="518EE8BB" w14:textId="77777777" w:rsidR="005A0029" w:rsidRDefault="00F83EB4">
      <w:pPr>
        <w:pStyle w:val="Heading1"/>
      </w:pPr>
      <w:r>
        <w:lastRenderedPageBreak/>
        <w:t>LEARNING TO BREATHE AGAIN: End-of-Month Reflection</w:t>
      </w:r>
    </w:p>
    <w:p w14:paraId="728335EE" w14:textId="77777777" w:rsidR="005A0029" w:rsidRDefault="00F83EB4">
      <w:pPr>
        <w:pStyle w:val="Heading3"/>
      </w:pPr>
      <w:r>
        <w:t>What changed within me this month?</w:t>
      </w:r>
    </w:p>
    <w:p w14:paraId="2EB8F029" w14:textId="77777777" w:rsidR="005A0029" w:rsidRDefault="00F83EB4">
      <w:pPr>
        <w:spacing w:after="60"/>
      </w:pPr>
      <w:r>
        <w:rPr>
          <w:color w:val="B4B4B4"/>
          <w:sz w:val="16"/>
        </w:rPr>
        <w:t>________________________________________________________</w:t>
      </w:r>
    </w:p>
    <w:p w14:paraId="07E222C0" w14:textId="77777777" w:rsidR="005A0029" w:rsidRDefault="00F83EB4">
      <w:pPr>
        <w:spacing w:after="60"/>
      </w:pPr>
      <w:r>
        <w:rPr>
          <w:color w:val="B4B4B4"/>
          <w:sz w:val="16"/>
        </w:rPr>
        <w:t>________________________________________________________</w:t>
      </w:r>
    </w:p>
    <w:p w14:paraId="095BC8AA" w14:textId="77777777" w:rsidR="005A0029" w:rsidRDefault="00F83EB4">
      <w:pPr>
        <w:pStyle w:val="Heading3"/>
      </w:pPr>
      <w:r>
        <w:t>Which practice helped me most?</w:t>
      </w:r>
    </w:p>
    <w:p w14:paraId="212DDBFB" w14:textId="77777777" w:rsidR="005A0029" w:rsidRDefault="00F83EB4">
      <w:pPr>
        <w:spacing w:after="60"/>
      </w:pPr>
      <w:r>
        <w:rPr>
          <w:color w:val="B4B4B4"/>
          <w:sz w:val="16"/>
        </w:rPr>
        <w:t>________________________________________________________</w:t>
      </w:r>
    </w:p>
    <w:p w14:paraId="775CE4D4" w14:textId="77777777" w:rsidR="005A0029" w:rsidRDefault="00F83EB4">
      <w:pPr>
        <w:spacing w:after="60"/>
      </w:pPr>
      <w:r>
        <w:rPr>
          <w:color w:val="B4B4B4"/>
          <w:sz w:val="16"/>
        </w:rPr>
        <w:t>________________________________________________________</w:t>
      </w:r>
    </w:p>
    <w:p w14:paraId="41C37F25" w14:textId="77777777" w:rsidR="005A0029" w:rsidRDefault="00F83EB4">
      <w:pPr>
        <w:pStyle w:val="Heading3"/>
      </w:pPr>
      <w:r>
        <w:t>Which Scripture became an anchor?</w:t>
      </w:r>
    </w:p>
    <w:p w14:paraId="03F1781A" w14:textId="77777777" w:rsidR="005A0029" w:rsidRDefault="00F83EB4">
      <w:pPr>
        <w:spacing w:after="60"/>
      </w:pPr>
      <w:r>
        <w:rPr>
          <w:color w:val="B4B4B4"/>
          <w:sz w:val="16"/>
        </w:rPr>
        <w:t>________________________________________________________</w:t>
      </w:r>
    </w:p>
    <w:p w14:paraId="61991FC3" w14:textId="77777777" w:rsidR="005A0029" w:rsidRDefault="00F83EB4">
      <w:pPr>
        <w:spacing w:after="60"/>
      </w:pPr>
      <w:r>
        <w:rPr>
          <w:color w:val="B4B4B4"/>
          <w:sz w:val="16"/>
        </w:rPr>
        <w:t>________________________________________________________</w:t>
      </w:r>
    </w:p>
    <w:p w14:paraId="4A645D06" w14:textId="77777777" w:rsidR="005A0029" w:rsidRDefault="00F83EB4">
      <w:pPr>
        <w:pStyle w:val="Heading3"/>
      </w:pPr>
      <w:r>
        <w:t>What am I ready to release?</w:t>
      </w:r>
    </w:p>
    <w:p w14:paraId="07517936" w14:textId="77777777" w:rsidR="005A0029" w:rsidRDefault="00F83EB4">
      <w:pPr>
        <w:spacing w:after="60"/>
      </w:pPr>
      <w:r>
        <w:rPr>
          <w:color w:val="B4B4B4"/>
          <w:sz w:val="16"/>
        </w:rPr>
        <w:t>________________________________________________________</w:t>
      </w:r>
    </w:p>
    <w:p w14:paraId="5BA3D1C6" w14:textId="77777777" w:rsidR="005A0029" w:rsidRDefault="00F83EB4">
      <w:pPr>
        <w:spacing w:after="60"/>
      </w:pPr>
      <w:r>
        <w:rPr>
          <w:color w:val="B4B4B4"/>
          <w:sz w:val="16"/>
        </w:rPr>
        <w:t>________________________________________________________</w:t>
      </w:r>
    </w:p>
    <w:p w14:paraId="36B38BDF" w14:textId="77777777" w:rsidR="005A0029" w:rsidRDefault="00F83EB4">
      <w:pPr>
        <w:pStyle w:val="Heading3"/>
      </w:pPr>
      <w:r>
        <w:t>What will I carry into the next month?</w:t>
      </w:r>
    </w:p>
    <w:p w14:paraId="2109B5EB" w14:textId="77777777" w:rsidR="005A0029" w:rsidRDefault="00F83EB4">
      <w:pPr>
        <w:spacing w:after="60"/>
      </w:pPr>
      <w:r>
        <w:rPr>
          <w:color w:val="B4B4B4"/>
          <w:sz w:val="16"/>
        </w:rPr>
        <w:t>________________________________________________________</w:t>
      </w:r>
    </w:p>
    <w:p w14:paraId="0C94ABED" w14:textId="77777777" w:rsidR="005A0029" w:rsidRDefault="00F83EB4">
      <w:pPr>
        <w:spacing w:after="60"/>
      </w:pPr>
      <w:r>
        <w:rPr>
          <w:color w:val="B4B4B4"/>
          <w:sz w:val="16"/>
        </w:rPr>
        <w:t>________________________________________________________</w:t>
      </w:r>
    </w:p>
    <w:p w14:paraId="3E945560" w14:textId="77777777" w:rsidR="005A0029" w:rsidRDefault="00F83EB4">
      <w:r>
        <w:br w:type="page"/>
      </w:r>
    </w:p>
    <w:p w14:paraId="5B9C1924" w14:textId="77777777" w:rsidR="005A0029" w:rsidRDefault="00F83EB4">
      <w:pPr>
        <w:pStyle w:val="Heading2"/>
      </w:pPr>
      <w:r>
        <w:lastRenderedPageBreak/>
        <w:t>MONTH FOUR</w:t>
      </w:r>
    </w:p>
    <w:p w14:paraId="0E7D6F0B" w14:textId="77777777" w:rsidR="005A0029" w:rsidRDefault="00F83EB4">
      <w:pPr>
        <w:jc w:val="center"/>
      </w:pPr>
      <w:r>
        <w:rPr>
          <w:b/>
          <w:color w:val="17324D"/>
          <w:sz w:val="48"/>
        </w:rPr>
        <w:t>REDISCOVERING YOUR INNER VOICE</w:t>
      </w:r>
    </w:p>
    <w:p w14:paraId="7D19C139" w14:textId="77777777" w:rsidR="005A0029" w:rsidRDefault="00F83EB4">
      <w:pPr>
        <w:jc w:val="center"/>
      </w:pPr>
      <w:r>
        <w:rPr>
          <w:i/>
          <w:color w:val="B08D3A"/>
          <w:sz w:val="24"/>
        </w:rPr>
        <w:t>Identity, Truth, and Discernment</w:t>
      </w:r>
    </w:p>
    <w:p w14:paraId="6016ABCE" w14:textId="77777777" w:rsidR="005A0029" w:rsidRDefault="00F83EB4">
      <w:pPr>
        <w:jc w:val="center"/>
      </w:pPr>
      <w:r>
        <w:rPr>
          <w:color w:val="B08D3A"/>
          <w:sz w:val="24"/>
        </w:rPr>
        <w:t>—  ◆  —</w:t>
      </w:r>
    </w:p>
    <w:p w14:paraId="60C9E0AA" w14:textId="77777777" w:rsidR="005A0029" w:rsidRDefault="00F83EB4">
      <w:r>
        <w:t>Monthly intention: Spend these thirty days practicing identity, truth, and discernment. Notice patterns without condemnation, return to Scripture, and choose one faithful practice at a time.</w:t>
      </w:r>
    </w:p>
    <w:p w14:paraId="3BBCCA00" w14:textId="77777777" w:rsidR="005A0029" w:rsidRDefault="00F83EB4">
      <w:pPr>
        <w:pStyle w:val="Heading2"/>
      </w:pPr>
      <w:r>
        <w:t>Monthly Check-In</w:t>
      </w:r>
    </w:p>
    <w:p w14:paraId="549E3F96" w14:textId="77777777" w:rsidR="005A0029" w:rsidRDefault="00F83EB4">
      <w:r>
        <w:t>What feels heaviest as I begin this month?</w:t>
      </w:r>
    </w:p>
    <w:p w14:paraId="55FA324F" w14:textId="77777777" w:rsidR="005A0029" w:rsidRDefault="00F83EB4">
      <w:pPr>
        <w:spacing w:after="60"/>
      </w:pPr>
      <w:r>
        <w:rPr>
          <w:color w:val="B4B4B4"/>
          <w:sz w:val="16"/>
        </w:rPr>
        <w:t>________________________________________________________</w:t>
      </w:r>
    </w:p>
    <w:p w14:paraId="7A68F236" w14:textId="77777777" w:rsidR="005A0029" w:rsidRDefault="00F83EB4">
      <w:pPr>
        <w:spacing w:after="60"/>
      </w:pPr>
      <w:r>
        <w:rPr>
          <w:color w:val="B4B4B4"/>
          <w:sz w:val="16"/>
        </w:rPr>
        <w:t>________________________________________________________</w:t>
      </w:r>
    </w:p>
    <w:p w14:paraId="272108F1" w14:textId="77777777" w:rsidR="005A0029" w:rsidRDefault="00F83EB4">
      <w:r>
        <w:t>What kind of peace am I asking God to cultivate in me?</w:t>
      </w:r>
    </w:p>
    <w:p w14:paraId="3960BAD3" w14:textId="77777777" w:rsidR="005A0029" w:rsidRDefault="00F83EB4">
      <w:pPr>
        <w:spacing w:after="60"/>
      </w:pPr>
      <w:r>
        <w:rPr>
          <w:color w:val="B4B4B4"/>
          <w:sz w:val="16"/>
        </w:rPr>
        <w:t>________________________________________________________</w:t>
      </w:r>
    </w:p>
    <w:p w14:paraId="4EEC101C" w14:textId="77777777" w:rsidR="005A0029" w:rsidRDefault="00F83EB4">
      <w:pPr>
        <w:spacing w:after="60"/>
      </w:pPr>
      <w:r>
        <w:rPr>
          <w:color w:val="B4B4B4"/>
          <w:sz w:val="16"/>
        </w:rPr>
        <w:t>________________________________________________________</w:t>
      </w:r>
    </w:p>
    <w:p w14:paraId="5132EBBF" w14:textId="77777777" w:rsidR="005A0029" w:rsidRDefault="00F83EB4">
      <w:r>
        <w:br w:type="page"/>
      </w:r>
    </w:p>
    <w:p w14:paraId="298AD59B" w14:textId="77777777" w:rsidR="005A0029" w:rsidRDefault="00F83EB4">
      <w:pPr>
        <w:pStyle w:val="Heading2"/>
      </w:pPr>
      <w:r>
        <w:lastRenderedPageBreak/>
        <w:t>DAY 1</w:t>
      </w:r>
    </w:p>
    <w:p w14:paraId="4E315F45" w14:textId="77777777" w:rsidR="005A0029" w:rsidRDefault="00F83EB4">
      <w:pPr>
        <w:pStyle w:val="Heading1"/>
      </w:pPr>
      <w:r>
        <w:t>Who Am I Beneath the Noise?</w:t>
      </w:r>
    </w:p>
    <w:p w14:paraId="5720AA3D" w14:textId="77777777" w:rsidR="005A0029" w:rsidRDefault="00F83EB4">
      <w:r>
        <w:rPr>
          <w:b/>
          <w:color w:val="B08D3A"/>
        </w:rPr>
        <w:t xml:space="preserve">ANCHOR SCRIPTURE  </w:t>
      </w:r>
      <w:r>
        <w:t>Psalm 139:14</w:t>
      </w:r>
    </w:p>
    <w:p w14:paraId="1B2FCDA4" w14:textId="77777777" w:rsidR="005A0029" w:rsidRDefault="00F83EB4">
      <w:pPr>
        <w:pStyle w:val="Heading2"/>
      </w:pPr>
      <w:r>
        <w:t>Guided Reflection</w:t>
      </w:r>
    </w:p>
    <w:p w14:paraId="13F0BA23" w14:textId="77777777" w:rsidR="005A0029" w:rsidRDefault="00F83EB4">
      <w:r>
        <w:t xml:space="preserve">Today, consider what “who am i beneath the noise?”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152194FA" w14:textId="77777777" w:rsidR="005A0029" w:rsidRDefault="00F83EB4">
      <w:pPr>
        <w:pStyle w:val="Heading2"/>
      </w:pPr>
      <w:r>
        <w:t>Pause &amp; Notice</w:t>
      </w:r>
    </w:p>
    <w:p w14:paraId="445D0081" w14:textId="77777777" w:rsidR="005A0029" w:rsidRDefault="00F83EB4">
      <w:r>
        <w:t>What is this theme revealing about my heart, thoughts, relationships, or current circumstances today?</w:t>
      </w:r>
    </w:p>
    <w:p w14:paraId="3EE92BDB" w14:textId="77777777" w:rsidR="005A0029" w:rsidRDefault="00F83EB4">
      <w:pPr>
        <w:pStyle w:val="Heading2"/>
      </w:pPr>
      <w:r>
        <w:t>Peace Practice</w:t>
      </w:r>
    </w:p>
    <w:p w14:paraId="124445FB" w14:textId="77777777" w:rsidR="005A0029" w:rsidRDefault="00F83EB4">
      <w:r>
        <w:t>Sit quietly for three minutes. Name what you feel without judging it. Then write one truth you want to carry into the day.</w:t>
      </w:r>
    </w:p>
    <w:p w14:paraId="603D645B" w14:textId="77777777" w:rsidR="005A0029" w:rsidRDefault="00F83EB4">
      <w:pPr>
        <w:pStyle w:val="Heading2"/>
      </w:pPr>
      <w:r>
        <w:t>My Thoughts &amp; Prayers</w:t>
      </w:r>
    </w:p>
    <w:p w14:paraId="2E3FDD69" w14:textId="77777777" w:rsidR="005A0029" w:rsidRDefault="00F83EB4">
      <w:pPr>
        <w:spacing w:after="60"/>
      </w:pPr>
      <w:r>
        <w:rPr>
          <w:color w:val="B4B4B4"/>
          <w:sz w:val="16"/>
        </w:rPr>
        <w:t>________________________________________________________</w:t>
      </w:r>
    </w:p>
    <w:p w14:paraId="631DE3A1" w14:textId="77777777" w:rsidR="005A0029" w:rsidRDefault="00F83EB4">
      <w:pPr>
        <w:spacing w:after="60"/>
      </w:pPr>
      <w:r>
        <w:rPr>
          <w:color w:val="B4B4B4"/>
          <w:sz w:val="16"/>
        </w:rPr>
        <w:t>________________________________________________________</w:t>
      </w:r>
    </w:p>
    <w:p w14:paraId="0CB27334" w14:textId="77777777" w:rsidR="005A0029" w:rsidRDefault="00F83EB4">
      <w:pPr>
        <w:spacing w:after="60"/>
      </w:pPr>
      <w:r>
        <w:rPr>
          <w:color w:val="B4B4B4"/>
          <w:sz w:val="16"/>
        </w:rPr>
        <w:t>________________________________________________________</w:t>
      </w:r>
    </w:p>
    <w:p w14:paraId="34FA51F5" w14:textId="77777777" w:rsidR="005A0029" w:rsidRDefault="00F83EB4">
      <w:pPr>
        <w:spacing w:after="60"/>
      </w:pPr>
      <w:r>
        <w:rPr>
          <w:color w:val="B4B4B4"/>
          <w:sz w:val="16"/>
        </w:rPr>
        <w:t>________________________________________________________</w:t>
      </w:r>
    </w:p>
    <w:p w14:paraId="0226E319" w14:textId="77777777" w:rsidR="005A0029" w:rsidRDefault="00F83EB4">
      <w:pPr>
        <w:spacing w:after="60"/>
      </w:pPr>
      <w:r>
        <w:rPr>
          <w:color w:val="B4B4B4"/>
          <w:sz w:val="16"/>
        </w:rPr>
        <w:t>________________________________________________________</w:t>
      </w:r>
    </w:p>
    <w:p w14:paraId="28E2E750" w14:textId="77777777" w:rsidR="005A0029" w:rsidRDefault="00F83EB4">
      <w:pPr>
        <w:pStyle w:val="Heading2"/>
      </w:pPr>
      <w:r>
        <w:t>Prayer</w:t>
      </w:r>
    </w:p>
    <w:p w14:paraId="23D0A881" w14:textId="77777777" w:rsidR="005A0029" w:rsidRDefault="00F83EB4">
      <w:r>
        <w:t>Father, meet me in this practice of who am i beneath the noise?.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6DD2F70" w14:textId="77777777" w:rsidR="005A0029" w:rsidRDefault="00F83EB4">
      <w:r>
        <w:rPr>
          <w:b/>
          <w:color w:val="B08D3A"/>
        </w:rPr>
        <w:lastRenderedPageBreak/>
        <w:t xml:space="preserve">TODAY'S DECLARATION  </w:t>
      </w:r>
      <w:r>
        <w:t>I will meet who am i beneath the noise? with truth, faith, and practiced peace.</w:t>
      </w:r>
    </w:p>
    <w:p w14:paraId="3E71959C" w14:textId="77777777" w:rsidR="005A0029" w:rsidRDefault="00F83EB4">
      <w:r>
        <w:br w:type="page"/>
      </w:r>
    </w:p>
    <w:p w14:paraId="268544CF" w14:textId="77777777" w:rsidR="005A0029" w:rsidRDefault="00F83EB4">
      <w:pPr>
        <w:pStyle w:val="Heading2"/>
      </w:pPr>
      <w:r>
        <w:lastRenderedPageBreak/>
        <w:t>DAY 2</w:t>
      </w:r>
    </w:p>
    <w:p w14:paraId="61AD8972" w14:textId="77777777" w:rsidR="005A0029" w:rsidRDefault="00F83EB4">
      <w:pPr>
        <w:pStyle w:val="Heading1"/>
      </w:pPr>
      <w:r>
        <w:t>The Voices You Have Carried</w:t>
      </w:r>
    </w:p>
    <w:p w14:paraId="597EC8DB" w14:textId="77777777" w:rsidR="005A0029" w:rsidRDefault="00F83EB4">
      <w:r>
        <w:rPr>
          <w:b/>
          <w:color w:val="B08D3A"/>
        </w:rPr>
        <w:t xml:space="preserve">ANCHOR SCRIPTURE  </w:t>
      </w:r>
      <w:r>
        <w:t>Romans 12:2</w:t>
      </w:r>
    </w:p>
    <w:p w14:paraId="6FEC6FB8" w14:textId="77777777" w:rsidR="005A0029" w:rsidRDefault="00F83EB4">
      <w:pPr>
        <w:pStyle w:val="Heading2"/>
      </w:pPr>
      <w:r>
        <w:t>Guided Reflection</w:t>
      </w:r>
    </w:p>
    <w:p w14:paraId="5C86D0D7" w14:textId="77777777" w:rsidR="005A0029" w:rsidRDefault="00F83EB4">
      <w:r>
        <w:t xml:space="preserve">Today, consider what “the voices you have carried”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3B06B0A2" w14:textId="77777777" w:rsidR="005A0029" w:rsidRDefault="00F83EB4">
      <w:pPr>
        <w:pStyle w:val="Heading2"/>
      </w:pPr>
      <w:r>
        <w:t>Pause &amp; Notice</w:t>
      </w:r>
    </w:p>
    <w:p w14:paraId="0AB2F93E" w14:textId="77777777" w:rsidR="005A0029" w:rsidRDefault="00F83EB4">
      <w:r>
        <w:t>What is this theme revealing about my heart, thoughts, relationships, or current circumstances today?</w:t>
      </w:r>
    </w:p>
    <w:p w14:paraId="0F107074" w14:textId="77777777" w:rsidR="005A0029" w:rsidRDefault="00F83EB4">
      <w:pPr>
        <w:pStyle w:val="Heading2"/>
      </w:pPr>
      <w:r>
        <w:t>Peace Practice</w:t>
      </w:r>
    </w:p>
    <w:p w14:paraId="04B6DD13" w14:textId="77777777" w:rsidR="005A0029" w:rsidRDefault="00F83EB4">
      <w:r>
        <w:t>Draw two columns: 'What I can control' and 'What I must release.' Place each concern in the appropriate column and pray over both.</w:t>
      </w:r>
    </w:p>
    <w:p w14:paraId="764BC797" w14:textId="77777777" w:rsidR="005A0029" w:rsidRDefault="00F83EB4">
      <w:pPr>
        <w:pStyle w:val="Heading2"/>
      </w:pPr>
      <w:r>
        <w:t>My Thoughts &amp; Prayers</w:t>
      </w:r>
    </w:p>
    <w:p w14:paraId="5434D3B5" w14:textId="77777777" w:rsidR="005A0029" w:rsidRDefault="00F83EB4">
      <w:pPr>
        <w:spacing w:after="60"/>
      </w:pPr>
      <w:r>
        <w:rPr>
          <w:color w:val="B4B4B4"/>
          <w:sz w:val="16"/>
        </w:rPr>
        <w:t>________________________________________________________</w:t>
      </w:r>
    </w:p>
    <w:p w14:paraId="09AA974E" w14:textId="77777777" w:rsidR="005A0029" w:rsidRDefault="00F83EB4">
      <w:pPr>
        <w:spacing w:after="60"/>
      </w:pPr>
      <w:r>
        <w:rPr>
          <w:color w:val="B4B4B4"/>
          <w:sz w:val="16"/>
        </w:rPr>
        <w:t>________________________________________________________</w:t>
      </w:r>
    </w:p>
    <w:p w14:paraId="707B48ED" w14:textId="77777777" w:rsidR="005A0029" w:rsidRDefault="00F83EB4">
      <w:pPr>
        <w:spacing w:after="60"/>
      </w:pPr>
      <w:r>
        <w:rPr>
          <w:color w:val="B4B4B4"/>
          <w:sz w:val="16"/>
        </w:rPr>
        <w:t>________________________________________________________</w:t>
      </w:r>
    </w:p>
    <w:p w14:paraId="44A991C7" w14:textId="77777777" w:rsidR="005A0029" w:rsidRDefault="00F83EB4">
      <w:pPr>
        <w:spacing w:after="60"/>
      </w:pPr>
      <w:r>
        <w:rPr>
          <w:color w:val="B4B4B4"/>
          <w:sz w:val="16"/>
        </w:rPr>
        <w:t>________________________________________________________</w:t>
      </w:r>
    </w:p>
    <w:p w14:paraId="384A4580" w14:textId="77777777" w:rsidR="005A0029" w:rsidRDefault="00F83EB4">
      <w:pPr>
        <w:spacing w:after="60"/>
      </w:pPr>
      <w:r>
        <w:rPr>
          <w:color w:val="B4B4B4"/>
          <w:sz w:val="16"/>
        </w:rPr>
        <w:t>________________________________________________________</w:t>
      </w:r>
    </w:p>
    <w:p w14:paraId="145920E9" w14:textId="77777777" w:rsidR="005A0029" w:rsidRDefault="00F83EB4">
      <w:pPr>
        <w:pStyle w:val="Heading2"/>
      </w:pPr>
      <w:r>
        <w:t>Prayer</w:t>
      </w:r>
    </w:p>
    <w:p w14:paraId="3A504337" w14:textId="77777777" w:rsidR="005A0029" w:rsidRDefault="00F83EB4">
      <w:r>
        <w:t>Father, meet me in this practice of the voices you have carried.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42F7424" w14:textId="77777777" w:rsidR="005A0029" w:rsidRDefault="00F83EB4">
      <w:r>
        <w:rPr>
          <w:b/>
          <w:color w:val="B08D3A"/>
        </w:rPr>
        <w:lastRenderedPageBreak/>
        <w:t xml:space="preserve">TODAY'S DECLARATION  </w:t>
      </w:r>
      <w:r>
        <w:t>I will meet the voices you have carried with truth, faith, and practiced peace.</w:t>
      </w:r>
    </w:p>
    <w:p w14:paraId="1B8756C8" w14:textId="77777777" w:rsidR="005A0029" w:rsidRDefault="00F83EB4">
      <w:r>
        <w:br w:type="page"/>
      </w:r>
    </w:p>
    <w:p w14:paraId="3218F7FF" w14:textId="77777777" w:rsidR="005A0029" w:rsidRDefault="00F83EB4">
      <w:pPr>
        <w:pStyle w:val="Heading2"/>
      </w:pPr>
      <w:r>
        <w:lastRenderedPageBreak/>
        <w:t>DAY 3</w:t>
      </w:r>
    </w:p>
    <w:p w14:paraId="02EEB41A" w14:textId="77777777" w:rsidR="005A0029" w:rsidRDefault="00F83EB4">
      <w:pPr>
        <w:pStyle w:val="Heading1"/>
      </w:pPr>
      <w:r>
        <w:t>God Knows Your Name</w:t>
      </w:r>
    </w:p>
    <w:p w14:paraId="1A800158" w14:textId="77777777" w:rsidR="005A0029" w:rsidRDefault="00F83EB4">
      <w:r>
        <w:rPr>
          <w:b/>
          <w:color w:val="B08D3A"/>
        </w:rPr>
        <w:t xml:space="preserve">ANCHOR SCRIPTURE  </w:t>
      </w:r>
      <w:r>
        <w:t>Isaiah 43:1</w:t>
      </w:r>
    </w:p>
    <w:p w14:paraId="3BC053C7" w14:textId="77777777" w:rsidR="005A0029" w:rsidRDefault="00F83EB4">
      <w:pPr>
        <w:pStyle w:val="Heading2"/>
      </w:pPr>
      <w:r>
        <w:t>Guided Reflection</w:t>
      </w:r>
    </w:p>
    <w:p w14:paraId="5C5ADCB9" w14:textId="77777777" w:rsidR="005A0029" w:rsidRDefault="00F83EB4">
      <w:r>
        <w:t>Today, consider what “god knows your name”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24D28079" w14:textId="77777777" w:rsidR="005A0029" w:rsidRDefault="00F83EB4">
      <w:pPr>
        <w:pStyle w:val="Heading2"/>
      </w:pPr>
      <w:r>
        <w:t>Pause &amp; Notice</w:t>
      </w:r>
    </w:p>
    <w:p w14:paraId="3A975E93" w14:textId="77777777" w:rsidR="005A0029" w:rsidRDefault="00F83EB4">
      <w:r>
        <w:t>What is this theme revealing about my heart, thoughts, relationships, or current circumstances today?</w:t>
      </w:r>
    </w:p>
    <w:p w14:paraId="5C140538" w14:textId="77777777" w:rsidR="005A0029" w:rsidRDefault="00F83EB4">
      <w:pPr>
        <w:pStyle w:val="Heading2"/>
      </w:pPr>
      <w:r>
        <w:t>Peace Practice</w:t>
      </w:r>
    </w:p>
    <w:p w14:paraId="07190AB1" w14:textId="77777777" w:rsidR="005A0029" w:rsidRDefault="00F83EB4">
      <w:r>
        <w:t>Take five slow breaths. With each inhale, receive God's presence; with each exhale, release one pressure you have been carrying.</w:t>
      </w:r>
    </w:p>
    <w:p w14:paraId="66BBD781" w14:textId="77777777" w:rsidR="005A0029" w:rsidRDefault="00F83EB4">
      <w:pPr>
        <w:pStyle w:val="Heading2"/>
      </w:pPr>
      <w:r>
        <w:t>My Thoughts &amp; Prayers</w:t>
      </w:r>
    </w:p>
    <w:p w14:paraId="4F475A56" w14:textId="77777777" w:rsidR="005A0029" w:rsidRDefault="00F83EB4">
      <w:pPr>
        <w:spacing w:after="60"/>
      </w:pPr>
      <w:r>
        <w:rPr>
          <w:color w:val="B4B4B4"/>
          <w:sz w:val="16"/>
        </w:rPr>
        <w:t>________________________________________________________</w:t>
      </w:r>
    </w:p>
    <w:p w14:paraId="7F617359" w14:textId="77777777" w:rsidR="005A0029" w:rsidRDefault="00F83EB4">
      <w:pPr>
        <w:spacing w:after="60"/>
      </w:pPr>
      <w:r>
        <w:rPr>
          <w:color w:val="B4B4B4"/>
          <w:sz w:val="16"/>
        </w:rPr>
        <w:t>________________________________________________________</w:t>
      </w:r>
    </w:p>
    <w:p w14:paraId="589322EE" w14:textId="77777777" w:rsidR="005A0029" w:rsidRDefault="00F83EB4">
      <w:pPr>
        <w:spacing w:after="60"/>
      </w:pPr>
      <w:r>
        <w:rPr>
          <w:color w:val="B4B4B4"/>
          <w:sz w:val="16"/>
        </w:rPr>
        <w:t>________________________________________________________</w:t>
      </w:r>
    </w:p>
    <w:p w14:paraId="1FAFD935" w14:textId="77777777" w:rsidR="005A0029" w:rsidRDefault="00F83EB4">
      <w:pPr>
        <w:spacing w:after="60"/>
      </w:pPr>
      <w:r>
        <w:rPr>
          <w:color w:val="B4B4B4"/>
          <w:sz w:val="16"/>
        </w:rPr>
        <w:t>________________________________________________________</w:t>
      </w:r>
    </w:p>
    <w:p w14:paraId="382C8A71" w14:textId="77777777" w:rsidR="005A0029" w:rsidRDefault="00F83EB4">
      <w:pPr>
        <w:spacing w:after="60"/>
      </w:pPr>
      <w:r>
        <w:rPr>
          <w:color w:val="B4B4B4"/>
          <w:sz w:val="16"/>
        </w:rPr>
        <w:t>________________________________________________________</w:t>
      </w:r>
    </w:p>
    <w:p w14:paraId="1FC7CFC5" w14:textId="77777777" w:rsidR="005A0029" w:rsidRDefault="00F83EB4">
      <w:pPr>
        <w:pStyle w:val="Heading2"/>
      </w:pPr>
      <w:r>
        <w:t>Prayer</w:t>
      </w:r>
    </w:p>
    <w:p w14:paraId="4F7A6D51" w14:textId="77777777" w:rsidR="005A0029" w:rsidRDefault="00F83EB4">
      <w:r>
        <w:t>Father, meet me in this practice of god knows your name.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6C09179" w14:textId="77777777" w:rsidR="005A0029" w:rsidRDefault="00F83EB4">
      <w:r>
        <w:rPr>
          <w:b/>
          <w:color w:val="B08D3A"/>
        </w:rPr>
        <w:lastRenderedPageBreak/>
        <w:t xml:space="preserve">TODAY'S DECLARATION  </w:t>
      </w:r>
      <w:r>
        <w:t>I will meet god knows your name with truth, faith, and practiced peace.</w:t>
      </w:r>
    </w:p>
    <w:p w14:paraId="449988A7" w14:textId="77777777" w:rsidR="005A0029" w:rsidRDefault="00F83EB4">
      <w:r>
        <w:br w:type="page"/>
      </w:r>
    </w:p>
    <w:p w14:paraId="511C4343" w14:textId="77777777" w:rsidR="005A0029" w:rsidRDefault="00F83EB4">
      <w:pPr>
        <w:pStyle w:val="Heading2"/>
      </w:pPr>
      <w:r>
        <w:lastRenderedPageBreak/>
        <w:t>DAY 4</w:t>
      </w:r>
    </w:p>
    <w:p w14:paraId="444D3DF4" w14:textId="77777777" w:rsidR="005A0029" w:rsidRDefault="00F83EB4">
      <w:pPr>
        <w:pStyle w:val="Heading1"/>
      </w:pPr>
      <w:r>
        <w:t>Separating Identity From Circumstance</w:t>
      </w:r>
    </w:p>
    <w:p w14:paraId="624E8099" w14:textId="77777777" w:rsidR="005A0029" w:rsidRDefault="00F83EB4">
      <w:r>
        <w:rPr>
          <w:b/>
          <w:color w:val="B08D3A"/>
        </w:rPr>
        <w:t xml:space="preserve">ANCHOR SCRIPTURE  </w:t>
      </w:r>
      <w:r>
        <w:t>2 Corinthians 5:17</w:t>
      </w:r>
    </w:p>
    <w:p w14:paraId="78A847F1" w14:textId="77777777" w:rsidR="005A0029" w:rsidRDefault="00F83EB4">
      <w:pPr>
        <w:pStyle w:val="Heading2"/>
      </w:pPr>
      <w:r>
        <w:t>Guided Reflection</w:t>
      </w:r>
    </w:p>
    <w:p w14:paraId="6ADCEB00" w14:textId="77777777" w:rsidR="005A0029" w:rsidRDefault="00F83EB4">
      <w:r>
        <w:t>Today, consider what “separating identity from circumstance”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w:t>
      </w:r>
      <w:r>
        <w:t>s durable when truth is practiced repeatedly, especially when circumstances remain unresolved.</w:t>
      </w:r>
    </w:p>
    <w:p w14:paraId="383041FB" w14:textId="77777777" w:rsidR="005A0029" w:rsidRDefault="00F83EB4">
      <w:pPr>
        <w:pStyle w:val="Heading2"/>
      </w:pPr>
      <w:r>
        <w:t>Pause &amp; Notice</w:t>
      </w:r>
    </w:p>
    <w:p w14:paraId="2E601213" w14:textId="77777777" w:rsidR="005A0029" w:rsidRDefault="00F83EB4">
      <w:r>
        <w:t>What is this theme revealing about my heart, thoughts, relationships, or current circumstances today?</w:t>
      </w:r>
    </w:p>
    <w:p w14:paraId="36A23F37" w14:textId="77777777" w:rsidR="005A0029" w:rsidRDefault="00F83EB4">
      <w:pPr>
        <w:pStyle w:val="Heading2"/>
      </w:pPr>
      <w:r>
        <w:t>Peace Practice</w:t>
      </w:r>
    </w:p>
    <w:p w14:paraId="095FF26E" w14:textId="77777777" w:rsidR="005A0029" w:rsidRDefault="00F83EB4">
      <w:r>
        <w:t>Write one recurring fearful thought. Under it, write a Scripture-shaped response that is more truthful and life-giving.</w:t>
      </w:r>
    </w:p>
    <w:p w14:paraId="40E42A72" w14:textId="77777777" w:rsidR="005A0029" w:rsidRDefault="00F83EB4">
      <w:pPr>
        <w:pStyle w:val="Heading2"/>
      </w:pPr>
      <w:r>
        <w:t>My Thoughts &amp; Prayers</w:t>
      </w:r>
    </w:p>
    <w:p w14:paraId="0C3D3201" w14:textId="77777777" w:rsidR="005A0029" w:rsidRDefault="00F83EB4">
      <w:pPr>
        <w:spacing w:after="60"/>
      </w:pPr>
      <w:r>
        <w:rPr>
          <w:color w:val="B4B4B4"/>
          <w:sz w:val="16"/>
        </w:rPr>
        <w:t>________________________________________________________</w:t>
      </w:r>
    </w:p>
    <w:p w14:paraId="22B41AFE" w14:textId="77777777" w:rsidR="005A0029" w:rsidRDefault="00F83EB4">
      <w:pPr>
        <w:spacing w:after="60"/>
      </w:pPr>
      <w:r>
        <w:rPr>
          <w:color w:val="B4B4B4"/>
          <w:sz w:val="16"/>
        </w:rPr>
        <w:t>________________________________________________________</w:t>
      </w:r>
    </w:p>
    <w:p w14:paraId="727C58D0" w14:textId="77777777" w:rsidR="005A0029" w:rsidRDefault="00F83EB4">
      <w:pPr>
        <w:spacing w:after="60"/>
      </w:pPr>
      <w:r>
        <w:rPr>
          <w:color w:val="B4B4B4"/>
          <w:sz w:val="16"/>
        </w:rPr>
        <w:t>________________________________________________________</w:t>
      </w:r>
    </w:p>
    <w:p w14:paraId="27681BE6" w14:textId="77777777" w:rsidR="005A0029" w:rsidRDefault="00F83EB4">
      <w:pPr>
        <w:spacing w:after="60"/>
      </w:pPr>
      <w:r>
        <w:rPr>
          <w:color w:val="B4B4B4"/>
          <w:sz w:val="16"/>
        </w:rPr>
        <w:t>________________________________________________________</w:t>
      </w:r>
    </w:p>
    <w:p w14:paraId="6003159A" w14:textId="77777777" w:rsidR="005A0029" w:rsidRDefault="00F83EB4">
      <w:pPr>
        <w:spacing w:after="60"/>
      </w:pPr>
      <w:r>
        <w:rPr>
          <w:color w:val="B4B4B4"/>
          <w:sz w:val="16"/>
        </w:rPr>
        <w:t>________________________________________________________</w:t>
      </w:r>
    </w:p>
    <w:p w14:paraId="7160A6FC" w14:textId="77777777" w:rsidR="005A0029" w:rsidRDefault="00F83EB4">
      <w:pPr>
        <w:pStyle w:val="Heading2"/>
      </w:pPr>
      <w:r>
        <w:t>Prayer</w:t>
      </w:r>
    </w:p>
    <w:p w14:paraId="23F2FCEC" w14:textId="77777777" w:rsidR="005A0029" w:rsidRDefault="00F83EB4">
      <w:r>
        <w:t>Father, meet me in this practice of separating identity from circumstance.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BDDA873" w14:textId="77777777" w:rsidR="005A0029" w:rsidRDefault="00F83EB4">
      <w:r>
        <w:rPr>
          <w:b/>
          <w:color w:val="B08D3A"/>
        </w:rPr>
        <w:lastRenderedPageBreak/>
        <w:t xml:space="preserve">TODAY'S DECLARATION  </w:t>
      </w:r>
      <w:r>
        <w:t>I will meet separating identity from circumstance with truth, faith, and practiced peace.</w:t>
      </w:r>
    </w:p>
    <w:p w14:paraId="41941EE4" w14:textId="77777777" w:rsidR="005A0029" w:rsidRDefault="00F83EB4">
      <w:r>
        <w:br w:type="page"/>
      </w:r>
    </w:p>
    <w:p w14:paraId="6A71E5DF" w14:textId="77777777" w:rsidR="005A0029" w:rsidRDefault="00F83EB4">
      <w:pPr>
        <w:pStyle w:val="Heading2"/>
      </w:pPr>
      <w:r>
        <w:lastRenderedPageBreak/>
        <w:t>DAY 5</w:t>
      </w:r>
    </w:p>
    <w:p w14:paraId="2E8C7C12" w14:textId="77777777" w:rsidR="005A0029" w:rsidRDefault="00F83EB4">
      <w:pPr>
        <w:pStyle w:val="Heading1"/>
      </w:pPr>
      <w:r>
        <w:t>When Expectations Become Loud</w:t>
      </w:r>
    </w:p>
    <w:p w14:paraId="5E809322" w14:textId="77777777" w:rsidR="005A0029" w:rsidRDefault="00F83EB4">
      <w:r>
        <w:rPr>
          <w:b/>
          <w:color w:val="B08D3A"/>
        </w:rPr>
        <w:t xml:space="preserve">ANCHOR SCRIPTURE  </w:t>
      </w:r>
      <w:r>
        <w:t>Galatians 1:10</w:t>
      </w:r>
    </w:p>
    <w:p w14:paraId="05995BF8" w14:textId="77777777" w:rsidR="005A0029" w:rsidRDefault="00F83EB4">
      <w:pPr>
        <w:pStyle w:val="Heading2"/>
      </w:pPr>
      <w:r>
        <w:t>Guided Reflection</w:t>
      </w:r>
    </w:p>
    <w:p w14:paraId="6769D9AF" w14:textId="77777777" w:rsidR="005A0029" w:rsidRDefault="00F83EB4">
      <w:r>
        <w:t>Today, consider what “when expectations become loud”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w:t>
      </w:r>
      <w:r>
        <w:t>e when truth is practiced repeatedly, especially when circumstances remain unresolved.</w:t>
      </w:r>
    </w:p>
    <w:p w14:paraId="62D10F4D" w14:textId="77777777" w:rsidR="005A0029" w:rsidRDefault="00F83EB4">
      <w:pPr>
        <w:pStyle w:val="Heading2"/>
      </w:pPr>
      <w:r>
        <w:t>Pause &amp; Notice</w:t>
      </w:r>
    </w:p>
    <w:p w14:paraId="0944D910" w14:textId="77777777" w:rsidR="005A0029" w:rsidRDefault="00F83EB4">
      <w:r>
        <w:t>What is this theme revealing about my heart, thoughts, relationships, or current circumstances today?</w:t>
      </w:r>
    </w:p>
    <w:p w14:paraId="3147F75B" w14:textId="77777777" w:rsidR="005A0029" w:rsidRDefault="00F83EB4">
      <w:pPr>
        <w:pStyle w:val="Heading2"/>
      </w:pPr>
      <w:r>
        <w:t>Peace Practice</w:t>
      </w:r>
    </w:p>
    <w:p w14:paraId="30E92EE8" w14:textId="77777777" w:rsidR="005A0029" w:rsidRDefault="00F83EB4">
      <w:r>
        <w:t>Identify one small action that would create greater peace today. Make it specific enough to complete before the day ends.</w:t>
      </w:r>
    </w:p>
    <w:p w14:paraId="7CB953BE" w14:textId="77777777" w:rsidR="005A0029" w:rsidRDefault="00F83EB4">
      <w:pPr>
        <w:pStyle w:val="Heading2"/>
      </w:pPr>
      <w:r>
        <w:t>My Thoughts &amp; Prayers</w:t>
      </w:r>
    </w:p>
    <w:p w14:paraId="6CCE9B94" w14:textId="77777777" w:rsidR="005A0029" w:rsidRDefault="00F83EB4">
      <w:pPr>
        <w:spacing w:after="60"/>
      </w:pPr>
      <w:r>
        <w:rPr>
          <w:color w:val="B4B4B4"/>
          <w:sz w:val="16"/>
        </w:rPr>
        <w:t>________________________________________________________</w:t>
      </w:r>
    </w:p>
    <w:p w14:paraId="4D336AD6" w14:textId="77777777" w:rsidR="005A0029" w:rsidRDefault="00F83EB4">
      <w:pPr>
        <w:spacing w:after="60"/>
      </w:pPr>
      <w:r>
        <w:rPr>
          <w:color w:val="B4B4B4"/>
          <w:sz w:val="16"/>
        </w:rPr>
        <w:t>________________________________________________________</w:t>
      </w:r>
    </w:p>
    <w:p w14:paraId="48966723" w14:textId="77777777" w:rsidR="005A0029" w:rsidRDefault="00F83EB4">
      <w:pPr>
        <w:spacing w:after="60"/>
      </w:pPr>
      <w:r>
        <w:rPr>
          <w:color w:val="B4B4B4"/>
          <w:sz w:val="16"/>
        </w:rPr>
        <w:t>________________________________________________________</w:t>
      </w:r>
    </w:p>
    <w:p w14:paraId="4CFF89EC" w14:textId="77777777" w:rsidR="005A0029" w:rsidRDefault="00F83EB4">
      <w:pPr>
        <w:spacing w:after="60"/>
      </w:pPr>
      <w:r>
        <w:rPr>
          <w:color w:val="B4B4B4"/>
          <w:sz w:val="16"/>
        </w:rPr>
        <w:t>________________________________________________________</w:t>
      </w:r>
    </w:p>
    <w:p w14:paraId="025B0545" w14:textId="77777777" w:rsidR="005A0029" w:rsidRDefault="00F83EB4">
      <w:pPr>
        <w:spacing w:after="60"/>
      </w:pPr>
      <w:r>
        <w:rPr>
          <w:color w:val="B4B4B4"/>
          <w:sz w:val="16"/>
        </w:rPr>
        <w:t>________________________________________________________</w:t>
      </w:r>
    </w:p>
    <w:p w14:paraId="78E5D612" w14:textId="77777777" w:rsidR="005A0029" w:rsidRDefault="00F83EB4">
      <w:pPr>
        <w:pStyle w:val="Heading2"/>
      </w:pPr>
      <w:r>
        <w:t>Prayer</w:t>
      </w:r>
    </w:p>
    <w:p w14:paraId="24525E9D" w14:textId="77777777" w:rsidR="005A0029" w:rsidRDefault="00F83EB4">
      <w:r>
        <w:t>Father, meet me in this practice of when expectations become loud.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7047100" w14:textId="77777777" w:rsidR="005A0029" w:rsidRDefault="00F83EB4">
      <w:r>
        <w:rPr>
          <w:b/>
          <w:color w:val="B08D3A"/>
        </w:rPr>
        <w:lastRenderedPageBreak/>
        <w:t xml:space="preserve">TODAY'S DECLARATION  </w:t>
      </w:r>
      <w:r>
        <w:t>I will meet when expectations become loud with truth, faith, and practiced peace.</w:t>
      </w:r>
    </w:p>
    <w:p w14:paraId="506FB6CF" w14:textId="77777777" w:rsidR="005A0029" w:rsidRDefault="00F83EB4">
      <w:r>
        <w:br w:type="page"/>
      </w:r>
    </w:p>
    <w:p w14:paraId="68C50AAC" w14:textId="77777777" w:rsidR="005A0029" w:rsidRDefault="00F83EB4">
      <w:pPr>
        <w:pStyle w:val="Heading2"/>
      </w:pPr>
      <w:r>
        <w:lastRenderedPageBreak/>
        <w:t>DAY 6</w:t>
      </w:r>
    </w:p>
    <w:p w14:paraId="6A3762C4" w14:textId="77777777" w:rsidR="005A0029" w:rsidRDefault="00F83EB4">
      <w:pPr>
        <w:pStyle w:val="Heading1"/>
      </w:pPr>
      <w:r>
        <w:t>The Voice of Fear</w:t>
      </w:r>
    </w:p>
    <w:p w14:paraId="69D4E3D3" w14:textId="77777777" w:rsidR="005A0029" w:rsidRDefault="00F83EB4">
      <w:r>
        <w:rPr>
          <w:b/>
          <w:color w:val="B08D3A"/>
        </w:rPr>
        <w:t xml:space="preserve">ANCHOR SCRIPTURE  </w:t>
      </w:r>
      <w:r>
        <w:t>2 Timothy 1:7</w:t>
      </w:r>
    </w:p>
    <w:p w14:paraId="273501B3" w14:textId="77777777" w:rsidR="005A0029" w:rsidRDefault="00F83EB4">
      <w:pPr>
        <w:pStyle w:val="Heading2"/>
      </w:pPr>
      <w:r>
        <w:t>Guided Reflection</w:t>
      </w:r>
    </w:p>
    <w:p w14:paraId="378F0705" w14:textId="77777777" w:rsidR="005A0029" w:rsidRDefault="00F83EB4">
      <w:r>
        <w:t>Today, consider what “the voice of fear”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when truth</w:t>
      </w:r>
      <w:r>
        <w:t xml:space="preserve"> is practiced repeatedly, especially when circumstances remain unresolved.</w:t>
      </w:r>
    </w:p>
    <w:p w14:paraId="050D203D" w14:textId="77777777" w:rsidR="005A0029" w:rsidRDefault="00F83EB4">
      <w:pPr>
        <w:pStyle w:val="Heading2"/>
      </w:pPr>
      <w:r>
        <w:t>Pause &amp; Notice</w:t>
      </w:r>
    </w:p>
    <w:p w14:paraId="639A7A55" w14:textId="77777777" w:rsidR="005A0029" w:rsidRDefault="00F83EB4">
      <w:r>
        <w:t>What is this theme revealing about my heart, thoughts, relationships, or current circumstances today?</w:t>
      </w:r>
    </w:p>
    <w:p w14:paraId="3853F53B" w14:textId="77777777" w:rsidR="005A0029" w:rsidRDefault="00F83EB4">
      <w:pPr>
        <w:pStyle w:val="Heading2"/>
      </w:pPr>
      <w:r>
        <w:t>Peace Practice</w:t>
      </w:r>
    </w:p>
    <w:p w14:paraId="07F3B6EC" w14:textId="77777777" w:rsidR="005A0029" w:rsidRDefault="00F83EB4">
      <w:r>
        <w:t>Reach out to one trusted, mature person. Share one thing you have been carrying silently and allow yourself to receive support.</w:t>
      </w:r>
    </w:p>
    <w:p w14:paraId="2BBD3116" w14:textId="77777777" w:rsidR="005A0029" w:rsidRDefault="00F83EB4">
      <w:pPr>
        <w:pStyle w:val="Heading2"/>
      </w:pPr>
      <w:r>
        <w:t>My Thoughts &amp; Prayers</w:t>
      </w:r>
    </w:p>
    <w:p w14:paraId="1410D90F" w14:textId="77777777" w:rsidR="005A0029" w:rsidRDefault="00F83EB4">
      <w:pPr>
        <w:spacing w:after="60"/>
      </w:pPr>
      <w:r>
        <w:rPr>
          <w:color w:val="B4B4B4"/>
          <w:sz w:val="16"/>
        </w:rPr>
        <w:t>________________________________________________________</w:t>
      </w:r>
    </w:p>
    <w:p w14:paraId="6563D389" w14:textId="77777777" w:rsidR="005A0029" w:rsidRDefault="00F83EB4">
      <w:pPr>
        <w:spacing w:after="60"/>
      </w:pPr>
      <w:r>
        <w:rPr>
          <w:color w:val="B4B4B4"/>
          <w:sz w:val="16"/>
        </w:rPr>
        <w:t>________________________________________________________</w:t>
      </w:r>
    </w:p>
    <w:p w14:paraId="41B72CB9" w14:textId="77777777" w:rsidR="005A0029" w:rsidRDefault="00F83EB4">
      <w:pPr>
        <w:spacing w:after="60"/>
      </w:pPr>
      <w:r>
        <w:rPr>
          <w:color w:val="B4B4B4"/>
          <w:sz w:val="16"/>
        </w:rPr>
        <w:t>________________________________________________________</w:t>
      </w:r>
    </w:p>
    <w:p w14:paraId="2B3B9C03" w14:textId="77777777" w:rsidR="005A0029" w:rsidRDefault="00F83EB4">
      <w:pPr>
        <w:spacing w:after="60"/>
      </w:pPr>
      <w:r>
        <w:rPr>
          <w:color w:val="B4B4B4"/>
          <w:sz w:val="16"/>
        </w:rPr>
        <w:t>________________________________________________________</w:t>
      </w:r>
    </w:p>
    <w:p w14:paraId="28DCDAA9" w14:textId="77777777" w:rsidR="005A0029" w:rsidRDefault="00F83EB4">
      <w:pPr>
        <w:spacing w:after="60"/>
      </w:pPr>
      <w:r>
        <w:rPr>
          <w:color w:val="B4B4B4"/>
          <w:sz w:val="16"/>
        </w:rPr>
        <w:t>________________________________________________________</w:t>
      </w:r>
    </w:p>
    <w:p w14:paraId="3BBD4862" w14:textId="77777777" w:rsidR="005A0029" w:rsidRDefault="00F83EB4">
      <w:pPr>
        <w:pStyle w:val="Heading2"/>
      </w:pPr>
      <w:r>
        <w:t>Prayer</w:t>
      </w:r>
    </w:p>
    <w:p w14:paraId="678E99E9" w14:textId="77777777" w:rsidR="005A0029" w:rsidRDefault="00F83EB4">
      <w:r>
        <w:t>Father, meet me in this practice of the voice of fear.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4B37654" w14:textId="77777777" w:rsidR="005A0029" w:rsidRDefault="00F83EB4">
      <w:r>
        <w:rPr>
          <w:b/>
          <w:color w:val="B08D3A"/>
        </w:rPr>
        <w:lastRenderedPageBreak/>
        <w:t xml:space="preserve">TODAY'S DECLARATION  </w:t>
      </w:r>
      <w:r>
        <w:t>I will meet the voice of fear with truth, faith, and practiced peace.</w:t>
      </w:r>
    </w:p>
    <w:p w14:paraId="53CF69ED" w14:textId="77777777" w:rsidR="005A0029" w:rsidRDefault="00F83EB4">
      <w:r>
        <w:br w:type="page"/>
      </w:r>
    </w:p>
    <w:p w14:paraId="571F9B23" w14:textId="77777777" w:rsidR="005A0029" w:rsidRDefault="00F83EB4">
      <w:pPr>
        <w:pStyle w:val="Heading2"/>
      </w:pPr>
      <w:r>
        <w:lastRenderedPageBreak/>
        <w:t>DAY 7</w:t>
      </w:r>
    </w:p>
    <w:p w14:paraId="728F7916" w14:textId="77777777" w:rsidR="005A0029" w:rsidRDefault="00F83EB4">
      <w:pPr>
        <w:pStyle w:val="Heading1"/>
      </w:pPr>
      <w:r>
        <w:t>The Voice of Truth</w:t>
      </w:r>
    </w:p>
    <w:p w14:paraId="05252600" w14:textId="77777777" w:rsidR="005A0029" w:rsidRDefault="00F83EB4">
      <w:r>
        <w:rPr>
          <w:b/>
          <w:color w:val="B08D3A"/>
        </w:rPr>
        <w:t xml:space="preserve">ANCHOR SCRIPTURE  </w:t>
      </w:r>
      <w:r>
        <w:t>John 8:32</w:t>
      </w:r>
    </w:p>
    <w:p w14:paraId="7D2F7BC7" w14:textId="77777777" w:rsidR="005A0029" w:rsidRDefault="00F83EB4">
      <w:pPr>
        <w:pStyle w:val="Heading2"/>
      </w:pPr>
      <w:r>
        <w:t>Guided Reflection</w:t>
      </w:r>
    </w:p>
    <w:p w14:paraId="21AC80D3" w14:textId="77777777" w:rsidR="005A0029" w:rsidRDefault="00F83EB4">
      <w:r>
        <w:t>Today, consider what “the voice of truth”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when trut</w:t>
      </w:r>
      <w:r>
        <w:t>h is practiced repeatedly, especially when circumstances remain unresolved.</w:t>
      </w:r>
    </w:p>
    <w:p w14:paraId="71D6D81F" w14:textId="77777777" w:rsidR="005A0029" w:rsidRDefault="00F83EB4">
      <w:pPr>
        <w:pStyle w:val="Heading2"/>
      </w:pPr>
      <w:r>
        <w:t>Pause &amp; Notice</w:t>
      </w:r>
    </w:p>
    <w:p w14:paraId="5A2E0350" w14:textId="77777777" w:rsidR="005A0029" w:rsidRDefault="00F83EB4">
      <w:r>
        <w:t>What is this theme revealing about my heart, thoughts, relationships, or current circumstances today?</w:t>
      </w:r>
    </w:p>
    <w:p w14:paraId="3241FD30" w14:textId="77777777" w:rsidR="005A0029" w:rsidRDefault="00F83EB4">
      <w:pPr>
        <w:pStyle w:val="Heading2"/>
      </w:pPr>
      <w:r>
        <w:t>Peace Practice</w:t>
      </w:r>
    </w:p>
    <w:p w14:paraId="289AEE36" w14:textId="77777777" w:rsidR="005A0029" w:rsidRDefault="00F83EB4">
      <w:r>
        <w:t>Practice a ten-minute quiet period without your phone. Notice what surfaces, then bring it honestly into prayer.</w:t>
      </w:r>
    </w:p>
    <w:p w14:paraId="5AB143F0" w14:textId="77777777" w:rsidR="005A0029" w:rsidRDefault="00F83EB4">
      <w:pPr>
        <w:pStyle w:val="Heading2"/>
      </w:pPr>
      <w:r>
        <w:t>My Thoughts &amp; Prayers</w:t>
      </w:r>
    </w:p>
    <w:p w14:paraId="5D88427A" w14:textId="77777777" w:rsidR="005A0029" w:rsidRDefault="00F83EB4">
      <w:pPr>
        <w:spacing w:after="60"/>
      </w:pPr>
      <w:r>
        <w:rPr>
          <w:color w:val="B4B4B4"/>
          <w:sz w:val="16"/>
        </w:rPr>
        <w:t>________________________________________________________</w:t>
      </w:r>
    </w:p>
    <w:p w14:paraId="4F6B1890" w14:textId="77777777" w:rsidR="005A0029" w:rsidRDefault="00F83EB4">
      <w:pPr>
        <w:spacing w:after="60"/>
      </w:pPr>
      <w:r>
        <w:rPr>
          <w:color w:val="B4B4B4"/>
          <w:sz w:val="16"/>
        </w:rPr>
        <w:t>________________________________________________________</w:t>
      </w:r>
    </w:p>
    <w:p w14:paraId="5A9A28C6" w14:textId="77777777" w:rsidR="005A0029" w:rsidRDefault="00F83EB4">
      <w:pPr>
        <w:spacing w:after="60"/>
      </w:pPr>
      <w:r>
        <w:rPr>
          <w:color w:val="B4B4B4"/>
          <w:sz w:val="16"/>
        </w:rPr>
        <w:t>________________________________________________________</w:t>
      </w:r>
    </w:p>
    <w:p w14:paraId="671B1350" w14:textId="77777777" w:rsidR="005A0029" w:rsidRDefault="00F83EB4">
      <w:pPr>
        <w:spacing w:after="60"/>
      </w:pPr>
      <w:r>
        <w:rPr>
          <w:color w:val="B4B4B4"/>
          <w:sz w:val="16"/>
        </w:rPr>
        <w:t>________________________________________________________</w:t>
      </w:r>
    </w:p>
    <w:p w14:paraId="14C0C6AC" w14:textId="77777777" w:rsidR="005A0029" w:rsidRDefault="00F83EB4">
      <w:pPr>
        <w:spacing w:after="60"/>
      </w:pPr>
      <w:r>
        <w:rPr>
          <w:color w:val="B4B4B4"/>
          <w:sz w:val="16"/>
        </w:rPr>
        <w:t>________________________________________________________</w:t>
      </w:r>
    </w:p>
    <w:p w14:paraId="42926975" w14:textId="77777777" w:rsidR="005A0029" w:rsidRDefault="00F83EB4">
      <w:pPr>
        <w:pStyle w:val="Heading2"/>
      </w:pPr>
      <w:r>
        <w:t>Prayer</w:t>
      </w:r>
    </w:p>
    <w:p w14:paraId="05E49775" w14:textId="77777777" w:rsidR="005A0029" w:rsidRDefault="00F83EB4">
      <w:r>
        <w:t>Father, meet me in this practice of the voice of truth.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D9310D6" w14:textId="77777777" w:rsidR="005A0029" w:rsidRDefault="00F83EB4">
      <w:r>
        <w:rPr>
          <w:b/>
          <w:color w:val="B08D3A"/>
        </w:rPr>
        <w:lastRenderedPageBreak/>
        <w:t xml:space="preserve">TODAY'S DECLARATION  </w:t>
      </w:r>
      <w:r>
        <w:t>I will meet the voice of truth with truth, faith, and practiced peace.</w:t>
      </w:r>
    </w:p>
    <w:p w14:paraId="7DF9B775" w14:textId="77777777" w:rsidR="005A0029" w:rsidRDefault="00F83EB4">
      <w:r>
        <w:br w:type="page"/>
      </w:r>
    </w:p>
    <w:p w14:paraId="6FFFFBE9" w14:textId="77777777" w:rsidR="005A0029" w:rsidRDefault="00F83EB4">
      <w:pPr>
        <w:pStyle w:val="Heading2"/>
      </w:pPr>
      <w:r>
        <w:lastRenderedPageBreak/>
        <w:t>DAY 8</w:t>
      </w:r>
    </w:p>
    <w:p w14:paraId="4A7015F3" w14:textId="77777777" w:rsidR="005A0029" w:rsidRDefault="00F83EB4">
      <w:pPr>
        <w:pStyle w:val="Heading1"/>
      </w:pPr>
      <w:r>
        <w:t>Learning to Listen Again</w:t>
      </w:r>
    </w:p>
    <w:p w14:paraId="4906F24E" w14:textId="77777777" w:rsidR="005A0029" w:rsidRDefault="00F83EB4">
      <w:r>
        <w:rPr>
          <w:b/>
          <w:color w:val="B08D3A"/>
        </w:rPr>
        <w:t xml:space="preserve">ANCHOR SCRIPTURE  </w:t>
      </w:r>
      <w:r>
        <w:t>John 10:27</w:t>
      </w:r>
    </w:p>
    <w:p w14:paraId="2A8A6AD0" w14:textId="77777777" w:rsidR="005A0029" w:rsidRDefault="00F83EB4">
      <w:pPr>
        <w:pStyle w:val="Heading2"/>
      </w:pPr>
      <w:r>
        <w:t>Guided Reflection</w:t>
      </w:r>
    </w:p>
    <w:p w14:paraId="1B306430" w14:textId="77777777" w:rsidR="005A0029" w:rsidRDefault="00F83EB4">
      <w:r>
        <w:t>Today, consider what “learning to listen again”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whe</w:t>
      </w:r>
      <w:r>
        <w:t>n truth is practiced repeatedly, especially when circumstances remain unresolved.</w:t>
      </w:r>
    </w:p>
    <w:p w14:paraId="2A8048E0" w14:textId="77777777" w:rsidR="005A0029" w:rsidRDefault="00F83EB4">
      <w:pPr>
        <w:pStyle w:val="Heading2"/>
      </w:pPr>
      <w:r>
        <w:t>Pause &amp; Notice</w:t>
      </w:r>
    </w:p>
    <w:p w14:paraId="16787F23" w14:textId="77777777" w:rsidR="005A0029" w:rsidRDefault="00F83EB4">
      <w:r>
        <w:t>What is this theme revealing about my heart, thoughts, relationships, or current circumstances today?</w:t>
      </w:r>
    </w:p>
    <w:p w14:paraId="27B21950" w14:textId="77777777" w:rsidR="005A0029" w:rsidRDefault="00F83EB4">
      <w:pPr>
        <w:pStyle w:val="Heading2"/>
      </w:pPr>
      <w:r>
        <w:t>Peace Practice</w:t>
      </w:r>
    </w:p>
    <w:p w14:paraId="7681E35B" w14:textId="77777777" w:rsidR="005A0029" w:rsidRDefault="00F83EB4">
      <w:r>
        <w:t>Sit quietly for three minutes. Name what you feel without judging it. Then write one truth you want to carry into the day.</w:t>
      </w:r>
    </w:p>
    <w:p w14:paraId="6FFC1D55" w14:textId="77777777" w:rsidR="005A0029" w:rsidRDefault="00F83EB4">
      <w:pPr>
        <w:pStyle w:val="Heading2"/>
      </w:pPr>
      <w:r>
        <w:t>My Thoughts &amp; Prayers</w:t>
      </w:r>
    </w:p>
    <w:p w14:paraId="35FE28B6" w14:textId="77777777" w:rsidR="005A0029" w:rsidRDefault="00F83EB4">
      <w:pPr>
        <w:spacing w:after="60"/>
      </w:pPr>
      <w:r>
        <w:rPr>
          <w:color w:val="B4B4B4"/>
          <w:sz w:val="16"/>
        </w:rPr>
        <w:t>________________________________________________________</w:t>
      </w:r>
    </w:p>
    <w:p w14:paraId="726C9812" w14:textId="77777777" w:rsidR="005A0029" w:rsidRDefault="00F83EB4">
      <w:pPr>
        <w:spacing w:after="60"/>
      </w:pPr>
      <w:r>
        <w:rPr>
          <w:color w:val="B4B4B4"/>
          <w:sz w:val="16"/>
        </w:rPr>
        <w:t>________________________________________________________</w:t>
      </w:r>
    </w:p>
    <w:p w14:paraId="4B12CF18" w14:textId="77777777" w:rsidR="005A0029" w:rsidRDefault="00F83EB4">
      <w:pPr>
        <w:spacing w:after="60"/>
      </w:pPr>
      <w:r>
        <w:rPr>
          <w:color w:val="B4B4B4"/>
          <w:sz w:val="16"/>
        </w:rPr>
        <w:t>________________________________________________________</w:t>
      </w:r>
    </w:p>
    <w:p w14:paraId="2B9F9C91" w14:textId="77777777" w:rsidR="005A0029" w:rsidRDefault="00F83EB4">
      <w:pPr>
        <w:spacing w:after="60"/>
      </w:pPr>
      <w:r>
        <w:rPr>
          <w:color w:val="B4B4B4"/>
          <w:sz w:val="16"/>
        </w:rPr>
        <w:t>________________________________________________________</w:t>
      </w:r>
    </w:p>
    <w:p w14:paraId="25464024" w14:textId="77777777" w:rsidR="005A0029" w:rsidRDefault="00F83EB4">
      <w:pPr>
        <w:spacing w:after="60"/>
      </w:pPr>
      <w:r>
        <w:rPr>
          <w:color w:val="B4B4B4"/>
          <w:sz w:val="16"/>
        </w:rPr>
        <w:t>________________________________________________________</w:t>
      </w:r>
    </w:p>
    <w:p w14:paraId="13177A46" w14:textId="77777777" w:rsidR="005A0029" w:rsidRDefault="00F83EB4">
      <w:pPr>
        <w:pStyle w:val="Heading2"/>
      </w:pPr>
      <w:r>
        <w:t>Prayer</w:t>
      </w:r>
    </w:p>
    <w:p w14:paraId="06BA9711" w14:textId="77777777" w:rsidR="005A0029" w:rsidRDefault="00F83EB4">
      <w:r>
        <w:t>Father, meet me in this practice of learning to listen again.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F420D2A" w14:textId="77777777" w:rsidR="005A0029" w:rsidRDefault="00F83EB4">
      <w:r>
        <w:rPr>
          <w:b/>
          <w:color w:val="B08D3A"/>
        </w:rPr>
        <w:lastRenderedPageBreak/>
        <w:t xml:space="preserve">TODAY'S DECLARATION  </w:t>
      </w:r>
      <w:r>
        <w:t>I will meet learning to listen again with truth, faith, and practiced peace.</w:t>
      </w:r>
    </w:p>
    <w:p w14:paraId="63FFE19E" w14:textId="77777777" w:rsidR="005A0029" w:rsidRDefault="00F83EB4">
      <w:r>
        <w:br w:type="page"/>
      </w:r>
    </w:p>
    <w:p w14:paraId="6A7F50AC" w14:textId="77777777" w:rsidR="005A0029" w:rsidRDefault="00F83EB4">
      <w:pPr>
        <w:pStyle w:val="Heading2"/>
      </w:pPr>
      <w:r>
        <w:lastRenderedPageBreak/>
        <w:t>DAY 9</w:t>
      </w:r>
    </w:p>
    <w:p w14:paraId="3146D45D" w14:textId="77777777" w:rsidR="005A0029" w:rsidRDefault="00F83EB4">
      <w:pPr>
        <w:pStyle w:val="Heading1"/>
      </w:pPr>
      <w:r>
        <w:t>Silence Creates Space</w:t>
      </w:r>
    </w:p>
    <w:p w14:paraId="054DD39F" w14:textId="77777777" w:rsidR="005A0029" w:rsidRDefault="00F83EB4">
      <w:r>
        <w:rPr>
          <w:b/>
          <w:color w:val="B08D3A"/>
        </w:rPr>
        <w:t xml:space="preserve">ANCHOR SCRIPTURE  </w:t>
      </w:r>
      <w:r>
        <w:t>Psalm 46:10</w:t>
      </w:r>
    </w:p>
    <w:p w14:paraId="15BC3A74" w14:textId="77777777" w:rsidR="005A0029" w:rsidRDefault="00F83EB4">
      <w:pPr>
        <w:pStyle w:val="Heading2"/>
      </w:pPr>
      <w:r>
        <w:t>Guided Reflection</w:t>
      </w:r>
    </w:p>
    <w:p w14:paraId="711B36C0" w14:textId="77777777" w:rsidR="005A0029" w:rsidRDefault="00F83EB4">
      <w:r>
        <w:t>Today, consider what “silence creates space”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when t</w:t>
      </w:r>
      <w:r>
        <w:t>ruth is practiced repeatedly, especially when circumstances remain unresolved.</w:t>
      </w:r>
    </w:p>
    <w:p w14:paraId="3C104FF2" w14:textId="77777777" w:rsidR="005A0029" w:rsidRDefault="00F83EB4">
      <w:pPr>
        <w:pStyle w:val="Heading2"/>
      </w:pPr>
      <w:r>
        <w:t>Pause &amp; Notice</w:t>
      </w:r>
    </w:p>
    <w:p w14:paraId="58D7DBD7" w14:textId="77777777" w:rsidR="005A0029" w:rsidRDefault="00F83EB4">
      <w:r>
        <w:t>What is this theme revealing about my heart, thoughts, relationships, or current circumstances today?</w:t>
      </w:r>
    </w:p>
    <w:p w14:paraId="6C19BAA4" w14:textId="77777777" w:rsidR="005A0029" w:rsidRDefault="00F83EB4">
      <w:pPr>
        <w:pStyle w:val="Heading2"/>
      </w:pPr>
      <w:r>
        <w:t>Peace Practice</w:t>
      </w:r>
    </w:p>
    <w:p w14:paraId="321A293A" w14:textId="77777777" w:rsidR="005A0029" w:rsidRDefault="00F83EB4">
      <w:r>
        <w:t>Draw two columns: 'What I can control' and 'What I must release.' Place each concern in the appropriate column and pray over both.</w:t>
      </w:r>
    </w:p>
    <w:p w14:paraId="30AC7575" w14:textId="77777777" w:rsidR="005A0029" w:rsidRDefault="00F83EB4">
      <w:pPr>
        <w:pStyle w:val="Heading2"/>
      </w:pPr>
      <w:r>
        <w:t>My Thoughts &amp; Prayers</w:t>
      </w:r>
    </w:p>
    <w:p w14:paraId="6322C5BF" w14:textId="77777777" w:rsidR="005A0029" w:rsidRDefault="00F83EB4">
      <w:pPr>
        <w:spacing w:after="60"/>
      </w:pPr>
      <w:r>
        <w:rPr>
          <w:color w:val="B4B4B4"/>
          <w:sz w:val="16"/>
        </w:rPr>
        <w:t>________________________________________________________</w:t>
      </w:r>
    </w:p>
    <w:p w14:paraId="48090BB9" w14:textId="77777777" w:rsidR="005A0029" w:rsidRDefault="00F83EB4">
      <w:pPr>
        <w:spacing w:after="60"/>
      </w:pPr>
      <w:r>
        <w:rPr>
          <w:color w:val="B4B4B4"/>
          <w:sz w:val="16"/>
        </w:rPr>
        <w:t>________________________________________________________</w:t>
      </w:r>
    </w:p>
    <w:p w14:paraId="1E13A228" w14:textId="77777777" w:rsidR="005A0029" w:rsidRDefault="00F83EB4">
      <w:pPr>
        <w:spacing w:after="60"/>
      </w:pPr>
      <w:r>
        <w:rPr>
          <w:color w:val="B4B4B4"/>
          <w:sz w:val="16"/>
        </w:rPr>
        <w:t>________________________________________________________</w:t>
      </w:r>
    </w:p>
    <w:p w14:paraId="7240AC39" w14:textId="77777777" w:rsidR="005A0029" w:rsidRDefault="00F83EB4">
      <w:pPr>
        <w:spacing w:after="60"/>
      </w:pPr>
      <w:r>
        <w:rPr>
          <w:color w:val="B4B4B4"/>
          <w:sz w:val="16"/>
        </w:rPr>
        <w:t>________________________________________________________</w:t>
      </w:r>
    </w:p>
    <w:p w14:paraId="361C02CA" w14:textId="77777777" w:rsidR="005A0029" w:rsidRDefault="00F83EB4">
      <w:pPr>
        <w:spacing w:after="60"/>
      </w:pPr>
      <w:r>
        <w:rPr>
          <w:color w:val="B4B4B4"/>
          <w:sz w:val="16"/>
        </w:rPr>
        <w:t>________________________________________________________</w:t>
      </w:r>
    </w:p>
    <w:p w14:paraId="6BA3D16D" w14:textId="77777777" w:rsidR="005A0029" w:rsidRDefault="00F83EB4">
      <w:pPr>
        <w:pStyle w:val="Heading2"/>
      </w:pPr>
      <w:r>
        <w:t>Prayer</w:t>
      </w:r>
    </w:p>
    <w:p w14:paraId="06A63ED5" w14:textId="77777777" w:rsidR="005A0029" w:rsidRDefault="00F83EB4">
      <w:r>
        <w:t>Father, meet me in this practice of silence creates space.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2C52B26" w14:textId="77777777" w:rsidR="005A0029" w:rsidRDefault="00F83EB4">
      <w:r>
        <w:rPr>
          <w:b/>
          <w:color w:val="B08D3A"/>
        </w:rPr>
        <w:lastRenderedPageBreak/>
        <w:t xml:space="preserve">TODAY'S DECLARATION  </w:t>
      </w:r>
      <w:r>
        <w:t>I will meet silence creates space with truth, faith, and practiced peace.</w:t>
      </w:r>
    </w:p>
    <w:p w14:paraId="51152C5E" w14:textId="77777777" w:rsidR="005A0029" w:rsidRDefault="00F83EB4">
      <w:r>
        <w:br w:type="page"/>
      </w:r>
    </w:p>
    <w:p w14:paraId="3453EAA4" w14:textId="77777777" w:rsidR="005A0029" w:rsidRDefault="00F83EB4">
      <w:pPr>
        <w:pStyle w:val="Heading2"/>
      </w:pPr>
      <w:r>
        <w:lastRenderedPageBreak/>
        <w:t>DAY 10</w:t>
      </w:r>
    </w:p>
    <w:p w14:paraId="125D5CEA" w14:textId="77777777" w:rsidR="005A0029" w:rsidRDefault="00F83EB4">
      <w:pPr>
        <w:pStyle w:val="Heading1"/>
      </w:pPr>
      <w:r>
        <w:t>Your Values Matter</w:t>
      </w:r>
    </w:p>
    <w:p w14:paraId="22C22D7D" w14:textId="77777777" w:rsidR="005A0029" w:rsidRDefault="00F83EB4">
      <w:r>
        <w:rPr>
          <w:b/>
          <w:color w:val="B08D3A"/>
        </w:rPr>
        <w:t xml:space="preserve">ANCHOR SCRIPTURE  </w:t>
      </w:r>
      <w:r>
        <w:t>Micah 6:8</w:t>
      </w:r>
    </w:p>
    <w:p w14:paraId="0E57DBE5" w14:textId="77777777" w:rsidR="005A0029" w:rsidRDefault="00F83EB4">
      <w:pPr>
        <w:pStyle w:val="Heading2"/>
      </w:pPr>
      <w:r>
        <w:t>Guided Reflection</w:t>
      </w:r>
    </w:p>
    <w:p w14:paraId="5B9B9E9B" w14:textId="77777777" w:rsidR="005A0029" w:rsidRDefault="00F83EB4">
      <w:r>
        <w:t>Today, consider what “your values matter”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when trut</w:t>
      </w:r>
      <w:r>
        <w:t>h is practiced repeatedly, especially when circumstances remain unresolved.</w:t>
      </w:r>
    </w:p>
    <w:p w14:paraId="7C2085E8" w14:textId="77777777" w:rsidR="005A0029" w:rsidRDefault="00F83EB4">
      <w:pPr>
        <w:pStyle w:val="Heading2"/>
      </w:pPr>
      <w:r>
        <w:t>Pause &amp; Notice</w:t>
      </w:r>
    </w:p>
    <w:p w14:paraId="06BE212D" w14:textId="77777777" w:rsidR="005A0029" w:rsidRDefault="00F83EB4">
      <w:r>
        <w:t>What is this theme revealing about my heart, thoughts, relationships, or current circumstances today?</w:t>
      </w:r>
    </w:p>
    <w:p w14:paraId="470B739E" w14:textId="77777777" w:rsidR="005A0029" w:rsidRDefault="00F83EB4">
      <w:pPr>
        <w:pStyle w:val="Heading2"/>
      </w:pPr>
      <w:r>
        <w:t>Peace Practice</w:t>
      </w:r>
    </w:p>
    <w:p w14:paraId="1D5F5E0D" w14:textId="77777777" w:rsidR="005A0029" w:rsidRDefault="00F83EB4">
      <w:r>
        <w:t>Take five slow breaths. With each inhale, receive God's presence; with each exhale, release one pressure you have been carrying.</w:t>
      </w:r>
    </w:p>
    <w:p w14:paraId="6EA7D08B" w14:textId="77777777" w:rsidR="005A0029" w:rsidRDefault="00F83EB4">
      <w:pPr>
        <w:pStyle w:val="Heading2"/>
      </w:pPr>
      <w:r>
        <w:t>My Thoughts &amp; Prayers</w:t>
      </w:r>
    </w:p>
    <w:p w14:paraId="36F84AB3" w14:textId="77777777" w:rsidR="005A0029" w:rsidRDefault="00F83EB4">
      <w:pPr>
        <w:spacing w:after="60"/>
      </w:pPr>
      <w:r>
        <w:rPr>
          <w:color w:val="B4B4B4"/>
          <w:sz w:val="16"/>
        </w:rPr>
        <w:t>________________________________________________________</w:t>
      </w:r>
    </w:p>
    <w:p w14:paraId="6E568593" w14:textId="77777777" w:rsidR="005A0029" w:rsidRDefault="00F83EB4">
      <w:pPr>
        <w:spacing w:after="60"/>
      </w:pPr>
      <w:r>
        <w:rPr>
          <w:color w:val="B4B4B4"/>
          <w:sz w:val="16"/>
        </w:rPr>
        <w:t>________________________________________________________</w:t>
      </w:r>
    </w:p>
    <w:p w14:paraId="084F3C5C" w14:textId="77777777" w:rsidR="005A0029" w:rsidRDefault="00F83EB4">
      <w:pPr>
        <w:spacing w:after="60"/>
      </w:pPr>
      <w:r>
        <w:rPr>
          <w:color w:val="B4B4B4"/>
          <w:sz w:val="16"/>
        </w:rPr>
        <w:t>________________________________________________________</w:t>
      </w:r>
    </w:p>
    <w:p w14:paraId="62CB54E2" w14:textId="77777777" w:rsidR="005A0029" w:rsidRDefault="00F83EB4">
      <w:pPr>
        <w:spacing w:after="60"/>
      </w:pPr>
      <w:r>
        <w:rPr>
          <w:color w:val="B4B4B4"/>
          <w:sz w:val="16"/>
        </w:rPr>
        <w:t>________________________________________________________</w:t>
      </w:r>
    </w:p>
    <w:p w14:paraId="2D845C89" w14:textId="77777777" w:rsidR="005A0029" w:rsidRDefault="00F83EB4">
      <w:pPr>
        <w:spacing w:after="60"/>
      </w:pPr>
      <w:r>
        <w:rPr>
          <w:color w:val="B4B4B4"/>
          <w:sz w:val="16"/>
        </w:rPr>
        <w:t>________________________________________________________</w:t>
      </w:r>
    </w:p>
    <w:p w14:paraId="49DEC5F7" w14:textId="77777777" w:rsidR="005A0029" w:rsidRDefault="00F83EB4">
      <w:pPr>
        <w:pStyle w:val="Heading2"/>
      </w:pPr>
      <w:r>
        <w:t>Prayer</w:t>
      </w:r>
    </w:p>
    <w:p w14:paraId="025D788A" w14:textId="77777777" w:rsidR="005A0029" w:rsidRDefault="00F83EB4">
      <w:r>
        <w:t>Father, meet me in this practice of your values matter.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6E5F782" w14:textId="77777777" w:rsidR="005A0029" w:rsidRDefault="00F83EB4">
      <w:r>
        <w:rPr>
          <w:b/>
          <w:color w:val="B08D3A"/>
        </w:rPr>
        <w:lastRenderedPageBreak/>
        <w:t xml:space="preserve">TODAY'S DECLARATION  </w:t>
      </w:r>
      <w:r>
        <w:t>I will meet your values matter with truth, faith, and practiced peace.</w:t>
      </w:r>
    </w:p>
    <w:p w14:paraId="4F552AF7" w14:textId="77777777" w:rsidR="005A0029" w:rsidRDefault="00F83EB4">
      <w:r>
        <w:br w:type="page"/>
      </w:r>
    </w:p>
    <w:p w14:paraId="115E366D" w14:textId="77777777" w:rsidR="005A0029" w:rsidRDefault="00F83EB4">
      <w:pPr>
        <w:pStyle w:val="Heading2"/>
      </w:pPr>
      <w:r>
        <w:lastRenderedPageBreak/>
        <w:t>DAY 11</w:t>
      </w:r>
    </w:p>
    <w:p w14:paraId="665AAE44" w14:textId="77777777" w:rsidR="005A0029" w:rsidRDefault="00F83EB4">
      <w:pPr>
        <w:pStyle w:val="Heading1"/>
      </w:pPr>
      <w:r>
        <w:t>Comparison Steals Clarity</w:t>
      </w:r>
    </w:p>
    <w:p w14:paraId="3FDC4929" w14:textId="77777777" w:rsidR="005A0029" w:rsidRDefault="00F83EB4">
      <w:r>
        <w:rPr>
          <w:b/>
          <w:color w:val="B08D3A"/>
        </w:rPr>
        <w:t xml:space="preserve">ANCHOR SCRIPTURE  </w:t>
      </w:r>
      <w:r>
        <w:t>2 Corinthians 10:12</w:t>
      </w:r>
    </w:p>
    <w:p w14:paraId="00EF774D" w14:textId="77777777" w:rsidR="005A0029" w:rsidRDefault="00F83EB4">
      <w:pPr>
        <w:pStyle w:val="Heading2"/>
      </w:pPr>
      <w:r>
        <w:t>Guided Reflection</w:t>
      </w:r>
    </w:p>
    <w:p w14:paraId="7DC06A6F" w14:textId="77777777" w:rsidR="005A0029" w:rsidRDefault="00F83EB4">
      <w:r>
        <w:t>Today, consider what “comparison steals clarity”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wh</w:t>
      </w:r>
      <w:r>
        <w:t>en truth is practiced repeatedly, especially when circumstances remain unresolved.</w:t>
      </w:r>
    </w:p>
    <w:p w14:paraId="59C01DA2" w14:textId="77777777" w:rsidR="005A0029" w:rsidRDefault="00F83EB4">
      <w:pPr>
        <w:pStyle w:val="Heading2"/>
      </w:pPr>
      <w:r>
        <w:t>Pause &amp; Notice</w:t>
      </w:r>
    </w:p>
    <w:p w14:paraId="3A3DB83A" w14:textId="77777777" w:rsidR="005A0029" w:rsidRDefault="00F83EB4">
      <w:r>
        <w:t>What is this theme revealing about my heart, thoughts, relationships, or current circumstances today?</w:t>
      </w:r>
    </w:p>
    <w:p w14:paraId="6CD163E2" w14:textId="77777777" w:rsidR="005A0029" w:rsidRDefault="00F83EB4">
      <w:pPr>
        <w:pStyle w:val="Heading2"/>
      </w:pPr>
      <w:r>
        <w:t>Peace Practice</w:t>
      </w:r>
    </w:p>
    <w:p w14:paraId="37F1B4A3" w14:textId="77777777" w:rsidR="005A0029" w:rsidRDefault="00F83EB4">
      <w:r>
        <w:t>Write one recurring fearful thought. Under it, write a Scripture-shaped response that is more truthful and life-giving.</w:t>
      </w:r>
    </w:p>
    <w:p w14:paraId="4EAB9B78" w14:textId="77777777" w:rsidR="005A0029" w:rsidRDefault="00F83EB4">
      <w:pPr>
        <w:pStyle w:val="Heading2"/>
      </w:pPr>
      <w:r>
        <w:t>My Thoughts &amp; Prayers</w:t>
      </w:r>
    </w:p>
    <w:p w14:paraId="287824A9" w14:textId="77777777" w:rsidR="005A0029" w:rsidRDefault="00F83EB4">
      <w:pPr>
        <w:spacing w:after="60"/>
      </w:pPr>
      <w:r>
        <w:rPr>
          <w:color w:val="B4B4B4"/>
          <w:sz w:val="16"/>
        </w:rPr>
        <w:t>________________________________________________________</w:t>
      </w:r>
    </w:p>
    <w:p w14:paraId="2423279C" w14:textId="77777777" w:rsidR="005A0029" w:rsidRDefault="00F83EB4">
      <w:pPr>
        <w:spacing w:after="60"/>
      </w:pPr>
      <w:r>
        <w:rPr>
          <w:color w:val="B4B4B4"/>
          <w:sz w:val="16"/>
        </w:rPr>
        <w:t>________________________________________________________</w:t>
      </w:r>
    </w:p>
    <w:p w14:paraId="73B358B2" w14:textId="77777777" w:rsidR="005A0029" w:rsidRDefault="00F83EB4">
      <w:pPr>
        <w:spacing w:after="60"/>
      </w:pPr>
      <w:r>
        <w:rPr>
          <w:color w:val="B4B4B4"/>
          <w:sz w:val="16"/>
        </w:rPr>
        <w:t>________________________________________________________</w:t>
      </w:r>
    </w:p>
    <w:p w14:paraId="425E9A60" w14:textId="77777777" w:rsidR="005A0029" w:rsidRDefault="00F83EB4">
      <w:pPr>
        <w:spacing w:after="60"/>
      </w:pPr>
      <w:r>
        <w:rPr>
          <w:color w:val="B4B4B4"/>
          <w:sz w:val="16"/>
        </w:rPr>
        <w:t>________________________________________________________</w:t>
      </w:r>
    </w:p>
    <w:p w14:paraId="42553C80" w14:textId="77777777" w:rsidR="005A0029" w:rsidRDefault="00F83EB4">
      <w:pPr>
        <w:spacing w:after="60"/>
      </w:pPr>
      <w:r>
        <w:rPr>
          <w:color w:val="B4B4B4"/>
          <w:sz w:val="16"/>
        </w:rPr>
        <w:t>________________________________________________________</w:t>
      </w:r>
    </w:p>
    <w:p w14:paraId="5AFEDC5B" w14:textId="77777777" w:rsidR="005A0029" w:rsidRDefault="00F83EB4">
      <w:pPr>
        <w:pStyle w:val="Heading2"/>
      </w:pPr>
      <w:r>
        <w:t>Prayer</w:t>
      </w:r>
    </w:p>
    <w:p w14:paraId="7E587170" w14:textId="77777777" w:rsidR="005A0029" w:rsidRDefault="00F83EB4">
      <w:r>
        <w:t>Father, meet me in this practice of comparison steals clarity.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204C27C" w14:textId="77777777" w:rsidR="005A0029" w:rsidRDefault="00F83EB4">
      <w:r>
        <w:rPr>
          <w:b/>
          <w:color w:val="B08D3A"/>
        </w:rPr>
        <w:lastRenderedPageBreak/>
        <w:t xml:space="preserve">TODAY'S DECLARATION  </w:t>
      </w:r>
      <w:r>
        <w:t>I will meet comparison steals clarity with truth, faith, and practiced peace.</w:t>
      </w:r>
    </w:p>
    <w:p w14:paraId="2BA5DEFF" w14:textId="77777777" w:rsidR="005A0029" w:rsidRDefault="00F83EB4">
      <w:r>
        <w:br w:type="page"/>
      </w:r>
    </w:p>
    <w:p w14:paraId="1568AF36" w14:textId="77777777" w:rsidR="005A0029" w:rsidRDefault="00F83EB4">
      <w:pPr>
        <w:pStyle w:val="Heading2"/>
      </w:pPr>
      <w:r>
        <w:lastRenderedPageBreak/>
        <w:t>DAY 12</w:t>
      </w:r>
    </w:p>
    <w:p w14:paraId="6C166489" w14:textId="77777777" w:rsidR="005A0029" w:rsidRDefault="00F83EB4">
      <w:pPr>
        <w:pStyle w:val="Heading1"/>
      </w:pPr>
      <w:r>
        <w:t>You Are More Than Your Role</w:t>
      </w:r>
    </w:p>
    <w:p w14:paraId="321BC545" w14:textId="77777777" w:rsidR="005A0029" w:rsidRDefault="00F83EB4">
      <w:r>
        <w:rPr>
          <w:b/>
          <w:color w:val="B08D3A"/>
        </w:rPr>
        <w:t xml:space="preserve">ANCHOR SCRIPTURE  </w:t>
      </w:r>
      <w:r>
        <w:t>Colossians 3:3</w:t>
      </w:r>
    </w:p>
    <w:p w14:paraId="6E6BB850" w14:textId="77777777" w:rsidR="005A0029" w:rsidRDefault="00F83EB4">
      <w:pPr>
        <w:pStyle w:val="Heading2"/>
      </w:pPr>
      <w:r>
        <w:t>Guided Reflection</w:t>
      </w:r>
    </w:p>
    <w:p w14:paraId="358AC382" w14:textId="77777777" w:rsidR="005A0029" w:rsidRDefault="00F83EB4">
      <w:r>
        <w:t xml:space="preserve">Today, consider what “you are more than your role”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277B222D" w14:textId="77777777" w:rsidR="005A0029" w:rsidRDefault="00F83EB4">
      <w:pPr>
        <w:pStyle w:val="Heading2"/>
      </w:pPr>
      <w:r>
        <w:t>Pause &amp; Notice</w:t>
      </w:r>
    </w:p>
    <w:p w14:paraId="39DAEAEB" w14:textId="77777777" w:rsidR="005A0029" w:rsidRDefault="00F83EB4">
      <w:r>
        <w:t>What is this theme revealing about my heart, thoughts, relationships, or current circumstances today?</w:t>
      </w:r>
    </w:p>
    <w:p w14:paraId="1E7319A8" w14:textId="77777777" w:rsidR="005A0029" w:rsidRDefault="00F83EB4">
      <w:pPr>
        <w:pStyle w:val="Heading2"/>
      </w:pPr>
      <w:r>
        <w:t>Peace Practice</w:t>
      </w:r>
    </w:p>
    <w:p w14:paraId="40AC052B" w14:textId="77777777" w:rsidR="005A0029" w:rsidRDefault="00F83EB4">
      <w:r>
        <w:t>Identify one small action that would create greater peace today. Make it specific enough to complete before the day ends.</w:t>
      </w:r>
    </w:p>
    <w:p w14:paraId="224F12DF" w14:textId="77777777" w:rsidR="005A0029" w:rsidRDefault="00F83EB4">
      <w:pPr>
        <w:pStyle w:val="Heading2"/>
      </w:pPr>
      <w:r>
        <w:t>My Thoughts &amp; Prayers</w:t>
      </w:r>
    </w:p>
    <w:p w14:paraId="4E93BD18" w14:textId="77777777" w:rsidR="005A0029" w:rsidRDefault="00F83EB4">
      <w:pPr>
        <w:spacing w:after="60"/>
      </w:pPr>
      <w:r>
        <w:rPr>
          <w:color w:val="B4B4B4"/>
          <w:sz w:val="16"/>
        </w:rPr>
        <w:t>________________________________________________________</w:t>
      </w:r>
    </w:p>
    <w:p w14:paraId="14CA1185" w14:textId="77777777" w:rsidR="005A0029" w:rsidRDefault="00F83EB4">
      <w:pPr>
        <w:spacing w:after="60"/>
      </w:pPr>
      <w:r>
        <w:rPr>
          <w:color w:val="B4B4B4"/>
          <w:sz w:val="16"/>
        </w:rPr>
        <w:t>________________________________________________________</w:t>
      </w:r>
    </w:p>
    <w:p w14:paraId="270EDFF4" w14:textId="77777777" w:rsidR="005A0029" w:rsidRDefault="00F83EB4">
      <w:pPr>
        <w:spacing w:after="60"/>
      </w:pPr>
      <w:r>
        <w:rPr>
          <w:color w:val="B4B4B4"/>
          <w:sz w:val="16"/>
        </w:rPr>
        <w:t>________________________________________________________</w:t>
      </w:r>
    </w:p>
    <w:p w14:paraId="00B255CE" w14:textId="77777777" w:rsidR="005A0029" w:rsidRDefault="00F83EB4">
      <w:pPr>
        <w:spacing w:after="60"/>
      </w:pPr>
      <w:r>
        <w:rPr>
          <w:color w:val="B4B4B4"/>
          <w:sz w:val="16"/>
        </w:rPr>
        <w:t>________________________________________________________</w:t>
      </w:r>
    </w:p>
    <w:p w14:paraId="54928239" w14:textId="77777777" w:rsidR="005A0029" w:rsidRDefault="00F83EB4">
      <w:pPr>
        <w:spacing w:after="60"/>
      </w:pPr>
      <w:r>
        <w:rPr>
          <w:color w:val="B4B4B4"/>
          <w:sz w:val="16"/>
        </w:rPr>
        <w:t>________________________________________________________</w:t>
      </w:r>
    </w:p>
    <w:p w14:paraId="139A9C01" w14:textId="77777777" w:rsidR="005A0029" w:rsidRDefault="00F83EB4">
      <w:pPr>
        <w:pStyle w:val="Heading2"/>
      </w:pPr>
      <w:r>
        <w:t>Prayer</w:t>
      </w:r>
    </w:p>
    <w:p w14:paraId="2D5F8265" w14:textId="77777777" w:rsidR="005A0029" w:rsidRDefault="00F83EB4">
      <w:r>
        <w:t>Father, meet me in this practice of you are more than your role.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41A20BA" w14:textId="77777777" w:rsidR="005A0029" w:rsidRDefault="00F83EB4">
      <w:r>
        <w:rPr>
          <w:b/>
          <w:color w:val="B08D3A"/>
        </w:rPr>
        <w:lastRenderedPageBreak/>
        <w:t xml:space="preserve">TODAY'S DECLARATION  </w:t>
      </w:r>
      <w:r>
        <w:t>I will meet you are more than your role with truth, faith, and practiced peace.</w:t>
      </w:r>
    </w:p>
    <w:p w14:paraId="396656B6" w14:textId="77777777" w:rsidR="005A0029" w:rsidRDefault="00F83EB4">
      <w:r>
        <w:br w:type="page"/>
      </w:r>
    </w:p>
    <w:p w14:paraId="26196779" w14:textId="77777777" w:rsidR="005A0029" w:rsidRDefault="00F83EB4">
      <w:pPr>
        <w:pStyle w:val="Heading2"/>
      </w:pPr>
      <w:r>
        <w:lastRenderedPageBreak/>
        <w:t>DAY 13</w:t>
      </w:r>
    </w:p>
    <w:p w14:paraId="37A36141" w14:textId="77777777" w:rsidR="005A0029" w:rsidRDefault="00F83EB4">
      <w:pPr>
        <w:pStyle w:val="Heading1"/>
      </w:pPr>
      <w:r>
        <w:t>Fatherhood and Identity</w:t>
      </w:r>
    </w:p>
    <w:p w14:paraId="11D6BB5B" w14:textId="77777777" w:rsidR="005A0029" w:rsidRDefault="00F83EB4">
      <w:r>
        <w:rPr>
          <w:b/>
          <w:color w:val="B08D3A"/>
        </w:rPr>
        <w:t xml:space="preserve">ANCHOR SCRIPTURE  </w:t>
      </w:r>
      <w:r>
        <w:t>Psalm 127:3</w:t>
      </w:r>
    </w:p>
    <w:p w14:paraId="75DE4322" w14:textId="77777777" w:rsidR="005A0029" w:rsidRDefault="00F83EB4">
      <w:pPr>
        <w:pStyle w:val="Heading2"/>
      </w:pPr>
      <w:r>
        <w:t>Guided Reflection</w:t>
      </w:r>
    </w:p>
    <w:p w14:paraId="6AC26E94" w14:textId="77777777" w:rsidR="005A0029" w:rsidRDefault="00F83EB4">
      <w:r>
        <w:t>Today, consider what “fatherhood and identity”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when</w:t>
      </w:r>
      <w:r>
        <w:t xml:space="preserve"> truth is practiced repeatedly, especially when circumstances remain unresolved.</w:t>
      </w:r>
    </w:p>
    <w:p w14:paraId="40190E17" w14:textId="77777777" w:rsidR="005A0029" w:rsidRDefault="00F83EB4">
      <w:pPr>
        <w:pStyle w:val="Heading2"/>
      </w:pPr>
      <w:r>
        <w:t>Pause &amp; Notice</w:t>
      </w:r>
    </w:p>
    <w:p w14:paraId="1C3E5888" w14:textId="77777777" w:rsidR="005A0029" w:rsidRDefault="00F83EB4">
      <w:r>
        <w:t>What is this theme revealing about my heart, thoughts, relationships, or current circumstances today?</w:t>
      </w:r>
    </w:p>
    <w:p w14:paraId="1ED71A85" w14:textId="77777777" w:rsidR="005A0029" w:rsidRDefault="00F83EB4">
      <w:pPr>
        <w:pStyle w:val="Heading2"/>
      </w:pPr>
      <w:r>
        <w:t>Peace Practice</w:t>
      </w:r>
    </w:p>
    <w:p w14:paraId="3D21343D" w14:textId="77777777" w:rsidR="005A0029" w:rsidRDefault="00F83EB4">
      <w:r>
        <w:t>Reach out to one trusted, mature person. Share one thing you have been carrying silently and allow yourself to receive support.</w:t>
      </w:r>
    </w:p>
    <w:p w14:paraId="3DDDCC6C" w14:textId="77777777" w:rsidR="005A0029" w:rsidRDefault="00F83EB4">
      <w:pPr>
        <w:pStyle w:val="Heading2"/>
      </w:pPr>
      <w:r>
        <w:t>My Thoughts &amp; Prayers</w:t>
      </w:r>
    </w:p>
    <w:p w14:paraId="00F810EC" w14:textId="77777777" w:rsidR="005A0029" w:rsidRDefault="00F83EB4">
      <w:pPr>
        <w:spacing w:after="60"/>
      </w:pPr>
      <w:r>
        <w:rPr>
          <w:color w:val="B4B4B4"/>
          <w:sz w:val="16"/>
        </w:rPr>
        <w:t>________________________________________________________</w:t>
      </w:r>
    </w:p>
    <w:p w14:paraId="47ADDE5D" w14:textId="77777777" w:rsidR="005A0029" w:rsidRDefault="00F83EB4">
      <w:pPr>
        <w:spacing w:after="60"/>
      </w:pPr>
      <w:r>
        <w:rPr>
          <w:color w:val="B4B4B4"/>
          <w:sz w:val="16"/>
        </w:rPr>
        <w:t>________________________________________________________</w:t>
      </w:r>
    </w:p>
    <w:p w14:paraId="74386B34" w14:textId="77777777" w:rsidR="005A0029" w:rsidRDefault="00F83EB4">
      <w:pPr>
        <w:spacing w:after="60"/>
      </w:pPr>
      <w:r>
        <w:rPr>
          <w:color w:val="B4B4B4"/>
          <w:sz w:val="16"/>
        </w:rPr>
        <w:t>________________________________________________________</w:t>
      </w:r>
    </w:p>
    <w:p w14:paraId="337591E4" w14:textId="77777777" w:rsidR="005A0029" w:rsidRDefault="00F83EB4">
      <w:pPr>
        <w:spacing w:after="60"/>
      </w:pPr>
      <w:r>
        <w:rPr>
          <w:color w:val="B4B4B4"/>
          <w:sz w:val="16"/>
        </w:rPr>
        <w:t>________________________________________________________</w:t>
      </w:r>
    </w:p>
    <w:p w14:paraId="406AB62A" w14:textId="77777777" w:rsidR="005A0029" w:rsidRDefault="00F83EB4">
      <w:pPr>
        <w:spacing w:after="60"/>
      </w:pPr>
      <w:r>
        <w:rPr>
          <w:color w:val="B4B4B4"/>
          <w:sz w:val="16"/>
        </w:rPr>
        <w:t>________________________________________________________</w:t>
      </w:r>
    </w:p>
    <w:p w14:paraId="58DB3708" w14:textId="77777777" w:rsidR="005A0029" w:rsidRDefault="00F83EB4">
      <w:pPr>
        <w:pStyle w:val="Heading2"/>
      </w:pPr>
      <w:r>
        <w:t>Prayer</w:t>
      </w:r>
    </w:p>
    <w:p w14:paraId="6CDB1C93" w14:textId="77777777" w:rsidR="005A0029" w:rsidRDefault="00F83EB4">
      <w:r>
        <w:t>Father, meet me in this practice of fatherhood and identity.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CE4181C" w14:textId="77777777" w:rsidR="005A0029" w:rsidRDefault="00F83EB4">
      <w:r>
        <w:rPr>
          <w:b/>
          <w:color w:val="B08D3A"/>
        </w:rPr>
        <w:lastRenderedPageBreak/>
        <w:t xml:space="preserve">TODAY'S DECLARATION  </w:t>
      </w:r>
      <w:r>
        <w:t>I will meet fatherhood and identity with truth, faith, and practiced peace.</w:t>
      </w:r>
    </w:p>
    <w:p w14:paraId="457DA271" w14:textId="77777777" w:rsidR="005A0029" w:rsidRDefault="00F83EB4">
      <w:r>
        <w:br w:type="page"/>
      </w:r>
    </w:p>
    <w:p w14:paraId="7FCDB2B2" w14:textId="77777777" w:rsidR="005A0029" w:rsidRDefault="00F83EB4">
      <w:pPr>
        <w:pStyle w:val="Heading2"/>
      </w:pPr>
      <w:r>
        <w:lastRenderedPageBreak/>
        <w:t>DAY 14</w:t>
      </w:r>
    </w:p>
    <w:p w14:paraId="114D5B37" w14:textId="77777777" w:rsidR="005A0029" w:rsidRDefault="00F83EB4">
      <w:pPr>
        <w:pStyle w:val="Heading1"/>
      </w:pPr>
      <w:r>
        <w:t>Boundaries Protect Identity</w:t>
      </w:r>
    </w:p>
    <w:p w14:paraId="5FB10CE5" w14:textId="77777777" w:rsidR="005A0029" w:rsidRDefault="00F83EB4">
      <w:r>
        <w:rPr>
          <w:b/>
          <w:color w:val="B08D3A"/>
        </w:rPr>
        <w:t xml:space="preserve">ANCHOR SCRIPTURE  </w:t>
      </w:r>
      <w:r>
        <w:t>Proverbs 4:23</w:t>
      </w:r>
    </w:p>
    <w:p w14:paraId="264884B6" w14:textId="77777777" w:rsidR="005A0029" w:rsidRDefault="00F83EB4">
      <w:pPr>
        <w:pStyle w:val="Heading2"/>
      </w:pPr>
      <w:r>
        <w:t>Guided Reflection</w:t>
      </w:r>
    </w:p>
    <w:p w14:paraId="4717F396" w14:textId="77777777" w:rsidR="005A0029" w:rsidRDefault="00F83EB4">
      <w:r>
        <w:t xml:space="preserve">Today, consider what “boundaries protect identity”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7CE8A78B" w14:textId="77777777" w:rsidR="005A0029" w:rsidRDefault="00F83EB4">
      <w:pPr>
        <w:pStyle w:val="Heading2"/>
      </w:pPr>
      <w:r>
        <w:t>Pause &amp; Notice</w:t>
      </w:r>
    </w:p>
    <w:p w14:paraId="04706879" w14:textId="77777777" w:rsidR="005A0029" w:rsidRDefault="00F83EB4">
      <w:r>
        <w:t>What is this theme revealing about my heart, thoughts, relationships, or current circumstances today?</w:t>
      </w:r>
    </w:p>
    <w:p w14:paraId="6764AFDD" w14:textId="77777777" w:rsidR="005A0029" w:rsidRDefault="00F83EB4">
      <w:pPr>
        <w:pStyle w:val="Heading2"/>
      </w:pPr>
      <w:r>
        <w:t>Peace Practice</w:t>
      </w:r>
    </w:p>
    <w:p w14:paraId="1CBB9D2F" w14:textId="77777777" w:rsidR="005A0029" w:rsidRDefault="00F83EB4">
      <w:r>
        <w:t>Practice a ten-minute quiet period without your phone. Notice what surfaces, then bring it honestly into prayer.</w:t>
      </w:r>
    </w:p>
    <w:p w14:paraId="6489DD21" w14:textId="77777777" w:rsidR="005A0029" w:rsidRDefault="00F83EB4">
      <w:pPr>
        <w:pStyle w:val="Heading2"/>
      </w:pPr>
      <w:r>
        <w:t>My Thoughts &amp; Prayers</w:t>
      </w:r>
    </w:p>
    <w:p w14:paraId="17F518A7" w14:textId="77777777" w:rsidR="005A0029" w:rsidRDefault="00F83EB4">
      <w:pPr>
        <w:spacing w:after="60"/>
      </w:pPr>
      <w:r>
        <w:rPr>
          <w:color w:val="B4B4B4"/>
          <w:sz w:val="16"/>
        </w:rPr>
        <w:t>________________________________________________________</w:t>
      </w:r>
    </w:p>
    <w:p w14:paraId="30BF7418" w14:textId="77777777" w:rsidR="005A0029" w:rsidRDefault="00F83EB4">
      <w:pPr>
        <w:spacing w:after="60"/>
      </w:pPr>
      <w:r>
        <w:rPr>
          <w:color w:val="B4B4B4"/>
          <w:sz w:val="16"/>
        </w:rPr>
        <w:t>________________________________________________________</w:t>
      </w:r>
    </w:p>
    <w:p w14:paraId="3BD583C0" w14:textId="77777777" w:rsidR="005A0029" w:rsidRDefault="00F83EB4">
      <w:pPr>
        <w:spacing w:after="60"/>
      </w:pPr>
      <w:r>
        <w:rPr>
          <w:color w:val="B4B4B4"/>
          <w:sz w:val="16"/>
        </w:rPr>
        <w:t>________________________________________________________</w:t>
      </w:r>
    </w:p>
    <w:p w14:paraId="092C3E16" w14:textId="77777777" w:rsidR="005A0029" w:rsidRDefault="00F83EB4">
      <w:pPr>
        <w:spacing w:after="60"/>
      </w:pPr>
      <w:r>
        <w:rPr>
          <w:color w:val="B4B4B4"/>
          <w:sz w:val="16"/>
        </w:rPr>
        <w:t>________________________________________________________</w:t>
      </w:r>
    </w:p>
    <w:p w14:paraId="01568399" w14:textId="77777777" w:rsidR="005A0029" w:rsidRDefault="00F83EB4">
      <w:pPr>
        <w:spacing w:after="60"/>
      </w:pPr>
      <w:r>
        <w:rPr>
          <w:color w:val="B4B4B4"/>
          <w:sz w:val="16"/>
        </w:rPr>
        <w:t>________________________________________________________</w:t>
      </w:r>
    </w:p>
    <w:p w14:paraId="6F03417F" w14:textId="77777777" w:rsidR="005A0029" w:rsidRDefault="00F83EB4">
      <w:pPr>
        <w:pStyle w:val="Heading2"/>
      </w:pPr>
      <w:r>
        <w:t>Prayer</w:t>
      </w:r>
    </w:p>
    <w:p w14:paraId="6AF498D3" w14:textId="77777777" w:rsidR="005A0029" w:rsidRDefault="00F83EB4">
      <w:r>
        <w:t>Father, meet me in this practice of boundaries protect identity.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497CD6A" w14:textId="77777777" w:rsidR="005A0029" w:rsidRDefault="00F83EB4">
      <w:r>
        <w:rPr>
          <w:b/>
          <w:color w:val="B08D3A"/>
        </w:rPr>
        <w:lastRenderedPageBreak/>
        <w:t xml:space="preserve">TODAY'S DECLARATION  </w:t>
      </w:r>
      <w:r>
        <w:t>I will meet boundaries protect identity with truth, faith, and practiced peace.</w:t>
      </w:r>
    </w:p>
    <w:p w14:paraId="0EB0319B" w14:textId="77777777" w:rsidR="005A0029" w:rsidRDefault="00F83EB4">
      <w:r>
        <w:br w:type="page"/>
      </w:r>
    </w:p>
    <w:p w14:paraId="186BAF79" w14:textId="77777777" w:rsidR="005A0029" w:rsidRDefault="00F83EB4">
      <w:pPr>
        <w:pStyle w:val="Heading2"/>
      </w:pPr>
      <w:r>
        <w:lastRenderedPageBreak/>
        <w:t>DAY 15</w:t>
      </w:r>
    </w:p>
    <w:p w14:paraId="76377637" w14:textId="77777777" w:rsidR="005A0029" w:rsidRDefault="00F83EB4">
      <w:pPr>
        <w:pStyle w:val="Heading1"/>
      </w:pPr>
      <w:r>
        <w:t>The Courage to Say No</w:t>
      </w:r>
    </w:p>
    <w:p w14:paraId="48BF2433" w14:textId="77777777" w:rsidR="005A0029" w:rsidRDefault="00F83EB4">
      <w:r>
        <w:rPr>
          <w:b/>
          <w:color w:val="B08D3A"/>
        </w:rPr>
        <w:t xml:space="preserve">ANCHOR SCRIPTURE  </w:t>
      </w:r>
      <w:r>
        <w:t>Matthew 5:37</w:t>
      </w:r>
    </w:p>
    <w:p w14:paraId="67DC9B0E" w14:textId="77777777" w:rsidR="005A0029" w:rsidRDefault="00F83EB4">
      <w:pPr>
        <w:pStyle w:val="Heading2"/>
      </w:pPr>
      <w:r>
        <w:t>Guided Reflection</w:t>
      </w:r>
    </w:p>
    <w:p w14:paraId="153562D2" w14:textId="77777777" w:rsidR="005A0029" w:rsidRDefault="00F83EB4">
      <w:r>
        <w:t>Today, consider what “the courage to say no”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when t</w:t>
      </w:r>
      <w:r>
        <w:t>ruth is practiced repeatedly, especially when circumstances remain unresolved.</w:t>
      </w:r>
    </w:p>
    <w:p w14:paraId="3C1CD9FF" w14:textId="77777777" w:rsidR="005A0029" w:rsidRDefault="00F83EB4">
      <w:pPr>
        <w:pStyle w:val="Heading2"/>
      </w:pPr>
      <w:r>
        <w:t>Pause &amp; Notice</w:t>
      </w:r>
    </w:p>
    <w:p w14:paraId="39E3DEF5" w14:textId="77777777" w:rsidR="005A0029" w:rsidRDefault="00F83EB4">
      <w:r>
        <w:t>What is this theme revealing about my heart, thoughts, relationships, or current circumstances today?</w:t>
      </w:r>
    </w:p>
    <w:p w14:paraId="75ED363E" w14:textId="77777777" w:rsidR="005A0029" w:rsidRDefault="00F83EB4">
      <w:pPr>
        <w:pStyle w:val="Heading2"/>
      </w:pPr>
      <w:r>
        <w:t>Peace Practice</w:t>
      </w:r>
    </w:p>
    <w:p w14:paraId="2846CF2D" w14:textId="77777777" w:rsidR="005A0029" w:rsidRDefault="00F83EB4">
      <w:r>
        <w:t>Sit quietly for three minutes. Name what you feel without judging it. Then write one truth you want to carry into the day.</w:t>
      </w:r>
    </w:p>
    <w:p w14:paraId="3F86C57E" w14:textId="77777777" w:rsidR="005A0029" w:rsidRDefault="00F83EB4">
      <w:pPr>
        <w:pStyle w:val="Heading2"/>
      </w:pPr>
      <w:r>
        <w:t>My Thoughts &amp; Prayers</w:t>
      </w:r>
    </w:p>
    <w:p w14:paraId="30534BF0" w14:textId="77777777" w:rsidR="005A0029" w:rsidRDefault="00F83EB4">
      <w:pPr>
        <w:spacing w:after="60"/>
      </w:pPr>
      <w:r>
        <w:rPr>
          <w:color w:val="B4B4B4"/>
          <w:sz w:val="16"/>
        </w:rPr>
        <w:t>________________________________________________________</w:t>
      </w:r>
    </w:p>
    <w:p w14:paraId="069515E0" w14:textId="77777777" w:rsidR="005A0029" w:rsidRDefault="00F83EB4">
      <w:pPr>
        <w:spacing w:after="60"/>
      </w:pPr>
      <w:r>
        <w:rPr>
          <w:color w:val="B4B4B4"/>
          <w:sz w:val="16"/>
        </w:rPr>
        <w:t>________________________________________________________</w:t>
      </w:r>
    </w:p>
    <w:p w14:paraId="2074E421" w14:textId="77777777" w:rsidR="005A0029" w:rsidRDefault="00F83EB4">
      <w:pPr>
        <w:spacing w:after="60"/>
      </w:pPr>
      <w:r>
        <w:rPr>
          <w:color w:val="B4B4B4"/>
          <w:sz w:val="16"/>
        </w:rPr>
        <w:t>________________________________________________________</w:t>
      </w:r>
    </w:p>
    <w:p w14:paraId="3F6090D8" w14:textId="77777777" w:rsidR="005A0029" w:rsidRDefault="00F83EB4">
      <w:pPr>
        <w:spacing w:after="60"/>
      </w:pPr>
      <w:r>
        <w:rPr>
          <w:color w:val="B4B4B4"/>
          <w:sz w:val="16"/>
        </w:rPr>
        <w:t>________________________________________________________</w:t>
      </w:r>
    </w:p>
    <w:p w14:paraId="76A1738D" w14:textId="77777777" w:rsidR="005A0029" w:rsidRDefault="00F83EB4">
      <w:pPr>
        <w:spacing w:after="60"/>
      </w:pPr>
      <w:r>
        <w:rPr>
          <w:color w:val="B4B4B4"/>
          <w:sz w:val="16"/>
        </w:rPr>
        <w:t>________________________________________________________</w:t>
      </w:r>
    </w:p>
    <w:p w14:paraId="2ADAD432" w14:textId="77777777" w:rsidR="005A0029" w:rsidRDefault="00F83EB4">
      <w:pPr>
        <w:pStyle w:val="Heading2"/>
      </w:pPr>
      <w:r>
        <w:t>Prayer</w:t>
      </w:r>
    </w:p>
    <w:p w14:paraId="280B5244" w14:textId="77777777" w:rsidR="005A0029" w:rsidRDefault="00F83EB4">
      <w:r>
        <w:t>Father, meet me in this practice of the courage to say no.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55FB4D9" w14:textId="77777777" w:rsidR="005A0029" w:rsidRDefault="00F83EB4">
      <w:r>
        <w:rPr>
          <w:b/>
          <w:color w:val="B08D3A"/>
        </w:rPr>
        <w:lastRenderedPageBreak/>
        <w:t xml:space="preserve">TODAY'S DECLARATION  </w:t>
      </w:r>
      <w:r>
        <w:t>I will meet the courage to say no with truth, faith, and practiced peace.</w:t>
      </w:r>
    </w:p>
    <w:p w14:paraId="53A9C0DF" w14:textId="77777777" w:rsidR="005A0029" w:rsidRDefault="00F83EB4">
      <w:r>
        <w:br w:type="page"/>
      </w:r>
    </w:p>
    <w:p w14:paraId="32591543" w14:textId="77777777" w:rsidR="005A0029" w:rsidRDefault="00F83EB4">
      <w:pPr>
        <w:pStyle w:val="Heading2"/>
      </w:pPr>
      <w:r>
        <w:lastRenderedPageBreak/>
        <w:t>DAY 16</w:t>
      </w:r>
    </w:p>
    <w:p w14:paraId="1E91748C" w14:textId="77777777" w:rsidR="005A0029" w:rsidRDefault="00F83EB4">
      <w:pPr>
        <w:pStyle w:val="Heading1"/>
      </w:pPr>
      <w:r>
        <w:t>Discernment Over Approval</w:t>
      </w:r>
    </w:p>
    <w:p w14:paraId="4D30E418" w14:textId="77777777" w:rsidR="005A0029" w:rsidRDefault="00F83EB4">
      <w:r>
        <w:rPr>
          <w:b/>
          <w:color w:val="B08D3A"/>
        </w:rPr>
        <w:t xml:space="preserve">ANCHOR SCRIPTURE  </w:t>
      </w:r>
      <w:r>
        <w:t>James 1:5</w:t>
      </w:r>
    </w:p>
    <w:p w14:paraId="67AB4043" w14:textId="77777777" w:rsidR="005A0029" w:rsidRDefault="00F83EB4">
      <w:pPr>
        <w:pStyle w:val="Heading2"/>
      </w:pPr>
      <w:r>
        <w:t>Guided Reflection</w:t>
      </w:r>
    </w:p>
    <w:p w14:paraId="2FCD387C" w14:textId="77777777" w:rsidR="005A0029" w:rsidRDefault="00F83EB4">
      <w:r>
        <w:t>Today, consider what “discernment over approval”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wh</w:t>
      </w:r>
      <w:r>
        <w:t>en truth is practiced repeatedly, especially when circumstances remain unresolved.</w:t>
      </w:r>
    </w:p>
    <w:p w14:paraId="6EFCC755" w14:textId="77777777" w:rsidR="005A0029" w:rsidRDefault="00F83EB4">
      <w:pPr>
        <w:pStyle w:val="Heading2"/>
      </w:pPr>
      <w:r>
        <w:t>Pause &amp; Notice</w:t>
      </w:r>
    </w:p>
    <w:p w14:paraId="7278035C" w14:textId="77777777" w:rsidR="005A0029" w:rsidRDefault="00F83EB4">
      <w:r>
        <w:t>What is this theme revealing about my heart, thoughts, relationships, or current circumstances today?</w:t>
      </w:r>
    </w:p>
    <w:p w14:paraId="0125C774" w14:textId="77777777" w:rsidR="005A0029" w:rsidRDefault="00F83EB4">
      <w:pPr>
        <w:pStyle w:val="Heading2"/>
      </w:pPr>
      <w:r>
        <w:t>Peace Practice</w:t>
      </w:r>
    </w:p>
    <w:p w14:paraId="21615754" w14:textId="77777777" w:rsidR="005A0029" w:rsidRDefault="00F83EB4">
      <w:r>
        <w:t>Draw two columns: 'What I can control' and 'What I must release.' Place each concern in the appropriate column and pray over both.</w:t>
      </w:r>
    </w:p>
    <w:p w14:paraId="2E5FEF1C" w14:textId="77777777" w:rsidR="005A0029" w:rsidRDefault="00F83EB4">
      <w:pPr>
        <w:pStyle w:val="Heading2"/>
      </w:pPr>
      <w:r>
        <w:t>My Thoughts &amp; Prayers</w:t>
      </w:r>
    </w:p>
    <w:p w14:paraId="3164CFFD" w14:textId="77777777" w:rsidR="005A0029" w:rsidRDefault="00F83EB4">
      <w:pPr>
        <w:spacing w:after="60"/>
      </w:pPr>
      <w:r>
        <w:rPr>
          <w:color w:val="B4B4B4"/>
          <w:sz w:val="16"/>
        </w:rPr>
        <w:t>________________________________________________________</w:t>
      </w:r>
    </w:p>
    <w:p w14:paraId="038BF1B2" w14:textId="77777777" w:rsidR="005A0029" w:rsidRDefault="00F83EB4">
      <w:pPr>
        <w:spacing w:after="60"/>
      </w:pPr>
      <w:r>
        <w:rPr>
          <w:color w:val="B4B4B4"/>
          <w:sz w:val="16"/>
        </w:rPr>
        <w:t>________________________________________________________</w:t>
      </w:r>
    </w:p>
    <w:p w14:paraId="2AC3EE27" w14:textId="77777777" w:rsidR="005A0029" w:rsidRDefault="00F83EB4">
      <w:pPr>
        <w:spacing w:after="60"/>
      </w:pPr>
      <w:r>
        <w:rPr>
          <w:color w:val="B4B4B4"/>
          <w:sz w:val="16"/>
        </w:rPr>
        <w:t>________________________________________________________</w:t>
      </w:r>
    </w:p>
    <w:p w14:paraId="39941E01" w14:textId="77777777" w:rsidR="005A0029" w:rsidRDefault="00F83EB4">
      <w:pPr>
        <w:spacing w:after="60"/>
      </w:pPr>
      <w:r>
        <w:rPr>
          <w:color w:val="B4B4B4"/>
          <w:sz w:val="16"/>
        </w:rPr>
        <w:t>________________________________________________________</w:t>
      </w:r>
    </w:p>
    <w:p w14:paraId="024FE7AB" w14:textId="77777777" w:rsidR="005A0029" w:rsidRDefault="00F83EB4">
      <w:pPr>
        <w:spacing w:after="60"/>
      </w:pPr>
      <w:r>
        <w:rPr>
          <w:color w:val="B4B4B4"/>
          <w:sz w:val="16"/>
        </w:rPr>
        <w:t>________________________________________________________</w:t>
      </w:r>
    </w:p>
    <w:p w14:paraId="4E773814" w14:textId="77777777" w:rsidR="005A0029" w:rsidRDefault="00F83EB4">
      <w:pPr>
        <w:pStyle w:val="Heading2"/>
      </w:pPr>
      <w:r>
        <w:t>Prayer</w:t>
      </w:r>
    </w:p>
    <w:p w14:paraId="4EAF3082" w14:textId="77777777" w:rsidR="005A0029" w:rsidRDefault="00F83EB4">
      <w:r>
        <w:t>Father, meet me in this practice of discernment over approval.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1E4C285" w14:textId="77777777" w:rsidR="005A0029" w:rsidRDefault="00F83EB4">
      <w:r>
        <w:rPr>
          <w:b/>
          <w:color w:val="B08D3A"/>
        </w:rPr>
        <w:lastRenderedPageBreak/>
        <w:t xml:space="preserve">TODAY'S DECLARATION  </w:t>
      </w:r>
      <w:r>
        <w:t>I will meet discernment over approval with truth, faith, and practiced peace.</w:t>
      </w:r>
    </w:p>
    <w:p w14:paraId="3007333F" w14:textId="77777777" w:rsidR="005A0029" w:rsidRDefault="00F83EB4">
      <w:r>
        <w:br w:type="page"/>
      </w:r>
    </w:p>
    <w:p w14:paraId="1F45C3F1" w14:textId="77777777" w:rsidR="005A0029" w:rsidRDefault="00F83EB4">
      <w:pPr>
        <w:pStyle w:val="Heading2"/>
      </w:pPr>
      <w:r>
        <w:lastRenderedPageBreak/>
        <w:t>DAY 17</w:t>
      </w:r>
    </w:p>
    <w:p w14:paraId="527AB60A" w14:textId="77777777" w:rsidR="005A0029" w:rsidRDefault="00F83EB4">
      <w:pPr>
        <w:pStyle w:val="Heading1"/>
      </w:pPr>
      <w:r>
        <w:t>What Do You Truly Believe?</w:t>
      </w:r>
    </w:p>
    <w:p w14:paraId="48A66E08" w14:textId="77777777" w:rsidR="005A0029" w:rsidRDefault="00F83EB4">
      <w:r>
        <w:rPr>
          <w:b/>
          <w:color w:val="B08D3A"/>
        </w:rPr>
        <w:t xml:space="preserve">ANCHOR SCRIPTURE  </w:t>
      </w:r>
      <w:r>
        <w:t>Mark 9:24</w:t>
      </w:r>
    </w:p>
    <w:p w14:paraId="33D7FEED" w14:textId="77777777" w:rsidR="005A0029" w:rsidRDefault="00F83EB4">
      <w:pPr>
        <w:pStyle w:val="Heading2"/>
      </w:pPr>
      <w:r>
        <w:t>Guided Reflection</w:t>
      </w:r>
    </w:p>
    <w:p w14:paraId="005B91A9" w14:textId="77777777" w:rsidR="005A0029" w:rsidRDefault="00F83EB4">
      <w:r>
        <w:t>Today, consider what “what do you truly believe?”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w:t>
      </w:r>
      <w:r>
        <w:t>hen truth is practiced repeatedly, especially when circumstances remain unresolved.</w:t>
      </w:r>
    </w:p>
    <w:p w14:paraId="53EF9F6A" w14:textId="77777777" w:rsidR="005A0029" w:rsidRDefault="00F83EB4">
      <w:pPr>
        <w:pStyle w:val="Heading2"/>
      </w:pPr>
      <w:r>
        <w:t>Pause &amp; Notice</w:t>
      </w:r>
    </w:p>
    <w:p w14:paraId="2AC386FE" w14:textId="77777777" w:rsidR="005A0029" w:rsidRDefault="00F83EB4">
      <w:r>
        <w:t>What is this theme revealing about my heart, thoughts, relationships, or current circumstances today?</w:t>
      </w:r>
    </w:p>
    <w:p w14:paraId="2A1E8C33" w14:textId="77777777" w:rsidR="005A0029" w:rsidRDefault="00F83EB4">
      <w:pPr>
        <w:pStyle w:val="Heading2"/>
      </w:pPr>
      <w:r>
        <w:t>Peace Practice</w:t>
      </w:r>
    </w:p>
    <w:p w14:paraId="70F556C4" w14:textId="77777777" w:rsidR="005A0029" w:rsidRDefault="00F83EB4">
      <w:r>
        <w:t>Take five slow breaths. With each inhale, receive God's presence; with each exhale, release one pressure you have been carrying.</w:t>
      </w:r>
    </w:p>
    <w:p w14:paraId="0F0EA008" w14:textId="77777777" w:rsidR="005A0029" w:rsidRDefault="00F83EB4">
      <w:pPr>
        <w:pStyle w:val="Heading2"/>
      </w:pPr>
      <w:r>
        <w:t>My Thoughts &amp; Prayers</w:t>
      </w:r>
    </w:p>
    <w:p w14:paraId="3F1E0C14" w14:textId="77777777" w:rsidR="005A0029" w:rsidRDefault="00F83EB4">
      <w:pPr>
        <w:spacing w:after="60"/>
      </w:pPr>
      <w:r>
        <w:rPr>
          <w:color w:val="B4B4B4"/>
          <w:sz w:val="16"/>
        </w:rPr>
        <w:t>________________________________________________________</w:t>
      </w:r>
    </w:p>
    <w:p w14:paraId="7EC22571" w14:textId="77777777" w:rsidR="005A0029" w:rsidRDefault="00F83EB4">
      <w:pPr>
        <w:spacing w:after="60"/>
      </w:pPr>
      <w:r>
        <w:rPr>
          <w:color w:val="B4B4B4"/>
          <w:sz w:val="16"/>
        </w:rPr>
        <w:t>________________________________________________________</w:t>
      </w:r>
    </w:p>
    <w:p w14:paraId="79235982" w14:textId="77777777" w:rsidR="005A0029" w:rsidRDefault="00F83EB4">
      <w:pPr>
        <w:spacing w:after="60"/>
      </w:pPr>
      <w:r>
        <w:rPr>
          <w:color w:val="B4B4B4"/>
          <w:sz w:val="16"/>
        </w:rPr>
        <w:t>________________________________________________________</w:t>
      </w:r>
    </w:p>
    <w:p w14:paraId="5C2DBAFF" w14:textId="77777777" w:rsidR="005A0029" w:rsidRDefault="00F83EB4">
      <w:pPr>
        <w:spacing w:after="60"/>
      </w:pPr>
      <w:r>
        <w:rPr>
          <w:color w:val="B4B4B4"/>
          <w:sz w:val="16"/>
        </w:rPr>
        <w:t>________________________________________________________</w:t>
      </w:r>
    </w:p>
    <w:p w14:paraId="616BC2B1" w14:textId="77777777" w:rsidR="005A0029" w:rsidRDefault="00F83EB4">
      <w:pPr>
        <w:spacing w:after="60"/>
      </w:pPr>
      <w:r>
        <w:rPr>
          <w:color w:val="B4B4B4"/>
          <w:sz w:val="16"/>
        </w:rPr>
        <w:t>________________________________________________________</w:t>
      </w:r>
    </w:p>
    <w:p w14:paraId="7E18FC61" w14:textId="77777777" w:rsidR="005A0029" w:rsidRDefault="00F83EB4">
      <w:pPr>
        <w:pStyle w:val="Heading2"/>
      </w:pPr>
      <w:r>
        <w:t>Prayer</w:t>
      </w:r>
    </w:p>
    <w:p w14:paraId="1F970DA6" w14:textId="77777777" w:rsidR="005A0029" w:rsidRDefault="00F83EB4">
      <w:r>
        <w:t>Father, meet me in this practice of what do you truly believe?.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0F36F40" w14:textId="77777777" w:rsidR="005A0029" w:rsidRDefault="00F83EB4">
      <w:r>
        <w:rPr>
          <w:b/>
          <w:color w:val="B08D3A"/>
        </w:rPr>
        <w:lastRenderedPageBreak/>
        <w:t xml:space="preserve">TODAY'S DECLARATION  </w:t>
      </w:r>
      <w:r>
        <w:t>I will meet what do you truly believe? with truth, faith, and practiced peace.</w:t>
      </w:r>
    </w:p>
    <w:p w14:paraId="15FFAAD7" w14:textId="77777777" w:rsidR="005A0029" w:rsidRDefault="00F83EB4">
      <w:r>
        <w:br w:type="page"/>
      </w:r>
    </w:p>
    <w:p w14:paraId="0C49C39D" w14:textId="77777777" w:rsidR="005A0029" w:rsidRDefault="00F83EB4">
      <w:pPr>
        <w:pStyle w:val="Heading2"/>
      </w:pPr>
      <w:r>
        <w:lastRenderedPageBreak/>
        <w:t>DAY 18</w:t>
      </w:r>
    </w:p>
    <w:p w14:paraId="04E22449" w14:textId="77777777" w:rsidR="005A0029" w:rsidRDefault="00F83EB4">
      <w:pPr>
        <w:pStyle w:val="Heading1"/>
      </w:pPr>
      <w:r>
        <w:t>Renewing Your Self-Talk</w:t>
      </w:r>
    </w:p>
    <w:p w14:paraId="7296AFDD" w14:textId="77777777" w:rsidR="005A0029" w:rsidRDefault="00F83EB4">
      <w:r>
        <w:rPr>
          <w:b/>
          <w:color w:val="B08D3A"/>
        </w:rPr>
        <w:t xml:space="preserve">ANCHOR SCRIPTURE  </w:t>
      </w:r>
      <w:r>
        <w:t>Philippians 4:8</w:t>
      </w:r>
    </w:p>
    <w:p w14:paraId="19E5A158" w14:textId="77777777" w:rsidR="005A0029" w:rsidRDefault="00F83EB4">
      <w:pPr>
        <w:pStyle w:val="Heading2"/>
      </w:pPr>
      <w:r>
        <w:t>Guided Reflection</w:t>
      </w:r>
    </w:p>
    <w:p w14:paraId="196B65FE" w14:textId="77777777" w:rsidR="005A0029" w:rsidRDefault="00F83EB4">
      <w:r>
        <w:t>Today, consider what “renewing your self-talk”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when</w:t>
      </w:r>
      <w:r>
        <w:t xml:space="preserve"> truth is practiced repeatedly, especially when circumstances remain unresolved.</w:t>
      </w:r>
    </w:p>
    <w:p w14:paraId="48347D84" w14:textId="77777777" w:rsidR="005A0029" w:rsidRDefault="00F83EB4">
      <w:pPr>
        <w:pStyle w:val="Heading2"/>
      </w:pPr>
      <w:r>
        <w:t>Pause &amp; Notice</w:t>
      </w:r>
    </w:p>
    <w:p w14:paraId="20C00C4B" w14:textId="77777777" w:rsidR="005A0029" w:rsidRDefault="00F83EB4">
      <w:r>
        <w:t>What is this theme revealing about my heart, thoughts, relationships, or current circumstances today?</w:t>
      </w:r>
    </w:p>
    <w:p w14:paraId="02A45CD6" w14:textId="77777777" w:rsidR="005A0029" w:rsidRDefault="00F83EB4">
      <w:pPr>
        <w:pStyle w:val="Heading2"/>
      </w:pPr>
      <w:r>
        <w:t>Peace Practice</w:t>
      </w:r>
    </w:p>
    <w:p w14:paraId="768A2B12" w14:textId="77777777" w:rsidR="005A0029" w:rsidRDefault="00F83EB4">
      <w:r>
        <w:t>Write one recurring fearful thought. Under it, write a Scripture-shaped response that is more truthful and life-giving.</w:t>
      </w:r>
    </w:p>
    <w:p w14:paraId="2DA34DA0" w14:textId="77777777" w:rsidR="005A0029" w:rsidRDefault="00F83EB4">
      <w:pPr>
        <w:pStyle w:val="Heading2"/>
      </w:pPr>
      <w:r>
        <w:t>My Thoughts &amp; Prayers</w:t>
      </w:r>
    </w:p>
    <w:p w14:paraId="6CE5B5E2" w14:textId="77777777" w:rsidR="005A0029" w:rsidRDefault="00F83EB4">
      <w:pPr>
        <w:spacing w:after="60"/>
      </w:pPr>
      <w:r>
        <w:rPr>
          <w:color w:val="B4B4B4"/>
          <w:sz w:val="16"/>
        </w:rPr>
        <w:t>________________________________________________________</w:t>
      </w:r>
    </w:p>
    <w:p w14:paraId="437F993C" w14:textId="77777777" w:rsidR="005A0029" w:rsidRDefault="00F83EB4">
      <w:pPr>
        <w:spacing w:after="60"/>
      </w:pPr>
      <w:r>
        <w:rPr>
          <w:color w:val="B4B4B4"/>
          <w:sz w:val="16"/>
        </w:rPr>
        <w:t>________________________________________________________</w:t>
      </w:r>
    </w:p>
    <w:p w14:paraId="11266FA3" w14:textId="77777777" w:rsidR="005A0029" w:rsidRDefault="00F83EB4">
      <w:pPr>
        <w:spacing w:after="60"/>
      </w:pPr>
      <w:r>
        <w:rPr>
          <w:color w:val="B4B4B4"/>
          <w:sz w:val="16"/>
        </w:rPr>
        <w:t>________________________________________________________</w:t>
      </w:r>
    </w:p>
    <w:p w14:paraId="0A9575B8" w14:textId="77777777" w:rsidR="005A0029" w:rsidRDefault="00F83EB4">
      <w:pPr>
        <w:spacing w:after="60"/>
      </w:pPr>
      <w:r>
        <w:rPr>
          <w:color w:val="B4B4B4"/>
          <w:sz w:val="16"/>
        </w:rPr>
        <w:t>________________________________________________________</w:t>
      </w:r>
    </w:p>
    <w:p w14:paraId="22D1BB7C" w14:textId="77777777" w:rsidR="005A0029" w:rsidRDefault="00F83EB4">
      <w:pPr>
        <w:spacing w:after="60"/>
      </w:pPr>
      <w:r>
        <w:rPr>
          <w:color w:val="B4B4B4"/>
          <w:sz w:val="16"/>
        </w:rPr>
        <w:t>________________________________________________________</w:t>
      </w:r>
    </w:p>
    <w:p w14:paraId="63123AE4" w14:textId="77777777" w:rsidR="005A0029" w:rsidRDefault="00F83EB4">
      <w:pPr>
        <w:pStyle w:val="Heading2"/>
      </w:pPr>
      <w:r>
        <w:t>Prayer</w:t>
      </w:r>
    </w:p>
    <w:p w14:paraId="4D6A3B88" w14:textId="77777777" w:rsidR="005A0029" w:rsidRDefault="00F83EB4">
      <w:r>
        <w:t>Father, meet me in this practice of renewing your self-talk.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F7AB029" w14:textId="77777777" w:rsidR="005A0029" w:rsidRDefault="00F83EB4">
      <w:r>
        <w:rPr>
          <w:b/>
          <w:color w:val="B08D3A"/>
        </w:rPr>
        <w:lastRenderedPageBreak/>
        <w:t xml:space="preserve">TODAY'S DECLARATION  </w:t>
      </w:r>
      <w:r>
        <w:t>I will meet renewing your self-talk with truth, faith, and practiced peace.</w:t>
      </w:r>
    </w:p>
    <w:p w14:paraId="20C51A58" w14:textId="77777777" w:rsidR="005A0029" w:rsidRDefault="00F83EB4">
      <w:r>
        <w:br w:type="page"/>
      </w:r>
    </w:p>
    <w:p w14:paraId="449068C7" w14:textId="77777777" w:rsidR="005A0029" w:rsidRDefault="00F83EB4">
      <w:pPr>
        <w:pStyle w:val="Heading2"/>
      </w:pPr>
      <w:r>
        <w:lastRenderedPageBreak/>
        <w:t>DAY 19</w:t>
      </w:r>
    </w:p>
    <w:p w14:paraId="731066B8" w14:textId="77777777" w:rsidR="005A0029" w:rsidRDefault="00F83EB4">
      <w:pPr>
        <w:pStyle w:val="Heading1"/>
      </w:pPr>
      <w:r>
        <w:t>Your Story Is Not Your Shame</w:t>
      </w:r>
    </w:p>
    <w:p w14:paraId="5741852C" w14:textId="77777777" w:rsidR="005A0029" w:rsidRDefault="00F83EB4">
      <w:r>
        <w:rPr>
          <w:b/>
          <w:color w:val="B08D3A"/>
        </w:rPr>
        <w:t xml:space="preserve">ANCHOR SCRIPTURE  </w:t>
      </w:r>
      <w:r>
        <w:t>Romans 8:1</w:t>
      </w:r>
    </w:p>
    <w:p w14:paraId="079ECB38" w14:textId="77777777" w:rsidR="005A0029" w:rsidRDefault="00F83EB4">
      <w:pPr>
        <w:pStyle w:val="Heading2"/>
      </w:pPr>
      <w:r>
        <w:t>Guided Reflection</w:t>
      </w:r>
    </w:p>
    <w:p w14:paraId="71E6DBD6" w14:textId="77777777" w:rsidR="005A0029" w:rsidRDefault="00F83EB4">
      <w:r>
        <w:t>Today, consider what “your story is not your shame”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w:t>
      </w:r>
      <w:r>
        <w:t xml:space="preserve"> when truth is practiced repeatedly, especially when circumstances remain unresolved.</w:t>
      </w:r>
    </w:p>
    <w:p w14:paraId="408C9F4C" w14:textId="77777777" w:rsidR="005A0029" w:rsidRDefault="00F83EB4">
      <w:pPr>
        <w:pStyle w:val="Heading2"/>
      </w:pPr>
      <w:r>
        <w:t>Pause &amp; Notice</w:t>
      </w:r>
    </w:p>
    <w:p w14:paraId="6DC7F881" w14:textId="77777777" w:rsidR="005A0029" w:rsidRDefault="00F83EB4">
      <w:r>
        <w:t>What is this theme revealing about my heart, thoughts, relationships, or current circumstances today?</w:t>
      </w:r>
    </w:p>
    <w:p w14:paraId="2B955B29" w14:textId="77777777" w:rsidR="005A0029" w:rsidRDefault="00F83EB4">
      <w:pPr>
        <w:pStyle w:val="Heading2"/>
      </w:pPr>
      <w:r>
        <w:t>Peace Practice</w:t>
      </w:r>
    </w:p>
    <w:p w14:paraId="1BD6F5C2" w14:textId="77777777" w:rsidR="005A0029" w:rsidRDefault="00F83EB4">
      <w:r>
        <w:t>Identify one small action that would create greater peace today. Make it specific enough to complete before the day ends.</w:t>
      </w:r>
    </w:p>
    <w:p w14:paraId="209EE05B" w14:textId="77777777" w:rsidR="005A0029" w:rsidRDefault="00F83EB4">
      <w:pPr>
        <w:pStyle w:val="Heading2"/>
      </w:pPr>
      <w:r>
        <w:t>My Thoughts &amp; Prayers</w:t>
      </w:r>
    </w:p>
    <w:p w14:paraId="0A11C47A" w14:textId="77777777" w:rsidR="005A0029" w:rsidRDefault="00F83EB4">
      <w:pPr>
        <w:spacing w:after="60"/>
      </w:pPr>
      <w:r>
        <w:rPr>
          <w:color w:val="B4B4B4"/>
          <w:sz w:val="16"/>
        </w:rPr>
        <w:t>________________________________________________________</w:t>
      </w:r>
    </w:p>
    <w:p w14:paraId="66AB1F62" w14:textId="77777777" w:rsidR="005A0029" w:rsidRDefault="00F83EB4">
      <w:pPr>
        <w:spacing w:after="60"/>
      </w:pPr>
      <w:r>
        <w:rPr>
          <w:color w:val="B4B4B4"/>
          <w:sz w:val="16"/>
        </w:rPr>
        <w:t>________________________________________________________</w:t>
      </w:r>
    </w:p>
    <w:p w14:paraId="4DDFF31A" w14:textId="77777777" w:rsidR="005A0029" w:rsidRDefault="00F83EB4">
      <w:pPr>
        <w:spacing w:after="60"/>
      </w:pPr>
      <w:r>
        <w:rPr>
          <w:color w:val="B4B4B4"/>
          <w:sz w:val="16"/>
        </w:rPr>
        <w:t>________________________________________________________</w:t>
      </w:r>
    </w:p>
    <w:p w14:paraId="237E19FE" w14:textId="77777777" w:rsidR="005A0029" w:rsidRDefault="00F83EB4">
      <w:pPr>
        <w:spacing w:after="60"/>
      </w:pPr>
      <w:r>
        <w:rPr>
          <w:color w:val="B4B4B4"/>
          <w:sz w:val="16"/>
        </w:rPr>
        <w:t>________________________________________________________</w:t>
      </w:r>
    </w:p>
    <w:p w14:paraId="37B7EE2E" w14:textId="77777777" w:rsidR="005A0029" w:rsidRDefault="00F83EB4">
      <w:pPr>
        <w:spacing w:after="60"/>
      </w:pPr>
      <w:r>
        <w:rPr>
          <w:color w:val="B4B4B4"/>
          <w:sz w:val="16"/>
        </w:rPr>
        <w:t>________________________________________________________</w:t>
      </w:r>
    </w:p>
    <w:p w14:paraId="26392A70" w14:textId="77777777" w:rsidR="005A0029" w:rsidRDefault="00F83EB4">
      <w:pPr>
        <w:pStyle w:val="Heading2"/>
      </w:pPr>
      <w:r>
        <w:t>Prayer</w:t>
      </w:r>
    </w:p>
    <w:p w14:paraId="7A1DC85A" w14:textId="77777777" w:rsidR="005A0029" w:rsidRDefault="00F83EB4">
      <w:r>
        <w:t>Father, meet me in this practice of your story is not your shame.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39C1157" w14:textId="77777777" w:rsidR="005A0029" w:rsidRDefault="00F83EB4">
      <w:r>
        <w:rPr>
          <w:b/>
          <w:color w:val="B08D3A"/>
        </w:rPr>
        <w:lastRenderedPageBreak/>
        <w:t xml:space="preserve">TODAY'S DECLARATION  </w:t>
      </w:r>
      <w:r>
        <w:t>I will meet your story is not your shame with truth, faith, and practiced peace.</w:t>
      </w:r>
    </w:p>
    <w:p w14:paraId="75521F21" w14:textId="77777777" w:rsidR="005A0029" w:rsidRDefault="00F83EB4">
      <w:r>
        <w:br w:type="page"/>
      </w:r>
    </w:p>
    <w:p w14:paraId="6A811DBC" w14:textId="77777777" w:rsidR="005A0029" w:rsidRDefault="00F83EB4">
      <w:pPr>
        <w:pStyle w:val="Heading2"/>
      </w:pPr>
      <w:r>
        <w:lastRenderedPageBreak/>
        <w:t>DAY 20</w:t>
      </w:r>
    </w:p>
    <w:p w14:paraId="765EB319" w14:textId="77777777" w:rsidR="005A0029" w:rsidRDefault="00F83EB4">
      <w:pPr>
        <w:pStyle w:val="Heading1"/>
      </w:pPr>
      <w:r>
        <w:t>Hearing God in Stillness</w:t>
      </w:r>
    </w:p>
    <w:p w14:paraId="2A09C550" w14:textId="77777777" w:rsidR="005A0029" w:rsidRDefault="00F83EB4">
      <w:r>
        <w:rPr>
          <w:b/>
          <w:color w:val="B08D3A"/>
        </w:rPr>
        <w:t xml:space="preserve">ANCHOR SCRIPTURE  </w:t>
      </w:r>
      <w:r>
        <w:t>1 Kings 19:12</w:t>
      </w:r>
    </w:p>
    <w:p w14:paraId="53E35206" w14:textId="77777777" w:rsidR="005A0029" w:rsidRDefault="00F83EB4">
      <w:pPr>
        <w:pStyle w:val="Heading2"/>
      </w:pPr>
      <w:r>
        <w:t>Guided Reflection</w:t>
      </w:r>
    </w:p>
    <w:p w14:paraId="52CE805A" w14:textId="77777777" w:rsidR="005A0029" w:rsidRDefault="00F83EB4">
      <w:r>
        <w:t>Today, consider what “hearing god in stillness”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whe</w:t>
      </w:r>
      <w:r>
        <w:t>n truth is practiced repeatedly, especially when circumstances remain unresolved.</w:t>
      </w:r>
    </w:p>
    <w:p w14:paraId="571EE42C" w14:textId="77777777" w:rsidR="005A0029" w:rsidRDefault="00F83EB4">
      <w:pPr>
        <w:pStyle w:val="Heading2"/>
      </w:pPr>
      <w:r>
        <w:t>Pause &amp; Notice</w:t>
      </w:r>
    </w:p>
    <w:p w14:paraId="57243FE7" w14:textId="77777777" w:rsidR="005A0029" w:rsidRDefault="00F83EB4">
      <w:r>
        <w:t>What is this theme revealing about my heart, thoughts, relationships, or current circumstances today?</w:t>
      </w:r>
    </w:p>
    <w:p w14:paraId="24B46B8B" w14:textId="77777777" w:rsidR="005A0029" w:rsidRDefault="00F83EB4">
      <w:pPr>
        <w:pStyle w:val="Heading2"/>
      </w:pPr>
      <w:r>
        <w:t>Peace Practice</w:t>
      </w:r>
    </w:p>
    <w:p w14:paraId="388E792E" w14:textId="77777777" w:rsidR="005A0029" w:rsidRDefault="00F83EB4">
      <w:r>
        <w:t>Reach out to one trusted, mature person. Share one thing you have been carrying silently and allow yourself to receive support.</w:t>
      </w:r>
    </w:p>
    <w:p w14:paraId="4CCBB0B4" w14:textId="77777777" w:rsidR="005A0029" w:rsidRDefault="00F83EB4">
      <w:pPr>
        <w:pStyle w:val="Heading2"/>
      </w:pPr>
      <w:r>
        <w:t>My Thoughts &amp; Prayers</w:t>
      </w:r>
    </w:p>
    <w:p w14:paraId="3D46BECF" w14:textId="77777777" w:rsidR="005A0029" w:rsidRDefault="00F83EB4">
      <w:pPr>
        <w:spacing w:after="60"/>
      </w:pPr>
      <w:r>
        <w:rPr>
          <w:color w:val="B4B4B4"/>
          <w:sz w:val="16"/>
        </w:rPr>
        <w:t>________________________________________________________</w:t>
      </w:r>
    </w:p>
    <w:p w14:paraId="5E12E7BC" w14:textId="77777777" w:rsidR="005A0029" w:rsidRDefault="00F83EB4">
      <w:pPr>
        <w:spacing w:after="60"/>
      </w:pPr>
      <w:r>
        <w:rPr>
          <w:color w:val="B4B4B4"/>
          <w:sz w:val="16"/>
        </w:rPr>
        <w:t>________________________________________________________</w:t>
      </w:r>
    </w:p>
    <w:p w14:paraId="1650FDA7" w14:textId="77777777" w:rsidR="005A0029" w:rsidRDefault="00F83EB4">
      <w:pPr>
        <w:spacing w:after="60"/>
      </w:pPr>
      <w:r>
        <w:rPr>
          <w:color w:val="B4B4B4"/>
          <w:sz w:val="16"/>
        </w:rPr>
        <w:t>________________________________________________________</w:t>
      </w:r>
    </w:p>
    <w:p w14:paraId="3C1FA7CA" w14:textId="77777777" w:rsidR="005A0029" w:rsidRDefault="00F83EB4">
      <w:pPr>
        <w:spacing w:after="60"/>
      </w:pPr>
      <w:r>
        <w:rPr>
          <w:color w:val="B4B4B4"/>
          <w:sz w:val="16"/>
        </w:rPr>
        <w:t>________________________________________________________</w:t>
      </w:r>
    </w:p>
    <w:p w14:paraId="2574CC19" w14:textId="77777777" w:rsidR="005A0029" w:rsidRDefault="00F83EB4">
      <w:pPr>
        <w:spacing w:after="60"/>
      </w:pPr>
      <w:r>
        <w:rPr>
          <w:color w:val="B4B4B4"/>
          <w:sz w:val="16"/>
        </w:rPr>
        <w:t>________________________________________________________</w:t>
      </w:r>
    </w:p>
    <w:p w14:paraId="0CC69B26" w14:textId="77777777" w:rsidR="005A0029" w:rsidRDefault="00F83EB4">
      <w:pPr>
        <w:pStyle w:val="Heading2"/>
      </w:pPr>
      <w:r>
        <w:t>Prayer</w:t>
      </w:r>
    </w:p>
    <w:p w14:paraId="3A3ABFE5" w14:textId="77777777" w:rsidR="005A0029" w:rsidRDefault="00F83EB4">
      <w:r>
        <w:t>Father, meet me in this practice of hearing god in stillness.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AE08BC8" w14:textId="77777777" w:rsidR="005A0029" w:rsidRDefault="00F83EB4">
      <w:r>
        <w:rPr>
          <w:b/>
          <w:color w:val="B08D3A"/>
        </w:rPr>
        <w:lastRenderedPageBreak/>
        <w:t xml:space="preserve">TODAY'S DECLARATION  </w:t>
      </w:r>
      <w:r>
        <w:t>I will meet hearing god in stillness with truth, faith, and practiced peace.</w:t>
      </w:r>
    </w:p>
    <w:p w14:paraId="135F5E76" w14:textId="77777777" w:rsidR="005A0029" w:rsidRDefault="00F83EB4">
      <w:r>
        <w:br w:type="page"/>
      </w:r>
    </w:p>
    <w:p w14:paraId="4CB7906F" w14:textId="77777777" w:rsidR="005A0029" w:rsidRDefault="00F83EB4">
      <w:pPr>
        <w:pStyle w:val="Heading2"/>
      </w:pPr>
      <w:r>
        <w:lastRenderedPageBreak/>
        <w:t>DAY 21</w:t>
      </w:r>
    </w:p>
    <w:p w14:paraId="392CDBAD" w14:textId="77777777" w:rsidR="005A0029" w:rsidRDefault="00F83EB4">
      <w:pPr>
        <w:pStyle w:val="Heading1"/>
      </w:pPr>
      <w:r>
        <w:t>Authenticity Over Performance</w:t>
      </w:r>
    </w:p>
    <w:p w14:paraId="08F43E2A" w14:textId="77777777" w:rsidR="005A0029" w:rsidRDefault="00F83EB4">
      <w:r>
        <w:rPr>
          <w:b/>
          <w:color w:val="B08D3A"/>
        </w:rPr>
        <w:t xml:space="preserve">ANCHOR SCRIPTURE  </w:t>
      </w:r>
      <w:r>
        <w:t>Psalm 51:6</w:t>
      </w:r>
    </w:p>
    <w:p w14:paraId="1D017B38" w14:textId="77777777" w:rsidR="005A0029" w:rsidRDefault="00F83EB4">
      <w:pPr>
        <w:pStyle w:val="Heading2"/>
      </w:pPr>
      <w:r>
        <w:t>Guided Reflection</w:t>
      </w:r>
    </w:p>
    <w:p w14:paraId="5CE0E264" w14:textId="77777777" w:rsidR="005A0029" w:rsidRDefault="00F83EB4">
      <w:r>
        <w:t>Today, consider what “authenticity over performance”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w:t>
      </w:r>
      <w:r>
        <w:t>e when truth is practiced repeatedly, especially when circumstances remain unresolved.</w:t>
      </w:r>
    </w:p>
    <w:p w14:paraId="3A5A085F" w14:textId="77777777" w:rsidR="005A0029" w:rsidRDefault="00F83EB4">
      <w:pPr>
        <w:pStyle w:val="Heading2"/>
      </w:pPr>
      <w:r>
        <w:t>Pause &amp; Notice</w:t>
      </w:r>
    </w:p>
    <w:p w14:paraId="2AFFE986" w14:textId="77777777" w:rsidR="005A0029" w:rsidRDefault="00F83EB4">
      <w:r>
        <w:t>What is this theme revealing about my heart, thoughts, relationships, or current circumstances today?</w:t>
      </w:r>
    </w:p>
    <w:p w14:paraId="36AE7852" w14:textId="77777777" w:rsidR="005A0029" w:rsidRDefault="00F83EB4">
      <w:pPr>
        <w:pStyle w:val="Heading2"/>
      </w:pPr>
      <w:r>
        <w:t>Peace Practice</w:t>
      </w:r>
    </w:p>
    <w:p w14:paraId="5E4AB5EF" w14:textId="77777777" w:rsidR="005A0029" w:rsidRDefault="00F83EB4">
      <w:r>
        <w:t>Practice a ten-minute quiet period without your phone. Notice what surfaces, then bring it honestly into prayer.</w:t>
      </w:r>
    </w:p>
    <w:p w14:paraId="73326AFC" w14:textId="77777777" w:rsidR="005A0029" w:rsidRDefault="00F83EB4">
      <w:pPr>
        <w:pStyle w:val="Heading2"/>
      </w:pPr>
      <w:r>
        <w:t>My Thoughts &amp; Prayers</w:t>
      </w:r>
    </w:p>
    <w:p w14:paraId="703F4B97" w14:textId="77777777" w:rsidR="005A0029" w:rsidRDefault="00F83EB4">
      <w:pPr>
        <w:spacing w:after="60"/>
      </w:pPr>
      <w:r>
        <w:rPr>
          <w:color w:val="B4B4B4"/>
          <w:sz w:val="16"/>
        </w:rPr>
        <w:t>________________________________________________________</w:t>
      </w:r>
    </w:p>
    <w:p w14:paraId="4743DE69" w14:textId="77777777" w:rsidR="005A0029" w:rsidRDefault="00F83EB4">
      <w:pPr>
        <w:spacing w:after="60"/>
      </w:pPr>
      <w:r>
        <w:rPr>
          <w:color w:val="B4B4B4"/>
          <w:sz w:val="16"/>
        </w:rPr>
        <w:t>________________________________________________________</w:t>
      </w:r>
    </w:p>
    <w:p w14:paraId="11B8340B" w14:textId="77777777" w:rsidR="005A0029" w:rsidRDefault="00F83EB4">
      <w:pPr>
        <w:spacing w:after="60"/>
      </w:pPr>
      <w:r>
        <w:rPr>
          <w:color w:val="B4B4B4"/>
          <w:sz w:val="16"/>
        </w:rPr>
        <w:t>________________________________________________________</w:t>
      </w:r>
    </w:p>
    <w:p w14:paraId="62B151ED" w14:textId="77777777" w:rsidR="005A0029" w:rsidRDefault="00F83EB4">
      <w:pPr>
        <w:spacing w:after="60"/>
      </w:pPr>
      <w:r>
        <w:rPr>
          <w:color w:val="B4B4B4"/>
          <w:sz w:val="16"/>
        </w:rPr>
        <w:t>________________________________________________________</w:t>
      </w:r>
    </w:p>
    <w:p w14:paraId="47A0D953" w14:textId="77777777" w:rsidR="005A0029" w:rsidRDefault="00F83EB4">
      <w:pPr>
        <w:spacing w:after="60"/>
      </w:pPr>
      <w:r>
        <w:rPr>
          <w:color w:val="B4B4B4"/>
          <w:sz w:val="16"/>
        </w:rPr>
        <w:t>________________________________________________________</w:t>
      </w:r>
    </w:p>
    <w:p w14:paraId="00BE1208" w14:textId="77777777" w:rsidR="005A0029" w:rsidRDefault="00F83EB4">
      <w:pPr>
        <w:pStyle w:val="Heading2"/>
      </w:pPr>
      <w:r>
        <w:t>Prayer</w:t>
      </w:r>
    </w:p>
    <w:p w14:paraId="16C67E52" w14:textId="77777777" w:rsidR="005A0029" w:rsidRDefault="00F83EB4">
      <w:r>
        <w:t>Father, meet me in this practice of authenticity over performance.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7E8D938" w14:textId="77777777" w:rsidR="005A0029" w:rsidRDefault="00F83EB4">
      <w:r>
        <w:rPr>
          <w:b/>
          <w:color w:val="B08D3A"/>
        </w:rPr>
        <w:lastRenderedPageBreak/>
        <w:t xml:space="preserve">TODAY'S DECLARATION  </w:t>
      </w:r>
      <w:r>
        <w:t>I will meet authenticity over performance with truth, faith, and practiced peace.</w:t>
      </w:r>
    </w:p>
    <w:p w14:paraId="1AE21EFD" w14:textId="77777777" w:rsidR="005A0029" w:rsidRDefault="00F83EB4">
      <w:r>
        <w:br w:type="page"/>
      </w:r>
    </w:p>
    <w:p w14:paraId="6FCB7F69" w14:textId="77777777" w:rsidR="005A0029" w:rsidRDefault="00F83EB4">
      <w:pPr>
        <w:pStyle w:val="Heading2"/>
      </w:pPr>
      <w:r>
        <w:lastRenderedPageBreak/>
        <w:t>DAY 22</w:t>
      </w:r>
    </w:p>
    <w:p w14:paraId="6CE3E57D" w14:textId="77777777" w:rsidR="005A0029" w:rsidRDefault="00F83EB4">
      <w:pPr>
        <w:pStyle w:val="Heading1"/>
      </w:pPr>
      <w:r>
        <w:t>Returning to Your Core</w:t>
      </w:r>
    </w:p>
    <w:p w14:paraId="7DE7E078" w14:textId="77777777" w:rsidR="005A0029" w:rsidRDefault="00F83EB4">
      <w:r>
        <w:rPr>
          <w:b/>
          <w:color w:val="B08D3A"/>
        </w:rPr>
        <w:t xml:space="preserve">ANCHOR SCRIPTURE  </w:t>
      </w:r>
      <w:r>
        <w:t>Psalm 139:23</w:t>
      </w:r>
    </w:p>
    <w:p w14:paraId="439B69BC" w14:textId="77777777" w:rsidR="005A0029" w:rsidRDefault="00F83EB4">
      <w:pPr>
        <w:pStyle w:val="Heading2"/>
      </w:pPr>
      <w:r>
        <w:t>Guided Reflection</w:t>
      </w:r>
    </w:p>
    <w:p w14:paraId="3C341ACD" w14:textId="77777777" w:rsidR="005A0029" w:rsidRDefault="00F83EB4">
      <w:r>
        <w:t xml:space="preserve">Today, consider what “returning to your core”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35F50B95" w14:textId="77777777" w:rsidR="005A0029" w:rsidRDefault="00F83EB4">
      <w:pPr>
        <w:pStyle w:val="Heading2"/>
      </w:pPr>
      <w:r>
        <w:t>Pause &amp; Notice</w:t>
      </w:r>
    </w:p>
    <w:p w14:paraId="14CA1631" w14:textId="77777777" w:rsidR="005A0029" w:rsidRDefault="00F83EB4">
      <w:r>
        <w:t>What is this theme revealing about my heart, thoughts, relationships, or current circumstances today?</w:t>
      </w:r>
    </w:p>
    <w:p w14:paraId="27C21F15" w14:textId="77777777" w:rsidR="005A0029" w:rsidRDefault="00F83EB4">
      <w:pPr>
        <w:pStyle w:val="Heading2"/>
      </w:pPr>
      <w:r>
        <w:t>Peace Practice</w:t>
      </w:r>
    </w:p>
    <w:p w14:paraId="5D2F34D4" w14:textId="77777777" w:rsidR="005A0029" w:rsidRDefault="00F83EB4">
      <w:r>
        <w:t>Sit quietly for three minutes. Name what you feel without judging it. Then write one truth you want to carry into the day.</w:t>
      </w:r>
    </w:p>
    <w:p w14:paraId="770A9ECD" w14:textId="77777777" w:rsidR="005A0029" w:rsidRDefault="00F83EB4">
      <w:pPr>
        <w:pStyle w:val="Heading2"/>
      </w:pPr>
      <w:r>
        <w:t>My Thoughts &amp; Prayers</w:t>
      </w:r>
    </w:p>
    <w:p w14:paraId="6D7B0CFD" w14:textId="77777777" w:rsidR="005A0029" w:rsidRDefault="00F83EB4">
      <w:pPr>
        <w:spacing w:after="60"/>
      </w:pPr>
      <w:r>
        <w:rPr>
          <w:color w:val="B4B4B4"/>
          <w:sz w:val="16"/>
        </w:rPr>
        <w:t>________________________________________________________</w:t>
      </w:r>
    </w:p>
    <w:p w14:paraId="24AE431E" w14:textId="77777777" w:rsidR="005A0029" w:rsidRDefault="00F83EB4">
      <w:pPr>
        <w:spacing w:after="60"/>
      </w:pPr>
      <w:r>
        <w:rPr>
          <w:color w:val="B4B4B4"/>
          <w:sz w:val="16"/>
        </w:rPr>
        <w:t>________________________________________________________</w:t>
      </w:r>
    </w:p>
    <w:p w14:paraId="4C519D74" w14:textId="77777777" w:rsidR="005A0029" w:rsidRDefault="00F83EB4">
      <w:pPr>
        <w:spacing w:after="60"/>
      </w:pPr>
      <w:r>
        <w:rPr>
          <w:color w:val="B4B4B4"/>
          <w:sz w:val="16"/>
        </w:rPr>
        <w:t>________________________________________________________</w:t>
      </w:r>
    </w:p>
    <w:p w14:paraId="721256E3" w14:textId="77777777" w:rsidR="005A0029" w:rsidRDefault="00F83EB4">
      <w:pPr>
        <w:spacing w:after="60"/>
      </w:pPr>
      <w:r>
        <w:rPr>
          <w:color w:val="B4B4B4"/>
          <w:sz w:val="16"/>
        </w:rPr>
        <w:t>________________________________________________________</w:t>
      </w:r>
    </w:p>
    <w:p w14:paraId="449C23F2" w14:textId="77777777" w:rsidR="005A0029" w:rsidRDefault="00F83EB4">
      <w:pPr>
        <w:spacing w:after="60"/>
      </w:pPr>
      <w:r>
        <w:rPr>
          <w:color w:val="B4B4B4"/>
          <w:sz w:val="16"/>
        </w:rPr>
        <w:t>________________________________________________________</w:t>
      </w:r>
    </w:p>
    <w:p w14:paraId="351BE0E4" w14:textId="77777777" w:rsidR="005A0029" w:rsidRDefault="00F83EB4">
      <w:pPr>
        <w:pStyle w:val="Heading2"/>
      </w:pPr>
      <w:r>
        <w:t>Prayer</w:t>
      </w:r>
    </w:p>
    <w:p w14:paraId="098F6CD7" w14:textId="77777777" w:rsidR="005A0029" w:rsidRDefault="00F83EB4">
      <w:r>
        <w:t>Father, meet me in this practice of returning to your core.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E4F17B2" w14:textId="77777777" w:rsidR="005A0029" w:rsidRDefault="00F83EB4">
      <w:r>
        <w:rPr>
          <w:b/>
          <w:color w:val="B08D3A"/>
        </w:rPr>
        <w:lastRenderedPageBreak/>
        <w:t xml:space="preserve">TODAY'S DECLARATION  </w:t>
      </w:r>
      <w:r>
        <w:t>I will meet returning to your core with truth, faith, and practiced peace.</w:t>
      </w:r>
    </w:p>
    <w:p w14:paraId="1B4CEC38" w14:textId="77777777" w:rsidR="005A0029" w:rsidRDefault="00F83EB4">
      <w:r>
        <w:br w:type="page"/>
      </w:r>
    </w:p>
    <w:p w14:paraId="710EF10A" w14:textId="77777777" w:rsidR="005A0029" w:rsidRDefault="00F83EB4">
      <w:pPr>
        <w:pStyle w:val="Heading2"/>
      </w:pPr>
      <w:r>
        <w:lastRenderedPageBreak/>
        <w:t>DAY 23</w:t>
      </w:r>
    </w:p>
    <w:p w14:paraId="6541FE86" w14:textId="77777777" w:rsidR="005A0029" w:rsidRDefault="00F83EB4">
      <w:pPr>
        <w:pStyle w:val="Heading1"/>
      </w:pPr>
      <w:r>
        <w:t>Trusting Holy Conviction</w:t>
      </w:r>
    </w:p>
    <w:p w14:paraId="2FCE381E" w14:textId="77777777" w:rsidR="005A0029" w:rsidRDefault="00F83EB4">
      <w:r>
        <w:rPr>
          <w:b/>
          <w:color w:val="B08D3A"/>
        </w:rPr>
        <w:t xml:space="preserve">ANCHOR SCRIPTURE  </w:t>
      </w:r>
      <w:r>
        <w:t>John 16:13</w:t>
      </w:r>
    </w:p>
    <w:p w14:paraId="154B9DC9" w14:textId="77777777" w:rsidR="005A0029" w:rsidRDefault="00F83EB4">
      <w:pPr>
        <w:pStyle w:val="Heading2"/>
      </w:pPr>
      <w:r>
        <w:t>Guided Reflection</w:t>
      </w:r>
    </w:p>
    <w:p w14:paraId="10F0D50E" w14:textId="77777777" w:rsidR="005A0029" w:rsidRDefault="00F83EB4">
      <w:r>
        <w:t>Today, consider what “trusting holy conviction”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whe</w:t>
      </w:r>
      <w:r>
        <w:t>n truth is practiced repeatedly, especially when circumstances remain unresolved.</w:t>
      </w:r>
    </w:p>
    <w:p w14:paraId="022A33EF" w14:textId="77777777" w:rsidR="005A0029" w:rsidRDefault="00F83EB4">
      <w:pPr>
        <w:pStyle w:val="Heading2"/>
      </w:pPr>
      <w:r>
        <w:t>Pause &amp; Notice</w:t>
      </w:r>
    </w:p>
    <w:p w14:paraId="281713FE" w14:textId="77777777" w:rsidR="005A0029" w:rsidRDefault="00F83EB4">
      <w:r>
        <w:t>What is this theme revealing about my heart, thoughts, relationships, or current circumstances today?</w:t>
      </w:r>
    </w:p>
    <w:p w14:paraId="1866CBA6" w14:textId="77777777" w:rsidR="005A0029" w:rsidRDefault="00F83EB4">
      <w:pPr>
        <w:pStyle w:val="Heading2"/>
      </w:pPr>
      <w:r>
        <w:t>Peace Practice</w:t>
      </w:r>
    </w:p>
    <w:p w14:paraId="3A9F57A7" w14:textId="77777777" w:rsidR="005A0029" w:rsidRDefault="00F83EB4">
      <w:r>
        <w:t>Draw two columns: 'What I can control' and 'What I must release.' Place each concern in the appropriate column and pray over both.</w:t>
      </w:r>
    </w:p>
    <w:p w14:paraId="0DF26BED" w14:textId="77777777" w:rsidR="005A0029" w:rsidRDefault="00F83EB4">
      <w:pPr>
        <w:pStyle w:val="Heading2"/>
      </w:pPr>
      <w:r>
        <w:t>My Thoughts &amp; Prayers</w:t>
      </w:r>
    </w:p>
    <w:p w14:paraId="282316CD" w14:textId="77777777" w:rsidR="005A0029" w:rsidRDefault="00F83EB4">
      <w:pPr>
        <w:spacing w:after="60"/>
      </w:pPr>
      <w:r>
        <w:rPr>
          <w:color w:val="B4B4B4"/>
          <w:sz w:val="16"/>
        </w:rPr>
        <w:t>________________________________________________________</w:t>
      </w:r>
    </w:p>
    <w:p w14:paraId="652E76AF" w14:textId="77777777" w:rsidR="005A0029" w:rsidRDefault="00F83EB4">
      <w:pPr>
        <w:spacing w:after="60"/>
      </w:pPr>
      <w:r>
        <w:rPr>
          <w:color w:val="B4B4B4"/>
          <w:sz w:val="16"/>
        </w:rPr>
        <w:t>________________________________________________________</w:t>
      </w:r>
    </w:p>
    <w:p w14:paraId="428C0AF7" w14:textId="77777777" w:rsidR="005A0029" w:rsidRDefault="00F83EB4">
      <w:pPr>
        <w:spacing w:after="60"/>
      </w:pPr>
      <w:r>
        <w:rPr>
          <w:color w:val="B4B4B4"/>
          <w:sz w:val="16"/>
        </w:rPr>
        <w:t>________________________________________________________</w:t>
      </w:r>
    </w:p>
    <w:p w14:paraId="118D7515" w14:textId="77777777" w:rsidR="005A0029" w:rsidRDefault="00F83EB4">
      <w:pPr>
        <w:spacing w:after="60"/>
      </w:pPr>
      <w:r>
        <w:rPr>
          <w:color w:val="B4B4B4"/>
          <w:sz w:val="16"/>
        </w:rPr>
        <w:t>________________________________________________________</w:t>
      </w:r>
    </w:p>
    <w:p w14:paraId="7AD167D0" w14:textId="77777777" w:rsidR="005A0029" w:rsidRDefault="00F83EB4">
      <w:pPr>
        <w:spacing w:after="60"/>
      </w:pPr>
      <w:r>
        <w:rPr>
          <w:color w:val="B4B4B4"/>
          <w:sz w:val="16"/>
        </w:rPr>
        <w:t>________________________________________________________</w:t>
      </w:r>
    </w:p>
    <w:p w14:paraId="4E8897D0" w14:textId="77777777" w:rsidR="005A0029" w:rsidRDefault="00F83EB4">
      <w:pPr>
        <w:pStyle w:val="Heading2"/>
      </w:pPr>
      <w:r>
        <w:t>Prayer</w:t>
      </w:r>
    </w:p>
    <w:p w14:paraId="6934ED23" w14:textId="77777777" w:rsidR="005A0029" w:rsidRDefault="00F83EB4">
      <w:r>
        <w:t>Father, meet me in this practice of trusting holy conviction.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E7A4B1B" w14:textId="77777777" w:rsidR="005A0029" w:rsidRDefault="00F83EB4">
      <w:r>
        <w:rPr>
          <w:b/>
          <w:color w:val="B08D3A"/>
        </w:rPr>
        <w:lastRenderedPageBreak/>
        <w:t xml:space="preserve">TODAY'S DECLARATION  </w:t>
      </w:r>
      <w:r>
        <w:t>I will meet trusting holy conviction with truth, faith, and practiced peace.</w:t>
      </w:r>
    </w:p>
    <w:p w14:paraId="24A01A29" w14:textId="77777777" w:rsidR="005A0029" w:rsidRDefault="00F83EB4">
      <w:r>
        <w:br w:type="page"/>
      </w:r>
    </w:p>
    <w:p w14:paraId="2D185815" w14:textId="77777777" w:rsidR="005A0029" w:rsidRDefault="00F83EB4">
      <w:pPr>
        <w:pStyle w:val="Heading2"/>
      </w:pPr>
      <w:r>
        <w:lastRenderedPageBreak/>
        <w:t>DAY 24</w:t>
      </w:r>
    </w:p>
    <w:p w14:paraId="19F7F885" w14:textId="77777777" w:rsidR="005A0029" w:rsidRDefault="00F83EB4">
      <w:pPr>
        <w:pStyle w:val="Heading1"/>
      </w:pPr>
      <w:r>
        <w:t>When Your Inner Critic Speaks</w:t>
      </w:r>
    </w:p>
    <w:p w14:paraId="5905C674" w14:textId="77777777" w:rsidR="005A0029" w:rsidRDefault="00F83EB4">
      <w:r>
        <w:rPr>
          <w:b/>
          <w:color w:val="B08D3A"/>
        </w:rPr>
        <w:t xml:space="preserve">ANCHOR SCRIPTURE  </w:t>
      </w:r>
      <w:r>
        <w:t>Psalm 42:5</w:t>
      </w:r>
    </w:p>
    <w:p w14:paraId="4D9B3C90" w14:textId="77777777" w:rsidR="005A0029" w:rsidRDefault="00F83EB4">
      <w:pPr>
        <w:pStyle w:val="Heading2"/>
      </w:pPr>
      <w:r>
        <w:t>Guided Reflection</w:t>
      </w:r>
    </w:p>
    <w:p w14:paraId="576F33C8" w14:textId="77777777" w:rsidR="005A0029" w:rsidRDefault="00F83EB4">
      <w:r>
        <w:t>Today, consider what “when your inner critic speaks”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w:t>
      </w:r>
      <w:r>
        <w:t>e when truth is practiced repeatedly, especially when circumstances remain unresolved.</w:t>
      </w:r>
    </w:p>
    <w:p w14:paraId="602266D5" w14:textId="77777777" w:rsidR="005A0029" w:rsidRDefault="00F83EB4">
      <w:pPr>
        <w:pStyle w:val="Heading2"/>
      </w:pPr>
      <w:r>
        <w:t>Pause &amp; Notice</w:t>
      </w:r>
    </w:p>
    <w:p w14:paraId="22CFD7CA" w14:textId="77777777" w:rsidR="005A0029" w:rsidRDefault="00F83EB4">
      <w:r>
        <w:t>What is this theme revealing about my heart, thoughts, relationships, or current circumstances today?</w:t>
      </w:r>
    </w:p>
    <w:p w14:paraId="1A963521" w14:textId="77777777" w:rsidR="005A0029" w:rsidRDefault="00F83EB4">
      <w:pPr>
        <w:pStyle w:val="Heading2"/>
      </w:pPr>
      <w:r>
        <w:t>Peace Practice</w:t>
      </w:r>
    </w:p>
    <w:p w14:paraId="0F80F72D" w14:textId="77777777" w:rsidR="005A0029" w:rsidRDefault="00F83EB4">
      <w:r>
        <w:t>Take five slow breaths. With each inhale, receive God's presence; with each exhale, release one pressure you have been carrying.</w:t>
      </w:r>
    </w:p>
    <w:p w14:paraId="61973810" w14:textId="77777777" w:rsidR="005A0029" w:rsidRDefault="00F83EB4">
      <w:pPr>
        <w:pStyle w:val="Heading2"/>
      </w:pPr>
      <w:r>
        <w:t>My Thoughts &amp; Prayers</w:t>
      </w:r>
    </w:p>
    <w:p w14:paraId="014E98EE" w14:textId="77777777" w:rsidR="005A0029" w:rsidRDefault="00F83EB4">
      <w:pPr>
        <w:spacing w:after="60"/>
      </w:pPr>
      <w:r>
        <w:rPr>
          <w:color w:val="B4B4B4"/>
          <w:sz w:val="16"/>
        </w:rPr>
        <w:t>________________________________________________________</w:t>
      </w:r>
    </w:p>
    <w:p w14:paraId="3F4D9124" w14:textId="77777777" w:rsidR="005A0029" w:rsidRDefault="00F83EB4">
      <w:pPr>
        <w:spacing w:after="60"/>
      </w:pPr>
      <w:r>
        <w:rPr>
          <w:color w:val="B4B4B4"/>
          <w:sz w:val="16"/>
        </w:rPr>
        <w:t>________________________________________________________</w:t>
      </w:r>
    </w:p>
    <w:p w14:paraId="1DC5F224" w14:textId="77777777" w:rsidR="005A0029" w:rsidRDefault="00F83EB4">
      <w:pPr>
        <w:spacing w:after="60"/>
      </w:pPr>
      <w:r>
        <w:rPr>
          <w:color w:val="B4B4B4"/>
          <w:sz w:val="16"/>
        </w:rPr>
        <w:t>________________________________________________________</w:t>
      </w:r>
    </w:p>
    <w:p w14:paraId="4DE708C6" w14:textId="77777777" w:rsidR="005A0029" w:rsidRDefault="00F83EB4">
      <w:pPr>
        <w:spacing w:after="60"/>
      </w:pPr>
      <w:r>
        <w:rPr>
          <w:color w:val="B4B4B4"/>
          <w:sz w:val="16"/>
        </w:rPr>
        <w:t>________________________________________________________</w:t>
      </w:r>
    </w:p>
    <w:p w14:paraId="33486886" w14:textId="77777777" w:rsidR="005A0029" w:rsidRDefault="00F83EB4">
      <w:pPr>
        <w:spacing w:after="60"/>
      </w:pPr>
      <w:r>
        <w:rPr>
          <w:color w:val="B4B4B4"/>
          <w:sz w:val="16"/>
        </w:rPr>
        <w:t>________________________________________________________</w:t>
      </w:r>
    </w:p>
    <w:p w14:paraId="7BDEB94A" w14:textId="77777777" w:rsidR="005A0029" w:rsidRDefault="00F83EB4">
      <w:pPr>
        <w:pStyle w:val="Heading2"/>
      </w:pPr>
      <w:r>
        <w:t>Prayer</w:t>
      </w:r>
    </w:p>
    <w:p w14:paraId="2A773934" w14:textId="77777777" w:rsidR="005A0029" w:rsidRDefault="00F83EB4">
      <w:r>
        <w:t>Father, meet me in this practice of when your inner critic speaks.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ADA5A54" w14:textId="77777777" w:rsidR="005A0029" w:rsidRDefault="00F83EB4">
      <w:r>
        <w:rPr>
          <w:b/>
          <w:color w:val="B08D3A"/>
        </w:rPr>
        <w:lastRenderedPageBreak/>
        <w:t xml:space="preserve">TODAY'S DECLARATION  </w:t>
      </w:r>
      <w:r>
        <w:t>I will meet when your inner critic speaks with truth, faith, and practiced peace.</w:t>
      </w:r>
    </w:p>
    <w:p w14:paraId="65C82B92" w14:textId="77777777" w:rsidR="005A0029" w:rsidRDefault="00F83EB4">
      <w:r>
        <w:br w:type="page"/>
      </w:r>
    </w:p>
    <w:p w14:paraId="4B3C5ED3" w14:textId="77777777" w:rsidR="005A0029" w:rsidRDefault="00F83EB4">
      <w:pPr>
        <w:pStyle w:val="Heading2"/>
      </w:pPr>
      <w:r>
        <w:lastRenderedPageBreak/>
        <w:t>DAY 25</w:t>
      </w:r>
    </w:p>
    <w:p w14:paraId="660E95DF" w14:textId="77777777" w:rsidR="005A0029" w:rsidRDefault="00F83EB4">
      <w:pPr>
        <w:pStyle w:val="Heading1"/>
      </w:pPr>
      <w:r>
        <w:t>Grace Changes the Conversation</w:t>
      </w:r>
    </w:p>
    <w:p w14:paraId="58988851" w14:textId="77777777" w:rsidR="005A0029" w:rsidRDefault="00F83EB4">
      <w:r>
        <w:rPr>
          <w:b/>
          <w:color w:val="B08D3A"/>
        </w:rPr>
        <w:t xml:space="preserve">ANCHOR SCRIPTURE  </w:t>
      </w:r>
      <w:r>
        <w:t>Ephesians 2:8</w:t>
      </w:r>
    </w:p>
    <w:p w14:paraId="6EB27260" w14:textId="77777777" w:rsidR="005A0029" w:rsidRDefault="00F83EB4">
      <w:pPr>
        <w:pStyle w:val="Heading2"/>
      </w:pPr>
      <w:r>
        <w:t>Guided Reflection</w:t>
      </w:r>
    </w:p>
    <w:p w14:paraId="4EDABCBE" w14:textId="77777777" w:rsidR="005A0029" w:rsidRDefault="00F83EB4">
      <w:r>
        <w:t>Today, consider what “grace changes the conversation”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w:t>
      </w:r>
      <w:r>
        <w:t>le when truth is practiced repeatedly, especially when circumstances remain unresolved.</w:t>
      </w:r>
    </w:p>
    <w:p w14:paraId="3887A635" w14:textId="77777777" w:rsidR="005A0029" w:rsidRDefault="00F83EB4">
      <w:pPr>
        <w:pStyle w:val="Heading2"/>
      </w:pPr>
      <w:r>
        <w:t>Pause &amp; Notice</w:t>
      </w:r>
    </w:p>
    <w:p w14:paraId="47000948" w14:textId="77777777" w:rsidR="005A0029" w:rsidRDefault="00F83EB4">
      <w:r>
        <w:t>What is this theme revealing about my heart, thoughts, relationships, or current circumstances today?</w:t>
      </w:r>
    </w:p>
    <w:p w14:paraId="6770FAAD" w14:textId="77777777" w:rsidR="005A0029" w:rsidRDefault="00F83EB4">
      <w:pPr>
        <w:pStyle w:val="Heading2"/>
      </w:pPr>
      <w:r>
        <w:t>Peace Practice</w:t>
      </w:r>
    </w:p>
    <w:p w14:paraId="744DB1C9" w14:textId="77777777" w:rsidR="005A0029" w:rsidRDefault="00F83EB4">
      <w:r>
        <w:t>Write one recurring fearful thought. Under it, write a Scripture-shaped response that is more truthful and life-giving.</w:t>
      </w:r>
    </w:p>
    <w:p w14:paraId="63AA5E49" w14:textId="77777777" w:rsidR="005A0029" w:rsidRDefault="00F83EB4">
      <w:pPr>
        <w:pStyle w:val="Heading2"/>
      </w:pPr>
      <w:r>
        <w:t>My Thoughts &amp; Prayers</w:t>
      </w:r>
    </w:p>
    <w:p w14:paraId="19EFF083" w14:textId="77777777" w:rsidR="005A0029" w:rsidRDefault="00F83EB4">
      <w:pPr>
        <w:spacing w:after="60"/>
      </w:pPr>
      <w:r>
        <w:rPr>
          <w:color w:val="B4B4B4"/>
          <w:sz w:val="16"/>
        </w:rPr>
        <w:t>________________________________________________________</w:t>
      </w:r>
    </w:p>
    <w:p w14:paraId="24EA8AD6" w14:textId="77777777" w:rsidR="005A0029" w:rsidRDefault="00F83EB4">
      <w:pPr>
        <w:spacing w:after="60"/>
      </w:pPr>
      <w:r>
        <w:rPr>
          <w:color w:val="B4B4B4"/>
          <w:sz w:val="16"/>
        </w:rPr>
        <w:t>________________________________________________________</w:t>
      </w:r>
    </w:p>
    <w:p w14:paraId="54DD04E3" w14:textId="77777777" w:rsidR="005A0029" w:rsidRDefault="00F83EB4">
      <w:pPr>
        <w:spacing w:after="60"/>
      </w:pPr>
      <w:r>
        <w:rPr>
          <w:color w:val="B4B4B4"/>
          <w:sz w:val="16"/>
        </w:rPr>
        <w:t>________________________________________________________</w:t>
      </w:r>
    </w:p>
    <w:p w14:paraId="3E116DCE" w14:textId="77777777" w:rsidR="005A0029" w:rsidRDefault="00F83EB4">
      <w:pPr>
        <w:spacing w:after="60"/>
      </w:pPr>
      <w:r>
        <w:rPr>
          <w:color w:val="B4B4B4"/>
          <w:sz w:val="16"/>
        </w:rPr>
        <w:t>________________________________________________________</w:t>
      </w:r>
    </w:p>
    <w:p w14:paraId="3DAE3C8C" w14:textId="77777777" w:rsidR="005A0029" w:rsidRDefault="00F83EB4">
      <w:pPr>
        <w:spacing w:after="60"/>
      </w:pPr>
      <w:r>
        <w:rPr>
          <w:color w:val="B4B4B4"/>
          <w:sz w:val="16"/>
        </w:rPr>
        <w:t>________________________________________________________</w:t>
      </w:r>
    </w:p>
    <w:p w14:paraId="60558FFD" w14:textId="77777777" w:rsidR="005A0029" w:rsidRDefault="00F83EB4">
      <w:pPr>
        <w:pStyle w:val="Heading2"/>
      </w:pPr>
      <w:r>
        <w:t>Prayer</w:t>
      </w:r>
    </w:p>
    <w:p w14:paraId="4D81C18A" w14:textId="77777777" w:rsidR="005A0029" w:rsidRDefault="00F83EB4">
      <w:r>
        <w:t>Father, meet me in this practice of grace changes the conversation.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5EAA2CE" w14:textId="77777777" w:rsidR="005A0029" w:rsidRDefault="00F83EB4">
      <w:r>
        <w:rPr>
          <w:b/>
          <w:color w:val="B08D3A"/>
        </w:rPr>
        <w:lastRenderedPageBreak/>
        <w:t xml:space="preserve">TODAY'S DECLARATION  </w:t>
      </w:r>
      <w:r>
        <w:t>I will meet grace changes the conversation with truth, faith, and practiced peace.</w:t>
      </w:r>
    </w:p>
    <w:p w14:paraId="157459E2" w14:textId="77777777" w:rsidR="005A0029" w:rsidRDefault="00F83EB4">
      <w:r>
        <w:br w:type="page"/>
      </w:r>
    </w:p>
    <w:p w14:paraId="2BA8EA8D" w14:textId="77777777" w:rsidR="005A0029" w:rsidRDefault="00F83EB4">
      <w:pPr>
        <w:pStyle w:val="Heading2"/>
      </w:pPr>
      <w:r>
        <w:lastRenderedPageBreak/>
        <w:t>DAY 26</w:t>
      </w:r>
    </w:p>
    <w:p w14:paraId="0A3AE696" w14:textId="77777777" w:rsidR="005A0029" w:rsidRDefault="00F83EB4">
      <w:pPr>
        <w:pStyle w:val="Heading1"/>
      </w:pPr>
      <w:r>
        <w:t>Living From Identity</w:t>
      </w:r>
    </w:p>
    <w:p w14:paraId="10ACC749" w14:textId="77777777" w:rsidR="005A0029" w:rsidRDefault="00F83EB4">
      <w:r>
        <w:rPr>
          <w:b/>
          <w:color w:val="B08D3A"/>
        </w:rPr>
        <w:t xml:space="preserve">ANCHOR SCRIPTURE  </w:t>
      </w:r>
      <w:r>
        <w:t>Ephesians 2:10</w:t>
      </w:r>
    </w:p>
    <w:p w14:paraId="4F65F73D" w14:textId="77777777" w:rsidR="005A0029" w:rsidRDefault="00F83EB4">
      <w:pPr>
        <w:pStyle w:val="Heading2"/>
      </w:pPr>
      <w:r>
        <w:t>Guided Reflection</w:t>
      </w:r>
    </w:p>
    <w:p w14:paraId="15CAB016" w14:textId="77777777" w:rsidR="005A0029" w:rsidRDefault="00F83EB4">
      <w:r>
        <w:t>Today, consider what “living from identity”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when tr</w:t>
      </w:r>
      <w:r>
        <w:t>uth is practiced repeatedly, especially when circumstances remain unresolved.</w:t>
      </w:r>
    </w:p>
    <w:p w14:paraId="1BD1F610" w14:textId="77777777" w:rsidR="005A0029" w:rsidRDefault="00F83EB4">
      <w:pPr>
        <w:pStyle w:val="Heading2"/>
      </w:pPr>
      <w:r>
        <w:t>Pause &amp; Notice</w:t>
      </w:r>
    </w:p>
    <w:p w14:paraId="60D994E2" w14:textId="77777777" w:rsidR="005A0029" w:rsidRDefault="00F83EB4">
      <w:r>
        <w:t>What is this theme revealing about my heart, thoughts, relationships, or current circumstances today?</w:t>
      </w:r>
    </w:p>
    <w:p w14:paraId="16319079" w14:textId="77777777" w:rsidR="005A0029" w:rsidRDefault="00F83EB4">
      <w:pPr>
        <w:pStyle w:val="Heading2"/>
      </w:pPr>
      <w:r>
        <w:t>Peace Practice</w:t>
      </w:r>
    </w:p>
    <w:p w14:paraId="06803ACB" w14:textId="77777777" w:rsidR="005A0029" w:rsidRDefault="00F83EB4">
      <w:r>
        <w:t>Identify one small action that would create greater peace today. Make it specific enough to complete before the day ends.</w:t>
      </w:r>
    </w:p>
    <w:p w14:paraId="005C2024" w14:textId="77777777" w:rsidR="005A0029" w:rsidRDefault="00F83EB4">
      <w:pPr>
        <w:pStyle w:val="Heading2"/>
      </w:pPr>
      <w:r>
        <w:t>My Thoughts &amp; Prayers</w:t>
      </w:r>
    </w:p>
    <w:p w14:paraId="6949C6DD" w14:textId="77777777" w:rsidR="005A0029" w:rsidRDefault="00F83EB4">
      <w:pPr>
        <w:spacing w:after="60"/>
      </w:pPr>
      <w:r>
        <w:rPr>
          <w:color w:val="B4B4B4"/>
          <w:sz w:val="16"/>
        </w:rPr>
        <w:t>________________________________________________________</w:t>
      </w:r>
    </w:p>
    <w:p w14:paraId="4E5EF88F" w14:textId="77777777" w:rsidR="005A0029" w:rsidRDefault="00F83EB4">
      <w:pPr>
        <w:spacing w:after="60"/>
      </w:pPr>
      <w:r>
        <w:rPr>
          <w:color w:val="B4B4B4"/>
          <w:sz w:val="16"/>
        </w:rPr>
        <w:t>________________________________________________________</w:t>
      </w:r>
    </w:p>
    <w:p w14:paraId="2C7259DF" w14:textId="77777777" w:rsidR="005A0029" w:rsidRDefault="00F83EB4">
      <w:pPr>
        <w:spacing w:after="60"/>
      </w:pPr>
      <w:r>
        <w:rPr>
          <w:color w:val="B4B4B4"/>
          <w:sz w:val="16"/>
        </w:rPr>
        <w:t>________________________________________________________</w:t>
      </w:r>
    </w:p>
    <w:p w14:paraId="39EE8446" w14:textId="77777777" w:rsidR="005A0029" w:rsidRDefault="00F83EB4">
      <w:pPr>
        <w:spacing w:after="60"/>
      </w:pPr>
      <w:r>
        <w:rPr>
          <w:color w:val="B4B4B4"/>
          <w:sz w:val="16"/>
        </w:rPr>
        <w:t>________________________________________________________</w:t>
      </w:r>
    </w:p>
    <w:p w14:paraId="0E55371E" w14:textId="77777777" w:rsidR="005A0029" w:rsidRDefault="00F83EB4">
      <w:pPr>
        <w:spacing w:after="60"/>
      </w:pPr>
      <w:r>
        <w:rPr>
          <w:color w:val="B4B4B4"/>
          <w:sz w:val="16"/>
        </w:rPr>
        <w:t>________________________________________________________</w:t>
      </w:r>
    </w:p>
    <w:p w14:paraId="76302A86" w14:textId="77777777" w:rsidR="005A0029" w:rsidRDefault="00F83EB4">
      <w:pPr>
        <w:pStyle w:val="Heading2"/>
      </w:pPr>
      <w:r>
        <w:t>Prayer</w:t>
      </w:r>
    </w:p>
    <w:p w14:paraId="30DC5276" w14:textId="77777777" w:rsidR="005A0029" w:rsidRDefault="00F83EB4">
      <w:r>
        <w:t>Father, meet me in this practice of living from identity.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F545568" w14:textId="77777777" w:rsidR="005A0029" w:rsidRDefault="00F83EB4">
      <w:r>
        <w:rPr>
          <w:b/>
          <w:color w:val="B08D3A"/>
        </w:rPr>
        <w:lastRenderedPageBreak/>
        <w:t xml:space="preserve">TODAY'S DECLARATION  </w:t>
      </w:r>
      <w:r>
        <w:t>I will meet living from identity with truth, faith, and practiced peace.</w:t>
      </w:r>
    </w:p>
    <w:p w14:paraId="315D36C5" w14:textId="77777777" w:rsidR="005A0029" w:rsidRDefault="00F83EB4">
      <w:r>
        <w:br w:type="page"/>
      </w:r>
    </w:p>
    <w:p w14:paraId="600B020D" w14:textId="77777777" w:rsidR="005A0029" w:rsidRDefault="00F83EB4">
      <w:pPr>
        <w:pStyle w:val="Heading2"/>
      </w:pPr>
      <w:r>
        <w:lastRenderedPageBreak/>
        <w:t>DAY 27</w:t>
      </w:r>
    </w:p>
    <w:p w14:paraId="215A8870" w14:textId="77777777" w:rsidR="005A0029" w:rsidRDefault="00F83EB4">
      <w:pPr>
        <w:pStyle w:val="Heading1"/>
      </w:pPr>
      <w:r>
        <w:t>Your Voice and Your Calling</w:t>
      </w:r>
    </w:p>
    <w:p w14:paraId="2930F0C1" w14:textId="77777777" w:rsidR="005A0029" w:rsidRDefault="00F83EB4">
      <w:r>
        <w:rPr>
          <w:b/>
          <w:color w:val="B08D3A"/>
        </w:rPr>
        <w:t xml:space="preserve">ANCHOR SCRIPTURE  </w:t>
      </w:r>
      <w:r>
        <w:t>Jeremiah 1:5</w:t>
      </w:r>
    </w:p>
    <w:p w14:paraId="5590DB34" w14:textId="77777777" w:rsidR="005A0029" w:rsidRDefault="00F83EB4">
      <w:pPr>
        <w:pStyle w:val="Heading2"/>
      </w:pPr>
      <w:r>
        <w:t>Guided Reflection</w:t>
      </w:r>
    </w:p>
    <w:p w14:paraId="3136317C" w14:textId="77777777" w:rsidR="005A0029" w:rsidRDefault="00F83EB4">
      <w:r>
        <w:t xml:space="preserve">Today, consider what “your voice and your calling”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0715227D" w14:textId="77777777" w:rsidR="005A0029" w:rsidRDefault="00F83EB4">
      <w:pPr>
        <w:pStyle w:val="Heading2"/>
      </w:pPr>
      <w:r>
        <w:t>Pause &amp; Notice</w:t>
      </w:r>
    </w:p>
    <w:p w14:paraId="50D8D0FA" w14:textId="77777777" w:rsidR="005A0029" w:rsidRDefault="00F83EB4">
      <w:r>
        <w:t>What is this theme revealing about my heart, thoughts, relationships, or current circumstances today?</w:t>
      </w:r>
    </w:p>
    <w:p w14:paraId="28D5F02C" w14:textId="77777777" w:rsidR="005A0029" w:rsidRDefault="00F83EB4">
      <w:pPr>
        <w:pStyle w:val="Heading2"/>
      </w:pPr>
      <w:r>
        <w:t>Peace Practice</w:t>
      </w:r>
    </w:p>
    <w:p w14:paraId="326B8A4C" w14:textId="77777777" w:rsidR="005A0029" w:rsidRDefault="00F83EB4">
      <w:r>
        <w:t>Reach out to one trusted, mature person. Share one thing you have been carrying silently and allow yourself to receive support.</w:t>
      </w:r>
    </w:p>
    <w:p w14:paraId="62A555EE" w14:textId="77777777" w:rsidR="005A0029" w:rsidRDefault="00F83EB4">
      <w:pPr>
        <w:pStyle w:val="Heading2"/>
      </w:pPr>
      <w:r>
        <w:t>My Thoughts &amp; Prayers</w:t>
      </w:r>
    </w:p>
    <w:p w14:paraId="7BDE80DF" w14:textId="77777777" w:rsidR="005A0029" w:rsidRDefault="00F83EB4">
      <w:pPr>
        <w:spacing w:after="60"/>
      </w:pPr>
      <w:r>
        <w:rPr>
          <w:color w:val="B4B4B4"/>
          <w:sz w:val="16"/>
        </w:rPr>
        <w:t>________________________________________________________</w:t>
      </w:r>
    </w:p>
    <w:p w14:paraId="2202DD0E" w14:textId="77777777" w:rsidR="005A0029" w:rsidRDefault="00F83EB4">
      <w:pPr>
        <w:spacing w:after="60"/>
      </w:pPr>
      <w:r>
        <w:rPr>
          <w:color w:val="B4B4B4"/>
          <w:sz w:val="16"/>
        </w:rPr>
        <w:t>________________________________________________________</w:t>
      </w:r>
    </w:p>
    <w:p w14:paraId="62E7273E" w14:textId="77777777" w:rsidR="005A0029" w:rsidRDefault="00F83EB4">
      <w:pPr>
        <w:spacing w:after="60"/>
      </w:pPr>
      <w:r>
        <w:rPr>
          <w:color w:val="B4B4B4"/>
          <w:sz w:val="16"/>
        </w:rPr>
        <w:t>________________________________________________________</w:t>
      </w:r>
    </w:p>
    <w:p w14:paraId="58D96876" w14:textId="77777777" w:rsidR="005A0029" w:rsidRDefault="00F83EB4">
      <w:pPr>
        <w:spacing w:after="60"/>
      </w:pPr>
      <w:r>
        <w:rPr>
          <w:color w:val="B4B4B4"/>
          <w:sz w:val="16"/>
        </w:rPr>
        <w:t>________________________________________________________</w:t>
      </w:r>
    </w:p>
    <w:p w14:paraId="27896922" w14:textId="77777777" w:rsidR="005A0029" w:rsidRDefault="00F83EB4">
      <w:pPr>
        <w:spacing w:after="60"/>
      </w:pPr>
      <w:r>
        <w:rPr>
          <w:color w:val="B4B4B4"/>
          <w:sz w:val="16"/>
        </w:rPr>
        <w:t>________________________________________________________</w:t>
      </w:r>
    </w:p>
    <w:p w14:paraId="5D931744" w14:textId="77777777" w:rsidR="005A0029" w:rsidRDefault="00F83EB4">
      <w:pPr>
        <w:pStyle w:val="Heading2"/>
      </w:pPr>
      <w:r>
        <w:t>Prayer</w:t>
      </w:r>
    </w:p>
    <w:p w14:paraId="6EF06457" w14:textId="77777777" w:rsidR="005A0029" w:rsidRDefault="00F83EB4">
      <w:r>
        <w:t>Father, meet me in this practice of your voice and your calling.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746593D" w14:textId="77777777" w:rsidR="005A0029" w:rsidRDefault="00F83EB4">
      <w:r>
        <w:rPr>
          <w:b/>
          <w:color w:val="B08D3A"/>
        </w:rPr>
        <w:lastRenderedPageBreak/>
        <w:t xml:space="preserve">TODAY'S DECLARATION  </w:t>
      </w:r>
      <w:r>
        <w:t>I will meet your voice and your calling with truth, faith, and practiced peace.</w:t>
      </w:r>
    </w:p>
    <w:p w14:paraId="00DA47EA" w14:textId="77777777" w:rsidR="005A0029" w:rsidRDefault="00F83EB4">
      <w:r>
        <w:br w:type="page"/>
      </w:r>
    </w:p>
    <w:p w14:paraId="51058BD0" w14:textId="77777777" w:rsidR="005A0029" w:rsidRDefault="00F83EB4">
      <w:pPr>
        <w:pStyle w:val="Heading2"/>
      </w:pPr>
      <w:r>
        <w:lastRenderedPageBreak/>
        <w:t>DAY 28</w:t>
      </w:r>
    </w:p>
    <w:p w14:paraId="5CD1800E" w14:textId="77777777" w:rsidR="005A0029" w:rsidRDefault="00F83EB4">
      <w:pPr>
        <w:pStyle w:val="Heading1"/>
      </w:pPr>
      <w:r>
        <w:t>Alignment Before Achievement</w:t>
      </w:r>
    </w:p>
    <w:p w14:paraId="6C2A880D" w14:textId="77777777" w:rsidR="005A0029" w:rsidRDefault="00F83EB4">
      <w:r>
        <w:rPr>
          <w:b/>
          <w:color w:val="B08D3A"/>
        </w:rPr>
        <w:t xml:space="preserve">ANCHOR SCRIPTURE  </w:t>
      </w:r>
      <w:r>
        <w:t>Matthew 6:33</w:t>
      </w:r>
    </w:p>
    <w:p w14:paraId="36B25B4D" w14:textId="77777777" w:rsidR="005A0029" w:rsidRDefault="00F83EB4">
      <w:pPr>
        <w:pStyle w:val="Heading2"/>
      </w:pPr>
      <w:r>
        <w:t>Guided Reflection</w:t>
      </w:r>
    </w:p>
    <w:p w14:paraId="7365671F" w14:textId="77777777" w:rsidR="005A0029" w:rsidRDefault="00F83EB4">
      <w:r>
        <w:t>Today, consider what “alignment before achievement”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w:t>
      </w:r>
      <w:r>
        <w:t xml:space="preserve"> when truth is practiced repeatedly, especially when circumstances remain unresolved.</w:t>
      </w:r>
    </w:p>
    <w:p w14:paraId="1431FB6A" w14:textId="77777777" w:rsidR="005A0029" w:rsidRDefault="00F83EB4">
      <w:pPr>
        <w:pStyle w:val="Heading2"/>
      </w:pPr>
      <w:r>
        <w:t>Pause &amp; Notice</w:t>
      </w:r>
    </w:p>
    <w:p w14:paraId="5C86BB64" w14:textId="77777777" w:rsidR="005A0029" w:rsidRDefault="00F83EB4">
      <w:r>
        <w:t>What is this theme revealing about my heart, thoughts, relationships, or current circumstances today?</w:t>
      </w:r>
    </w:p>
    <w:p w14:paraId="37CFD9C6" w14:textId="77777777" w:rsidR="005A0029" w:rsidRDefault="00F83EB4">
      <w:pPr>
        <w:pStyle w:val="Heading2"/>
      </w:pPr>
      <w:r>
        <w:t>Peace Practice</w:t>
      </w:r>
    </w:p>
    <w:p w14:paraId="3BE250BB" w14:textId="77777777" w:rsidR="005A0029" w:rsidRDefault="00F83EB4">
      <w:r>
        <w:t>Practice a ten-minute quiet period without your phone. Notice what surfaces, then bring it honestly into prayer.</w:t>
      </w:r>
    </w:p>
    <w:p w14:paraId="743FDA91" w14:textId="77777777" w:rsidR="005A0029" w:rsidRDefault="00F83EB4">
      <w:pPr>
        <w:pStyle w:val="Heading2"/>
      </w:pPr>
      <w:r>
        <w:t>My Thoughts &amp; Prayers</w:t>
      </w:r>
    </w:p>
    <w:p w14:paraId="50B0D533" w14:textId="77777777" w:rsidR="005A0029" w:rsidRDefault="00F83EB4">
      <w:pPr>
        <w:spacing w:after="60"/>
      </w:pPr>
      <w:r>
        <w:rPr>
          <w:color w:val="B4B4B4"/>
          <w:sz w:val="16"/>
        </w:rPr>
        <w:t>________________________________________________________</w:t>
      </w:r>
    </w:p>
    <w:p w14:paraId="2AEFEE5B" w14:textId="77777777" w:rsidR="005A0029" w:rsidRDefault="00F83EB4">
      <w:pPr>
        <w:spacing w:after="60"/>
      </w:pPr>
      <w:r>
        <w:rPr>
          <w:color w:val="B4B4B4"/>
          <w:sz w:val="16"/>
        </w:rPr>
        <w:t>________________________________________________________</w:t>
      </w:r>
    </w:p>
    <w:p w14:paraId="5197D0F4" w14:textId="77777777" w:rsidR="005A0029" w:rsidRDefault="00F83EB4">
      <w:pPr>
        <w:spacing w:after="60"/>
      </w:pPr>
      <w:r>
        <w:rPr>
          <w:color w:val="B4B4B4"/>
          <w:sz w:val="16"/>
        </w:rPr>
        <w:t>________________________________________________________</w:t>
      </w:r>
    </w:p>
    <w:p w14:paraId="48380DD0" w14:textId="77777777" w:rsidR="005A0029" w:rsidRDefault="00F83EB4">
      <w:pPr>
        <w:spacing w:after="60"/>
      </w:pPr>
      <w:r>
        <w:rPr>
          <w:color w:val="B4B4B4"/>
          <w:sz w:val="16"/>
        </w:rPr>
        <w:t>________________________________________________________</w:t>
      </w:r>
    </w:p>
    <w:p w14:paraId="2976B0FE" w14:textId="77777777" w:rsidR="005A0029" w:rsidRDefault="00F83EB4">
      <w:pPr>
        <w:spacing w:after="60"/>
      </w:pPr>
      <w:r>
        <w:rPr>
          <w:color w:val="B4B4B4"/>
          <w:sz w:val="16"/>
        </w:rPr>
        <w:t>________________________________________________________</w:t>
      </w:r>
    </w:p>
    <w:p w14:paraId="4970BE3D" w14:textId="77777777" w:rsidR="005A0029" w:rsidRDefault="00F83EB4">
      <w:pPr>
        <w:pStyle w:val="Heading2"/>
      </w:pPr>
      <w:r>
        <w:t>Prayer</w:t>
      </w:r>
    </w:p>
    <w:p w14:paraId="053F0C52" w14:textId="77777777" w:rsidR="005A0029" w:rsidRDefault="00F83EB4">
      <w:r>
        <w:t>Father, meet me in this practice of alignment before achievement.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EC85751" w14:textId="77777777" w:rsidR="005A0029" w:rsidRDefault="00F83EB4">
      <w:r>
        <w:rPr>
          <w:b/>
          <w:color w:val="B08D3A"/>
        </w:rPr>
        <w:lastRenderedPageBreak/>
        <w:t xml:space="preserve">TODAY'S DECLARATION  </w:t>
      </w:r>
      <w:r>
        <w:t>I will meet alignment before achievement with truth, faith, and practiced peace.</w:t>
      </w:r>
    </w:p>
    <w:p w14:paraId="46CA9ABD" w14:textId="77777777" w:rsidR="005A0029" w:rsidRDefault="00F83EB4">
      <w:r>
        <w:br w:type="page"/>
      </w:r>
    </w:p>
    <w:p w14:paraId="659F161B" w14:textId="77777777" w:rsidR="005A0029" w:rsidRDefault="00F83EB4">
      <w:pPr>
        <w:pStyle w:val="Heading2"/>
      </w:pPr>
      <w:r>
        <w:lastRenderedPageBreak/>
        <w:t>DAY 29</w:t>
      </w:r>
    </w:p>
    <w:p w14:paraId="231FF4A9" w14:textId="77777777" w:rsidR="005A0029" w:rsidRDefault="00F83EB4">
      <w:pPr>
        <w:pStyle w:val="Heading1"/>
      </w:pPr>
      <w:r>
        <w:t>Becoming Whole</w:t>
      </w:r>
    </w:p>
    <w:p w14:paraId="1BF9AB9F" w14:textId="77777777" w:rsidR="005A0029" w:rsidRDefault="00F83EB4">
      <w:r>
        <w:rPr>
          <w:b/>
          <w:color w:val="B08D3A"/>
        </w:rPr>
        <w:t xml:space="preserve">ANCHOR SCRIPTURE  </w:t>
      </w:r>
      <w:r>
        <w:t>1 Thessalonians 5:23</w:t>
      </w:r>
    </w:p>
    <w:p w14:paraId="5439BD64" w14:textId="77777777" w:rsidR="005A0029" w:rsidRDefault="00F83EB4">
      <w:pPr>
        <w:pStyle w:val="Heading2"/>
      </w:pPr>
      <w:r>
        <w:t>Guided Reflection</w:t>
      </w:r>
    </w:p>
    <w:p w14:paraId="46237BDF" w14:textId="77777777" w:rsidR="005A0029" w:rsidRDefault="00F83EB4">
      <w:r>
        <w:t>Today, consider what “becoming whole”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when truth is</w:t>
      </w:r>
      <w:r>
        <w:t xml:space="preserve"> practiced repeatedly, especially when circumstances remain unresolved.</w:t>
      </w:r>
    </w:p>
    <w:p w14:paraId="5A53EBFB" w14:textId="77777777" w:rsidR="005A0029" w:rsidRDefault="00F83EB4">
      <w:pPr>
        <w:pStyle w:val="Heading2"/>
      </w:pPr>
      <w:r>
        <w:t>Pause &amp; Notice</w:t>
      </w:r>
    </w:p>
    <w:p w14:paraId="6090F172" w14:textId="77777777" w:rsidR="005A0029" w:rsidRDefault="00F83EB4">
      <w:r>
        <w:t>What is this theme revealing about my heart, thoughts, relationships, or current circumstances today?</w:t>
      </w:r>
    </w:p>
    <w:p w14:paraId="338B8685" w14:textId="77777777" w:rsidR="005A0029" w:rsidRDefault="00F83EB4">
      <w:pPr>
        <w:pStyle w:val="Heading2"/>
      </w:pPr>
      <w:r>
        <w:t>Peace Practice</w:t>
      </w:r>
    </w:p>
    <w:p w14:paraId="0AB46992" w14:textId="77777777" w:rsidR="005A0029" w:rsidRDefault="00F83EB4">
      <w:r>
        <w:t>Sit quietly for three minutes. Name what you feel without judging it. Then write one truth you want to carry into the day.</w:t>
      </w:r>
    </w:p>
    <w:p w14:paraId="4642C3EE" w14:textId="77777777" w:rsidR="005A0029" w:rsidRDefault="00F83EB4">
      <w:pPr>
        <w:pStyle w:val="Heading2"/>
      </w:pPr>
      <w:r>
        <w:t>My Thoughts &amp; Prayers</w:t>
      </w:r>
    </w:p>
    <w:p w14:paraId="0A635CA7" w14:textId="77777777" w:rsidR="005A0029" w:rsidRDefault="00F83EB4">
      <w:pPr>
        <w:spacing w:after="60"/>
      </w:pPr>
      <w:r>
        <w:rPr>
          <w:color w:val="B4B4B4"/>
          <w:sz w:val="16"/>
        </w:rPr>
        <w:t>________________________________________________________</w:t>
      </w:r>
    </w:p>
    <w:p w14:paraId="20E62852" w14:textId="77777777" w:rsidR="005A0029" w:rsidRDefault="00F83EB4">
      <w:pPr>
        <w:spacing w:after="60"/>
      </w:pPr>
      <w:r>
        <w:rPr>
          <w:color w:val="B4B4B4"/>
          <w:sz w:val="16"/>
        </w:rPr>
        <w:t>________________________________________________________</w:t>
      </w:r>
    </w:p>
    <w:p w14:paraId="38A5875D" w14:textId="77777777" w:rsidR="005A0029" w:rsidRDefault="00F83EB4">
      <w:pPr>
        <w:spacing w:after="60"/>
      </w:pPr>
      <w:r>
        <w:rPr>
          <w:color w:val="B4B4B4"/>
          <w:sz w:val="16"/>
        </w:rPr>
        <w:t>________________________________________________________</w:t>
      </w:r>
    </w:p>
    <w:p w14:paraId="4146CFC1" w14:textId="77777777" w:rsidR="005A0029" w:rsidRDefault="00F83EB4">
      <w:pPr>
        <w:spacing w:after="60"/>
      </w:pPr>
      <w:r>
        <w:rPr>
          <w:color w:val="B4B4B4"/>
          <w:sz w:val="16"/>
        </w:rPr>
        <w:t>________________________________________________________</w:t>
      </w:r>
    </w:p>
    <w:p w14:paraId="549CF834" w14:textId="77777777" w:rsidR="005A0029" w:rsidRDefault="00F83EB4">
      <w:pPr>
        <w:spacing w:after="60"/>
      </w:pPr>
      <w:r>
        <w:rPr>
          <w:color w:val="B4B4B4"/>
          <w:sz w:val="16"/>
        </w:rPr>
        <w:t>________________________________________________________</w:t>
      </w:r>
    </w:p>
    <w:p w14:paraId="24EABB9C" w14:textId="77777777" w:rsidR="005A0029" w:rsidRDefault="00F83EB4">
      <w:pPr>
        <w:pStyle w:val="Heading2"/>
      </w:pPr>
      <w:r>
        <w:t>Prayer</w:t>
      </w:r>
    </w:p>
    <w:p w14:paraId="5C2C058B" w14:textId="77777777" w:rsidR="005A0029" w:rsidRDefault="00F83EB4">
      <w:r>
        <w:t>Father, meet me in this practice of becoming whole.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FDD9657" w14:textId="77777777" w:rsidR="005A0029" w:rsidRDefault="00F83EB4">
      <w:r>
        <w:rPr>
          <w:b/>
          <w:color w:val="B08D3A"/>
        </w:rPr>
        <w:lastRenderedPageBreak/>
        <w:t xml:space="preserve">TODAY'S DECLARATION  </w:t>
      </w:r>
      <w:r>
        <w:t>I will meet becoming whole with truth, faith, and practiced peace.</w:t>
      </w:r>
    </w:p>
    <w:p w14:paraId="12DD5037" w14:textId="77777777" w:rsidR="005A0029" w:rsidRDefault="00F83EB4">
      <w:r>
        <w:br w:type="page"/>
      </w:r>
    </w:p>
    <w:p w14:paraId="4F5B01D5" w14:textId="77777777" w:rsidR="005A0029" w:rsidRDefault="00F83EB4">
      <w:pPr>
        <w:pStyle w:val="Heading2"/>
      </w:pPr>
      <w:r>
        <w:lastRenderedPageBreak/>
        <w:t>DAY 30</w:t>
      </w:r>
    </w:p>
    <w:p w14:paraId="71621687" w14:textId="77777777" w:rsidR="005A0029" w:rsidRDefault="00F83EB4">
      <w:pPr>
        <w:pStyle w:val="Heading1"/>
      </w:pPr>
      <w:r>
        <w:t>I Know Who I Am</w:t>
      </w:r>
    </w:p>
    <w:p w14:paraId="5B072430" w14:textId="77777777" w:rsidR="005A0029" w:rsidRDefault="00F83EB4">
      <w:r>
        <w:rPr>
          <w:b/>
          <w:color w:val="B08D3A"/>
        </w:rPr>
        <w:t xml:space="preserve">ANCHOR SCRIPTURE  </w:t>
      </w:r>
      <w:r>
        <w:t>1 Peter 2:9</w:t>
      </w:r>
    </w:p>
    <w:p w14:paraId="3C043C0D" w14:textId="77777777" w:rsidR="005A0029" w:rsidRDefault="00F83EB4">
      <w:pPr>
        <w:pStyle w:val="Heading2"/>
      </w:pPr>
      <w:r>
        <w:t>Guided Reflection</w:t>
      </w:r>
    </w:p>
    <w:p w14:paraId="098086CF" w14:textId="77777777" w:rsidR="005A0029" w:rsidRDefault="00F83EB4">
      <w:r>
        <w:t>Today, consider what “i know who i am” means in the season you are living through. The work of peace is rarely accomplished by denying what is difficult. It grows as you bring your real thoughts, emotions, and questions into the light of God's presence. In rediscovering your inner voice, the invitation is not to force an immediate answer, but to become attentive: to what is happening within you, to what Scripture is revealing, and to the next faithful step available today. Peace becomes durable when truth i</w:t>
      </w:r>
      <w:r>
        <w:t>s practiced repeatedly, especially when circumstances remain unresolved.</w:t>
      </w:r>
    </w:p>
    <w:p w14:paraId="22C05CA3" w14:textId="77777777" w:rsidR="005A0029" w:rsidRDefault="00F83EB4">
      <w:pPr>
        <w:pStyle w:val="Heading2"/>
      </w:pPr>
      <w:r>
        <w:t>Pause &amp; Notice</w:t>
      </w:r>
    </w:p>
    <w:p w14:paraId="48AE9DD9" w14:textId="77777777" w:rsidR="005A0029" w:rsidRDefault="00F83EB4">
      <w:r>
        <w:t>What is this theme revealing about my heart, thoughts, relationships, or current circumstances today?</w:t>
      </w:r>
    </w:p>
    <w:p w14:paraId="6DEA765B" w14:textId="77777777" w:rsidR="005A0029" w:rsidRDefault="00F83EB4">
      <w:pPr>
        <w:pStyle w:val="Heading2"/>
      </w:pPr>
      <w:r>
        <w:t>Peace Practice</w:t>
      </w:r>
    </w:p>
    <w:p w14:paraId="56CB69CF" w14:textId="77777777" w:rsidR="005A0029" w:rsidRDefault="00F83EB4">
      <w:r>
        <w:t>Draw two columns: 'What I can control' and 'What I must release.' Place each concern in the appropriate column and pray over both.</w:t>
      </w:r>
    </w:p>
    <w:p w14:paraId="54A701A4" w14:textId="77777777" w:rsidR="005A0029" w:rsidRDefault="00F83EB4">
      <w:pPr>
        <w:pStyle w:val="Heading2"/>
      </w:pPr>
      <w:r>
        <w:t>My Thoughts &amp; Prayers</w:t>
      </w:r>
    </w:p>
    <w:p w14:paraId="25F6C972" w14:textId="77777777" w:rsidR="005A0029" w:rsidRDefault="00F83EB4">
      <w:pPr>
        <w:spacing w:after="60"/>
      </w:pPr>
      <w:r>
        <w:rPr>
          <w:color w:val="B4B4B4"/>
          <w:sz w:val="16"/>
        </w:rPr>
        <w:t>________________________________________________________</w:t>
      </w:r>
    </w:p>
    <w:p w14:paraId="079ADE3A" w14:textId="77777777" w:rsidR="005A0029" w:rsidRDefault="00F83EB4">
      <w:pPr>
        <w:spacing w:after="60"/>
      </w:pPr>
      <w:r>
        <w:rPr>
          <w:color w:val="B4B4B4"/>
          <w:sz w:val="16"/>
        </w:rPr>
        <w:t>________________________________________________________</w:t>
      </w:r>
    </w:p>
    <w:p w14:paraId="5B4C194E" w14:textId="77777777" w:rsidR="005A0029" w:rsidRDefault="00F83EB4">
      <w:pPr>
        <w:spacing w:after="60"/>
      </w:pPr>
      <w:r>
        <w:rPr>
          <w:color w:val="B4B4B4"/>
          <w:sz w:val="16"/>
        </w:rPr>
        <w:t>________________________________________________________</w:t>
      </w:r>
    </w:p>
    <w:p w14:paraId="1173B50F" w14:textId="77777777" w:rsidR="005A0029" w:rsidRDefault="00F83EB4">
      <w:pPr>
        <w:spacing w:after="60"/>
      </w:pPr>
      <w:r>
        <w:rPr>
          <w:color w:val="B4B4B4"/>
          <w:sz w:val="16"/>
        </w:rPr>
        <w:t>________________________________________________________</w:t>
      </w:r>
    </w:p>
    <w:p w14:paraId="1EF5AD42" w14:textId="77777777" w:rsidR="005A0029" w:rsidRDefault="00F83EB4">
      <w:pPr>
        <w:spacing w:after="60"/>
      </w:pPr>
      <w:r>
        <w:rPr>
          <w:color w:val="B4B4B4"/>
          <w:sz w:val="16"/>
        </w:rPr>
        <w:t>________________________________________________________</w:t>
      </w:r>
    </w:p>
    <w:p w14:paraId="52048847" w14:textId="77777777" w:rsidR="005A0029" w:rsidRDefault="00F83EB4">
      <w:pPr>
        <w:pStyle w:val="Heading2"/>
      </w:pPr>
      <w:r>
        <w:t>Prayer</w:t>
      </w:r>
    </w:p>
    <w:p w14:paraId="12ECFAB1" w14:textId="77777777" w:rsidR="005A0029" w:rsidRDefault="00F83EB4">
      <w:r>
        <w:t>Father, meet me in this practice of i know who i am.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85A052F" w14:textId="77777777" w:rsidR="005A0029" w:rsidRDefault="00F83EB4">
      <w:r>
        <w:rPr>
          <w:b/>
          <w:color w:val="B08D3A"/>
        </w:rPr>
        <w:lastRenderedPageBreak/>
        <w:t xml:space="preserve">TODAY'S DECLARATION  </w:t>
      </w:r>
      <w:r>
        <w:t>I will meet i know who i am with truth, faith, and practiced peace.</w:t>
      </w:r>
    </w:p>
    <w:p w14:paraId="2085AE59" w14:textId="77777777" w:rsidR="005A0029" w:rsidRDefault="00F83EB4">
      <w:r>
        <w:br w:type="page"/>
      </w:r>
    </w:p>
    <w:p w14:paraId="437E50BE" w14:textId="77777777" w:rsidR="005A0029" w:rsidRDefault="00F83EB4">
      <w:pPr>
        <w:pStyle w:val="Heading1"/>
      </w:pPr>
      <w:r>
        <w:lastRenderedPageBreak/>
        <w:t>REDISCOVERING YOUR INNER VOICE: End-of-Month Reflection</w:t>
      </w:r>
    </w:p>
    <w:p w14:paraId="5FEC5CA4" w14:textId="77777777" w:rsidR="005A0029" w:rsidRDefault="00F83EB4">
      <w:pPr>
        <w:pStyle w:val="Heading3"/>
      </w:pPr>
      <w:r>
        <w:t>What changed within me this month?</w:t>
      </w:r>
    </w:p>
    <w:p w14:paraId="09AAF4B2" w14:textId="77777777" w:rsidR="005A0029" w:rsidRDefault="00F83EB4">
      <w:pPr>
        <w:spacing w:after="60"/>
      </w:pPr>
      <w:r>
        <w:rPr>
          <w:color w:val="B4B4B4"/>
          <w:sz w:val="16"/>
        </w:rPr>
        <w:t>________________________________________________________</w:t>
      </w:r>
    </w:p>
    <w:p w14:paraId="7E7A0077" w14:textId="77777777" w:rsidR="005A0029" w:rsidRDefault="00F83EB4">
      <w:pPr>
        <w:spacing w:after="60"/>
      </w:pPr>
      <w:r>
        <w:rPr>
          <w:color w:val="B4B4B4"/>
          <w:sz w:val="16"/>
        </w:rPr>
        <w:t>________________________________________________________</w:t>
      </w:r>
    </w:p>
    <w:p w14:paraId="2970D117" w14:textId="77777777" w:rsidR="005A0029" w:rsidRDefault="00F83EB4">
      <w:pPr>
        <w:pStyle w:val="Heading3"/>
      </w:pPr>
      <w:r>
        <w:t>Which practice helped me most?</w:t>
      </w:r>
    </w:p>
    <w:p w14:paraId="68121C92" w14:textId="77777777" w:rsidR="005A0029" w:rsidRDefault="00F83EB4">
      <w:pPr>
        <w:spacing w:after="60"/>
      </w:pPr>
      <w:r>
        <w:rPr>
          <w:color w:val="B4B4B4"/>
          <w:sz w:val="16"/>
        </w:rPr>
        <w:t>________________________________________________________</w:t>
      </w:r>
    </w:p>
    <w:p w14:paraId="19DEF63E" w14:textId="77777777" w:rsidR="005A0029" w:rsidRDefault="00F83EB4">
      <w:pPr>
        <w:spacing w:after="60"/>
      </w:pPr>
      <w:r>
        <w:rPr>
          <w:color w:val="B4B4B4"/>
          <w:sz w:val="16"/>
        </w:rPr>
        <w:t>________________________________________________________</w:t>
      </w:r>
    </w:p>
    <w:p w14:paraId="19995CE7" w14:textId="77777777" w:rsidR="005A0029" w:rsidRDefault="00F83EB4">
      <w:pPr>
        <w:pStyle w:val="Heading3"/>
      </w:pPr>
      <w:r>
        <w:t>Which Scripture became an anchor?</w:t>
      </w:r>
    </w:p>
    <w:p w14:paraId="2B8DBC1F" w14:textId="77777777" w:rsidR="005A0029" w:rsidRDefault="00F83EB4">
      <w:pPr>
        <w:spacing w:after="60"/>
      </w:pPr>
      <w:r>
        <w:rPr>
          <w:color w:val="B4B4B4"/>
          <w:sz w:val="16"/>
        </w:rPr>
        <w:t>________________________________________________________</w:t>
      </w:r>
    </w:p>
    <w:p w14:paraId="7776BF8F" w14:textId="77777777" w:rsidR="005A0029" w:rsidRDefault="00F83EB4">
      <w:pPr>
        <w:spacing w:after="60"/>
      </w:pPr>
      <w:r>
        <w:rPr>
          <w:color w:val="B4B4B4"/>
          <w:sz w:val="16"/>
        </w:rPr>
        <w:t>________________________________________________________</w:t>
      </w:r>
    </w:p>
    <w:p w14:paraId="219FCA09" w14:textId="77777777" w:rsidR="005A0029" w:rsidRDefault="00F83EB4">
      <w:pPr>
        <w:pStyle w:val="Heading3"/>
      </w:pPr>
      <w:r>
        <w:t>What am I ready to release?</w:t>
      </w:r>
    </w:p>
    <w:p w14:paraId="0A168321" w14:textId="77777777" w:rsidR="005A0029" w:rsidRDefault="00F83EB4">
      <w:pPr>
        <w:spacing w:after="60"/>
      </w:pPr>
      <w:r>
        <w:rPr>
          <w:color w:val="B4B4B4"/>
          <w:sz w:val="16"/>
        </w:rPr>
        <w:t>________________________________________________________</w:t>
      </w:r>
    </w:p>
    <w:p w14:paraId="1CB143E2" w14:textId="77777777" w:rsidR="005A0029" w:rsidRDefault="00F83EB4">
      <w:pPr>
        <w:spacing w:after="60"/>
      </w:pPr>
      <w:r>
        <w:rPr>
          <w:color w:val="B4B4B4"/>
          <w:sz w:val="16"/>
        </w:rPr>
        <w:t>________________________________________________________</w:t>
      </w:r>
    </w:p>
    <w:p w14:paraId="57860619" w14:textId="77777777" w:rsidR="005A0029" w:rsidRDefault="00F83EB4">
      <w:pPr>
        <w:pStyle w:val="Heading3"/>
      </w:pPr>
      <w:r>
        <w:t>What will I carry into the next month?</w:t>
      </w:r>
    </w:p>
    <w:p w14:paraId="4BA4D47C" w14:textId="77777777" w:rsidR="005A0029" w:rsidRDefault="00F83EB4">
      <w:pPr>
        <w:spacing w:after="60"/>
      </w:pPr>
      <w:r>
        <w:rPr>
          <w:color w:val="B4B4B4"/>
          <w:sz w:val="16"/>
        </w:rPr>
        <w:t>________________________________________________________</w:t>
      </w:r>
    </w:p>
    <w:p w14:paraId="0D786600" w14:textId="77777777" w:rsidR="005A0029" w:rsidRDefault="00F83EB4">
      <w:pPr>
        <w:spacing w:after="60"/>
      </w:pPr>
      <w:r>
        <w:rPr>
          <w:color w:val="B4B4B4"/>
          <w:sz w:val="16"/>
        </w:rPr>
        <w:t>________________________________________________________</w:t>
      </w:r>
    </w:p>
    <w:p w14:paraId="5EEDD661" w14:textId="77777777" w:rsidR="005A0029" w:rsidRDefault="00F83EB4">
      <w:r>
        <w:br w:type="page"/>
      </w:r>
    </w:p>
    <w:p w14:paraId="654632E9" w14:textId="77777777" w:rsidR="005A0029" w:rsidRDefault="00F83EB4">
      <w:pPr>
        <w:pStyle w:val="Heading2"/>
      </w:pPr>
      <w:r>
        <w:lastRenderedPageBreak/>
        <w:t>MONTH FIVE</w:t>
      </w:r>
    </w:p>
    <w:p w14:paraId="511BEF28" w14:textId="77777777" w:rsidR="005A0029" w:rsidRDefault="00F83EB4">
      <w:pPr>
        <w:jc w:val="center"/>
      </w:pPr>
      <w:r>
        <w:rPr>
          <w:b/>
          <w:color w:val="17324D"/>
          <w:sz w:val="48"/>
        </w:rPr>
        <w:t>THE STRENGTH YOU FORGOT YOU HAD</w:t>
      </w:r>
    </w:p>
    <w:p w14:paraId="37B2BB8E" w14:textId="77777777" w:rsidR="005A0029" w:rsidRDefault="00F83EB4">
      <w:pPr>
        <w:jc w:val="center"/>
      </w:pPr>
      <w:r>
        <w:rPr>
          <w:i/>
          <w:color w:val="B08D3A"/>
          <w:sz w:val="24"/>
        </w:rPr>
        <w:t>Rediscovering Resilience</w:t>
      </w:r>
    </w:p>
    <w:p w14:paraId="5ED2113F" w14:textId="77777777" w:rsidR="005A0029" w:rsidRDefault="00F83EB4">
      <w:pPr>
        <w:jc w:val="center"/>
      </w:pPr>
      <w:r>
        <w:rPr>
          <w:color w:val="B08D3A"/>
          <w:sz w:val="24"/>
        </w:rPr>
        <w:t>—  ◆  —</w:t>
      </w:r>
    </w:p>
    <w:p w14:paraId="3BEC95D9" w14:textId="77777777" w:rsidR="005A0029" w:rsidRDefault="00F83EB4">
      <w:r>
        <w:t>Monthly intention: Spend these thirty days practicing rediscovering resilience. Notice patterns without condemnation, return to Scripture, and choose one faithful practice at a time.</w:t>
      </w:r>
    </w:p>
    <w:p w14:paraId="7E3D7840" w14:textId="77777777" w:rsidR="005A0029" w:rsidRDefault="00F83EB4">
      <w:pPr>
        <w:pStyle w:val="Heading2"/>
      </w:pPr>
      <w:r>
        <w:t>Monthly Check-In</w:t>
      </w:r>
    </w:p>
    <w:p w14:paraId="173B27F6" w14:textId="77777777" w:rsidR="005A0029" w:rsidRDefault="00F83EB4">
      <w:r>
        <w:t>What feels heaviest as I begin this month?</w:t>
      </w:r>
    </w:p>
    <w:p w14:paraId="5378D3D2" w14:textId="77777777" w:rsidR="005A0029" w:rsidRDefault="00F83EB4">
      <w:pPr>
        <w:spacing w:after="60"/>
      </w:pPr>
      <w:r>
        <w:rPr>
          <w:color w:val="B4B4B4"/>
          <w:sz w:val="16"/>
        </w:rPr>
        <w:t>________________________________________________________</w:t>
      </w:r>
    </w:p>
    <w:p w14:paraId="5D62F5C1" w14:textId="77777777" w:rsidR="005A0029" w:rsidRDefault="00F83EB4">
      <w:pPr>
        <w:spacing w:after="60"/>
      </w:pPr>
      <w:r>
        <w:rPr>
          <w:color w:val="B4B4B4"/>
          <w:sz w:val="16"/>
        </w:rPr>
        <w:t>________________________________________________________</w:t>
      </w:r>
    </w:p>
    <w:p w14:paraId="387ADE7B" w14:textId="77777777" w:rsidR="005A0029" w:rsidRDefault="00F83EB4">
      <w:r>
        <w:t>What kind of peace am I asking God to cultivate in me?</w:t>
      </w:r>
    </w:p>
    <w:p w14:paraId="5CB5E7B4" w14:textId="77777777" w:rsidR="005A0029" w:rsidRDefault="00F83EB4">
      <w:pPr>
        <w:spacing w:after="60"/>
      </w:pPr>
      <w:r>
        <w:rPr>
          <w:color w:val="B4B4B4"/>
          <w:sz w:val="16"/>
        </w:rPr>
        <w:t>________________________________________________________</w:t>
      </w:r>
    </w:p>
    <w:p w14:paraId="4986C81F" w14:textId="77777777" w:rsidR="005A0029" w:rsidRDefault="00F83EB4">
      <w:pPr>
        <w:spacing w:after="60"/>
      </w:pPr>
      <w:r>
        <w:rPr>
          <w:color w:val="B4B4B4"/>
          <w:sz w:val="16"/>
        </w:rPr>
        <w:t>________________________________________________________</w:t>
      </w:r>
    </w:p>
    <w:p w14:paraId="52B81E09" w14:textId="77777777" w:rsidR="005A0029" w:rsidRDefault="00F83EB4">
      <w:r>
        <w:br w:type="page"/>
      </w:r>
    </w:p>
    <w:p w14:paraId="7C6511C3" w14:textId="77777777" w:rsidR="005A0029" w:rsidRDefault="00F83EB4">
      <w:pPr>
        <w:pStyle w:val="Heading2"/>
      </w:pPr>
      <w:r>
        <w:lastRenderedPageBreak/>
        <w:t>DAY 1</w:t>
      </w:r>
    </w:p>
    <w:p w14:paraId="4C676584" w14:textId="77777777" w:rsidR="005A0029" w:rsidRDefault="00F83EB4">
      <w:pPr>
        <w:pStyle w:val="Heading1"/>
      </w:pPr>
      <w:r>
        <w:t>Strength Was Growing Quietly</w:t>
      </w:r>
    </w:p>
    <w:p w14:paraId="35AE6693" w14:textId="77777777" w:rsidR="005A0029" w:rsidRDefault="00F83EB4">
      <w:r>
        <w:rPr>
          <w:b/>
          <w:color w:val="B08D3A"/>
        </w:rPr>
        <w:t xml:space="preserve">ANCHOR SCRIPTURE  </w:t>
      </w:r>
      <w:r>
        <w:t>Isaiah 40:31</w:t>
      </w:r>
    </w:p>
    <w:p w14:paraId="7EA1E546" w14:textId="77777777" w:rsidR="005A0029" w:rsidRDefault="00F83EB4">
      <w:pPr>
        <w:pStyle w:val="Heading2"/>
      </w:pPr>
      <w:r>
        <w:t>Guided Reflection</w:t>
      </w:r>
    </w:p>
    <w:p w14:paraId="23E5A066" w14:textId="77777777" w:rsidR="005A0029" w:rsidRDefault="00F83EB4">
      <w:r>
        <w:t>Today, consider what “strength was growing quietly”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w:t>
      </w:r>
      <w:r>
        <w:t>e when truth is practiced repeatedly, especially when circumstances remain unresolved.</w:t>
      </w:r>
    </w:p>
    <w:p w14:paraId="3B47272C" w14:textId="77777777" w:rsidR="005A0029" w:rsidRDefault="00F83EB4">
      <w:pPr>
        <w:pStyle w:val="Heading2"/>
      </w:pPr>
      <w:r>
        <w:t>Pause &amp; Notice</w:t>
      </w:r>
    </w:p>
    <w:p w14:paraId="33B68CB7" w14:textId="77777777" w:rsidR="005A0029" w:rsidRDefault="00F83EB4">
      <w:r>
        <w:t>What is this theme revealing about my heart, thoughts, relationships, or current circumstances today?</w:t>
      </w:r>
    </w:p>
    <w:p w14:paraId="7D411820" w14:textId="77777777" w:rsidR="005A0029" w:rsidRDefault="00F83EB4">
      <w:pPr>
        <w:pStyle w:val="Heading2"/>
      </w:pPr>
      <w:r>
        <w:t>Peace Practice</w:t>
      </w:r>
    </w:p>
    <w:p w14:paraId="4547870D" w14:textId="77777777" w:rsidR="005A0029" w:rsidRDefault="00F83EB4">
      <w:r>
        <w:t>Sit quietly for three minutes. Name what you feel without judging it. Then write one truth you want to carry into the day.</w:t>
      </w:r>
    </w:p>
    <w:p w14:paraId="6414C846" w14:textId="77777777" w:rsidR="005A0029" w:rsidRDefault="00F83EB4">
      <w:pPr>
        <w:pStyle w:val="Heading2"/>
      </w:pPr>
      <w:r>
        <w:t>My Thoughts &amp; Prayers</w:t>
      </w:r>
    </w:p>
    <w:p w14:paraId="0C541B5F" w14:textId="77777777" w:rsidR="005A0029" w:rsidRDefault="00F83EB4">
      <w:pPr>
        <w:spacing w:after="60"/>
      </w:pPr>
      <w:r>
        <w:rPr>
          <w:color w:val="B4B4B4"/>
          <w:sz w:val="16"/>
        </w:rPr>
        <w:t>________________________________________________________</w:t>
      </w:r>
    </w:p>
    <w:p w14:paraId="11AABB3F" w14:textId="77777777" w:rsidR="005A0029" w:rsidRDefault="00F83EB4">
      <w:pPr>
        <w:spacing w:after="60"/>
      </w:pPr>
      <w:r>
        <w:rPr>
          <w:color w:val="B4B4B4"/>
          <w:sz w:val="16"/>
        </w:rPr>
        <w:t>________________________________________________________</w:t>
      </w:r>
    </w:p>
    <w:p w14:paraId="5DDE080C" w14:textId="77777777" w:rsidR="005A0029" w:rsidRDefault="00F83EB4">
      <w:pPr>
        <w:spacing w:after="60"/>
      </w:pPr>
      <w:r>
        <w:rPr>
          <w:color w:val="B4B4B4"/>
          <w:sz w:val="16"/>
        </w:rPr>
        <w:t>________________________________________________________</w:t>
      </w:r>
    </w:p>
    <w:p w14:paraId="29E79BFD" w14:textId="77777777" w:rsidR="005A0029" w:rsidRDefault="00F83EB4">
      <w:pPr>
        <w:spacing w:after="60"/>
      </w:pPr>
      <w:r>
        <w:rPr>
          <w:color w:val="B4B4B4"/>
          <w:sz w:val="16"/>
        </w:rPr>
        <w:t>________________________________________________________</w:t>
      </w:r>
    </w:p>
    <w:p w14:paraId="3557F467" w14:textId="77777777" w:rsidR="005A0029" w:rsidRDefault="00F83EB4">
      <w:pPr>
        <w:spacing w:after="60"/>
      </w:pPr>
      <w:r>
        <w:rPr>
          <w:color w:val="B4B4B4"/>
          <w:sz w:val="16"/>
        </w:rPr>
        <w:t>________________________________________________________</w:t>
      </w:r>
    </w:p>
    <w:p w14:paraId="0A47F5CD" w14:textId="77777777" w:rsidR="005A0029" w:rsidRDefault="00F83EB4">
      <w:pPr>
        <w:pStyle w:val="Heading2"/>
      </w:pPr>
      <w:r>
        <w:t>Prayer</w:t>
      </w:r>
    </w:p>
    <w:p w14:paraId="05AD7FE9" w14:textId="77777777" w:rsidR="005A0029" w:rsidRDefault="00F83EB4">
      <w:r>
        <w:t>Father, meet me in this practice of strength was growing quietly.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C10B73A" w14:textId="77777777" w:rsidR="005A0029" w:rsidRDefault="00F83EB4">
      <w:r>
        <w:rPr>
          <w:b/>
          <w:color w:val="B08D3A"/>
        </w:rPr>
        <w:lastRenderedPageBreak/>
        <w:t xml:space="preserve">TODAY'S DECLARATION  </w:t>
      </w:r>
      <w:r>
        <w:t>I will meet strength was growing quietly with truth, faith, and practiced peace.</w:t>
      </w:r>
    </w:p>
    <w:p w14:paraId="58522501" w14:textId="77777777" w:rsidR="005A0029" w:rsidRDefault="00F83EB4">
      <w:r>
        <w:br w:type="page"/>
      </w:r>
    </w:p>
    <w:p w14:paraId="626277CB" w14:textId="77777777" w:rsidR="005A0029" w:rsidRDefault="00F83EB4">
      <w:pPr>
        <w:pStyle w:val="Heading2"/>
      </w:pPr>
      <w:r>
        <w:lastRenderedPageBreak/>
        <w:t>DAY 2</w:t>
      </w:r>
    </w:p>
    <w:p w14:paraId="769A9E2E" w14:textId="77777777" w:rsidR="005A0029" w:rsidRDefault="00F83EB4">
      <w:pPr>
        <w:pStyle w:val="Heading1"/>
      </w:pPr>
      <w:r>
        <w:t>Remember What You Survived</w:t>
      </w:r>
    </w:p>
    <w:p w14:paraId="24B33915" w14:textId="77777777" w:rsidR="005A0029" w:rsidRDefault="00F83EB4">
      <w:r>
        <w:rPr>
          <w:b/>
          <w:color w:val="B08D3A"/>
        </w:rPr>
        <w:t xml:space="preserve">ANCHOR SCRIPTURE  </w:t>
      </w:r>
      <w:r>
        <w:t>Psalm 77:11</w:t>
      </w:r>
    </w:p>
    <w:p w14:paraId="0AA1A38A" w14:textId="77777777" w:rsidR="005A0029" w:rsidRDefault="00F83EB4">
      <w:pPr>
        <w:pStyle w:val="Heading2"/>
      </w:pPr>
      <w:r>
        <w:t>Guided Reflection</w:t>
      </w:r>
    </w:p>
    <w:p w14:paraId="760B8E7E" w14:textId="77777777" w:rsidR="005A0029" w:rsidRDefault="00F83EB4">
      <w:r>
        <w:t xml:space="preserve">Today, consider what “remember what you survived”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34665BCE" w14:textId="77777777" w:rsidR="005A0029" w:rsidRDefault="00F83EB4">
      <w:pPr>
        <w:pStyle w:val="Heading2"/>
      </w:pPr>
      <w:r>
        <w:t>Pause &amp; Notice</w:t>
      </w:r>
    </w:p>
    <w:p w14:paraId="55DCB431" w14:textId="77777777" w:rsidR="005A0029" w:rsidRDefault="00F83EB4">
      <w:r>
        <w:t>What is this theme revealing about my heart, thoughts, relationships, or current circumstances today?</w:t>
      </w:r>
    </w:p>
    <w:p w14:paraId="0EF9AB26" w14:textId="77777777" w:rsidR="005A0029" w:rsidRDefault="00F83EB4">
      <w:pPr>
        <w:pStyle w:val="Heading2"/>
      </w:pPr>
      <w:r>
        <w:t>Peace Practice</w:t>
      </w:r>
    </w:p>
    <w:p w14:paraId="1B278123" w14:textId="77777777" w:rsidR="005A0029" w:rsidRDefault="00F83EB4">
      <w:r>
        <w:t>Draw two columns: 'What I can control' and 'What I must release.' Place each concern in the appropriate column and pray over both.</w:t>
      </w:r>
    </w:p>
    <w:p w14:paraId="5591D542" w14:textId="77777777" w:rsidR="005A0029" w:rsidRDefault="00F83EB4">
      <w:pPr>
        <w:pStyle w:val="Heading2"/>
      </w:pPr>
      <w:r>
        <w:t>My Thoughts &amp; Prayers</w:t>
      </w:r>
    </w:p>
    <w:p w14:paraId="56AF31FF" w14:textId="77777777" w:rsidR="005A0029" w:rsidRDefault="00F83EB4">
      <w:pPr>
        <w:spacing w:after="60"/>
      </w:pPr>
      <w:r>
        <w:rPr>
          <w:color w:val="B4B4B4"/>
          <w:sz w:val="16"/>
        </w:rPr>
        <w:t>________________________________________________________</w:t>
      </w:r>
    </w:p>
    <w:p w14:paraId="1A1DE87E" w14:textId="77777777" w:rsidR="005A0029" w:rsidRDefault="00F83EB4">
      <w:pPr>
        <w:spacing w:after="60"/>
      </w:pPr>
      <w:r>
        <w:rPr>
          <w:color w:val="B4B4B4"/>
          <w:sz w:val="16"/>
        </w:rPr>
        <w:t>________________________________________________________</w:t>
      </w:r>
    </w:p>
    <w:p w14:paraId="086CEFFC" w14:textId="77777777" w:rsidR="005A0029" w:rsidRDefault="00F83EB4">
      <w:pPr>
        <w:spacing w:after="60"/>
      </w:pPr>
      <w:r>
        <w:rPr>
          <w:color w:val="B4B4B4"/>
          <w:sz w:val="16"/>
        </w:rPr>
        <w:t>________________________________________________________</w:t>
      </w:r>
    </w:p>
    <w:p w14:paraId="563F5197" w14:textId="77777777" w:rsidR="005A0029" w:rsidRDefault="00F83EB4">
      <w:pPr>
        <w:spacing w:after="60"/>
      </w:pPr>
      <w:r>
        <w:rPr>
          <w:color w:val="B4B4B4"/>
          <w:sz w:val="16"/>
        </w:rPr>
        <w:t>________________________________________________________</w:t>
      </w:r>
    </w:p>
    <w:p w14:paraId="5629ECCA" w14:textId="77777777" w:rsidR="005A0029" w:rsidRDefault="00F83EB4">
      <w:pPr>
        <w:spacing w:after="60"/>
      </w:pPr>
      <w:r>
        <w:rPr>
          <w:color w:val="B4B4B4"/>
          <w:sz w:val="16"/>
        </w:rPr>
        <w:t>________________________________________________________</w:t>
      </w:r>
    </w:p>
    <w:p w14:paraId="216DE08B" w14:textId="77777777" w:rsidR="005A0029" w:rsidRDefault="00F83EB4">
      <w:pPr>
        <w:pStyle w:val="Heading2"/>
      </w:pPr>
      <w:r>
        <w:t>Prayer</w:t>
      </w:r>
    </w:p>
    <w:p w14:paraId="0F4C0233" w14:textId="77777777" w:rsidR="005A0029" w:rsidRDefault="00F83EB4">
      <w:r>
        <w:t>Father, meet me in this practice of remember what you survived.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1FD1FDD" w14:textId="77777777" w:rsidR="005A0029" w:rsidRDefault="00F83EB4">
      <w:r>
        <w:rPr>
          <w:b/>
          <w:color w:val="B08D3A"/>
        </w:rPr>
        <w:lastRenderedPageBreak/>
        <w:t xml:space="preserve">TODAY'S DECLARATION  </w:t>
      </w:r>
      <w:r>
        <w:t>I will meet remember what you survived with truth, faith, and practiced peace.</w:t>
      </w:r>
    </w:p>
    <w:p w14:paraId="16BC4A1D" w14:textId="77777777" w:rsidR="005A0029" w:rsidRDefault="00F83EB4">
      <w:r>
        <w:br w:type="page"/>
      </w:r>
    </w:p>
    <w:p w14:paraId="5073F282" w14:textId="77777777" w:rsidR="005A0029" w:rsidRDefault="00F83EB4">
      <w:pPr>
        <w:pStyle w:val="Heading2"/>
      </w:pPr>
      <w:r>
        <w:lastRenderedPageBreak/>
        <w:t>DAY 3</w:t>
      </w:r>
    </w:p>
    <w:p w14:paraId="0B2B3301" w14:textId="77777777" w:rsidR="005A0029" w:rsidRDefault="00F83EB4">
      <w:pPr>
        <w:pStyle w:val="Heading1"/>
      </w:pPr>
      <w:r>
        <w:t>Grace in Weakness</w:t>
      </w:r>
    </w:p>
    <w:p w14:paraId="135075AC" w14:textId="77777777" w:rsidR="005A0029" w:rsidRDefault="00F83EB4">
      <w:r>
        <w:rPr>
          <w:b/>
          <w:color w:val="B08D3A"/>
        </w:rPr>
        <w:t xml:space="preserve">ANCHOR SCRIPTURE  </w:t>
      </w:r>
      <w:r>
        <w:t>2 Corinthians 12:9</w:t>
      </w:r>
    </w:p>
    <w:p w14:paraId="10BF05D4" w14:textId="77777777" w:rsidR="005A0029" w:rsidRDefault="00F83EB4">
      <w:pPr>
        <w:pStyle w:val="Heading2"/>
      </w:pPr>
      <w:r>
        <w:t>Guided Reflection</w:t>
      </w:r>
    </w:p>
    <w:p w14:paraId="0B4F4E4A" w14:textId="77777777" w:rsidR="005A0029" w:rsidRDefault="00F83EB4">
      <w:r>
        <w:t>Today, consider what “grace in weakness”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when trut</w:t>
      </w:r>
      <w:r>
        <w:t>h is practiced repeatedly, especially when circumstances remain unresolved.</w:t>
      </w:r>
    </w:p>
    <w:p w14:paraId="7C7B302A" w14:textId="77777777" w:rsidR="005A0029" w:rsidRDefault="00F83EB4">
      <w:pPr>
        <w:pStyle w:val="Heading2"/>
      </w:pPr>
      <w:r>
        <w:t>Pause &amp; Notice</w:t>
      </w:r>
    </w:p>
    <w:p w14:paraId="1CF3BFCF" w14:textId="77777777" w:rsidR="005A0029" w:rsidRDefault="00F83EB4">
      <w:r>
        <w:t>What is this theme revealing about my heart, thoughts, relationships, or current circumstances today?</w:t>
      </w:r>
    </w:p>
    <w:p w14:paraId="4E12281D" w14:textId="77777777" w:rsidR="005A0029" w:rsidRDefault="00F83EB4">
      <w:pPr>
        <w:pStyle w:val="Heading2"/>
      </w:pPr>
      <w:r>
        <w:t>Peace Practice</w:t>
      </w:r>
    </w:p>
    <w:p w14:paraId="2999B80E" w14:textId="77777777" w:rsidR="005A0029" w:rsidRDefault="00F83EB4">
      <w:r>
        <w:t>Take five slow breaths. With each inhale, receive God's presence; with each exhale, release one pressure you have been carrying.</w:t>
      </w:r>
    </w:p>
    <w:p w14:paraId="0936AA8F" w14:textId="77777777" w:rsidR="005A0029" w:rsidRDefault="00F83EB4">
      <w:pPr>
        <w:pStyle w:val="Heading2"/>
      </w:pPr>
      <w:r>
        <w:t>My Thoughts &amp; Prayers</w:t>
      </w:r>
    </w:p>
    <w:p w14:paraId="1139EFA4" w14:textId="77777777" w:rsidR="005A0029" w:rsidRDefault="00F83EB4">
      <w:pPr>
        <w:spacing w:after="60"/>
      </w:pPr>
      <w:r>
        <w:rPr>
          <w:color w:val="B4B4B4"/>
          <w:sz w:val="16"/>
        </w:rPr>
        <w:t>________________________________________________________</w:t>
      </w:r>
    </w:p>
    <w:p w14:paraId="76AB2930" w14:textId="77777777" w:rsidR="005A0029" w:rsidRDefault="00F83EB4">
      <w:pPr>
        <w:spacing w:after="60"/>
      </w:pPr>
      <w:r>
        <w:rPr>
          <w:color w:val="B4B4B4"/>
          <w:sz w:val="16"/>
        </w:rPr>
        <w:t>________________________________________________________</w:t>
      </w:r>
    </w:p>
    <w:p w14:paraId="1F5802A3" w14:textId="77777777" w:rsidR="005A0029" w:rsidRDefault="00F83EB4">
      <w:pPr>
        <w:spacing w:after="60"/>
      </w:pPr>
      <w:r>
        <w:rPr>
          <w:color w:val="B4B4B4"/>
          <w:sz w:val="16"/>
        </w:rPr>
        <w:t>________________________________________________________</w:t>
      </w:r>
    </w:p>
    <w:p w14:paraId="0E69E5C9" w14:textId="77777777" w:rsidR="005A0029" w:rsidRDefault="00F83EB4">
      <w:pPr>
        <w:spacing w:after="60"/>
      </w:pPr>
      <w:r>
        <w:rPr>
          <w:color w:val="B4B4B4"/>
          <w:sz w:val="16"/>
        </w:rPr>
        <w:t>________________________________________________________</w:t>
      </w:r>
    </w:p>
    <w:p w14:paraId="0FA0F6D6" w14:textId="77777777" w:rsidR="005A0029" w:rsidRDefault="00F83EB4">
      <w:pPr>
        <w:spacing w:after="60"/>
      </w:pPr>
      <w:r>
        <w:rPr>
          <w:color w:val="B4B4B4"/>
          <w:sz w:val="16"/>
        </w:rPr>
        <w:t>________________________________________________________</w:t>
      </w:r>
    </w:p>
    <w:p w14:paraId="2D2A26AB" w14:textId="77777777" w:rsidR="005A0029" w:rsidRDefault="00F83EB4">
      <w:pPr>
        <w:pStyle w:val="Heading2"/>
      </w:pPr>
      <w:r>
        <w:t>Prayer</w:t>
      </w:r>
    </w:p>
    <w:p w14:paraId="451A2711" w14:textId="77777777" w:rsidR="005A0029" w:rsidRDefault="00F83EB4">
      <w:r>
        <w:t>Father, meet me in this practice of grace in weakness.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75992D1" w14:textId="77777777" w:rsidR="005A0029" w:rsidRDefault="00F83EB4">
      <w:r>
        <w:rPr>
          <w:b/>
          <w:color w:val="B08D3A"/>
        </w:rPr>
        <w:lastRenderedPageBreak/>
        <w:t xml:space="preserve">TODAY'S DECLARATION  </w:t>
      </w:r>
      <w:r>
        <w:t>I will meet grace in weakness with truth, faith, and practiced peace.</w:t>
      </w:r>
    </w:p>
    <w:p w14:paraId="62621505" w14:textId="77777777" w:rsidR="005A0029" w:rsidRDefault="00F83EB4">
      <w:r>
        <w:br w:type="page"/>
      </w:r>
    </w:p>
    <w:p w14:paraId="67CD4A63" w14:textId="77777777" w:rsidR="005A0029" w:rsidRDefault="00F83EB4">
      <w:pPr>
        <w:pStyle w:val="Heading2"/>
      </w:pPr>
      <w:r>
        <w:lastRenderedPageBreak/>
        <w:t>DAY 4</w:t>
      </w:r>
    </w:p>
    <w:p w14:paraId="49ABB58B" w14:textId="77777777" w:rsidR="005A0029" w:rsidRDefault="00F83EB4">
      <w:pPr>
        <w:pStyle w:val="Heading1"/>
      </w:pPr>
      <w:r>
        <w:t>Courage Is Not the Absence of Fear</w:t>
      </w:r>
    </w:p>
    <w:p w14:paraId="5B607FD1" w14:textId="77777777" w:rsidR="005A0029" w:rsidRDefault="00F83EB4">
      <w:r>
        <w:rPr>
          <w:b/>
          <w:color w:val="B08D3A"/>
        </w:rPr>
        <w:t xml:space="preserve">ANCHOR SCRIPTURE  </w:t>
      </w:r>
      <w:r>
        <w:t>Joshua 1:9</w:t>
      </w:r>
    </w:p>
    <w:p w14:paraId="20146B77" w14:textId="77777777" w:rsidR="005A0029" w:rsidRDefault="00F83EB4">
      <w:pPr>
        <w:pStyle w:val="Heading2"/>
      </w:pPr>
      <w:r>
        <w:t>Guided Reflection</w:t>
      </w:r>
    </w:p>
    <w:p w14:paraId="4A6B7558" w14:textId="77777777" w:rsidR="005A0029" w:rsidRDefault="00F83EB4">
      <w:r>
        <w:t xml:space="preserve">Today, consider what “courage is not the absence of fear”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w:t>
      </w:r>
      <w:r>
        <w:t>durable when truth is practiced repeatedly, especially when circumstances remain unresolved.</w:t>
      </w:r>
    </w:p>
    <w:p w14:paraId="178184E4" w14:textId="77777777" w:rsidR="005A0029" w:rsidRDefault="00F83EB4">
      <w:pPr>
        <w:pStyle w:val="Heading2"/>
      </w:pPr>
      <w:r>
        <w:t>Pause &amp; Notice</w:t>
      </w:r>
    </w:p>
    <w:p w14:paraId="5ED3E316" w14:textId="77777777" w:rsidR="005A0029" w:rsidRDefault="00F83EB4">
      <w:r>
        <w:t>What is this theme revealing about my heart, thoughts, relationships, or current circumstances today?</w:t>
      </w:r>
    </w:p>
    <w:p w14:paraId="01BBAF0B" w14:textId="77777777" w:rsidR="005A0029" w:rsidRDefault="00F83EB4">
      <w:pPr>
        <w:pStyle w:val="Heading2"/>
      </w:pPr>
      <w:r>
        <w:t>Peace Practice</w:t>
      </w:r>
    </w:p>
    <w:p w14:paraId="1836E9A1" w14:textId="77777777" w:rsidR="005A0029" w:rsidRDefault="00F83EB4">
      <w:r>
        <w:t>Write one recurring fearful thought. Under it, write a Scripture-shaped response that is more truthful and life-giving.</w:t>
      </w:r>
    </w:p>
    <w:p w14:paraId="0DAD748D" w14:textId="77777777" w:rsidR="005A0029" w:rsidRDefault="00F83EB4">
      <w:pPr>
        <w:pStyle w:val="Heading2"/>
      </w:pPr>
      <w:r>
        <w:t>My Thoughts &amp; Prayers</w:t>
      </w:r>
    </w:p>
    <w:p w14:paraId="525CEC09" w14:textId="77777777" w:rsidR="005A0029" w:rsidRDefault="00F83EB4">
      <w:pPr>
        <w:spacing w:after="60"/>
      </w:pPr>
      <w:r>
        <w:rPr>
          <w:color w:val="B4B4B4"/>
          <w:sz w:val="16"/>
        </w:rPr>
        <w:t>________________________________________________________</w:t>
      </w:r>
    </w:p>
    <w:p w14:paraId="51D7F28E" w14:textId="77777777" w:rsidR="005A0029" w:rsidRDefault="00F83EB4">
      <w:pPr>
        <w:spacing w:after="60"/>
      </w:pPr>
      <w:r>
        <w:rPr>
          <w:color w:val="B4B4B4"/>
          <w:sz w:val="16"/>
        </w:rPr>
        <w:t>________________________________________________________</w:t>
      </w:r>
    </w:p>
    <w:p w14:paraId="648110E5" w14:textId="77777777" w:rsidR="005A0029" w:rsidRDefault="00F83EB4">
      <w:pPr>
        <w:spacing w:after="60"/>
      </w:pPr>
      <w:r>
        <w:rPr>
          <w:color w:val="B4B4B4"/>
          <w:sz w:val="16"/>
        </w:rPr>
        <w:t>________________________________________________________</w:t>
      </w:r>
    </w:p>
    <w:p w14:paraId="4671FCD4" w14:textId="77777777" w:rsidR="005A0029" w:rsidRDefault="00F83EB4">
      <w:pPr>
        <w:spacing w:after="60"/>
      </w:pPr>
      <w:r>
        <w:rPr>
          <w:color w:val="B4B4B4"/>
          <w:sz w:val="16"/>
        </w:rPr>
        <w:t>________________________________________________________</w:t>
      </w:r>
    </w:p>
    <w:p w14:paraId="1DFD307A" w14:textId="77777777" w:rsidR="005A0029" w:rsidRDefault="00F83EB4">
      <w:pPr>
        <w:spacing w:after="60"/>
      </w:pPr>
      <w:r>
        <w:rPr>
          <w:color w:val="B4B4B4"/>
          <w:sz w:val="16"/>
        </w:rPr>
        <w:t>________________________________________________________</w:t>
      </w:r>
    </w:p>
    <w:p w14:paraId="15397B89" w14:textId="77777777" w:rsidR="005A0029" w:rsidRDefault="00F83EB4">
      <w:pPr>
        <w:pStyle w:val="Heading2"/>
      </w:pPr>
      <w:r>
        <w:t>Prayer</w:t>
      </w:r>
    </w:p>
    <w:p w14:paraId="5944E79F" w14:textId="77777777" w:rsidR="005A0029" w:rsidRDefault="00F83EB4">
      <w:r>
        <w:t>Father, meet me in this practice of courage is not the absence of fear.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376A916" w14:textId="77777777" w:rsidR="005A0029" w:rsidRDefault="00F83EB4">
      <w:r>
        <w:rPr>
          <w:b/>
          <w:color w:val="B08D3A"/>
        </w:rPr>
        <w:lastRenderedPageBreak/>
        <w:t xml:space="preserve">TODAY'S DECLARATION  </w:t>
      </w:r>
      <w:r>
        <w:t>I will meet courage is not the absence of fear with truth, faith, and practiced peace.</w:t>
      </w:r>
    </w:p>
    <w:p w14:paraId="3A41812B" w14:textId="77777777" w:rsidR="005A0029" w:rsidRDefault="00F83EB4">
      <w:r>
        <w:br w:type="page"/>
      </w:r>
    </w:p>
    <w:p w14:paraId="7E050FBB" w14:textId="77777777" w:rsidR="005A0029" w:rsidRDefault="00F83EB4">
      <w:pPr>
        <w:pStyle w:val="Heading2"/>
      </w:pPr>
      <w:r>
        <w:lastRenderedPageBreak/>
        <w:t>DAY 5</w:t>
      </w:r>
    </w:p>
    <w:p w14:paraId="23397338" w14:textId="77777777" w:rsidR="005A0029" w:rsidRDefault="00F83EB4">
      <w:pPr>
        <w:pStyle w:val="Heading1"/>
      </w:pPr>
      <w:r>
        <w:t>The Strength to Keep Showing Up</w:t>
      </w:r>
    </w:p>
    <w:p w14:paraId="6E05EF9A" w14:textId="77777777" w:rsidR="005A0029" w:rsidRDefault="00F83EB4">
      <w:r>
        <w:rPr>
          <w:b/>
          <w:color w:val="B08D3A"/>
        </w:rPr>
        <w:t xml:space="preserve">ANCHOR SCRIPTURE  </w:t>
      </w:r>
      <w:r>
        <w:t>Galatians 6:9</w:t>
      </w:r>
    </w:p>
    <w:p w14:paraId="74C5D2FD" w14:textId="77777777" w:rsidR="005A0029" w:rsidRDefault="00F83EB4">
      <w:pPr>
        <w:pStyle w:val="Heading2"/>
      </w:pPr>
      <w:r>
        <w:t>Guided Reflection</w:t>
      </w:r>
    </w:p>
    <w:p w14:paraId="643C316A" w14:textId="77777777" w:rsidR="005A0029" w:rsidRDefault="00F83EB4">
      <w:r>
        <w:t>Today, consider what “the strength to keep showing up”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w:t>
      </w:r>
      <w:r>
        <w:t>able when truth is practiced repeatedly, especially when circumstances remain unresolved.</w:t>
      </w:r>
    </w:p>
    <w:p w14:paraId="744092EF" w14:textId="77777777" w:rsidR="005A0029" w:rsidRDefault="00F83EB4">
      <w:pPr>
        <w:pStyle w:val="Heading2"/>
      </w:pPr>
      <w:r>
        <w:t>Pause &amp; Notice</w:t>
      </w:r>
    </w:p>
    <w:p w14:paraId="6C51DC73" w14:textId="77777777" w:rsidR="005A0029" w:rsidRDefault="00F83EB4">
      <w:r>
        <w:t>What is this theme revealing about my heart, thoughts, relationships, or current circumstances today?</w:t>
      </w:r>
    </w:p>
    <w:p w14:paraId="1B830AE9" w14:textId="77777777" w:rsidR="005A0029" w:rsidRDefault="00F83EB4">
      <w:pPr>
        <w:pStyle w:val="Heading2"/>
      </w:pPr>
      <w:r>
        <w:t>Peace Practice</w:t>
      </w:r>
    </w:p>
    <w:p w14:paraId="0D464C1D" w14:textId="77777777" w:rsidR="005A0029" w:rsidRDefault="00F83EB4">
      <w:r>
        <w:t>Identify one small action that would create greater peace today. Make it specific enough to complete before the day ends.</w:t>
      </w:r>
    </w:p>
    <w:p w14:paraId="5CE2A23D" w14:textId="77777777" w:rsidR="005A0029" w:rsidRDefault="00F83EB4">
      <w:pPr>
        <w:pStyle w:val="Heading2"/>
      </w:pPr>
      <w:r>
        <w:t>My Thoughts &amp; Prayers</w:t>
      </w:r>
    </w:p>
    <w:p w14:paraId="7D76F6B7" w14:textId="77777777" w:rsidR="005A0029" w:rsidRDefault="00F83EB4">
      <w:pPr>
        <w:spacing w:after="60"/>
      </w:pPr>
      <w:r>
        <w:rPr>
          <w:color w:val="B4B4B4"/>
          <w:sz w:val="16"/>
        </w:rPr>
        <w:t>________________________________________________________</w:t>
      </w:r>
    </w:p>
    <w:p w14:paraId="57E3D4A6" w14:textId="77777777" w:rsidR="005A0029" w:rsidRDefault="00F83EB4">
      <w:pPr>
        <w:spacing w:after="60"/>
      </w:pPr>
      <w:r>
        <w:rPr>
          <w:color w:val="B4B4B4"/>
          <w:sz w:val="16"/>
        </w:rPr>
        <w:t>________________________________________________________</w:t>
      </w:r>
    </w:p>
    <w:p w14:paraId="5A61BC0B" w14:textId="77777777" w:rsidR="005A0029" w:rsidRDefault="00F83EB4">
      <w:pPr>
        <w:spacing w:after="60"/>
      </w:pPr>
      <w:r>
        <w:rPr>
          <w:color w:val="B4B4B4"/>
          <w:sz w:val="16"/>
        </w:rPr>
        <w:t>________________________________________________________</w:t>
      </w:r>
    </w:p>
    <w:p w14:paraId="7277E6BB" w14:textId="77777777" w:rsidR="005A0029" w:rsidRDefault="00F83EB4">
      <w:pPr>
        <w:spacing w:after="60"/>
      </w:pPr>
      <w:r>
        <w:rPr>
          <w:color w:val="B4B4B4"/>
          <w:sz w:val="16"/>
        </w:rPr>
        <w:t>________________________________________________________</w:t>
      </w:r>
    </w:p>
    <w:p w14:paraId="7CDB93FC" w14:textId="77777777" w:rsidR="005A0029" w:rsidRDefault="00F83EB4">
      <w:pPr>
        <w:spacing w:after="60"/>
      </w:pPr>
      <w:r>
        <w:rPr>
          <w:color w:val="B4B4B4"/>
          <w:sz w:val="16"/>
        </w:rPr>
        <w:t>________________________________________________________</w:t>
      </w:r>
    </w:p>
    <w:p w14:paraId="0EC914B9" w14:textId="77777777" w:rsidR="005A0029" w:rsidRDefault="00F83EB4">
      <w:pPr>
        <w:pStyle w:val="Heading2"/>
      </w:pPr>
      <w:r>
        <w:t>Prayer</w:t>
      </w:r>
    </w:p>
    <w:p w14:paraId="532CBF85" w14:textId="77777777" w:rsidR="005A0029" w:rsidRDefault="00F83EB4">
      <w:r>
        <w:t>Father, meet me in this practice of the strength to keep showing up.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6BC21A3" w14:textId="77777777" w:rsidR="005A0029" w:rsidRDefault="00F83EB4">
      <w:r>
        <w:rPr>
          <w:b/>
          <w:color w:val="B08D3A"/>
        </w:rPr>
        <w:lastRenderedPageBreak/>
        <w:t xml:space="preserve">TODAY'S DECLARATION  </w:t>
      </w:r>
      <w:r>
        <w:t>I will meet the strength to keep showing up with truth, faith, and practiced peace.</w:t>
      </w:r>
    </w:p>
    <w:p w14:paraId="2A635FA1" w14:textId="77777777" w:rsidR="005A0029" w:rsidRDefault="00F83EB4">
      <w:r>
        <w:br w:type="page"/>
      </w:r>
    </w:p>
    <w:p w14:paraId="41586F3E" w14:textId="77777777" w:rsidR="005A0029" w:rsidRDefault="00F83EB4">
      <w:pPr>
        <w:pStyle w:val="Heading2"/>
      </w:pPr>
      <w:r>
        <w:lastRenderedPageBreak/>
        <w:t>DAY 6</w:t>
      </w:r>
    </w:p>
    <w:p w14:paraId="78B0697F" w14:textId="77777777" w:rsidR="005A0029" w:rsidRDefault="00F83EB4">
      <w:pPr>
        <w:pStyle w:val="Heading1"/>
      </w:pPr>
      <w:r>
        <w:t>Resilience Has Scars</w:t>
      </w:r>
    </w:p>
    <w:p w14:paraId="22CC3462" w14:textId="77777777" w:rsidR="005A0029" w:rsidRDefault="00F83EB4">
      <w:r>
        <w:rPr>
          <w:b/>
          <w:color w:val="B08D3A"/>
        </w:rPr>
        <w:t xml:space="preserve">ANCHOR SCRIPTURE  </w:t>
      </w:r>
      <w:r>
        <w:t>2 Corinthians 4:8-9</w:t>
      </w:r>
    </w:p>
    <w:p w14:paraId="0F026833" w14:textId="77777777" w:rsidR="005A0029" w:rsidRDefault="00F83EB4">
      <w:pPr>
        <w:pStyle w:val="Heading2"/>
      </w:pPr>
      <w:r>
        <w:t>Guided Reflection</w:t>
      </w:r>
    </w:p>
    <w:p w14:paraId="6A6422C6" w14:textId="77777777" w:rsidR="005A0029" w:rsidRDefault="00F83EB4">
      <w:r>
        <w:t>Today, consider what “resilience has scars”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when t</w:t>
      </w:r>
      <w:r>
        <w:t>ruth is practiced repeatedly, especially when circumstances remain unresolved.</w:t>
      </w:r>
    </w:p>
    <w:p w14:paraId="1E96F341" w14:textId="77777777" w:rsidR="005A0029" w:rsidRDefault="00F83EB4">
      <w:pPr>
        <w:pStyle w:val="Heading2"/>
      </w:pPr>
      <w:r>
        <w:t>Pause &amp; Notice</w:t>
      </w:r>
    </w:p>
    <w:p w14:paraId="1FFEB89E" w14:textId="77777777" w:rsidR="005A0029" w:rsidRDefault="00F83EB4">
      <w:r>
        <w:t>What is this theme revealing about my heart, thoughts, relationships, or current circumstances today?</w:t>
      </w:r>
    </w:p>
    <w:p w14:paraId="09FD3B20" w14:textId="77777777" w:rsidR="005A0029" w:rsidRDefault="00F83EB4">
      <w:pPr>
        <w:pStyle w:val="Heading2"/>
      </w:pPr>
      <w:r>
        <w:t>Peace Practice</w:t>
      </w:r>
    </w:p>
    <w:p w14:paraId="52D1F72B" w14:textId="77777777" w:rsidR="005A0029" w:rsidRDefault="00F83EB4">
      <w:r>
        <w:t>Reach out to one trusted, mature person. Share one thing you have been carrying silently and allow yourself to receive support.</w:t>
      </w:r>
    </w:p>
    <w:p w14:paraId="5C03FD78" w14:textId="77777777" w:rsidR="005A0029" w:rsidRDefault="00F83EB4">
      <w:pPr>
        <w:pStyle w:val="Heading2"/>
      </w:pPr>
      <w:r>
        <w:t>My Thoughts &amp; Prayers</w:t>
      </w:r>
    </w:p>
    <w:p w14:paraId="201FBE0F" w14:textId="77777777" w:rsidR="005A0029" w:rsidRDefault="00F83EB4">
      <w:pPr>
        <w:spacing w:after="60"/>
      </w:pPr>
      <w:r>
        <w:rPr>
          <w:color w:val="B4B4B4"/>
          <w:sz w:val="16"/>
        </w:rPr>
        <w:t>________________________________________________________</w:t>
      </w:r>
    </w:p>
    <w:p w14:paraId="7CCB1AA4" w14:textId="77777777" w:rsidR="005A0029" w:rsidRDefault="00F83EB4">
      <w:pPr>
        <w:spacing w:after="60"/>
      </w:pPr>
      <w:r>
        <w:rPr>
          <w:color w:val="B4B4B4"/>
          <w:sz w:val="16"/>
        </w:rPr>
        <w:t>________________________________________________________</w:t>
      </w:r>
    </w:p>
    <w:p w14:paraId="16C9F393" w14:textId="77777777" w:rsidR="005A0029" w:rsidRDefault="00F83EB4">
      <w:pPr>
        <w:spacing w:after="60"/>
      </w:pPr>
      <w:r>
        <w:rPr>
          <w:color w:val="B4B4B4"/>
          <w:sz w:val="16"/>
        </w:rPr>
        <w:t>________________________________________________________</w:t>
      </w:r>
    </w:p>
    <w:p w14:paraId="5C921AC1" w14:textId="77777777" w:rsidR="005A0029" w:rsidRDefault="00F83EB4">
      <w:pPr>
        <w:spacing w:after="60"/>
      </w:pPr>
      <w:r>
        <w:rPr>
          <w:color w:val="B4B4B4"/>
          <w:sz w:val="16"/>
        </w:rPr>
        <w:t>________________________________________________________</w:t>
      </w:r>
    </w:p>
    <w:p w14:paraId="6C193B79" w14:textId="77777777" w:rsidR="005A0029" w:rsidRDefault="00F83EB4">
      <w:pPr>
        <w:spacing w:after="60"/>
      </w:pPr>
      <w:r>
        <w:rPr>
          <w:color w:val="B4B4B4"/>
          <w:sz w:val="16"/>
        </w:rPr>
        <w:t>________________________________________________________</w:t>
      </w:r>
    </w:p>
    <w:p w14:paraId="1F0B773D" w14:textId="77777777" w:rsidR="005A0029" w:rsidRDefault="00F83EB4">
      <w:pPr>
        <w:pStyle w:val="Heading2"/>
      </w:pPr>
      <w:r>
        <w:t>Prayer</w:t>
      </w:r>
    </w:p>
    <w:p w14:paraId="15EA1064" w14:textId="77777777" w:rsidR="005A0029" w:rsidRDefault="00F83EB4">
      <w:r>
        <w:t>Father, meet me in this practice of resilience has scars.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F838CC4" w14:textId="77777777" w:rsidR="005A0029" w:rsidRDefault="00F83EB4">
      <w:r>
        <w:rPr>
          <w:b/>
          <w:color w:val="B08D3A"/>
        </w:rPr>
        <w:lastRenderedPageBreak/>
        <w:t xml:space="preserve">TODAY'S DECLARATION  </w:t>
      </w:r>
      <w:r>
        <w:t>I will meet resilience has scars with truth, faith, and practiced peace.</w:t>
      </w:r>
    </w:p>
    <w:p w14:paraId="04BC1D23" w14:textId="77777777" w:rsidR="005A0029" w:rsidRDefault="00F83EB4">
      <w:r>
        <w:br w:type="page"/>
      </w:r>
    </w:p>
    <w:p w14:paraId="3FB68AB3" w14:textId="77777777" w:rsidR="005A0029" w:rsidRDefault="00F83EB4">
      <w:pPr>
        <w:pStyle w:val="Heading2"/>
      </w:pPr>
      <w:r>
        <w:lastRenderedPageBreak/>
        <w:t>DAY 7</w:t>
      </w:r>
    </w:p>
    <w:p w14:paraId="58F3DDB3" w14:textId="77777777" w:rsidR="005A0029" w:rsidRDefault="00F83EB4">
      <w:pPr>
        <w:pStyle w:val="Heading1"/>
      </w:pPr>
      <w:r>
        <w:t>What Pressure Reveals</w:t>
      </w:r>
    </w:p>
    <w:p w14:paraId="1E8D12B7" w14:textId="77777777" w:rsidR="005A0029" w:rsidRDefault="00F83EB4">
      <w:r>
        <w:rPr>
          <w:b/>
          <w:color w:val="B08D3A"/>
        </w:rPr>
        <w:t xml:space="preserve">ANCHOR SCRIPTURE  </w:t>
      </w:r>
      <w:r>
        <w:t>James 1:3</w:t>
      </w:r>
    </w:p>
    <w:p w14:paraId="2513C588" w14:textId="77777777" w:rsidR="005A0029" w:rsidRDefault="00F83EB4">
      <w:pPr>
        <w:pStyle w:val="Heading2"/>
      </w:pPr>
      <w:r>
        <w:t>Guided Reflection</w:t>
      </w:r>
    </w:p>
    <w:p w14:paraId="028DBE17" w14:textId="77777777" w:rsidR="005A0029" w:rsidRDefault="00F83EB4">
      <w:r>
        <w:t xml:space="preserve">Today, consider what “what pressure reveals”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12C21701" w14:textId="77777777" w:rsidR="005A0029" w:rsidRDefault="00F83EB4">
      <w:pPr>
        <w:pStyle w:val="Heading2"/>
      </w:pPr>
      <w:r>
        <w:t>Pause &amp; Notice</w:t>
      </w:r>
    </w:p>
    <w:p w14:paraId="3AF94002" w14:textId="77777777" w:rsidR="005A0029" w:rsidRDefault="00F83EB4">
      <w:r>
        <w:t>What is this theme revealing about my heart, thoughts, relationships, or current circumstances today?</w:t>
      </w:r>
    </w:p>
    <w:p w14:paraId="07195184" w14:textId="77777777" w:rsidR="005A0029" w:rsidRDefault="00F83EB4">
      <w:pPr>
        <w:pStyle w:val="Heading2"/>
      </w:pPr>
      <w:r>
        <w:t>Peace Practice</w:t>
      </w:r>
    </w:p>
    <w:p w14:paraId="7158DEAF" w14:textId="77777777" w:rsidR="005A0029" w:rsidRDefault="00F83EB4">
      <w:r>
        <w:t>Practice a ten-minute quiet period without your phone. Notice what surfaces, then bring it honestly into prayer.</w:t>
      </w:r>
    </w:p>
    <w:p w14:paraId="7963E671" w14:textId="77777777" w:rsidR="005A0029" w:rsidRDefault="00F83EB4">
      <w:pPr>
        <w:pStyle w:val="Heading2"/>
      </w:pPr>
      <w:r>
        <w:t>My Thoughts &amp; Prayers</w:t>
      </w:r>
    </w:p>
    <w:p w14:paraId="088C7B75" w14:textId="77777777" w:rsidR="005A0029" w:rsidRDefault="00F83EB4">
      <w:pPr>
        <w:spacing w:after="60"/>
      </w:pPr>
      <w:r>
        <w:rPr>
          <w:color w:val="B4B4B4"/>
          <w:sz w:val="16"/>
        </w:rPr>
        <w:t>________________________________________________________</w:t>
      </w:r>
    </w:p>
    <w:p w14:paraId="1068FB78" w14:textId="77777777" w:rsidR="005A0029" w:rsidRDefault="00F83EB4">
      <w:pPr>
        <w:spacing w:after="60"/>
      </w:pPr>
      <w:r>
        <w:rPr>
          <w:color w:val="B4B4B4"/>
          <w:sz w:val="16"/>
        </w:rPr>
        <w:t>________________________________________________________</w:t>
      </w:r>
    </w:p>
    <w:p w14:paraId="2683D468" w14:textId="77777777" w:rsidR="005A0029" w:rsidRDefault="00F83EB4">
      <w:pPr>
        <w:spacing w:after="60"/>
      </w:pPr>
      <w:r>
        <w:rPr>
          <w:color w:val="B4B4B4"/>
          <w:sz w:val="16"/>
        </w:rPr>
        <w:t>________________________________________________________</w:t>
      </w:r>
    </w:p>
    <w:p w14:paraId="2A785AE5" w14:textId="77777777" w:rsidR="005A0029" w:rsidRDefault="00F83EB4">
      <w:pPr>
        <w:spacing w:after="60"/>
      </w:pPr>
      <w:r>
        <w:rPr>
          <w:color w:val="B4B4B4"/>
          <w:sz w:val="16"/>
        </w:rPr>
        <w:t>________________________________________________________</w:t>
      </w:r>
    </w:p>
    <w:p w14:paraId="6643D71C" w14:textId="77777777" w:rsidR="005A0029" w:rsidRDefault="00F83EB4">
      <w:pPr>
        <w:spacing w:after="60"/>
      </w:pPr>
      <w:r>
        <w:rPr>
          <w:color w:val="B4B4B4"/>
          <w:sz w:val="16"/>
        </w:rPr>
        <w:t>________________________________________________________</w:t>
      </w:r>
    </w:p>
    <w:p w14:paraId="53A037CB" w14:textId="77777777" w:rsidR="005A0029" w:rsidRDefault="00F83EB4">
      <w:pPr>
        <w:pStyle w:val="Heading2"/>
      </w:pPr>
      <w:r>
        <w:t>Prayer</w:t>
      </w:r>
    </w:p>
    <w:p w14:paraId="448952CB" w14:textId="77777777" w:rsidR="005A0029" w:rsidRDefault="00F83EB4">
      <w:r>
        <w:t>Father, meet me in this practice of what pressure reveals.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33A0CBC" w14:textId="77777777" w:rsidR="005A0029" w:rsidRDefault="00F83EB4">
      <w:r>
        <w:rPr>
          <w:b/>
          <w:color w:val="B08D3A"/>
        </w:rPr>
        <w:lastRenderedPageBreak/>
        <w:t xml:space="preserve">TODAY'S DECLARATION  </w:t>
      </w:r>
      <w:r>
        <w:t>I will meet what pressure reveals with truth, faith, and practiced peace.</w:t>
      </w:r>
    </w:p>
    <w:p w14:paraId="45078414" w14:textId="77777777" w:rsidR="005A0029" w:rsidRDefault="00F83EB4">
      <w:r>
        <w:br w:type="page"/>
      </w:r>
    </w:p>
    <w:p w14:paraId="4C62CFCD" w14:textId="77777777" w:rsidR="005A0029" w:rsidRDefault="00F83EB4">
      <w:pPr>
        <w:pStyle w:val="Heading2"/>
      </w:pPr>
      <w:r>
        <w:lastRenderedPageBreak/>
        <w:t>DAY 8</w:t>
      </w:r>
    </w:p>
    <w:p w14:paraId="05CAD1D4" w14:textId="77777777" w:rsidR="005A0029" w:rsidRDefault="00F83EB4">
      <w:pPr>
        <w:pStyle w:val="Heading1"/>
      </w:pPr>
      <w:r>
        <w:t>You Have Done Hard Things</w:t>
      </w:r>
    </w:p>
    <w:p w14:paraId="50E06A23" w14:textId="77777777" w:rsidR="005A0029" w:rsidRDefault="00F83EB4">
      <w:r>
        <w:rPr>
          <w:b/>
          <w:color w:val="B08D3A"/>
        </w:rPr>
        <w:t xml:space="preserve">ANCHOR SCRIPTURE  </w:t>
      </w:r>
      <w:r>
        <w:t>Philippians 4:13</w:t>
      </w:r>
    </w:p>
    <w:p w14:paraId="4C549C6D" w14:textId="77777777" w:rsidR="005A0029" w:rsidRDefault="00F83EB4">
      <w:pPr>
        <w:pStyle w:val="Heading2"/>
      </w:pPr>
      <w:r>
        <w:t>Guided Reflection</w:t>
      </w:r>
    </w:p>
    <w:p w14:paraId="6501E806" w14:textId="77777777" w:rsidR="005A0029" w:rsidRDefault="00F83EB4">
      <w:r>
        <w:t>Today, consider what “you have done hard things”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w:t>
      </w:r>
      <w:r>
        <w:t>hen truth is practiced repeatedly, especially when circumstances remain unresolved.</w:t>
      </w:r>
    </w:p>
    <w:p w14:paraId="152F13A3" w14:textId="77777777" w:rsidR="005A0029" w:rsidRDefault="00F83EB4">
      <w:pPr>
        <w:pStyle w:val="Heading2"/>
      </w:pPr>
      <w:r>
        <w:t>Pause &amp; Notice</w:t>
      </w:r>
    </w:p>
    <w:p w14:paraId="4A110571" w14:textId="77777777" w:rsidR="005A0029" w:rsidRDefault="00F83EB4">
      <w:r>
        <w:t>What is this theme revealing about my heart, thoughts, relationships, or current circumstances today?</w:t>
      </w:r>
    </w:p>
    <w:p w14:paraId="0A0AA6DB" w14:textId="77777777" w:rsidR="005A0029" w:rsidRDefault="00F83EB4">
      <w:pPr>
        <w:pStyle w:val="Heading2"/>
      </w:pPr>
      <w:r>
        <w:t>Peace Practice</w:t>
      </w:r>
    </w:p>
    <w:p w14:paraId="55AFDB20" w14:textId="77777777" w:rsidR="005A0029" w:rsidRDefault="00F83EB4">
      <w:r>
        <w:t>Sit quietly for three minutes. Name what you feel without judging it. Then write one truth you want to carry into the day.</w:t>
      </w:r>
    </w:p>
    <w:p w14:paraId="567643F9" w14:textId="77777777" w:rsidR="005A0029" w:rsidRDefault="00F83EB4">
      <w:pPr>
        <w:pStyle w:val="Heading2"/>
      </w:pPr>
      <w:r>
        <w:t>My Thoughts &amp; Prayers</w:t>
      </w:r>
    </w:p>
    <w:p w14:paraId="121A9023" w14:textId="77777777" w:rsidR="005A0029" w:rsidRDefault="00F83EB4">
      <w:pPr>
        <w:spacing w:after="60"/>
      </w:pPr>
      <w:r>
        <w:rPr>
          <w:color w:val="B4B4B4"/>
          <w:sz w:val="16"/>
        </w:rPr>
        <w:t>________________________________________________________</w:t>
      </w:r>
    </w:p>
    <w:p w14:paraId="201838AD" w14:textId="77777777" w:rsidR="005A0029" w:rsidRDefault="00F83EB4">
      <w:pPr>
        <w:spacing w:after="60"/>
      </w:pPr>
      <w:r>
        <w:rPr>
          <w:color w:val="B4B4B4"/>
          <w:sz w:val="16"/>
        </w:rPr>
        <w:t>________________________________________________________</w:t>
      </w:r>
    </w:p>
    <w:p w14:paraId="5C4313E5" w14:textId="77777777" w:rsidR="005A0029" w:rsidRDefault="00F83EB4">
      <w:pPr>
        <w:spacing w:after="60"/>
      </w:pPr>
      <w:r>
        <w:rPr>
          <w:color w:val="B4B4B4"/>
          <w:sz w:val="16"/>
        </w:rPr>
        <w:t>________________________________________________________</w:t>
      </w:r>
    </w:p>
    <w:p w14:paraId="145F2A3C" w14:textId="77777777" w:rsidR="005A0029" w:rsidRDefault="00F83EB4">
      <w:pPr>
        <w:spacing w:after="60"/>
      </w:pPr>
      <w:r>
        <w:rPr>
          <w:color w:val="B4B4B4"/>
          <w:sz w:val="16"/>
        </w:rPr>
        <w:t>________________________________________________________</w:t>
      </w:r>
    </w:p>
    <w:p w14:paraId="21E404CF" w14:textId="77777777" w:rsidR="005A0029" w:rsidRDefault="00F83EB4">
      <w:pPr>
        <w:spacing w:after="60"/>
      </w:pPr>
      <w:r>
        <w:rPr>
          <w:color w:val="B4B4B4"/>
          <w:sz w:val="16"/>
        </w:rPr>
        <w:t>________________________________________________________</w:t>
      </w:r>
    </w:p>
    <w:p w14:paraId="439937D7" w14:textId="77777777" w:rsidR="005A0029" w:rsidRDefault="00F83EB4">
      <w:pPr>
        <w:pStyle w:val="Heading2"/>
      </w:pPr>
      <w:r>
        <w:t>Prayer</w:t>
      </w:r>
    </w:p>
    <w:p w14:paraId="6800073F" w14:textId="77777777" w:rsidR="005A0029" w:rsidRDefault="00F83EB4">
      <w:r>
        <w:t>Father, meet me in this practice of you have done hard things.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422FB6A" w14:textId="77777777" w:rsidR="005A0029" w:rsidRDefault="00F83EB4">
      <w:r>
        <w:rPr>
          <w:b/>
          <w:color w:val="B08D3A"/>
        </w:rPr>
        <w:lastRenderedPageBreak/>
        <w:t xml:space="preserve">TODAY'S DECLARATION  </w:t>
      </w:r>
      <w:r>
        <w:t>I will meet you have done hard things with truth, faith, and practiced peace.</w:t>
      </w:r>
    </w:p>
    <w:p w14:paraId="2D13F131" w14:textId="77777777" w:rsidR="005A0029" w:rsidRDefault="00F83EB4">
      <w:r>
        <w:br w:type="page"/>
      </w:r>
    </w:p>
    <w:p w14:paraId="7118BCEA" w14:textId="77777777" w:rsidR="005A0029" w:rsidRDefault="00F83EB4">
      <w:pPr>
        <w:pStyle w:val="Heading2"/>
      </w:pPr>
      <w:r>
        <w:lastRenderedPageBreak/>
        <w:t>DAY 9</w:t>
      </w:r>
    </w:p>
    <w:p w14:paraId="5D144E39" w14:textId="77777777" w:rsidR="005A0029" w:rsidRDefault="00F83EB4">
      <w:pPr>
        <w:pStyle w:val="Heading1"/>
      </w:pPr>
      <w:r>
        <w:t>Strength and Vulnerability</w:t>
      </w:r>
    </w:p>
    <w:p w14:paraId="6F09CC3A" w14:textId="77777777" w:rsidR="005A0029" w:rsidRDefault="00F83EB4">
      <w:r>
        <w:rPr>
          <w:b/>
          <w:color w:val="B08D3A"/>
        </w:rPr>
        <w:t xml:space="preserve">ANCHOR SCRIPTURE  </w:t>
      </w:r>
      <w:r>
        <w:t>2 Corinthians 12:10</w:t>
      </w:r>
    </w:p>
    <w:p w14:paraId="65ECC002" w14:textId="77777777" w:rsidR="005A0029" w:rsidRDefault="00F83EB4">
      <w:pPr>
        <w:pStyle w:val="Heading2"/>
      </w:pPr>
      <w:r>
        <w:t>Guided Reflection</w:t>
      </w:r>
    </w:p>
    <w:p w14:paraId="468EFF24" w14:textId="77777777" w:rsidR="005A0029" w:rsidRDefault="00F83EB4">
      <w:r>
        <w:t xml:space="preserve">Today, consider what “strength and vulnerability”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76DEEFED" w14:textId="77777777" w:rsidR="005A0029" w:rsidRDefault="00F83EB4">
      <w:pPr>
        <w:pStyle w:val="Heading2"/>
      </w:pPr>
      <w:r>
        <w:t>Pause &amp; Notice</w:t>
      </w:r>
    </w:p>
    <w:p w14:paraId="61A74DDB" w14:textId="77777777" w:rsidR="005A0029" w:rsidRDefault="00F83EB4">
      <w:r>
        <w:t>What is this theme revealing about my heart, thoughts, relationships, or current circumstances today?</w:t>
      </w:r>
    </w:p>
    <w:p w14:paraId="6A62C703" w14:textId="77777777" w:rsidR="005A0029" w:rsidRDefault="00F83EB4">
      <w:pPr>
        <w:pStyle w:val="Heading2"/>
      </w:pPr>
      <w:r>
        <w:t>Peace Practice</w:t>
      </w:r>
    </w:p>
    <w:p w14:paraId="6A79B2FA" w14:textId="77777777" w:rsidR="005A0029" w:rsidRDefault="00F83EB4">
      <w:r>
        <w:t>Draw two columns: 'What I can control' and 'What I must release.' Place each concern in the appropriate column and pray over both.</w:t>
      </w:r>
    </w:p>
    <w:p w14:paraId="59D40872" w14:textId="77777777" w:rsidR="005A0029" w:rsidRDefault="00F83EB4">
      <w:pPr>
        <w:pStyle w:val="Heading2"/>
      </w:pPr>
      <w:r>
        <w:t>My Thoughts &amp; Prayers</w:t>
      </w:r>
    </w:p>
    <w:p w14:paraId="3654DF45" w14:textId="77777777" w:rsidR="005A0029" w:rsidRDefault="00F83EB4">
      <w:pPr>
        <w:spacing w:after="60"/>
      </w:pPr>
      <w:r>
        <w:rPr>
          <w:color w:val="B4B4B4"/>
          <w:sz w:val="16"/>
        </w:rPr>
        <w:t>________________________________________________________</w:t>
      </w:r>
    </w:p>
    <w:p w14:paraId="71063C72" w14:textId="77777777" w:rsidR="005A0029" w:rsidRDefault="00F83EB4">
      <w:pPr>
        <w:spacing w:after="60"/>
      </w:pPr>
      <w:r>
        <w:rPr>
          <w:color w:val="B4B4B4"/>
          <w:sz w:val="16"/>
        </w:rPr>
        <w:t>________________________________________________________</w:t>
      </w:r>
    </w:p>
    <w:p w14:paraId="1749CE36" w14:textId="77777777" w:rsidR="005A0029" w:rsidRDefault="00F83EB4">
      <w:pPr>
        <w:spacing w:after="60"/>
      </w:pPr>
      <w:r>
        <w:rPr>
          <w:color w:val="B4B4B4"/>
          <w:sz w:val="16"/>
        </w:rPr>
        <w:t>________________________________________________________</w:t>
      </w:r>
    </w:p>
    <w:p w14:paraId="0578BD92" w14:textId="77777777" w:rsidR="005A0029" w:rsidRDefault="00F83EB4">
      <w:pPr>
        <w:spacing w:after="60"/>
      </w:pPr>
      <w:r>
        <w:rPr>
          <w:color w:val="B4B4B4"/>
          <w:sz w:val="16"/>
        </w:rPr>
        <w:t>________________________________________________________</w:t>
      </w:r>
    </w:p>
    <w:p w14:paraId="040D3640" w14:textId="77777777" w:rsidR="005A0029" w:rsidRDefault="00F83EB4">
      <w:pPr>
        <w:spacing w:after="60"/>
      </w:pPr>
      <w:r>
        <w:rPr>
          <w:color w:val="B4B4B4"/>
          <w:sz w:val="16"/>
        </w:rPr>
        <w:t>________________________________________________________</w:t>
      </w:r>
    </w:p>
    <w:p w14:paraId="09E6EF2C" w14:textId="77777777" w:rsidR="005A0029" w:rsidRDefault="00F83EB4">
      <w:pPr>
        <w:pStyle w:val="Heading2"/>
      </w:pPr>
      <w:r>
        <w:t>Prayer</w:t>
      </w:r>
    </w:p>
    <w:p w14:paraId="7B722E1E" w14:textId="77777777" w:rsidR="005A0029" w:rsidRDefault="00F83EB4">
      <w:r>
        <w:t>Father, meet me in this practice of strength and vulnerability.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6602B82" w14:textId="77777777" w:rsidR="005A0029" w:rsidRDefault="00F83EB4">
      <w:r>
        <w:rPr>
          <w:b/>
          <w:color w:val="B08D3A"/>
        </w:rPr>
        <w:lastRenderedPageBreak/>
        <w:t xml:space="preserve">TODAY'S DECLARATION  </w:t>
      </w:r>
      <w:r>
        <w:t>I will meet strength and vulnerability with truth, faith, and practiced peace.</w:t>
      </w:r>
    </w:p>
    <w:p w14:paraId="127208C0" w14:textId="77777777" w:rsidR="005A0029" w:rsidRDefault="00F83EB4">
      <w:r>
        <w:br w:type="page"/>
      </w:r>
    </w:p>
    <w:p w14:paraId="3BC65E27" w14:textId="77777777" w:rsidR="005A0029" w:rsidRDefault="00F83EB4">
      <w:pPr>
        <w:pStyle w:val="Heading2"/>
      </w:pPr>
      <w:r>
        <w:lastRenderedPageBreak/>
        <w:t>DAY 10</w:t>
      </w:r>
    </w:p>
    <w:p w14:paraId="4416E50B" w14:textId="77777777" w:rsidR="005A0029" w:rsidRDefault="00F83EB4">
      <w:pPr>
        <w:pStyle w:val="Heading1"/>
      </w:pPr>
      <w:r>
        <w:t>The Courage to Ask</w:t>
      </w:r>
    </w:p>
    <w:p w14:paraId="3D5DBFE5" w14:textId="77777777" w:rsidR="005A0029" w:rsidRDefault="00F83EB4">
      <w:r>
        <w:rPr>
          <w:b/>
          <w:color w:val="B08D3A"/>
        </w:rPr>
        <w:t xml:space="preserve">ANCHOR SCRIPTURE  </w:t>
      </w:r>
      <w:r>
        <w:t>Ecclesiastes 4:9-10</w:t>
      </w:r>
    </w:p>
    <w:p w14:paraId="5097996B" w14:textId="77777777" w:rsidR="005A0029" w:rsidRDefault="00F83EB4">
      <w:pPr>
        <w:pStyle w:val="Heading2"/>
      </w:pPr>
      <w:r>
        <w:t>Guided Reflection</w:t>
      </w:r>
    </w:p>
    <w:p w14:paraId="62E586EB" w14:textId="77777777" w:rsidR="005A0029" w:rsidRDefault="00F83EB4">
      <w:r>
        <w:t>Today, consider what “the courage to ask”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1A75D88A" w14:textId="77777777" w:rsidR="005A0029" w:rsidRDefault="00F83EB4">
      <w:pPr>
        <w:pStyle w:val="Heading2"/>
      </w:pPr>
      <w:r>
        <w:t>Pause &amp; Notice</w:t>
      </w:r>
    </w:p>
    <w:p w14:paraId="3600E094" w14:textId="77777777" w:rsidR="005A0029" w:rsidRDefault="00F83EB4">
      <w:r>
        <w:t>What is this theme revealing about my heart, thoughts, relationships, or current circumstances today?</w:t>
      </w:r>
    </w:p>
    <w:p w14:paraId="5AB45B51" w14:textId="77777777" w:rsidR="005A0029" w:rsidRDefault="00F83EB4">
      <w:pPr>
        <w:pStyle w:val="Heading2"/>
      </w:pPr>
      <w:r>
        <w:t>Peace Practice</w:t>
      </w:r>
    </w:p>
    <w:p w14:paraId="54200C30" w14:textId="77777777" w:rsidR="005A0029" w:rsidRDefault="00F83EB4">
      <w:r>
        <w:t>Take five slow breaths. With each inhale, receive God's presence; with each exhale, release one pressure you have been carrying.</w:t>
      </w:r>
    </w:p>
    <w:p w14:paraId="6C807E80" w14:textId="77777777" w:rsidR="005A0029" w:rsidRDefault="00F83EB4">
      <w:pPr>
        <w:pStyle w:val="Heading2"/>
      </w:pPr>
      <w:r>
        <w:t>My Thoughts &amp; Prayers</w:t>
      </w:r>
    </w:p>
    <w:p w14:paraId="1881F860" w14:textId="77777777" w:rsidR="005A0029" w:rsidRDefault="00F83EB4">
      <w:pPr>
        <w:spacing w:after="60"/>
      </w:pPr>
      <w:r>
        <w:rPr>
          <w:color w:val="B4B4B4"/>
          <w:sz w:val="16"/>
        </w:rPr>
        <w:t>________________________________________________________</w:t>
      </w:r>
    </w:p>
    <w:p w14:paraId="4D2248BA" w14:textId="77777777" w:rsidR="005A0029" w:rsidRDefault="00F83EB4">
      <w:pPr>
        <w:spacing w:after="60"/>
      </w:pPr>
      <w:r>
        <w:rPr>
          <w:color w:val="B4B4B4"/>
          <w:sz w:val="16"/>
        </w:rPr>
        <w:t>________________________________________________________</w:t>
      </w:r>
    </w:p>
    <w:p w14:paraId="374CD6D8" w14:textId="77777777" w:rsidR="005A0029" w:rsidRDefault="00F83EB4">
      <w:pPr>
        <w:spacing w:after="60"/>
      </w:pPr>
      <w:r>
        <w:rPr>
          <w:color w:val="B4B4B4"/>
          <w:sz w:val="16"/>
        </w:rPr>
        <w:t>________________________________________________________</w:t>
      </w:r>
    </w:p>
    <w:p w14:paraId="19DAFD0E" w14:textId="77777777" w:rsidR="005A0029" w:rsidRDefault="00F83EB4">
      <w:pPr>
        <w:spacing w:after="60"/>
      </w:pPr>
      <w:r>
        <w:rPr>
          <w:color w:val="B4B4B4"/>
          <w:sz w:val="16"/>
        </w:rPr>
        <w:t>________________________________________________________</w:t>
      </w:r>
    </w:p>
    <w:p w14:paraId="012ABABC" w14:textId="77777777" w:rsidR="005A0029" w:rsidRDefault="00F83EB4">
      <w:pPr>
        <w:spacing w:after="60"/>
      </w:pPr>
      <w:r>
        <w:rPr>
          <w:color w:val="B4B4B4"/>
          <w:sz w:val="16"/>
        </w:rPr>
        <w:t>________________________________________________________</w:t>
      </w:r>
    </w:p>
    <w:p w14:paraId="5F4A7E0F" w14:textId="77777777" w:rsidR="005A0029" w:rsidRDefault="00F83EB4">
      <w:pPr>
        <w:pStyle w:val="Heading2"/>
      </w:pPr>
      <w:r>
        <w:t>Prayer</w:t>
      </w:r>
    </w:p>
    <w:p w14:paraId="47D2F565" w14:textId="77777777" w:rsidR="005A0029" w:rsidRDefault="00F83EB4">
      <w:r>
        <w:t>Father, meet me in this practice of the courage to ask.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31CF0DF" w14:textId="77777777" w:rsidR="005A0029" w:rsidRDefault="00F83EB4">
      <w:r>
        <w:rPr>
          <w:b/>
          <w:color w:val="B08D3A"/>
        </w:rPr>
        <w:lastRenderedPageBreak/>
        <w:t xml:space="preserve">TODAY'S DECLARATION  </w:t>
      </w:r>
      <w:r>
        <w:t>I will meet the courage to ask with truth, faith, and practiced peace.</w:t>
      </w:r>
    </w:p>
    <w:p w14:paraId="085151F0" w14:textId="77777777" w:rsidR="005A0029" w:rsidRDefault="00F83EB4">
      <w:r>
        <w:br w:type="page"/>
      </w:r>
    </w:p>
    <w:p w14:paraId="32C11D23" w14:textId="77777777" w:rsidR="005A0029" w:rsidRDefault="00F83EB4">
      <w:pPr>
        <w:pStyle w:val="Heading2"/>
      </w:pPr>
      <w:r>
        <w:lastRenderedPageBreak/>
        <w:t>DAY 11</w:t>
      </w:r>
    </w:p>
    <w:p w14:paraId="358793FC" w14:textId="77777777" w:rsidR="005A0029" w:rsidRDefault="00F83EB4">
      <w:pPr>
        <w:pStyle w:val="Heading1"/>
      </w:pPr>
      <w:r>
        <w:t>Endurance Builds Character</w:t>
      </w:r>
    </w:p>
    <w:p w14:paraId="2D44F1B1" w14:textId="77777777" w:rsidR="005A0029" w:rsidRDefault="00F83EB4">
      <w:r>
        <w:rPr>
          <w:b/>
          <w:color w:val="B08D3A"/>
        </w:rPr>
        <w:t xml:space="preserve">ANCHOR SCRIPTURE  </w:t>
      </w:r>
      <w:r>
        <w:t>Romans 5:3-5</w:t>
      </w:r>
    </w:p>
    <w:p w14:paraId="48F8EBDE" w14:textId="77777777" w:rsidR="005A0029" w:rsidRDefault="00F83EB4">
      <w:pPr>
        <w:pStyle w:val="Heading2"/>
      </w:pPr>
      <w:r>
        <w:t>Guided Reflection</w:t>
      </w:r>
    </w:p>
    <w:p w14:paraId="107D71F4" w14:textId="77777777" w:rsidR="005A0029" w:rsidRDefault="00F83EB4">
      <w:r>
        <w:t xml:space="preserve">Today, consider what “endurance builds character”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37894A00" w14:textId="77777777" w:rsidR="005A0029" w:rsidRDefault="00F83EB4">
      <w:pPr>
        <w:pStyle w:val="Heading2"/>
      </w:pPr>
      <w:r>
        <w:t>Pause &amp; Notice</w:t>
      </w:r>
    </w:p>
    <w:p w14:paraId="28E8A9DC" w14:textId="77777777" w:rsidR="005A0029" w:rsidRDefault="00F83EB4">
      <w:r>
        <w:t>What is this theme revealing about my heart, thoughts, relationships, or current circumstances today?</w:t>
      </w:r>
    </w:p>
    <w:p w14:paraId="00C917D2" w14:textId="77777777" w:rsidR="005A0029" w:rsidRDefault="00F83EB4">
      <w:pPr>
        <w:pStyle w:val="Heading2"/>
      </w:pPr>
      <w:r>
        <w:t>Peace Practice</w:t>
      </w:r>
    </w:p>
    <w:p w14:paraId="3DA37DEC" w14:textId="77777777" w:rsidR="005A0029" w:rsidRDefault="00F83EB4">
      <w:r>
        <w:t>Write one recurring fearful thought. Under it, write a Scripture-shaped response that is more truthful and life-giving.</w:t>
      </w:r>
    </w:p>
    <w:p w14:paraId="4422AE23" w14:textId="77777777" w:rsidR="005A0029" w:rsidRDefault="00F83EB4">
      <w:pPr>
        <w:pStyle w:val="Heading2"/>
      </w:pPr>
      <w:r>
        <w:t>My Thoughts &amp; Prayers</w:t>
      </w:r>
    </w:p>
    <w:p w14:paraId="017F4D22" w14:textId="77777777" w:rsidR="005A0029" w:rsidRDefault="00F83EB4">
      <w:pPr>
        <w:spacing w:after="60"/>
      </w:pPr>
      <w:r>
        <w:rPr>
          <w:color w:val="B4B4B4"/>
          <w:sz w:val="16"/>
        </w:rPr>
        <w:t>________________________________________________________</w:t>
      </w:r>
    </w:p>
    <w:p w14:paraId="0BBED1B8" w14:textId="77777777" w:rsidR="005A0029" w:rsidRDefault="00F83EB4">
      <w:pPr>
        <w:spacing w:after="60"/>
      </w:pPr>
      <w:r>
        <w:rPr>
          <w:color w:val="B4B4B4"/>
          <w:sz w:val="16"/>
        </w:rPr>
        <w:t>________________________________________________________</w:t>
      </w:r>
    </w:p>
    <w:p w14:paraId="32803472" w14:textId="77777777" w:rsidR="005A0029" w:rsidRDefault="00F83EB4">
      <w:pPr>
        <w:spacing w:after="60"/>
      </w:pPr>
      <w:r>
        <w:rPr>
          <w:color w:val="B4B4B4"/>
          <w:sz w:val="16"/>
        </w:rPr>
        <w:t>________________________________________________________</w:t>
      </w:r>
    </w:p>
    <w:p w14:paraId="7B68CC05" w14:textId="77777777" w:rsidR="005A0029" w:rsidRDefault="00F83EB4">
      <w:pPr>
        <w:spacing w:after="60"/>
      </w:pPr>
      <w:r>
        <w:rPr>
          <w:color w:val="B4B4B4"/>
          <w:sz w:val="16"/>
        </w:rPr>
        <w:t>________________________________________________________</w:t>
      </w:r>
    </w:p>
    <w:p w14:paraId="7E67D2C3" w14:textId="77777777" w:rsidR="005A0029" w:rsidRDefault="00F83EB4">
      <w:pPr>
        <w:spacing w:after="60"/>
      </w:pPr>
      <w:r>
        <w:rPr>
          <w:color w:val="B4B4B4"/>
          <w:sz w:val="16"/>
        </w:rPr>
        <w:t>________________________________________________________</w:t>
      </w:r>
    </w:p>
    <w:p w14:paraId="700D7D7F" w14:textId="77777777" w:rsidR="005A0029" w:rsidRDefault="00F83EB4">
      <w:pPr>
        <w:pStyle w:val="Heading2"/>
      </w:pPr>
      <w:r>
        <w:t>Prayer</w:t>
      </w:r>
    </w:p>
    <w:p w14:paraId="50945850" w14:textId="77777777" w:rsidR="005A0029" w:rsidRDefault="00F83EB4">
      <w:r>
        <w:t>Father, meet me in this practice of endurance builds character.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60CD38C" w14:textId="77777777" w:rsidR="005A0029" w:rsidRDefault="00F83EB4">
      <w:r>
        <w:rPr>
          <w:b/>
          <w:color w:val="B08D3A"/>
        </w:rPr>
        <w:lastRenderedPageBreak/>
        <w:t xml:space="preserve">TODAY'S DECLARATION  </w:t>
      </w:r>
      <w:r>
        <w:t>I will meet endurance builds character with truth, faith, and practiced peace.</w:t>
      </w:r>
    </w:p>
    <w:p w14:paraId="151C7D93" w14:textId="77777777" w:rsidR="005A0029" w:rsidRDefault="00F83EB4">
      <w:r>
        <w:br w:type="page"/>
      </w:r>
    </w:p>
    <w:p w14:paraId="010A3078" w14:textId="77777777" w:rsidR="005A0029" w:rsidRDefault="00F83EB4">
      <w:pPr>
        <w:pStyle w:val="Heading2"/>
      </w:pPr>
      <w:r>
        <w:lastRenderedPageBreak/>
        <w:t>DAY 12</w:t>
      </w:r>
    </w:p>
    <w:p w14:paraId="7EF22AAE" w14:textId="77777777" w:rsidR="005A0029" w:rsidRDefault="00F83EB4">
      <w:pPr>
        <w:pStyle w:val="Heading1"/>
      </w:pPr>
      <w:r>
        <w:t>Strength for Fathers</w:t>
      </w:r>
    </w:p>
    <w:p w14:paraId="2B5C532B" w14:textId="77777777" w:rsidR="005A0029" w:rsidRDefault="00F83EB4">
      <w:r>
        <w:rPr>
          <w:b/>
          <w:color w:val="B08D3A"/>
        </w:rPr>
        <w:t xml:space="preserve">ANCHOR SCRIPTURE  </w:t>
      </w:r>
      <w:r>
        <w:t>Joshua 24:15</w:t>
      </w:r>
    </w:p>
    <w:p w14:paraId="0FEF64AD" w14:textId="77777777" w:rsidR="005A0029" w:rsidRDefault="00F83EB4">
      <w:pPr>
        <w:pStyle w:val="Heading2"/>
      </w:pPr>
      <w:r>
        <w:t>Guided Reflection</w:t>
      </w:r>
    </w:p>
    <w:p w14:paraId="6DF60255" w14:textId="77777777" w:rsidR="005A0029" w:rsidRDefault="00F83EB4">
      <w:r>
        <w:t>Today, consider what “strength for fathers”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when t</w:t>
      </w:r>
      <w:r>
        <w:t>ruth is practiced repeatedly, especially when circumstances remain unresolved.</w:t>
      </w:r>
    </w:p>
    <w:p w14:paraId="11C46DA5" w14:textId="77777777" w:rsidR="005A0029" w:rsidRDefault="00F83EB4">
      <w:pPr>
        <w:pStyle w:val="Heading2"/>
      </w:pPr>
      <w:r>
        <w:t>Pause &amp; Notice</w:t>
      </w:r>
    </w:p>
    <w:p w14:paraId="37AF02AC" w14:textId="77777777" w:rsidR="005A0029" w:rsidRDefault="00F83EB4">
      <w:r>
        <w:t>What is this theme revealing about my heart, thoughts, relationships, or current circumstances today?</w:t>
      </w:r>
    </w:p>
    <w:p w14:paraId="50064F02" w14:textId="77777777" w:rsidR="005A0029" w:rsidRDefault="00F83EB4">
      <w:pPr>
        <w:pStyle w:val="Heading2"/>
      </w:pPr>
      <w:r>
        <w:t>Peace Practice</w:t>
      </w:r>
    </w:p>
    <w:p w14:paraId="1D11E75B" w14:textId="77777777" w:rsidR="005A0029" w:rsidRDefault="00F83EB4">
      <w:r>
        <w:t>Identify one small action that would create greater peace today. Make it specific enough to complete before the day ends.</w:t>
      </w:r>
    </w:p>
    <w:p w14:paraId="52E5498D" w14:textId="77777777" w:rsidR="005A0029" w:rsidRDefault="00F83EB4">
      <w:pPr>
        <w:pStyle w:val="Heading2"/>
      </w:pPr>
      <w:r>
        <w:t>My Thoughts &amp; Prayers</w:t>
      </w:r>
    </w:p>
    <w:p w14:paraId="4143889B" w14:textId="77777777" w:rsidR="005A0029" w:rsidRDefault="00F83EB4">
      <w:pPr>
        <w:spacing w:after="60"/>
      </w:pPr>
      <w:r>
        <w:rPr>
          <w:color w:val="B4B4B4"/>
          <w:sz w:val="16"/>
        </w:rPr>
        <w:t>________________________________________________________</w:t>
      </w:r>
    </w:p>
    <w:p w14:paraId="56DC68BD" w14:textId="77777777" w:rsidR="005A0029" w:rsidRDefault="00F83EB4">
      <w:pPr>
        <w:spacing w:after="60"/>
      </w:pPr>
      <w:r>
        <w:rPr>
          <w:color w:val="B4B4B4"/>
          <w:sz w:val="16"/>
        </w:rPr>
        <w:t>________________________________________________________</w:t>
      </w:r>
    </w:p>
    <w:p w14:paraId="60AB10F8" w14:textId="77777777" w:rsidR="005A0029" w:rsidRDefault="00F83EB4">
      <w:pPr>
        <w:spacing w:after="60"/>
      </w:pPr>
      <w:r>
        <w:rPr>
          <w:color w:val="B4B4B4"/>
          <w:sz w:val="16"/>
        </w:rPr>
        <w:t>________________________________________________________</w:t>
      </w:r>
    </w:p>
    <w:p w14:paraId="1DB6F308" w14:textId="77777777" w:rsidR="005A0029" w:rsidRDefault="00F83EB4">
      <w:pPr>
        <w:spacing w:after="60"/>
      </w:pPr>
      <w:r>
        <w:rPr>
          <w:color w:val="B4B4B4"/>
          <w:sz w:val="16"/>
        </w:rPr>
        <w:t>________________________________________________________</w:t>
      </w:r>
    </w:p>
    <w:p w14:paraId="0E9633D4" w14:textId="77777777" w:rsidR="005A0029" w:rsidRDefault="00F83EB4">
      <w:pPr>
        <w:spacing w:after="60"/>
      </w:pPr>
      <w:r>
        <w:rPr>
          <w:color w:val="B4B4B4"/>
          <w:sz w:val="16"/>
        </w:rPr>
        <w:t>________________________________________________________</w:t>
      </w:r>
    </w:p>
    <w:p w14:paraId="334F0F27" w14:textId="77777777" w:rsidR="005A0029" w:rsidRDefault="00F83EB4">
      <w:pPr>
        <w:pStyle w:val="Heading2"/>
      </w:pPr>
      <w:r>
        <w:t>Prayer</w:t>
      </w:r>
    </w:p>
    <w:p w14:paraId="7B051B6A" w14:textId="77777777" w:rsidR="005A0029" w:rsidRDefault="00F83EB4">
      <w:r>
        <w:t>Father, meet me in this practice of strength for fathers.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DF99FF5" w14:textId="77777777" w:rsidR="005A0029" w:rsidRDefault="00F83EB4">
      <w:r>
        <w:rPr>
          <w:b/>
          <w:color w:val="B08D3A"/>
        </w:rPr>
        <w:lastRenderedPageBreak/>
        <w:t xml:space="preserve">TODAY'S DECLARATION  </w:t>
      </w:r>
      <w:r>
        <w:t>I will meet strength for fathers with truth, faith, and practiced peace.</w:t>
      </w:r>
    </w:p>
    <w:p w14:paraId="3C7A2397" w14:textId="77777777" w:rsidR="005A0029" w:rsidRDefault="00F83EB4">
      <w:r>
        <w:br w:type="page"/>
      </w:r>
    </w:p>
    <w:p w14:paraId="34B42A6D" w14:textId="77777777" w:rsidR="005A0029" w:rsidRDefault="00F83EB4">
      <w:pPr>
        <w:pStyle w:val="Heading2"/>
      </w:pPr>
      <w:r>
        <w:lastRenderedPageBreak/>
        <w:t>DAY 13</w:t>
      </w:r>
    </w:p>
    <w:p w14:paraId="7ECC77E1" w14:textId="77777777" w:rsidR="005A0029" w:rsidRDefault="00F83EB4">
      <w:pPr>
        <w:pStyle w:val="Heading1"/>
      </w:pPr>
      <w:r>
        <w:t>Leading While Hurting</w:t>
      </w:r>
    </w:p>
    <w:p w14:paraId="051FDC3E" w14:textId="77777777" w:rsidR="005A0029" w:rsidRDefault="00F83EB4">
      <w:r>
        <w:rPr>
          <w:b/>
          <w:color w:val="B08D3A"/>
        </w:rPr>
        <w:t xml:space="preserve">ANCHOR SCRIPTURE  </w:t>
      </w:r>
      <w:r>
        <w:t>Psalm 112:7</w:t>
      </w:r>
    </w:p>
    <w:p w14:paraId="3250E069" w14:textId="77777777" w:rsidR="005A0029" w:rsidRDefault="00F83EB4">
      <w:pPr>
        <w:pStyle w:val="Heading2"/>
      </w:pPr>
      <w:r>
        <w:t>Guided Reflection</w:t>
      </w:r>
    </w:p>
    <w:p w14:paraId="63BDE439" w14:textId="77777777" w:rsidR="005A0029" w:rsidRDefault="00F83EB4">
      <w:r>
        <w:t xml:space="preserve">Today, consider what “leading while hurting”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06E954DF" w14:textId="77777777" w:rsidR="005A0029" w:rsidRDefault="00F83EB4">
      <w:pPr>
        <w:pStyle w:val="Heading2"/>
      </w:pPr>
      <w:r>
        <w:t>Pause &amp; Notice</w:t>
      </w:r>
    </w:p>
    <w:p w14:paraId="4069B3A5" w14:textId="77777777" w:rsidR="005A0029" w:rsidRDefault="00F83EB4">
      <w:r>
        <w:t>What is this theme revealing about my heart, thoughts, relationships, or current circumstances today?</w:t>
      </w:r>
    </w:p>
    <w:p w14:paraId="321DA978" w14:textId="77777777" w:rsidR="005A0029" w:rsidRDefault="00F83EB4">
      <w:pPr>
        <w:pStyle w:val="Heading2"/>
      </w:pPr>
      <w:r>
        <w:t>Peace Practice</w:t>
      </w:r>
    </w:p>
    <w:p w14:paraId="36FB22FB" w14:textId="77777777" w:rsidR="005A0029" w:rsidRDefault="00F83EB4">
      <w:r>
        <w:t>Reach out to one trusted, mature person. Share one thing you have been carrying silently and allow yourself to receive support.</w:t>
      </w:r>
    </w:p>
    <w:p w14:paraId="5B79CE79" w14:textId="77777777" w:rsidR="005A0029" w:rsidRDefault="00F83EB4">
      <w:pPr>
        <w:pStyle w:val="Heading2"/>
      </w:pPr>
      <w:r>
        <w:t>My Thoughts &amp; Prayers</w:t>
      </w:r>
    </w:p>
    <w:p w14:paraId="6AF2E93F" w14:textId="77777777" w:rsidR="005A0029" w:rsidRDefault="00F83EB4">
      <w:pPr>
        <w:spacing w:after="60"/>
      </w:pPr>
      <w:r>
        <w:rPr>
          <w:color w:val="B4B4B4"/>
          <w:sz w:val="16"/>
        </w:rPr>
        <w:t>________________________________________________________</w:t>
      </w:r>
    </w:p>
    <w:p w14:paraId="03EB084E" w14:textId="77777777" w:rsidR="005A0029" w:rsidRDefault="00F83EB4">
      <w:pPr>
        <w:spacing w:after="60"/>
      </w:pPr>
      <w:r>
        <w:rPr>
          <w:color w:val="B4B4B4"/>
          <w:sz w:val="16"/>
        </w:rPr>
        <w:t>________________________________________________________</w:t>
      </w:r>
    </w:p>
    <w:p w14:paraId="6AAA59E5" w14:textId="77777777" w:rsidR="005A0029" w:rsidRDefault="00F83EB4">
      <w:pPr>
        <w:spacing w:after="60"/>
      </w:pPr>
      <w:r>
        <w:rPr>
          <w:color w:val="B4B4B4"/>
          <w:sz w:val="16"/>
        </w:rPr>
        <w:t>________________________________________________________</w:t>
      </w:r>
    </w:p>
    <w:p w14:paraId="2447A3EC" w14:textId="77777777" w:rsidR="005A0029" w:rsidRDefault="00F83EB4">
      <w:pPr>
        <w:spacing w:after="60"/>
      </w:pPr>
      <w:r>
        <w:rPr>
          <w:color w:val="B4B4B4"/>
          <w:sz w:val="16"/>
        </w:rPr>
        <w:t>________________________________________________________</w:t>
      </w:r>
    </w:p>
    <w:p w14:paraId="6B6866A1" w14:textId="77777777" w:rsidR="005A0029" w:rsidRDefault="00F83EB4">
      <w:pPr>
        <w:spacing w:after="60"/>
      </w:pPr>
      <w:r>
        <w:rPr>
          <w:color w:val="B4B4B4"/>
          <w:sz w:val="16"/>
        </w:rPr>
        <w:t>________________________________________________________</w:t>
      </w:r>
    </w:p>
    <w:p w14:paraId="1F361CC9" w14:textId="77777777" w:rsidR="005A0029" w:rsidRDefault="00F83EB4">
      <w:pPr>
        <w:pStyle w:val="Heading2"/>
      </w:pPr>
      <w:r>
        <w:t>Prayer</w:t>
      </w:r>
    </w:p>
    <w:p w14:paraId="79FB0CE1" w14:textId="77777777" w:rsidR="005A0029" w:rsidRDefault="00F83EB4">
      <w:r>
        <w:t>Father, meet me in this practice of leading while hurting.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F2A06FB" w14:textId="77777777" w:rsidR="005A0029" w:rsidRDefault="00F83EB4">
      <w:r>
        <w:rPr>
          <w:b/>
          <w:color w:val="B08D3A"/>
        </w:rPr>
        <w:lastRenderedPageBreak/>
        <w:t xml:space="preserve">TODAY'S DECLARATION  </w:t>
      </w:r>
      <w:r>
        <w:t>I will meet leading while hurting with truth, faith, and practiced peace.</w:t>
      </w:r>
    </w:p>
    <w:p w14:paraId="7A5A8CBE" w14:textId="77777777" w:rsidR="005A0029" w:rsidRDefault="00F83EB4">
      <w:r>
        <w:br w:type="page"/>
      </w:r>
    </w:p>
    <w:p w14:paraId="7ED652C0" w14:textId="77777777" w:rsidR="005A0029" w:rsidRDefault="00F83EB4">
      <w:pPr>
        <w:pStyle w:val="Heading2"/>
      </w:pPr>
      <w:r>
        <w:lastRenderedPageBreak/>
        <w:t>DAY 14</w:t>
      </w:r>
    </w:p>
    <w:p w14:paraId="7F318828" w14:textId="77777777" w:rsidR="005A0029" w:rsidRDefault="00F83EB4">
      <w:pPr>
        <w:pStyle w:val="Heading1"/>
      </w:pPr>
      <w:r>
        <w:t>Protecting Without Pretending</w:t>
      </w:r>
    </w:p>
    <w:p w14:paraId="2A4162D7" w14:textId="77777777" w:rsidR="005A0029" w:rsidRDefault="00F83EB4">
      <w:r>
        <w:rPr>
          <w:b/>
          <w:color w:val="B08D3A"/>
        </w:rPr>
        <w:t xml:space="preserve">ANCHOR SCRIPTURE  </w:t>
      </w:r>
      <w:r>
        <w:t>Psalm 62:8</w:t>
      </w:r>
    </w:p>
    <w:p w14:paraId="297992C5" w14:textId="77777777" w:rsidR="005A0029" w:rsidRDefault="00F83EB4">
      <w:pPr>
        <w:pStyle w:val="Heading2"/>
      </w:pPr>
      <w:r>
        <w:t>Guided Reflection</w:t>
      </w:r>
    </w:p>
    <w:p w14:paraId="3800600A" w14:textId="77777777" w:rsidR="005A0029" w:rsidRDefault="00F83EB4">
      <w:r>
        <w:t>Today, consider what “protecting without pretending”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w:t>
      </w:r>
      <w:r>
        <w:t>le when truth is practiced repeatedly, especially when circumstances remain unresolved.</w:t>
      </w:r>
    </w:p>
    <w:p w14:paraId="01713C9F" w14:textId="77777777" w:rsidR="005A0029" w:rsidRDefault="00F83EB4">
      <w:pPr>
        <w:pStyle w:val="Heading2"/>
      </w:pPr>
      <w:r>
        <w:t>Pause &amp; Notice</w:t>
      </w:r>
    </w:p>
    <w:p w14:paraId="702F6332" w14:textId="77777777" w:rsidR="005A0029" w:rsidRDefault="00F83EB4">
      <w:r>
        <w:t>What is this theme revealing about my heart, thoughts, relationships, or current circumstances today?</w:t>
      </w:r>
    </w:p>
    <w:p w14:paraId="64FD6149" w14:textId="77777777" w:rsidR="005A0029" w:rsidRDefault="00F83EB4">
      <w:pPr>
        <w:pStyle w:val="Heading2"/>
      </w:pPr>
      <w:r>
        <w:t>Peace Practice</w:t>
      </w:r>
    </w:p>
    <w:p w14:paraId="678A1717" w14:textId="77777777" w:rsidR="005A0029" w:rsidRDefault="00F83EB4">
      <w:r>
        <w:t>Practice a ten-minute quiet period without your phone. Notice what surfaces, then bring it honestly into prayer.</w:t>
      </w:r>
    </w:p>
    <w:p w14:paraId="37A4CAF0" w14:textId="77777777" w:rsidR="005A0029" w:rsidRDefault="00F83EB4">
      <w:pPr>
        <w:pStyle w:val="Heading2"/>
      </w:pPr>
      <w:r>
        <w:t>My Thoughts &amp; Prayers</w:t>
      </w:r>
    </w:p>
    <w:p w14:paraId="480A1D26" w14:textId="77777777" w:rsidR="005A0029" w:rsidRDefault="00F83EB4">
      <w:pPr>
        <w:spacing w:after="60"/>
      </w:pPr>
      <w:r>
        <w:rPr>
          <w:color w:val="B4B4B4"/>
          <w:sz w:val="16"/>
        </w:rPr>
        <w:t>________________________________________________________</w:t>
      </w:r>
    </w:p>
    <w:p w14:paraId="470D0AFA" w14:textId="77777777" w:rsidR="005A0029" w:rsidRDefault="00F83EB4">
      <w:pPr>
        <w:spacing w:after="60"/>
      </w:pPr>
      <w:r>
        <w:rPr>
          <w:color w:val="B4B4B4"/>
          <w:sz w:val="16"/>
        </w:rPr>
        <w:t>________________________________________________________</w:t>
      </w:r>
    </w:p>
    <w:p w14:paraId="5A6B004C" w14:textId="77777777" w:rsidR="005A0029" w:rsidRDefault="00F83EB4">
      <w:pPr>
        <w:spacing w:after="60"/>
      </w:pPr>
      <w:r>
        <w:rPr>
          <w:color w:val="B4B4B4"/>
          <w:sz w:val="16"/>
        </w:rPr>
        <w:t>________________________________________________________</w:t>
      </w:r>
    </w:p>
    <w:p w14:paraId="55F73787" w14:textId="77777777" w:rsidR="005A0029" w:rsidRDefault="00F83EB4">
      <w:pPr>
        <w:spacing w:after="60"/>
      </w:pPr>
      <w:r>
        <w:rPr>
          <w:color w:val="B4B4B4"/>
          <w:sz w:val="16"/>
        </w:rPr>
        <w:t>________________________________________________________</w:t>
      </w:r>
    </w:p>
    <w:p w14:paraId="081A20AB" w14:textId="77777777" w:rsidR="005A0029" w:rsidRDefault="00F83EB4">
      <w:pPr>
        <w:spacing w:after="60"/>
      </w:pPr>
      <w:r>
        <w:rPr>
          <w:color w:val="B4B4B4"/>
          <w:sz w:val="16"/>
        </w:rPr>
        <w:t>________________________________________________________</w:t>
      </w:r>
    </w:p>
    <w:p w14:paraId="6D6405CD" w14:textId="77777777" w:rsidR="005A0029" w:rsidRDefault="00F83EB4">
      <w:pPr>
        <w:pStyle w:val="Heading2"/>
      </w:pPr>
      <w:r>
        <w:t>Prayer</w:t>
      </w:r>
    </w:p>
    <w:p w14:paraId="313F86D4" w14:textId="77777777" w:rsidR="005A0029" w:rsidRDefault="00F83EB4">
      <w:r>
        <w:t>Father, meet me in this practice of protecting without pretending.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D244882" w14:textId="77777777" w:rsidR="005A0029" w:rsidRDefault="00F83EB4">
      <w:r>
        <w:rPr>
          <w:b/>
          <w:color w:val="B08D3A"/>
        </w:rPr>
        <w:lastRenderedPageBreak/>
        <w:t xml:space="preserve">TODAY'S DECLARATION  </w:t>
      </w:r>
      <w:r>
        <w:t>I will meet protecting without pretending with truth, faith, and practiced peace.</w:t>
      </w:r>
    </w:p>
    <w:p w14:paraId="23FE86BC" w14:textId="77777777" w:rsidR="005A0029" w:rsidRDefault="00F83EB4">
      <w:r>
        <w:br w:type="page"/>
      </w:r>
    </w:p>
    <w:p w14:paraId="76839629" w14:textId="77777777" w:rsidR="005A0029" w:rsidRDefault="00F83EB4">
      <w:pPr>
        <w:pStyle w:val="Heading2"/>
      </w:pPr>
      <w:r>
        <w:lastRenderedPageBreak/>
        <w:t>DAY 15</w:t>
      </w:r>
    </w:p>
    <w:p w14:paraId="3124A81E" w14:textId="77777777" w:rsidR="005A0029" w:rsidRDefault="00F83EB4">
      <w:pPr>
        <w:pStyle w:val="Heading1"/>
      </w:pPr>
      <w:r>
        <w:t>The Strength to Rest</w:t>
      </w:r>
    </w:p>
    <w:p w14:paraId="66525F3D" w14:textId="77777777" w:rsidR="005A0029" w:rsidRDefault="00F83EB4">
      <w:r>
        <w:rPr>
          <w:b/>
          <w:color w:val="B08D3A"/>
        </w:rPr>
        <w:t xml:space="preserve">ANCHOR SCRIPTURE  </w:t>
      </w:r>
      <w:r>
        <w:t>Mark 6:31</w:t>
      </w:r>
    </w:p>
    <w:p w14:paraId="011C86EC" w14:textId="77777777" w:rsidR="005A0029" w:rsidRDefault="00F83EB4">
      <w:pPr>
        <w:pStyle w:val="Heading2"/>
      </w:pPr>
      <w:r>
        <w:t>Guided Reflection</w:t>
      </w:r>
    </w:p>
    <w:p w14:paraId="3E70C475" w14:textId="77777777" w:rsidR="005A0029" w:rsidRDefault="00F83EB4">
      <w:r>
        <w:t>Today, consider what “the strength to rest”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when t</w:t>
      </w:r>
      <w:r>
        <w:t>ruth is practiced repeatedly, especially when circumstances remain unresolved.</w:t>
      </w:r>
    </w:p>
    <w:p w14:paraId="072D833E" w14:textId="77777777" w:rsidR="005A0029" w:rsidRDefault="00F83EB4">
      <w:pPr>
        <w:pStyle w:val="Heading2"/>
      </w:pPr>
      <w:r>
        <w:t>Pause &amp; Notice</w:t>
      </w:r>
    </w:p>
    <w:p w14:paraId="78108C14" w14:textId="77777777" w:rsidR="005A0029" w:rsidRDefault="00F83EB4">
      <w:r>
        <w:t>What is this theme revealing about my heart, thoughts, relationships, or current circumstances today?</w:t>
      </w:r>
    </w:p>
    <w:p w14:paraId="2DDAE210" w14:textId="77777777" w:rsidR="005A0029" w:rsidRDefault="00F83EB4">
      <w:pPr>
        <w:pStyle w:val="Heading2"/>
      </w:pPr>
      <w:r>
        <w:t>Peace Practice</w:t>
      </w:r>
    </w:p>
    <w:p w14:paraId="411F50F6" w14:textId="77777777" w:rsidR="005A0029" w:rsidRDefault="00F83EB4">
      <w:r>
        <w:t>Sit quietly for three minutes. Name what you feel without judging it. Then write one truth you want to carry into the day.</w:t>
      </w:r>
    </w:p>
    <w:p w14:paraId="6971BC57" w14:textId="77777777" w:rsidR="005A0029" w:rsidRDefault="00F83EB4">
      <w:pPr>
        <w:pStyle w:val="Heading2"/>
      </w:pPr>
      <w:r>
        <w:t>My Thoughts &amp; Prayers</w:t>
      </w:r>
    </w:p>
    <w:p w14:paraId="4B5340AD" w14:textId="77777777" w:rsidR="005A0029" w:rsidRDefault="00F83EB4">
      <w:pPr>
        <w:spacing w:after="60"/>
      </w:pPr>
      <w:r>
        <w:rPr>
          <w:color w:val="B4B4B4"/>
          <w:sz w:val="16"/>
        </w:rPr>
        <w:t>________________________________________________________</w:t>
      </w:r>
    </w:p>
    <w:p w14:paraId="53E51C57" w14:textId="77777777" w:rsidR="005A0029" w:rsidRDefault="00F83EB4">
      <w:pPr>
        <w:spacing w:after="60"/>
      </w:pPr>
      <w:r>
        <w:rPr>
          <w:color w:val="B4B4B4"/>
          <w:sz w:val="16"/>
        </w:rPr>
        <w:t>________________________________________________________</w:t>
      </w:r>
    </w:p>
    <w:p w14:paraId="177D1A3D" w14:textId="77777777" w:rsidR="005A0029" w:rsidRDefault="00F83EB4">
      <w:pPr>
        <w:spacing w:after="60"/>
      </w:pPr>
      <w:r>
        <w:rPr>
          <w:color w:val="B4B4B4"/>
          <w:sz w:val="16"/>
        </w:rPr>
        <w:t>________________________________________________________</w:t>
      </w:r>
    </w:p>
    <w:p w14:paraId="35644777" w14:textId="77777777" w:rsidR="005A0029" w:rsidRDefault="00F83EB4">
      <w:pPr>
        <w:spacing w:after="60"/>
      </w:pPr>
      <w:r>
        <w:rPr>
          <w:color w:val="B4B4B4"/>
          <w:sz w:val="16"/>
        </w:rPr>
        <w:t>________________________________________________________</w:t>
      </w:r>
    </w:p>
    <w:p w14:paraId="631667A3" w14:textId="77777777" w:rsidR="005A0029" w:rsidRDefault="00F83EB4">
      <w:pPr>
        <w:spacing w:after="60"/>
      </w:pPr>
      <w:r>
        <w:rPr>
          <w:color w:val="B4B4B4"/>
          <w:sz w:val="16"/>
        </w:rPr>
        <w:t>________________________________________________________</w:t>
      </w:r>
    </w:p>
    <w:p w14:paraId="6D92B606" w14:textId="77777777" w:rsidR="005A0029" w:rsidRDefault="00F83EB4">
      <w:pPr>
        <w:pStyle w:val="Heading2"/>
      </w:pPr>
      <w:r>
        <w:t>Prayer</w:t>
      </w:r>
    </w:p>
    <w:p w14:paraId="305DEDE8" w14:textId="77777777" w:rsidR="005A0029" w:rsidRDefault="00F83EB4">
      <w:r>
        <w:t>Father, meet me in this practice of the strength to rest.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E7C9C26" w14:textId="77777777" w:rsidR="005A0029" w:rsidRDefault="00F83EB4">
      <w:r>
        <w:rPr>
          <w:b/>
          <w:color w:val="B08D3A"/>
        </w:rPr>
        <w:lastRenderedPageBreak/>
        <w:t xml:space="preserve">TODAY'S DECLARATION  </w:t>
      </w:r>
      <w:r>
        <w:t>I will meet the strength to rest with truth, faith, and practiced peace.</w:t>
      </w:r>
    </w:p>
    <w:p w14:paraId="2D7F207E" w14:textId="77777777" w:rsidR="005A0029" w:rsidRDefault="00F83EB4">
      <w:r>
        <w:br w:type="page"/>
      </w:r>
    </w:p>
    <w:p w14:paraId="010E4E94" w14:textId="77777777" w:rsidR="005A0029" w:rsidRDefault="00F83EB4">
      <w:pPr>
        <w:pStyle w:val="Heading2"/>
      </w:pPr>
      <w:r>
        <w:lastRenderedPageBreak/>
        <w:t>DAY 16</w:t>
      </w:r>
    </w:p>
    <w:p w14:paraId="1CE93E36" w14:textId="77777777" w:rsidR="005A0029" w:rsidRDefault="00F83EB4">
      <w:pPr>
        <w:pStyle w:val="Heading1"/>
      </w:pPr>
      <w:r>
        <w:t>Learning From Setbacks</w:t>
      </w:r>
    </w:p>
    <w:p w14:paraId="3B046B2B" w14:textId="77777777" w:rsidR="005A0029" w:rsidRDefault="00F83EB4">
      <w:r>
        <w:rPr>
          <w:b/>
          <w:color w:val="B08D3A"/>
        </w:rPr>
        <w:t xml:space="preserve">ANCHOR SCRIPTURE  </w:t>
      </w:r>
      <w:r>
        <w:t>Proverbs 24:16</w:t>
      </w:r>
    </w:p>
    <w:p w14:paraId="339035E3" w14:textId="77777777" w:rsidR="005A0029" w:rsidRDefault="00F83EB4">
      <w:pPr>
        <w:pStyle w:val="Heading2"/>
      </w:pPr>
      <w:r>
        <w:t>Guided Reflection</w:t>
      </w:r>
    </w:p>
    <w:p w14:paraId="3E701EC8" w14:textId="77777777" w:rsidR="005A0029" w:rsidRDefault="00F83EB4">
      <w:r>
        <w:t>Today, consider what “learning from setbacks”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when</w:t>
      </w:r>
      <w:r>
        <w:t xml:space="preserve"> truth is practiced repeatedly, especially when circumstances remain unresolved.</w:t>
      </w:r>
    </w:p>
    <w:p w14:paraId="6E59A5E9" w14:textId="77777777" w:rsidR="005A0029" w:rsidRDefault="00F83EB4">
      <w:pPr>
        <w:pStyle w:val="Heading2"/>
      </w:pPr>
      <w:r>
        <w:t>Pause &amp; Notice</w:t>
      </w:r>
    </w:p>
    <w:p w14:paraId="003ED1E3" w14:textId="77777777" w:rsidR="005A0029" w:rsidRDefault="00F83EB4">
      <w:r>
        <w:t>What is this theme revealing about my heart, thoughts, relationships, or current circumstances today?</w:t>
      </w:r>
    </w:p>
    <w:p w14:paraId="050696DC" w14:textId="77777777" w:rsidR="005A0029" w:rsidRDefault="00F83EB4">
      <w:pPr>
        <w:pStyle w:val="Heading2"/>
      </w:pPr>
      <w:r>
        <w:t>Peace Practice</w:t>
      </w:r>
    </w:p>
    <w:p w14:paraId="68D61B89" w14:textId="77777777" w:rsidR="005A0029" w:rsidRDefault="00F83EB4">
      <w:r>
        <w:t>Draw two columns: 'What I can control' and 'What I must release.' Place each concern in the appropriate column and pray over both.</w:t>
      </w:r>
    </w:p>
    <w:p w14:paraId="78EB4605" w14:textId="77777777" w:rsidR="005A0029" w:rsidRDefault="00F83EB4">
      <w:pPr>
        <w:pStyle w:val="Heading2"/>
      </w:pPr>
      <w:r>
        <w:t>My Thoughts &amp; Prayers</w:t>
      </w:r>
    </w:p>
    <w:p w14:paraId="74EA3369" w14:textId="77777777" w:rsidR="005A0029" w:rsidRDefault="00F83EB4">
      <w:pPr>
        <w:spacing w:after="60"/>
      </w:pPr>
      <w:r>
        <w:rPr>
          <w:color w:val="B4B4B4"/>
          <w:sz w:val="16"/>
        </w:rPr>
        <w:t>________________________________________________________</w:t>
      </w:r>
    </w:p>
    <w:p w14:paraId="57C33E40" w14:textId="77777777" w:rsidR="005A0029" w:rsidRDefault="00F83EB4">
      <w:pPr>
        <w:spacing w:after="60"/>
      </w:pPr>
      <w:r>
        <w:rPr>
          <w:color w:val="B4B4B4"/>
          <w:sz w:val="16"/>
        </w:rPr>
        <w:t>________________________________________________________</w:t>
      </w:r>
    </w:p>
    <w:p w14:paraId="783807DF" w14:textId="77777777" w:rsidR="005A0029" w:rsidRDefault="00F83EB4">
      <w:pPr>
        <w:spacing w:after="60"/>
      </w:pPr>
      <w:r>
        <w:rPr>
          <w:color w:val="B4B4B4"/>
          <w:sz w:val="16"/>
        </w:rPr>
        <w:t>________________________________________________________</w:t>
      </w:r>
    </w:p>
    <w:p w14:paraId="1892E210" w14:textId="77777777" w:rsidR="005A0029" w:rsidRDefault="00F83EB4">
      <w:pPr>
        <w:spacing w:after="60"/>
      </w:pPr>
      <w:r>
        <w:rPr>
          <w:color w:val="B4B4B4"/>
          <w:sz w:val="16"/>
        </w:rPr>
        <w:t>________________________________________________________</w:t>
      </w:r>
    </w:p>
    <w:p w14:paraId="55F73097" w14:textId="77777777" w:rsidR="005A0029" w:rsidRDefault="00F83EB4">
      <w:pPr>
        <w:spacing w:after="60"/>
      </w:pPr>
      <w:r>
        <w:rPr>
          <w:color w:val="B4B4B4"/>
          <w:sz w:val="16"/>
        </w:rPr>
        <w:t>________________________________________________________</w:t>
      </w:r>
    </w:p>
    <w:p w14:paraId="070FF437" w14:textId="77777777" w:rsidR="005A0029" w:rsidRDefault="00F83EB4">
      <w:pPr>
        <w:pStyle w:val="Heading2"/>
      </w:pPr>
      <w:r>
        <w:t>Prayer</w:t>
      </w:r>
    </w:p>
    <w:p w14:paraId="0A188FEA" w14:textId="77777777" w:rsidR="005A0029" w:rsidRDefault="00F83EB4">
      <w:r>
        <w:t>Father, meet me in this practice of learning from setbacks.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B55C4BE" w14:textId="77777777" w:rsidR="005A0029" w:rsidRDefault="00F83EB4">
      <w:r>
        <w:rPr>
          <w:b/>
          <w:color w:val="B08D3A"/>
        </w:rPr>
        <w:lastRenderedPageBreak/>
        <w:t xml:space="preserve">TODAY'S DECLARATION  </w:t>
      </w:r>
      <w:r>
        <w:t>I will meet learning from setbacks with truth, faith, and practiced peace.</w:t>
      </w:r>
    </w:p>
    <w:p w14:paraId="5469AAD4" w14:textId="77777777" w:rsidR="005A0029" w:rsidRDefault="00F83EB4">
      <w:r>
        <w:br w:type="page"/>
      </w:r>
    </w:p>
    <w:p w14:paraId="74CB5FF4" w14:textId="77777777" w:rsidR="005A0029" w:rsidRDefault="00F83EB4">
      <w:pPr>
        <w:pStyle w:val="Heading2"/>
      </w:pPr>
      <w:r>
        <w:lastRenderedPageBreak/>
        <w:t>DAY 17</w:t>
      </w:r>
    </w:p>
    <w:p w14:paraId="392D04C8" w14:textId="77777777" w:rsidR="005A0029" w:rsidRDefault="00F83EB4">
      <w:pPr>
        <w:pStyle w:val="Heading1"/>
      </w:pPr>
      <w:r>
        <w:t>When You Feel Empty</w:t>
      </w:r>
    </w:p>
    <w:p w14:paraId="0F1D514A" w14:textId="77777777" w:rsidR="005A0029" w:rsidRDefault="00F83EB4">
      <w:r>
        <w:rPr>
          <w:b/>
          <w:color w:val="B08D3A"/>
        </w:rPr>
        <w:t xml:space="preserve">ANCHOR SCRIPTURE  </w:t>
      </w:r>
      <w:r>
        <w:t>Isaiah 40:29</w:t>
      </w:r>
    </w:p>
    <w:p w14:paraId="72C4352F" w14:textId="77777777" w:rsidR="005A0029" w:rsidRDefault="00F83EB4">
      <w:pPr>
        <w:pStyle w:val="Heading2"/>
      </w:pPr>
      <w:r>
        <w:t>Guided Reflection</w:t>
      </w:r>
    </w:p>
    <w:p w14:paraId="6C3939D8" w14:textId="77777777" w:rsidR="005A0029" w:rsidRDefault="00F83EB4">
      <w:r>
        <w:t>Today, consider what “when you feel empty”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when tr</w:t>
      </w:r>
      <w:r>
        <w:t>uth is practiced repeatedly, especially when circumstances remain unresolved.</w:t>
      </w:r>
    </w:p>
    <w:p w14:paraId="6A6CF15A" w14:textId="77777777" w:rsidR="005A0029" w:rsidRDefault="00F83EB4">
      <w:pPr>
        <w:pStyle w:val="Heading2"/>
      </w:pPr>
      <w:r>
        <w:t>Pause &amp; Notice</w:t>
      </w:r>
    </w:p>
    <w:p w14:paraId="7073FA76" w14:textId="77777777" w:rsidR="005A0029" w:rsidRDefault="00F83EB4">
      <w:r>
        <w:t>What is this theme revealing about my heart, thoughts, relationships, or current circumstances today?</w:t>
      </w:r>
    </w:p>
    <w:p w14:paraId="2C5C68DF" w14:textId="77777777" w:rsidR="005A0029" w:rsidRDefault="00F83EB4">
      <w:pPr>
        <w:pStyle w:val="Heading2"/>
      </w:pPr>
      <w:r>
        <w:t>Peace Practice</w:t>
      </w:r>
    </w:p>
    <w:p w14:paraId="702FEAFB" w14:textId="77777777" w:rsidR="005A0029" w:rsidRDefault="00F83EB4">
      <w:r>
        <w:t>Take five slow breaths. With each inhale, receive God's presence; with each exhale, release one pressure you have been carrying.</w:t>
      </w:r>
    </w:p>
    <w:p w14:paraId="79569352" w14:textId="77777777" w:rsidR="005A0029" w:rsidRDefault="00F83EB4">
      <w:pPr>
        <w:pStyle w:val="Heading2"/>
      </w:pPr>
      <w:r>
        <w:t>My Thoughts &amp; Prayers</w:t>
      </w:r>
    </w:p>
    <w:p w14:paraId="095E9F9D" w14:textId="77777777" w:rsidR="005A0029" w:rsidRDefault="00F83EB4">
      <w:pPr>
        <w:spacing w:after="60"/>
      </w:pPr>
      <w:r>
        <w:rPr>
          <w:color w:val="B4B4B4"/>
          <w:sz w:val="16"/>
        </w:rPr>
        <w:t>________________________________________________________</w:t>
      </w:r>
    </w:p>
    <w:p w14:paraId="0E1DF007" w14:textId="77777777" w:rsidR="005A0029" w:rsidRDefault="00F83EB4">
      <w:pPr>
        <w:spacing w:after="60"/>
      </w:pPr>
      <w:r>
        <w:rPr>
          <w:color w:val="B4B4B4"/>
          <w:sz w:val="16"/>
        </w:rPr>
        <w:t>________________________________________________________</w:t>
      </w:r>
    </w:p>
    <w:p w14:paraId="2D8DF38B" w14:textId="77777777" w:rsidR="005A0029" w:rsidRDefault="00F83EB4">
      <w:pPr>
        <w:spacing w:after="60"/>
      </w:pPr>
      <w:r>
        <w:rPr>
          <w:color w:val="B4B4B4"/>
          <w:sz w:val="16"/>
        </w:rPr>
        <w:t>________________________________________________________</w:t>
      </w:r>
    </w:p>
    <w:p w14:paraId="39C4DB69" w14:textId="77777777" w:rsidR="005A0029" w:rsidRDefault="00F83EB4">
      <w:pPr>
        <w:spacing w:after="60"/>
      </w:pPr>
      <w:r>
        <w:rPr>
          <w:color w:val="B4B4B4"/>
          <w:sz w:val="16"/>
        </w:rPr>
        <w:t>________________________________________________________</w:t>
      </w:r>
    </w:p>
    <w:p w14:paraId="502222A9" w14:textId="77777777" w:rsidR="005A0029" w:rsidRDefault="00F83EB4">
      <w:pPr>
        <w:spacing w:after="60"/>
      </w:pPr>
      <w:r>
        <w:rPr>
          <w:color w:val="B4B4B4"/>
          <w:sz w:val="16"/>
        </w:rPr>
        <w:t>________________________________________________________</w:t>
      </w:r>
    </w:p>
    <w:p w14:paraId="48988D3A" w14:textId="77777777" w:rsidR="005A0029" w:rsidRDefault="00F83EB4">
      <w:pPr>
        <w:pStyle w:val="Heading2"/>
      </w:pPr>
      <w:r>
        <w:t>Prayer</w:t>
      </w:r>
    </w:p>
    <w:p w14:paraId="1F6ED020" w14:textId="77777777" w:rsidR="005A0029" w:rsidRDefault="00F83EB4">
      <w:r>
        <w:t>Father, meet me in this practice of when you feel empty.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9331E3C" w14:textId="77777777" w:rsidR="005A0029" w:rsidRDefault="00F83EB4">
      <w:r>
        <w:rPr>
          <w:b/>
          <w:color w:val="B08D3A"/>
        </w:rPr>
        <w:lastRenderedPageBreak/>
        <w:t xml:space="preserve">TODAY'S DECLARATION  </w:t>
      </w:r>
      <w:r>
        <w:t>I will meet when you feel empty with truth, faith, and practiced peace.</w:t>
      </w:r>
    </w:p>
    <w:p w14:paraId="391BCFFE" w14:textId="77777777" w:rsidR="005A0029" w:rsidRDefault="00F83EB4">
      <w:r>
        <w:br w:type="page"/>
      </w:r>
    </w:p>
    <w:p w14:paraId="7B072833" w14:textId="77777777" w:rsidR="005A0029" w:rsidRDefault="00F83EB4">
      <w:pPr>
        <w:pStyle w:val="Heading2"/>
      </w:pPr>
      <w:r>
        <w:lastRenderedPageBreak/>
        <w:t>DAY 18</w:t>
      </w:r>
    </w:p>
    <w:p w14:paraId="5C9E2011" w14:textId="77777777" w:rsidR="005A0029" w:rsidRDefault="00F83EB4">
      <w:pPr>
        <w:pStyle w:val="Heading1"/>
      </w:pPr>
      <w:r>
        <w:t>Borrowed Strength</w:t>
      </w:r>
    </w:p>
    <w:p w14:paraId="3941099D" w14:textId="77777777" w:rsidR="005A0029" w:rsidRDefault="00F83EB4">
      <w:r>
        <w:rPr>
          <w:b/>
          <w:color w:val="B08D3A"/>
        </w:rPr>
        <w:t xml:space="preserve">ANCHOR SCRIPTURE  </w:t>
      </w:r>
      <w:r>
        <w:t>Exodus 17:12</w:t>
      </w:r>
    </w:p>
    <w:p w14:paraId="0F1A92EC" w14:textId="77777777" w:rsidR="005A0029" w:rsidRDefault="00F83EB4">
      <w:pPr>
        <w:pStyle w:val="Heading2"/>
      </w:pPr>
      <w:r>
        <w:t>Guided Reflection</w:t>
      </w:r>
    </w:p>
    <w:p w14:paraId="098314C5" w14:textId="77777777" w:rsidR="005A0029" w:rsidRDefault="00F83EB4">
      <w:r>
        <w:t>Today, consider what “borrowed strength”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when trut</w:t>
      </w:r>
      <w:r>
        <w:t>h is practiced repeatedly, especially when circumstances remain unresolved.</w:t>
      </w:r>
    </w:p>
    <w:p w14:paraId="04C0836A" w14:textId="77777777" w:rsidR="005A0029" w:rsidRDefault="00F83EB4">
      <w:pPr>
        <w:pStyle w:val="Heading2"/>
      </w:pPr>
      <w:r>
        <w:t>Pause &amp; Notice</w:t>
      </w:r>
    </w:p>
    <w:p w14:paraId="687E35AC" w14:textId="77777777" w:rsidR="005A0029" w:rsidRDefault="00F83EB4">
      <w:r>
        <w:t>What is this theme revealing about my heart, thoughts, relationships, or current circumstances today?</w:t>
      </w:r>
    </w:p>
    <w:p w14:paraId="4CDE0237" w14:textId="77777777" w:rsidR="005A0029" w:rsidRDefault="00F83EB4">
      <w:pPr>
        <w:pStyle w:val="Heading2"/>
      </w:pPr>
      <w:r>
        <w:t>Peace Practice</w:t>
      </w:r>
    </w:p>
    <w:p w14:paraId="7C07E60C" w14:textId="77777777" w:rsidR="005A0029" w:rsidRDefault="00F83EB4">
      <w:r>
        <w:t>Write one recurring fearful thought. Under it, write a Scripture-shaped response that is more truthful and life-giving.</w:t>
      </w:r>
    </w:p>
    <w:p w14:paraId="5611540B" w14:textId="77777777" w:rsidR="005A0029" w:rsidRDefault="00F83EB4">
      <w:pPr>
        <w:pStyle w:val="Heading2"/>
      </w:pPr>
      <w:r>
        <w:t>My Thoughts &amp; Prayers</w:t>
      </w:r>
    </w:p>
    <w:p w14:paraId="71D2033C" w14:textId="77777777" w:rsidR="005A0029" w:rsidRDefault="00F83EB4">
      <w:pPr>
        <w:spacing w:after="60"/>
      </w:pPr>
      <w:r>
        <w:rPr>
          <w:color w:val="B4B4B4"/>
          <w:sz w:val="16"/>
        </w:rPr>
        <w:t>________________________________________________________</w:t>
      </w:r>
    </w:p>
    <w:p w14:paraId="20D2FB73" w14:textId="77777777" w:rsidR="005A0029" w:rsidRDefault="00F83EB4">
      <w:pPr>
        <w:spacing w:after="60"/>
      </w:pPr>
      <w:r>
        <w:rPr>
          <w:color w:val="B4B4B4"/>
          <w:sz w:val="16"/>
        </w:rPr>
        <w:t>________________________________________________________</w:t>
      </w:r>
    </w:p>
    <w:p w14:paraId="59053EEC" w14:textId="77777777" w:rsidR="005A0029" w:rsidRDefault="00F83EB4">
      <w:pPr>
        <w:spacing w:after="60"/>
      </w:pPr>
      <w:r>
        <w:rPr>
          <w:color w:val="B4B4B4"/>
          <w:sz w:val="16"/>
        </w:rPr>
        <w:t>________________________________________________________</w:t>
      </w:r>
    </w:p>
    <w:p w14:paraId="394BBCE6" w14:textId="77777777" w:rsidR="005A0029" w:rsidRDefault="00F83EB4">
      <w:pPr>
        <w:spacing w:after="60"/>
      </w:pPr>
      <w:r>
        <w:rPr>
          <w:color w:val="B4B4B4"/>
          <w:sz w:val="16"/>
        </w:rPr>
        <w:t>________________________________________________________</w:t>
      </w:r>
    </w:p>
    <w:p w14:paraId="299AA33D" w14:textId="77777777" w:rsidR="005A0029" w:rsidRDefault="00F83EB4">
      <w:pPr>
        <w:spacing w:after="60"/>
      </w:pPr>
      <w:r>
        <w:rPr>
          <w:color w:val="B4B4B4"/>
          <w:sz w:val="16"/>
        </w:rPr>
        <w:t>________________________________________________________</w:t>
      </w:r>
    </w:p>
    <w:p w14:paraId="2C753347" w14:textId="77777777" w:rsidR="005A0029" w:rsidRDefault="00F83EB4">
      <w:pPr>
        <w:pStyle w:val="Heading2"/>
      </w:pPr>
      <w:r>
        <w:t>Prayer</w:t>
      </w:r>
    </w:p>
    <w:p w14:paraId="273CF5A6" w14:textId="77777777" w:rsidR="005A0029" w:rsidRDefault="00F83EB4">
      <w:r>
        <w:t>Father, meet me in this practice of borrowed strength.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8A8A663" w14:textId="77777777" w:rsidR="005A0029" w:rsidRDefault="00F83EB4">
      <w:r>
        <w:rPr>
          <w:b/>
          <w:color w:val="B08D3A"/>
        </w:rPr>
        <w:lastRenderedPageBreak/>
        <w:t xml:space="preserve">TODAY'S DECLARATION  </w:t>
      </w:r>
      <w:r>
        <w:t>I will meet borrowed strength with truth, faith, and practiced peace.</w:t>
      </w:r>
    </w:p>
    <w:p w14:paraId="29040FF0" w14:textId="77777777" w:rsidR="005A0029" w:rsidRDefault="00F83EB4">
      <w:r>
        <w:br w:type="page"/>
      </w:r>
    </w:p>
    <w:p w14:paraId="1BE43A37" w14:textId="77777777" w:rsidR="005A0029" w:rsidRDefault="00F83EB4">
      <w:pPr>
        <w:pStyle w:val="Heading2"/>
      </w:pPr>
      <w:r>
        <w:lastRenderedPageBreak/>
        <w:t>DAY 19</w:t>
      </w:r>
    </w:p>
    <w:p w14:paraId="1D9A0329" w14:textId="77777777" w:rsidR="005A0029" w:rsidRDefault="00F83EB4">
      <w:pPr>
        <w:pStyle w:val="Heading1"/>
      </w:pPr>
      <w:r>
        <w:t>Hope Is Strength</w:t>
      </w:r>
    </w:p>
    <w:p w14:paraId="3877F1B2" w14:textId="77777777" w:rsidR="005A0029" w:rsidRDefault="00F83EB4">
      <w:r>
        <w:rPr>
          <w:b/>
          <w:color w:val="B08D3A"/>
        </w:rPr>
        <w:t xml:space="preserve">ANCHOR SCRIPTURE  </w:t>
      </w:r>
      <w:r>
        <w:t>Romans 15:13</w:t>
      </w:r>
    </w:p>
    <w:p w14:paraId="6C7FFD2C" w14:textId="77777777" w:rsidR="005A0029" w:rsidRDefault="00F83EB4">
      <w:pPr>
        <w:pStyle w:val="Heading2"/>
      </w:pPr>
      <w:r>
        <w:t>Guided Reflection</w:t>
      </w:r>
    </w:p>
    <w:p w14:paraId="05207414" w14:textId="77777777" w:rsidR="005A0029" w:rsidRDefault="00F83EB4">
      <w:r>
        <w:t>Today, consider what “hope is strength”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when truth</w:t>
      </w:r>
      <w:r>
        <w:t xml:space="preserve"> is practiced repeatedly, especially when circumstances remain unresolved.</w:t>
      </w:r>
    </w:p>
    <w:p w14:paraId="4911D6BE" w14:textId="77777777" w:rsidR="005A0029" w:rsidRDefault="00F83EB4">
      <w:pPr>
        <w:pStyle w:val="Heading2"/>
      </w:pPr>
      <w:r>
        <w:t>Pause &amp; Notice</w:t>
      </w:r>
    </w:p>
    <w:p w14:paraId="4C6808B2" w14:textId="77777777" w:rsidR="005A0029" w:rsidRDefault="00F83EB4">
      <w:r>
        <w:t>What is this theme revealing about my heart, thoughts, relationships, or current circumstances today?</w:t>
      </w:r>
    </w:p>
    <w:p w14:paraId="4E226E0E" w14:textId="77777777" w:rsidR="005A0029" w:rsidRDefault="00F83EB4">
      <w:pPr>
        <w:pStyle w:val="Heading2"/>
      </w:pPr>
      <w:r>
        <w:t>Peace Practice</w:t>
      </w:r>
    </w:p>
    <w:p w14:paraId="19E4DD50" w14:textId="77777777" w:rsidR="005A0029" w:rsidRDefault="00F83EB4">
      <w:r>
        <w:t>Identify one small action that would create greater peace today. Make it specific enough to complete before the day ends.</w:t>
      </w:r>
    </w:p>
    <w:p w14:paraId="7C0B11D0" w14:textId="77777777" w:rsidR="005A0029" w:rsidRDefault="00F83EB4">
      <w:pPr>
        <w:pStyle w:val="Heading2"/>
      </w:pPr>
      <w:r>
        <w:t>My Thoughts &amp; Prayers</w:t>
      </w:r>
    </w:p>
    <w:p w14:paraId="4FB74AE7" w14:textId="77777777" w:rsidR="005A0029" w:rsidRDefault="00F83EB4">
      <w:pPr>
        <w:spacing w:after="60"/>
      </w:pPr>
      <w:r>
        <w:rPr>
          <w:color w:val="B4B4B4"/>
          <w:sz w:val="16"/>
        </w:rPr>
        <w:t>________________________________________________________</w:t>
      </w:r>
    </w:p>
    <w:p w14:paraId="45C160F3" w14:textId="77777777" w:rsidR="005A0029" w:rsidRDefault="00F83EB4">
      <w:pPr>
        <w:spacing w:after="60"/>
      </w:pPr>
      <w:r>
        <w:rPr>
          <w:color w:val="B4B4B4"/>
          <w:sz w:val="16"/>
        </w:rPr>
        <w:t>________________________________________________________</w:t>
      </w:r>
    </w:p>
    <w:p w14:paraId="26B12CBC" w14:textId="77777777" w:rsidR="005A0029" w:rsidRDefault="00F83EB4">
      <w:pPr>
        <w:spacing w:after="60"/>
      </w:pPr>
      <w:r>
        <w:rPr>
          <w:color w:val="B4B4B4"/>
          <w:sz w:val="16"/>
        </w:rPr>
        <w:t>________________________________________________________</w:t>
      </w:r>
    </w:p>
    <w:p w14:paraId="760DF5B2" w14:textId="77777777" w:rsidR="005A0029" w:rsidRDefault="00F83EB4">
      <w:pPr>
        <w:spacing w:after="60"/>
      </w:pPr>
      <w:r>
        <w:rPr>
          <w:color w:val="B4B4B4"/>
          <w:sz w:val="16"/>
        </w:rPr>
        <w:t>________________________________________________________</w:t>
      </w:r>
    </w:p>
    <w:p w14:paraId="10979FDC" w14:textId="77777777" w:rsidR="005A0029" w:rsidRDefault="00F83EB4">
      <w:pPr>
        <w:spacing w:after="60"/>
      </w:pPr>
      <w:r>
        <w:rPr>
          <w:color w:val="B4B4B4"/>
          <w:sz w:val="16"/>
        </w:rPr>
        <w:t>________________________________________________________</w:t>
      </w:r>
    </w:p>
    <w:p w14:paraId="23DC6782" w14:textId="77777777" w:rsidR="005A0029" w:rsidRDefault="00F83EB4">
      <w:pPr>
        <w:pStyle w:val="Heading2"/>
      </w:pPr>
      <w:r>
        <w:t>Prayer</w:t>
      </w:r>
    </w:p>
    <w:p w14:paraId="597B9CA0" w14:textId="77777777" w:rsidR="005A0029" w:rsidRDefault="00F83EB4">
      <w:r>
        <w:t>Father, meet me in this practice of hope is strength.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6347B04" w14:textId="77777777" w:rsidR="005A0029" w:rsidRDefault="00F83EB4">
      <w:r>
        <w:rPr>
          <w:b/>
          <w:color w:val="B08D3A"/>
        </w:rPr>
        <w:lastRenderedPageBreak/>
        <w:t xml:space="preserve">TODAY'S DECLARATION  </w:t>
      </w:r>
      <w:r>
        <w:t>I will meet hope is strength with truth, faith, and practiced peace.</w:t>
      </w:r>
    </w:p>
    <w:p w14:paraId="566040F0" w14:textId="77777777" w:rsidR="005A0029" w:rsidRDefault="00F83EB4">
      <w:r>
        <w:br w:type="page"/>
      </w:r>
    </w:p>
    <w:p w14:paraId="45A81406" w14:textId="77777777" w:rsidR="005A0029" w:rsidRDefault="00F83EB4">
      <w:pPr>
        <w:pStyle w:val="Heading2"/>
      </w:pPr>
      <w:r>
        <w:lastRenderedPageBreak/>
        <w:t>DAY 20</w:t>
      </w:r>
    </w:p>
    <w:p w14:paraId="5C15060A" w14:textId="77777777" w:rsidR="005A0029" w:rsidRDefault="00F83EB4">
      <w:pPr>
        <w:pStyle w:val="Heading1"/>
      </w:pPr>
      <w:r>
        <w:t>The Next Right Step</w:t>
      </w:r>
    </w:p>
    <w:p w14:paraId="2D95A1FF" w14:textId="77777777" w:rsidR="005A0029" w:rsidRDefault="00F83EB4">
      <w:r>
        <w:rPr>
          <w:b/>
          <w:color w:val="B08D3A"/>
        </w:rPr>
        <w:t xml:space="preserve">ANCHOR SCRIPTURE  </w:t>
      </w:r>
      <w:r>
        <w:t>Psalm 37:23</w:t>
      </w:r>
    </w:p>
    <w:p w14:paraId="607490D9" w14:textId="77777777" w:rsidR="005A0029" w:rsidRDefault="00F83EB4">
      <w:pPr>
        <w:pStyle w:val="Heading2"/>
      </w:pPr>
      <w:r>
        <w:t>Guided Reflection</w:t>
      </w:r>
    </w:p>
    <w:p w14:paraId="72E5AD2B" w14:textId="77777777" w:rsidR="005A0029" w:rsidRDefault="00F83EB4">
      <w:r>
        <w:t>Today, consider what “the next right step”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when tr</w:t>
      </w:r>
      <w:r>
        <w:t>uth is practiced repeatedly, especially when circumstances remain unresolved.</w:t>
      </w:r>
    </w:p>
    <w:p w14:paraId="703150BD" w14:textId="77777777" w:rsidR="005A0029" w:rsidRDefault="00F83EB4">
      <w:pPr>
        <w:pStyle w:val="Heading2"/>
      </w:pPr>
      <w:r>
        <w:t>Pause &amp; Notice</w:t>
      </w:r>
    </w:p>
    <w:p w14:paraId="2EF36842" w14:textId="77777777" w:rsidR="005A0029" w:rsidRDefault="00F83EB4">
      <w:r>
        <w:t>What is this theme revealing about my heart, thoughts, relationships, or current circumstances today?</w:t>
      </w:r>
    </w:p>
    <w:p w14:paraId="4AF380B8" w14:textId="77777777" w:rsidR="005A0029" w:rsidRDefault="00F83EB4">
      <w:pPr>
        <w:pStyle w:val="Heading2"/>
      </w:pPr>
      <w:r>
        <w:t>Peace Practice</w:t>
      </w:r>
    </w:p>
    <w:p w14:paraId="7A9DFD63" w14:textId="77777777" w:rsidR="005A0029" w:rsidRDefault="00F83EB4">
      <w:r>
        <w:t>Reach out to one trusted, mature person. Share one thing you have been carrying silently and allow yourself to receive support.</w:t>
      </w:r>
    </w:p>
    <w:p w14:paraId="1A0ECA69" w14:textId="77777777" w:rsidR="005A0029" w:rsidRDefault="00F83EB4">
      <w:pPr>
        <w:pStyle w:val="Heading2"/>
      </w:pPr>
      <w:r>
        <w:t>My Thoughts &amp; Prayers</w:t>
      </w:r>
    </w:p>
    <w:p w14:paraId="4477D2F8" w14:textId="77777777" w:rsidR="005A0029" w:rsidRDefault="00F83EB4">
      <w:pPr>
        <w:spacing w:after="60"/>
      </w:pPr>
      <w:r>
        <w:rPr>
          <w:color w:val="B4B4B4"/>
          <w:sz w:val="16"/>
        </w:rPr>
        <w:t>________________________________________________________</w:t>
      </w:r>
    </w:p>
    <w:p w14:paraId="43E5501B" w14:textId="77777777" w:rsidR="005A0029" w:rsidRDefault="00F83EB4">
      <w:pPr>
        <w:spacing w:after="60"/>
      </w:pPr>
      <w:r>
        <w:rPr>
          <w:color w:val="B4B4B4"/>
          <w:sz w:val="16"/>
        </w:rPr>
        <w:t>________________________________________________________</w:t>
      </w:r>
    </w:p>
    <w:p w14:paraId="4F3EF7BF" w14:textId="77777777" w:rsidR="005A0029" w:rsidRDefault="00F83EB4">
      <w:pPr>
        <w:spacing w:after="60"/>
      </w:pPr>
      <w:r>
        <w:rPr>
          <w:color w:val="B4B4B4"/>
          <w:sz w:val="16"/>
        </w:rPr>
        <w:t>________________________________________________________</w:t>
      </w:r>
    </w:p>
    <w:p w14:paraId="3DB32F5B" w14:textId="77777777" w:rsidR="005A0029" w:rsidRDefault="00F83EB4">
      <w:pPr>
        <w:spacing w:after="60"/>
      </w:pPr>
      <w:r>
        <w:rPr>
          <w:color w:val="B4B4B4"/>
          <w:sz w:val="16"/>
        </w:rPr>
        <w:t>________________________________________________________</w:t>
      </w:r>
    </w:p>
    <w:p w14:paraId="1E2C8F27" w14:textId="77777777" w:rsidR="005A0029" w:rsidRDefault="00F83EB4">
      <w:pPr>
        <w:spacing w:after="60"/>
      </w:pPr>
      <w:r>
        <w:rPr>
          <w:color w:val="B4B4B4"/>
          <w:sz w:val="16"/>
        </w:rPr>
        <w:t>________________________________________________________</w:t>
      </w:r>
    </w:p>
    <w:p w14:paraId="2E7C7D85" w14:textId="77777777" w:rsidR="005A0029" w:rsidRDefault="00F83EB4">
      <w:pPr>
        <w:pStyle w:val="Heading2"/>
      </w:pPr>
      <w:r>
        <w:t>Prayer</w:t>
      </w:r>
    </w:p>
    <w:p w14:paraId="78E8338D" w14:textId="77777777" w:rsidR="005A0029" w:rsidRDefault="00F83EB4">
      <w:r>
        <w:t>Father, meet me in this practice of the next right step.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F0E9910" w14:textId="77777777" w:rsidR="005A0029" w:rsidRDefault="00F83EB4">
      <w:r>
        <w:rPr>
          <w:b/>
          <w:color w:val="B08D3A"/>
        </w:rPr>
        <w:lastRenderedPageBreak/>
        <w:t xml:space="preserve">TODAY'S DECLARATION  </w:t>
      </w:r>
      <w:r>
        <w:t>I will meet the next right step with truth, faith, and practiced peace.</w:t>
      </w:r>
    </w:p>
    <w:p w14:paraId="6E12E9EE" w14:textId="77777777" w:rsidR="005A0029" w:rsidRDefault="00F83EB4">
      <w:r>
        <w:br w:type="page"/>
      </w:r>
    </w:p>
    <w:p w14:paraId="66A537AF" w14:textId="77777777" w:rsidR="005A0029" w:rsidRDefault="00F83EB4">
      <w:pPr>
        <w:pStyle w:val="Heading2"/>
      </w:pPr>
      <w:r>
        <w:lastRenderedPageBreak/>
        <w:t>DAY 21</w:t>
      </w:r>
    </w:p>
    <w:p w14:paraId="6B5627E3" w14:textId="77777777" w:rsidR="005A0029" w:rsidRDefault="00F83EB4">
      <w:pPr>
        <w:pStyle w:val="Heading1"/>
      </w:pPr>
      <w:r>
        <w:t>Resilience and Community</w:t>
      </w:r>
    </w:p>
    <w:p w14:paraId="63451E35" w14:textId="77777777" w:rsidR="005A0029" w:rsidRDefault="00F83EB4">
      <w:r>
        <w:rPr>
          <w:b/>
          <w:color w:val="B08D3A"/>
        </w:rPr>
        <w:t xml:space="preserve">ANCHOR SCRIPTURE  </w:t>
      </w:r>
      <w:r>
        <w:t>Hebrews 10:24-25</w:t>
      </w:r>
    </w:p>
    <w:p w14:paraId="6DA4C313" w14:textId="77777777" w:rsidR="005A0029" w:rsidRDefault="00F83EB4">
      <w:pPr>
        <w:pStyle w:val="Heading2"/>
      </w:pPr>
      <w:r>
        <w:t>Guided Reflection</w:t>
      </w:r>
    </w:p>
    <w:p w14:paraId="64DC985A" w14:textId="77777777" w:rsidR="005A0029" w:rsidRDefault="00F83EB4">
      <w:r>
        <w:t>Today, consider what “resilience and community”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wh</w:t>
      </w:r>
      <w:r>
        <w:t>en truth is practiced repeatedly, especially when circumstances remain unresolved.</w:t>
      </w:r>
    </w:p>
    <w:p w14:paraId="7DCD96A0" w14:textId="77777777" w:rsidR="005A0029" w:rsidRDefault="00F83EB4">
      <w:pPr>
        <w:pStyle w:val="Heading2"/>
      </w:pPr>
      <w:r>
        <w:t>Pause &amp; Notice</w:t>
      </w:r>
    </w:p>
    <w:p w14:paraId="53186179" w14:textId="77777777" w:rsidR="005A0029" w:rsidRDefault="00F83EB4">
      <w:r>
        <w:t>What is this theme revealing about my heart, thoughts, relationships, or current circumstances today?</w:t>
      </w:r>
    </w:p>
    <w:p w14:paraId="696047C8" w14:textId="77777777" w:rsidR="005A0029" w:rsidRDefault="00F83EB4">
      <w:pPr>
        <w:pStyle w:val="Heading2"/>
      </w:pPr>
      <w:r>
        <w:t>Peace Practice</w:t>
      </w:r>
    </w:p>
    <w:p w14:paraId="2DAEA1EB" w14:textId="77777777" w:rsidR="005A0029" w:rsidRDefault="00F83EB4">
      <w:r>
        <w:t>Practice a ten-minute quiet period without your phone. Notice what surfaces, then bring it honestly into prayer.</w:t>
      </w:r>
    </w:p>
    <w:p w14:paraId="1F867B2E" w14:textId="77777777" w:rsidR="005A0029" w:rsidRDefault="00F83EB4">
      <w:pPr>
        <w:pStyle w:val="Heading2"/>
      </w:pPr>
      <w:r>
        <w:t>My Thoughts &amp; Prayers</w:t>
      </w:r>
    </w:p>
    <w:p w14:paraId="05306024" w14:textId="77777777" w:rsidR="005A0029" w:rsidRDefault="00F83EB4">
      <w:pPr>
        <w:spacing w:after="60"/>
      </w:pPr>
      <w:r>
        <w:rPr>
          <w:color w:val="B4B4B4"/>
          <w:sz w:val="16"/>
        </w:rPr>
        <w:t>________________________________________________________</w:t>
      </w:r>
    </w:p>
    <w:p w14:paraId="2BE5030C" w14:textId="77777777" w:rsidR="005A0029" w:rsidRDefault="00F83EB4">
      <w:pPr>
        <w:spacing w:after="60"/>
      </w:pPr>
      <w:r>
        <w:rPr>
          <w:color w:val="B4B4B4"/>
          <w:sz w:val="16"/>
        </w:rPr>
        <w:t>________________________________________________________</w:t>
      </w:r>
    </w:p>
    <w:p w14:paraId="0BB29F28" w14:textId="77777777" w:rsidR="005A0029" w:rsidRDefault="00F83EB4">
      <w:pPr>
        <w:spacing w:after="60"/>
      </w:pPr>
      <w:r>
        <w:rPr>
          <w:color w:val="B4B4B4"/>
          <w:sz w:val="16"/>
        </w:rPr>
        <w:t>________________________________________________________</w:t>
      </w:r>
    </w:p>
    <w:p w14:paraId="5E90730F" w14:textId="77777777" w:rsidR="005A0029" w:rsidRDefault="00F83EB4">
      <w:pPr>
        <w:spacing w:after="60"/>
      </w:pPr>
      <w:r>
        <w:rPr>
          <w:color w:val="B4B4B4"/>
          <w:sz w:val="16"/>
        </w:rPr>
        <w:t>________________________________________________________</w:t>
      </w:r>
    </w:p>
    <w:p w14:paraId="669AE2C2" w14:textId="77777777" w:rsidR="005A0029" w:rsidRDefault="00F83EB4">
      <w:pPr>
        <w:spacing w:after="60"/>
      </w:pPr>
      <w:r>
        <w:rPr>
          <w:color w:val="B4B4B4"/>
          <w:sz w:val="16"/>
        </w:rPr>
        <w:t>________________________________________________________</w:t>
      </w:r>
    </w:p>
    <w:p w14:paraId="5EFA2449" w14:textId="77777777" w:rsidR="005A0029" w:rsidRDefault="00F83EB4">
      <w:pPr>
        <w:pStyle w:val="Heading2"/>
      </w:pPr>
      <w:r>
        <w:t>Prayer</w:t>
      </w:r>
    </w:p>
    <w:p w14:paraId="3D4EEF5E" w14:textId="77777777" w:rsidR="005A0029" w:rsidRDefault="00F83EB4">
      <w:r>
        <w:t>Father, meet me in this practice of resilience and community.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841C3BD" w14:textId="77777777" w:rsidR="005A0029" w:rsidRDefault="00F83EB4">
      <w:r>
        <w:rPr>
          <w:b/>
          <w:color w:val="B08D3A"/>
        </w:rPr>
        <w:lastRenderedPageBreak/>
        <w:t xml:space="preserve">TODAY'S DECLARATION  </w:t>
      </w:r>
      <w:r>
        <w:t>I will meet resilience and community with truth, faith, and practiced peace.</w:t>
      </w:r>
    </w:p>
    <w:p w14:paraId="2DFEF44A" w14:textId="77777777" w:rsidR="005A0029" w:rsidRDefault="00F83EB4">
      <w:r>
        <w:br w:type="page"/>
      </w:r>
    </w:p>
    <w:p w14:paraId="28EE916D" w14:textId="77777777" w:rsidR="005A0029" w:rsidRDefault="00F83EB4">
      <w:pPr>
        <w:pStyle w:val="Heading2"/>
      </w:pPr>
      <w:r>
        <w:lastRenderedPageBreak/>
        <w:t>DAY 22</w:t>
      </w:r>
    </w:p>
    <w:p w14:paraId="634DD491" w14:textId="77777777" w:rsidR="005A0029" w:rsidRDefault="00F83EB4">
      <w:pPr>
        <w:pStyle w:val="Heading1"/>
      </w:pPr>
      <w:r>
        <w:t>Strength Through Surrender</w:t>
      </w:r>
    </w:p>
    <w:p w14:paraId="3BE0B3F0" w14:textId="77777777" w:rsidR="005A0029" w:rsidRDefault="00F83EB4">
      <w:r>
        <w:rPr>
          <w:b/>
          <w:color w:val="B08D3A"/>
        </w:rPr>
        <w:t xml:space="preserve">ANCHOR SCRIPTURE  </w:t>
      </w:r>
      <w:r>
        <w:t>Zechariah 4:6</w:t>
      </w:r>
    </w:p>
    <w:p w14:paraId="3663E24B" w14:textId="77777777" w:rsidR="005A0029" w:rsidRDefault="00F83EB4">
      <w:pPr>
        <w:pStyle w:val="Heading2"/>
      </w:pPr>
      <w:r>
        <w:t>Guided Reflection</w:t>
      </w:r>
    </w:p>
    <w:p w14:paraId="30ED2480" w14:textId="77777777" w:rsidR="005A0029" w:rsidRDefault="00F83EB4">
      <w:r>
        <w:t xml:space="preserve">Today, consider what “strength through surrender”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149E0065" w14:textId="77777777" w:rsidR="005A0029" w:rsidRDefault="00F83EB4">
      <w:pPr>
        <w:pStyle w:val="Heading2"/>
      </w:pPr>
      <w:r>
        <w:t>Pause &amp; Notice</w:t>
      </w:r>
    </w:p>
    <w:p w14:paraId="0C81D785" w14:textId="77777777" w:rsidR="005A0029" w:rsidRDefault="00F83EB4">
      <w:r>
        <w:t>What is this theme revealing about my heart, thoughts, relationships, or current circumstances today?</w:t>
      </w:r>
    </w:p>
    <w:p w14:paraId="6C35BEF6" w14:textId="77777777" w:rsidR="005A0029" w:rsidRDefault="00F83EB4">
      <w:pPr>
        <w:pStyle w:val="Heading2"/>
      </w:pPr>
      <w:r>
        <w:t>Peace Practice</w:t>
      </w:r>
    </w:p>
    <w:p w14:paraId="64EBE5AA" w14:textId="77777777" w:rsidR="005A0029" w:rsidRDefault="00F83EB4">
      <w:r>
        <w:t>Sit quietly for three minutes. Name what you feel without judging it. Then write one truth you want to carry into the day.</w:t>
      </w:r>
    </w:p>
    <w:p w14:paraId="48D6A62A" w14:textId="77777777" w:rsidR="005A0029" w:rsidRDefault="00F83EB4">
      <w:pPr>
        <w:pStyle w:val="Heading2"/>
      </w:pPr>
      <w:r>
        <w:t>My Thoughts &amp; Prayers</w:t>
      </w:r>
    </w:p>
    <w:p w14:paraId="6DB17950" w14:textId="77777777" w:rsidR="005A0029" w:rsidRDefault="00F83EB4">
      <w:pPr>
        <w:spacing w:after="60"/>
      </w:pPr>
      <w:r>
        <w:rPr>
          <w:color w:val="B4B4B4"/>
          <w:sz w:val="16"/>
        </w:rPr>
        <w:t>________________________________________________________</w:t>
      </w:r>
    </w:p>
    <w:p w14:paraId="4C87ED05" w14:textId="77777777" w:rsidR="005A0029" w:rsidRDefault="00F83EB4">
      <w:pPr>
        <w:spacing w:after="60"/>
      </w:pPr>
      <w:r>
        <w:rPr>
          <w:color w:val="B4B4B4"/>
          <w:sz w:val="16"/>
        </w:rPr>
        <w:t>________________________________________________________</w:t>
      </w:r>
    </w:p>
    <w:p w14:paraId="159CB581" w14:textId="77777777" w:rsidR="005A0029" w:rsidRDefault="00F83EB4">
      <w:pPr>
        <w:spacing w:after="60"/>
      </w:pPr>
      <w:r>
        <w:rPr>
          <w:color w:val="B4B4B4"/>
          <w:sz w:val="16"/>
        </w:rPr>
        <w:t>________________________________________________________</w:t>
      </w:r>
    </w:p>
    <w:p w14:paraId="37EBE3CA" w14:textId="77777777" w:rsidR="005A0029" w:rsidRDefault="00F83EB4">
      <w:pPr>
        <w:spacing w:after="60"/>
      </w:pPr>
      <w:r>
        <w:rPr>
          <w:color w:val="B4B4B4"/>
          <w:sz w:val="16"/>
        </w:rPr>
        <w:t>________________________________________________________</w:t>
      </w:r>
    </w:p>
    <w:p w14:paraId="6F8E929F" w14:textId="77777777" w:rsidR="005A0029" w:rsidRDefault="00F83EB4">
      <w:pPr>
        <w:spacing w:after="60"/>
      </w:pPr>
      <w:r>
        <w:rPr>
          <w:color w:val="B4B4B4"/>
          <w:sz w:val="16"/>
        </w:rPr>
        <w:t>________________________________________________________</w:t>
      </w:r>
    </w:p>
    <w:p w14:paraId="4B9BE096" w14:textId="77777777" w:rsidR="005A0029" w:rsidRDefault="00F83EB4">
      <w:pPr>
        <w:pStyle w:val="Heading2"/>
      </w:pPr>
      <w:r>
        <w:t>Prayer</w:t>
      </w:r>
    </w:p>
    <w:p w14:paraId="3603BA07" w14:textId="77777777" w:rsidR="005A0029" w:rsidRDefault="00F83EB4">
      <w:r>
        <w:t>Father, meet me in this practice of strength through surrender.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80468B9" w14:textId="77777777" w:rsidR="005A0029" w:rsidRDefault="00F83EB4">
      <w:r>
        <w:rPr>
          <w:b/>
          <w:color w:val="B08D3A"/>
        </w:rPr>
        <w:lastRenderedPageBreak/>
        <w:t xml:space="preserve">TODAY'S DECLARATION  </w:t>
      </w:r>
      <w:r>
        <w:t>I will meet strength through surrender with truth, faith, and practiced peace.</w:t>
      </w:r>
    </w:p>
    <w:p w14:paraId="6C32544D" w14:textId="77777777" w:rsidR="005A0029" w:rsidRDefault="00F83EB4">
      <w:r>
        <w:br w:type="page"/>
      </w:r>
    </w:p>
    <w:p w14:paraId="61D8F8AB" w14:textId="77777777" w:rsidR="005A0029" w:rsidRDefault="00F83EB4">
      <w:pPr>
        <w:pStyle w:val="Heading2"/>
      </w:pPr>
      <w:r>
        <w:lastRenderedPageBreak/>
        <w:t>DAY 23</w:t>
      </w:r>
    </w:p>
    <w:p w14:paraId="5BC8AB22" w14:textId="77777777" w:rsidR="005A0029" w:rsidRDefault="00F83EB4">
      <w:pPr>
        <w:pStyle w:val="Heading1"/>
      </w:pPr>
      <w:r>
        <w:t>When You Fall, Rise Again</w:t>
      </w:r>
    </w:p>
    <w:p w14:paraId="3C5A3096" w14:textId="77777777" w:rsidR="005A0029" w:rsidRDefault="00F83EB4">
      <w:r>
        <w:rPr>
          <w:b/>
          <w:color w:val="B08D3A"/>
        </w:rPr>
        <w:t xml:space="preserve">ANCHOR SCRIPTURE  </w:t>
      </w:r>
      <w:r>
        <w:t>Micah 7:8</w:t>
      </w:r>
    </w:p>
    <w:p w14:paraId="6B06C048" w14:textId="77777777" w:rsidR="005A0029" w:rsidRDefault="00F83EB4">
      <w:pPr>
        <w:pStyle w:val="Heading2"/>
      </w:pPr>
      <w:r>
        <w:t>Guided Reflection</w:t>
      </w:r>
    </w:p>
    <w:p w14:paraId="7D0B8988" w14:textId="77777777" w:rsidR="005A0029" w:rsidRDefault="00F83EB4">
      <w:r>
        <w:t>Today, consider what “when you fall, rise again”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w:t>
      </w:r>
      <w:r>
        <w:t>hen truth is practiced repeatedly, especially when circumstances remain unresolved.</w:t>
      </w:r>
    </w:p>
    <w:p w14:paraId="3EA81E84" w14:textId="77777777" w:rsidR="005A0029" w:rsidRDefault="00F83EB4">
      <w:pPr>
        <w:pStyle w:val="Heading2"/>
      </w:pPr>
      <w:r>
        <w:t>Pause &amp; Notice</w:t>
      </w:r>
    </w:p>
    <w:p w14:paraId="52A78E63" w14:textId="77777777" w:rsidR="005A0029" w:rsidRDefault="00F83EB4">
      <w:r>
        <w:t>What is this theme revealing about my heart, thoughts, relationships, or current circumstances today?</w:t>
      </w:r>
    </w:p>
    <w:p w14:paraId="010E3D0B" w14:textId="77777777" w:rsidR="005A0029" w:rsidRDefault="00F83EB4">
      <w:pPr>
        <w:pStyle w:val="Heading2"/>
      </w:pPr>
      <w:r>
        <w:t>Peace Practice</w:t>
      </w:r>
    </w:p>
    <w:p w14:paraId="1A4870A4" w14:textId="77777777" w:rsidR="005A0029" w:rsidRDefault="00F83EB4">
      <w:r>
        <w:t>Draw two columns: 'What I can control' and 'What I must release.' Place each concern in the appropriate column and pray over both.</w:t>
      </w:r>
    </w:p>
    <w:p w14:paraId="68160C68" w14:textId="77777777" w:rsidR="005A0029" w:rsidRDefault="00F83EB4">
      <w:pPr>
        <w:pStyle w:val="Heading2"/>
      </w:pPr>
      <w:r>
        <w:t>My Thoughts &amp; Prayers</w:t>
      </w:r>
    </w:p>
    <w:p w14:paraId="30E6EC67" w14:textId="77777777" w:rsidR="005A0029" w:rsidRDefault="00F83EB4">
      <w:pPr>
        <w:spacing w:after="60"/>
      </w:pPr>
      <w:r>
        <w:rPr>
          <w:color w:val="B4B4B4"/>
          <w:sz w:val="16"/>
        </w:rPr>
        <w:t>________________________________________________________</w:t>
      </w:r>
    </w:p>
    <w:p w14:paraId="2607FBE5" w14:textId="77777777" w:rsidR="005A0029" w:rsidRDefault="00F83EB4">
      <w:pPr>
        <w:spacing w:after="60"/>
      </w:pPr>
      <w:r>
        <w:rPr>
          <w:color w:val="B4B4B4"/>
          <w:sz w:val="16"/>
        </w:rPr>
        <w:t>________________________________________________________</w:t>
      </w:r>
    </w:p>
    <w:p w14:paraId="1B5736D1" w14:textId="77777777" w:rsidR="005A0029" w:rsidRDefault="00F83EB4">
      <w:pPr>
        <w:spacing w:after="60"/>
      </w:pPr>
      <w:r>
        <w:rPr>
          <w:color w:val="B4B4B4"/>
          <w:sz w:val="16"/>
        </w:rPr>
        <w:t>________________________________________________________</w:t>
      </w:r>
    </w:p>
    <w:p w14:paraId="7BDEB35C" w14:textId="77777777" w:rsidR="005A0029" w:rsidRDefault="00F83EB4">
      <w:pPr>
        <w:spacing w:after="60"/>
      </w:pPr>
      <w:r>
        <w:rPr>
          <w:color w:val="B4B4B4"/>
          <w:sz w:val="16"/>
        </w:rPr>
        <w:t>________________________________________________________</w:t>
      </w:r>
    </w:p>
    <w:p w14:paraId="2993BC8C" w14:textId="77777777" w:rsidR="005A0029" w:rsidRDefault="00F83EB4">
      <w:pPr>
        <w:spacing w:after="60"/>
      </w:pPr>
      <w:r>
        <w:rPr>
          <w:color w:val="B4B4B4"/>
          <w:sz w:val="16"/>
        </w:rPr>
        <w:t>________________________________________________________</w:t>
      </w:r>
    </w:p>
    <w:p w14:paraId="23B4FE88" w14:textId="77777777" w:rsidR="005A0029" w:rsidRDefault="00F83EB4">
      <w:pPr>
        <w:pStyle w:val="Heading2"/>
      </w:pPr>
      <w:r>
        <w:t>Prayer</w:t>
      </w:r>
    </w:p>
    <w:p w14:paraId="71957FAB" w14:textId="77777777" w:rsidR="005A0029" w:rsidRDefault="00F83EB4">
      <w:r>
        <w:t>Father, meet me in this practice of when you fall, rise again.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F4FC247" w14:textId="77777777" w:rsidR="005A0029" w:rsidRDefault="00F83EB4">
      <w:r>
        <w:rPr>
          <w:b/>
          <w:color w:val="B08D3A"/>
        </w:rPr>
        <w:lastRenderedPageBreak/>
        <w:t xml:space="preserve">TODAY'S DECLARATION  </w:t>
      </w:r>
      <w:r>
        <w:t>I will meet when you fall, rise again with truth, faith, and practiced peace.</w:t>
      </w:r>
    </w:p>
    <w:p w14:paraId="01DCDAB7" w14:textId="77777777" w:rsidR="005A0029" w:rsidRDefault="00F83EB4">
      <w:r>
        <w:br w:type="page"/>
      </w:r>
    </w:p>
    <w:p w14:paraId="10BF4572" w14:textId="77777777" w:rsidR="005A0029" w:rsidRDefault="00F83EB4">
      <w:pPr>
        <w:pStyle w:val="Heading2"/>
      </w:pPr>
      <w:r>
        <w:lastRenderedPageBreak/>
        <w:t>DAY 24</w:t>
      </w:r>
    </w:p>
    <w:p w14:paraId="14D7EB47" w14:textId="77777777" w:rsidR="005A0029" w:rsidRDefault="00F83EB4">
      <w:pPr>
        <w:pStyle w:val="Heading1"/>
      </w:pPr>
      <w:r>
        <w:t>Your Pain Is Not Your Ceiling</w:t>
      </w:r>
    </w:p>
    <w:p w14:paraId="3A69CA80" w14:textId="77777777" w:rsidR="005A0029" w:rsidRDefault="00F83EB4">
      <w:r>
        <w:rPr>
          <w:b/>
          <w:color w:val="B08D3A"/>
        </w:rPr>
        <w:t xml:space="preserve">ANCHOR SCRIPTURE  </w:t>
      </w:r>
      <w:r>
        <w:t>Romans 8:37</w:t>
      </w:r>
    </w:p>
    <w:p w14:paraId="078A63D3" w14:textId="77777777" w:rsidR="005A0029" w:rsidRDefault="00F83EB4">
      <w:pPr>
        <w:pStyle w:val="Heading2"/>
      </w:pPr>
      <w:r>
        <w:t>Guided Reflection</w:t>
      </w:r>
    </w:p>
    <w:p w14:paraId="63244887" w14:textId="77777777" w:rsidR="005A0029" w:rsidRDefault="00F83EB4">
      <w:r>
        <w:t>Today, consider what “your pain is not your ceiling”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w:t>
      </w:r>
      <w:r>
        <w:t>le when truth is practiced repeatedly, especially when circumstances remain unresolved.</w:t>
      </w:r>
    </w:p>
    <w:p w14:paraId="01FF49B3" w14:textId="77777777" w:rsidR="005A0029" w:rsidRDefault="00F83EB4">
      <w:pPr>
        <w:pStyle w:val="Heading2"/>
      </w:pPr>
      <w:r>
        <w:t>Pause &amp; Notice</w:t>
      </w:r>
    </w:p>
    <w:p w14:paraId="39BB05A9" w14:textId="77777777" w:rsidR="005A0029" w:rsidRDefault="00F83EB4">
      <w:r>
        <w:t>What is this theme revealing about my heart, thoughts, relationships, or current circumstances today?</w:t>
      </w:r>
    </w:p>
    <w:p w14:paraId="56D4EFA0" w14:textId="77777777" w:rsidR="005A0029" w:rsidRDefault="00F83EB4">
      <w:pPr>
        <w:pStyle w:val="Heading2"/>
      </w:pPr>
      <w:r>
        <w:t>Peace Practice</w:t>
      </w:r>
    </w:p>
    <w:p w14:paraId="41F9A5B1" w14:textId="77777777" w:rsidR="005A0029" w:rsidRDefault="00F83EB4">
      <w:r>
        <w:t>Take five slow breaths. With each inhale, receive God's presence; with each exhale, release one pressure you have been carrying.</w:t>
      </w:r>
    </w:p>
    <w:p w14:paraId="2156459A" w14:textId="77777777" w:rsidR="005A0029" w:rsidRDefault="00F83EB4">
      <w:pPr>
        <w:pStyle w:val="Heading2"/>
      </w:pPr>
      <w:r>
        <w:t>My Thoughts &amp; Prayers</w:t>
      </w:r>
    </w:p>
    <w:p w14:paraId="05B8F7AC" w14:textId="77777777" w:rsidR="005A0029" w:rsidRDefault="00F83EB4">
      <w:pPr>
        <w:spacing w:after="60"/>
      </w:pPr>
      <w:r>
        <w:rPr>
          <w:color w:val="B4B4B4"/>
          <w:sz w:val="16"/>
        </w:rPr>
        <w:t>________________________________________________________</w:t>
      </w:r>
    </w:p>
    <w:p w14:paraId="240222FB" w14:textId="77777777" w:rsidR="005A0029" w:rsidRDefault="00F83EB4">
      <w:pPr>
        <w:spacing w:after="60"/>
      </w:pPr>
      <w:r>
        <w:rPr>
          <w:color w:val="B4B4B4"/>
          <w:sz w:val="16"/>
        </w:rPr>
        <w:t>________________________________________________________</w:t>
      </w:r>
    </w:p>
    <w:p w14:paraId="0104B215" w14:textId="77777777" w:rsidR="005A0029" w:rsidRDefault="00F83EB4">
      <w:pPr>
        <w:spacing w:after="60"/>
      </w:pPr>
      <w:r>
        <w:rPr>
          <w:color w:val="B4B4B4"/>
          <w:sz w:val="16"/>
        </w:rPr>
        <w:t>________________________________________________________</w:t>
      </w:r>
    </w:p>
    <w:p w14:paraId="2C307A44" w14:textId="77777777" w:rsidR="005A0029" w:rsidRDefault="00F83EB4">
      <w:pPr>
        <w:spacing w:after="60"/>
      </w:pPr>
      <w:r>
        <w:rPr>
          <w:color w:val="B4B4B4"/>
          <w:sz w:val="16"/>
        </w:rPr>
        <w:t>________________________________________________________</w:t>
      </w:r>
    </w:p>
    <w:p w14:paraId="5ACF43BE" w14:textId="77777777" w:rsidR="005A0029" w:rsidRDefault="00F83EB4">
      <w:pPr>
        <w:spacing w:after="60"/>
      </w:pPr>
      <w:r>
        <w:rPr>
          <w:color w:val="B4B4B4"/>
          <w:sz w:val="16"/>
        </w:rPr>
        <w:t>________________________________________________________</w:t>
      </w:r>
    </w:p>
    <w:p w14:paraId="5C66A87A" w14:textId="77777777" w:rsidR="005A0029" w:rsidRDefault="00F83EB4">
      <w:pPr>
        <w:pStyle w:val="Heading2"/>
      </w:pPr>
      <w:r>
        <w:t>Prayer</w:t>
      </w:r>
    </w:p>
    <w:p w14:paraId="695A2763" w14:textId="77777777" w:rsidR="005A0029" w:rsidRDefault="00F83EB4">
      <w:r>
        <w:t>Father, meet me in this practice of your pain is not your ceiling.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2A5DD5A" w14:textId="77777777" w:rsidR="005A0029" w:rsidRDefault="00F83EB4">
      <w:r>
        <w:rPr>
          <w:b/>
          <w:color w:val="B08D3A"/>
        </w:rPr>
        <w:lastRenderedPageBreak/>
        <w:t xml:space="preserve">TODAY'S DECLARATION  </w:t>
      </w:r>
      <w:r>
        <w:t>I will meet your pain is not your ceiling with truth, faith, and practiced peace.</w:t>
      </w:r>
    </w:p>
    <w:p w14:paraId="70299E1C" w14:textId="77777777" w:rsidR="005A0029" w:rsidRDefault="00F83EB4">
      <w:r>
        <w:br w:type="page"/>
      </w:r>
    </w:p>
    <w:p w14:paraId="07A37EE7" w14:textId="77777777" w:rsidR="005A0029" w:rsidRDefault="00F83EB4">
      <w:pPr>
        <w:pStyle w:val="Heading2"/>
      </w:pPr>
      <w:r>
        <w:lastRenderedPageBreak/>
        <w:t>DAY 25</w:t>
      </w:r>
    </w:p>
    <w:p w14:paraId="26481898" w14:textId="77777777" w:rsidR="005A0029" w:rsidRDefault="00F83EB4">
      <w:pPr>
        <w:pStyle w:val="Heading1"/>
      </w:pPr>
      <w:r>
        <w:t>Quiet Courage</w:t>
      </w:r>
    </w:p>
    <w:p w14:paraId="36E44D4B" w14:textId="77777777" w:rsidR="005A0029" w:rsidRDefault="00F83EB4">
      <w:r>
        <w:rPr>
          <w:b/>
          <w:color w:val="B08D3A"/>
        </w:rPr>
        <w:t xml:space="preserve">ANCHOR SCRIPTURE  </w:t>
      </w:r>
      <w:r>
        <w:t>Psalm 27:14</w:t>
      </w:r>
    </w:p>
    <w:p w14:paraId="6F761A6C" w14:textId="77777777" w:rsidR="005A0029" w:rsidRDefault="00F83EB4">
      <w:pPr>
        <w:pStyle w:val="Heading2"/>
      </w:pPr>
      <w:r>
        <w:t>Guided Reflection</w:t>
      </w:r>
    </w:p>
    <w:p w14:paraId="20E09BD2" w14:textId="77777777" w:rsidR="005A0029" w:rsidRDefault="00F83EB4">
      <w:r>
        <w:t>Today, consider what “quiet courage”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when truth is</w:t>
      </w:r>
      <w:r>
        <w:t xml:space="preserve"> practiced repeatedly, especially when circumstances remain unresolved.</w:t>
      </w:r>
    </w:p>
    <w:p w14:paraId="63C6810F" w14:textId="77777777" w:rsidR="005A0029" w:rsidRDefault="00F83EB4">
      <w:pPr>
        <w:pStyle w:val="Heading2"/>
      </w:pPr>
      <w:r>
        <w:t>Pause &amp; Notice</w:t>
      </w:r>
    </w:p>
    <w:p w14:paraId="5151F803" w14:textId="77777777" w:rsidR="005A0029" w:rsidRDefault="00F83EB4">
      <w:r>
        <w:t>What is this theme revealing about my heart, thoughts, relationships, or current circumstances today?</w:t>
      </w:r>
    </w:p>
    <w:p w14:paraId="50A46394" w14:textId="77777777" w:rsidR="005A0029" w:rsidRDefault="00F83EB4">
      <w:pPr>
        <w:pStyle w:val="Heading2"/>
      </w:pPr>
      <w:r>
        <w:t>Peace Practice</w:t>
      </w:r>
    </w:p>
    <w:p w14:paraId="4D8D1276" w14:textId="77777777" w:rsidR="005A0029" w:rsidRDefault="00F83EB4">
      <w:r>
        <w:t>Write one recurring fearful thought. Under it, write a Scripture-shaped response that is more truthful and life-giving.</w:t>
      </w:r>
    </w:p>
    <w:p w14:paraId="380A0FB6" w14:textId="77777777" w:rsidR="005A0029" w:rsidRDefault="00F83EB4">
      <w:pPr>
        <w:pStyle w:val="Heading2"/>
      </w:pPr>
      <w:r>
        <w:t>My Thoughts &amp; Prayers</w:t>
      </w:r>
    </w:p>
    <w:p w14:paraId="75098099" w14:textId="77777777" w:rsidR="005A0029" w:rsidRDefault="00F83EB4">
      <w:pPr>
        <w:spacing w:after="60"/>
      </w:pPr>
      <w:r>
        <w:rPr>
          <w:color w:val="B4B4B4"/>
          <w:sz w:val="16"/>
        </w:rPr>
        <w:t>________________________________________________________</w:t>
      </w:r>
    </w:p>
    <w:p w14:paraId="0897525D" w14:textId="77777777" w:rsidR="005A0029" w:rsidRDefault="00F83EB4">
      <w:pPr>
        <w:spacing w:after="60"/>
      </w:pPr>
      <w:r>
        <w:rPr>
          <w:color w:val="B4B4B4"/>
          <w:sz w:val="16"/>
        </w:rPr>
        <w:t>________________________________________________________</w:t>
      </w:r>
    </w:p>
    <w:p w14:paraId="303F791A" w14:textId="77777777" w:rsidR="005A0029" w:rsidRDefault="00F83EB4">
      <w:pPr>
        <w:spacing w:after="60"/>
      </w:pPr>
      <w:r>
        <w:rPr>
          <w:color w:val="B4B4B4"/>
          <w:sz w:val="16"/>
        </w:rPr>
        <w:t>________________________________________________________</w:t>
      </w:r>
    </w:p>
    <w:p w14:paraId="0E15A095" w14:textId="77777777" w:rsidR="005A0029" w:rsidRDefault="00F83EB4">
      <w:pPr>
        <w:spacing w:after="60"/>
      </w:pPr>
      <w:r>
        <w:rPr>
          <w:color w:val="B4B4B4"/>
          <w:sz w:val="16"/>
        </w:rPr>
        <w:t>________________________________________________________</w:t>
      </w:r>
    </w:p>
    <w:p w14:paraId="6EBE2834" w14:textId="77777777" w:rsidR="005A0029" w:rsidRDefault="00F83EB4">
      <w:pPr>
        <w:spacing w:after="60"/>
      </w:pPr>
      <w:r>
        <w:rPr>
          <w:color w:val="B4B4B4"/>
          <w:sz w:val="16"/>
        </w:rPr>
        <w:t>________________________________________________________</w:t>
      </w:r>
    </w:p>
    <w:p w14:paraId="101935F3" w14:textId="77777777" w:rsidR="005A0029" w:rsidRDefault="00F83EB4">
      <w:pPr>
        <w:pStyle w:val="Heading2"/>
      </w:pPr>
      <w:r>
        <w:t>Prayer</w:t>
      </w:r>
    </w:p>
    <w:p w14:paraId="323763D9" w14:textId="77777777" w:rsidR="005A0029" w:rsidRDefault="00F83EB4">
      <w:r>
        <w:t>Father, meet me in this practice of quiet courage.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1FE5AFE" w14:textId="77777777" w:rsidR="005A0029" w:rsidRDefault="00F83EB4">
      <w:r>
        <w:rPr>
          <w:b/>
          <w:color w:val="B08D3A"/>
        </w:rPr>
        <w:lastRenderedPageBreak/>
        <w:t xml:space="preserve">TODAY'S DECLARATION  </w:t>
      </w:r>
      <w:r>
        <w:t>I will meet quiet courage with truth, faith, and practiced peace.</w:t>
      </w:r>
    </w:p>
    <w:p w14:paraId="65F58FF9" w14:textId="77777777" w:rsidR="005A0029" w:rsidRDefault="00F83EB4">
      <w:r>
        <w:br w:type="page"/>
      </w:r>
    </w:p>
    <w:p w14:paraId="18A12B29" w14:textId="77777777" w:rsidR="005A0029" w:rsidRDefault="00F83EB4">
      <w:pPr>
        <w:pStyle w:val="Heading2"/>
      </w:pPr>
      <w:r>
        <w:lastRenderedPageBreak/>
        <w:t>DAY 26</w:t>
      </w:r>
    </w:p>
    <w:p w14:paraId="7A01865A" w14:textId="77777777" w:rsidR="005A0029" w:rsidRDefault="00F83EB4">
      <w:pPr>
        <w:pStyle w:val="Heading1"/>
      </w:pPr>
      <w:r>
        <w:t>Strong Enough to Forgive</w:t>
      </w:r>
    </w:p>
    <w:p w14:paraId="278C2F52" w14:textId="77777777" w:rsidR="005A0029" w:rsidRDefault="00F83EB4">
      <w:r>
        <w:rPr>
          <w:b/>
          <w:color w:val="B08D3A"/>
        </w:rPr>
        <w:t xml:space="preserve">ANCHOR SCRIPTURE  </w:t>
      </w:r>
      <w:r>
        <w:t>Colossians 3:13</w:t>
      </w:r>
    </w:p>
    <w:p w14:paraId="480023BF" w14:textId="77777777" w:rsidR="005A0029" w:rsidRDefault="00F83EB4">
      <w:pPr>
        <w:pStyle w:val="Heading2"/>
      </w:pPr>
      <w:r>
        <w:t>Guided Reflection</w:t>
      </w:r>
    </w:p>
    <w:p w14:paraId="486830C0" w14:textId="77777777" w:rsidR="005A0029" w:rsidRDefault="00F83EB4">
      <w:r>
        <w:t>Today, consider what “strong enough to forgive”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wh</w:t>
      </w:r>
      <w:r>
        <w:t>en truth is practiced repeatedly, especially when circumstances remain unresolved.</w:t>
      </w:r>
    </w:p>
    <w:p w14:paraId="602311D6" w14:textId="77777777" w:rsidR="005A0029" w:rsidRDefault="00F83EB4">
      <w:pPr>
        <w:pStyle w:val="Heading2"/>
      </w:pPr>
      <w:r>
        <w:t>Pause &amp; Notice</w:t>
      </w:r>
    </w:p>
    <w:p w14:paraId="3C7021A6" w14:textId="77777777" w:rsidR="005A0029" w:rsidRDefault="00F83EB4">
      <w:r>
        <w:t>What is this theme revealing about my heart, thoughts, relationships, or current circumstances today?</w:t>
      </w:r>
    </w:p>
    <w:p w14:paraId="34C7AE27" w14:textId="77777777" w:rsidR="005A0029" w:rsidRDefault="00F83EB4">
      <w:pPr>
        <w:pStyle w:val="Heading2"/>
      </w:pPr>
      <w:r>
        <w:t>Peace Practice</w:t>
      </w:r>
    </w:p>
    <w:p w14:paraId="6B70E7A1" w14:textId="77777777" w:rsidR="005A0029" w:rsidRDefault="00F83EB4">
      <w:r>
        <w:t>Identify one small action that would create greater peace today. Make it specific enough to complete before the day ends.</w:t>
      </w:r>
    </w:p>
    <w:p w14:paraId="6573070B" w14:textId="77777777" w:rsidR="005A0029" w:rsidRDefault="00F83EB4">
      <w:pPr>
        <w:pStyle w:val="Heading2"/>
      </w:pPr>
      <w:r>
        <w:t>My Thoughts &amp; Prayers</w:t>
      </w:r>
    </w:p>
    <w:p w14:paraId="08E21F12" w14:textId="77777777" w:rsidR="005A0029" w:rsidRDefault="00F83EB4">
      <w:pPr>
        <w:spacing w:after="60"/>
      </w:pPr>
      <w:r>
        <w:rPr>
          <w:color w:val="B4B4B4"/>
          <w:sz w:val="16"/>
        </w:rPr>
        <w:t>________________________________________________________</w:t>
      </w:r>
    </w:p>
    <w:p w14:paraId="65CEA27E" w14:textId="77777777" w:rsidR="005A0029" w:rsidRDefault="00F83EB4">
      <w:pPr>
        <w:spacing w:after="60"/>
      </w:pPr>
      <w:r>
        <w:rPr>
          <w:color w:val="B4B4B4"/>
          <w:sz w:val="16"/>
        </w:rPr>
        <w:t>________________________________________________________</w:t>
      </w:r>
    </w:p>
    <w:p w14:paraId="433CBB60" w14:textId="77777777" w:rsidR="005A0029" w:rsidRDefault="00F83EB4">
      <w:pPr>
        <w:spacing w:after="60"/>
      </w:pPr>
      <w:r>
        <w:rPr>
          <w:color w:val="B4B4B4"/>
          <w:sz w:val="16"/>
        </w:rPr>
        <w:t>________________________________________________________</w:t>
      </w:r>
    </w:p>
    <w:p w14:paraId="0BED3888" w14:textId="77777777" w:rsidR="005A0029" w:rsidRDefault="00F83EB4">
      <w:pPr>
        <w:spacing w:after="60"/>
      </w:pPr>
      <w:r>
        <w:rPr>
          <w:color w:val="B4B4B4"/>
          <w:sz w:val="16"/>
        </w:rPr>
        <w:t>________________________________________________________</w:t>
      </w:r>
    </w:p>
    <w:p w14:paraId="269E670A" w14:textId="77777777" w:rsidR="005A0029" w:rsidRDefault="00F83EB4">
      <w:pPr>
        <w:spacing w:after="60"/>
      </w:pPr>
      <w:r>
        <w:rPr>
          <w:color w:val="B4B4B4"/>
          <w:sz w:val="16"/>
        </w:rPr>
        <w:t>________________________________________________________</w:t>
      </w:r>
    </w:p>
    <w:p w14:paraId="25E3B5DD" w14:textId="77777777" w:rsidR="005A0029" w:rsidRDefault="00F83EB4">
      <w:pPr>
        <w:pStyle w:val="Heading2"/>
      </w:pPr>
      <w:r>
        <w:t>Prayer</w:t>
      </w:r>
    </w:p>
    <w:p w14:paraId="2BC4A0D9" w14:textId="77777777" w:rsidR="005A0029" w:rsidRDefault="00F83EB4">
      <w:r>
        <w:t>Father, meet me in this practice of strong enough to forgive.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15B7C33" w14:textId="77777777" w:rsidR="005A0029" w:rsidRDefault="00F83EB4">
      <w:r>
        <w:rPr>
          <w:b/>
          <w:color w:val="B08D3A"/>
        </w:rPr>
        <w:lastRenderedPageBreak/>
        <w:t xml:space="preserve">TODAY'S DECLARATION  </w:t>
      </w:r>
      <w:r>
        <w:t>I will meet strong enough to forgive with truth, faith, and practiced peace.</w:t>
      </w:r>
    </w:p>
    <w:p w14:paraId="1DB8826D" w14:textId="77777777" w:rsidR="005A0029" w:rsidRDefault="00F83EB4">
      <w:r>
        <w:br w:type="page"/>
      </w:r>
    </w:p>
    <w:p w14:paraId="4A705787" w14:textId="77777777" w:rsidR="005A0029" w:rsidRDefault="00F83EB4">
      <w:pPr>
        <w:pStyle w:val="Heading2"/>
      </w:pPr>
      <w:r>
        <w:lastRenderedPageBreak/>
        <w:t>DAY 27</w:t>
      </w:r>
    </w:p>
    <w:p w14:paraId="52DABE44" w14:textId="77777777" w:rsidR="005A0029" w:rsidRDefault="00F83EB4">
      <w:pPr>
        <w:pStyle w:val="Heading1"/>
      </w:pPr>
      <w:r>
        <w:t>Strong Enough to Change</w:t>
      </w:r>
    </w:p>
    <w:p w14:paraId="2CC229F2" w14:textId="77777777" w:rsidR="005A0029" w:rsidRDefault="00F83EB4">
      <w:r>
        <w:rPr>
          <w:b/>
          <w:color w:val="B08D3A"/>
        </w:rPr>
        <w:t xml:space="preserve">ANCHOR SCRIPTURE  </w:t>
      </w:r>
      <w:r>
        <w:t>Isaiah 43:19</w:t>
      </w:r>
    </w:p>
    <w:p w14:paraId="2FCFEA54" w14:textId="77777777" w:rsidR="005A0029" w:rsidRDefault="00F83EB4">
      <w:pPr>
        <w:pStyle w:val="Heading2"/>
      </w:pPr>
      <w:r>
        <w:t>Guided Reflection</w:t>
      </w:r>
    </w:p>
    <w:p w14:paraId="565D61F2" w14:textId="77777777" w:rsidR="005A0029" w:rsidRDefault="00F83EB4">
      <w:r>
        <w:t>Today, consider what “strong enough to change”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whe</w:t>
      </w:r>
      <w:r>
        <w:t>n truth is practiced repeatedly, especially when circumstances remain unresolved.</w:t>
      </w:r>
    </w:p>
    <w:p w14:paraId="57835B0D" w14:textId="77777777" w:rsidR="005A0029" w:rsidRDefault="00F83EB4">
      <w:pPr>
        <w:pStyle w:val="Heading2"/>
      </w:pPr>
      <w:r>
        <w:t>Pause &amp; Notice</w:t>
      </w:r>
    </w:p>
    <w:p w14:paraId="6548EF44" w14:textId="77777777" w:rsidR="005A0029" w:rsidRDefault="00F83EB4">
      <w:r>
        <w:t>What is this theme revealing about my heart, thoughts, relationships, or current circumstances today?</w:t>
      </w:r>
    </w:p>
    <w:p w14:paraId="3A0FF2F9" w14:textId="77777777" w:rsidR="005A0029" w:rsidRDefault="00F83EB4">
      <w:pPr>
        <w:pStyle w:val="Heading2"/>
      </w:pPr>
      <w:r>
        <w:t>Peace Practice</w:t>
      </w:r>
    </w:p>
    <w:p w14:paraId="10E90A2F" w14:textId="77777777" w:rsidR="005A0029" w:rsidRDefault="00F83EB4">
      <w:r>
        <w:t>Reach out to one trusted, mature person. Share one thing you have been carrying silently and allow yourself to receive support.</w:t>
      </w:r>
    </w:p>
    <w:p w14:paraId="57386ABD" w14:textId="77777777" w:rsidR="005A0029" w:rsidRDefault="00F83EB4">
      <w:pPr>
        <w:pStyle w:val="Heading2"/>
      </w:pPr>
      <w:r>
        <w:t>My Thoughts &amp; Prayers</w:t>
      </w:r>
    </w:p>
    <w:p w14:paraId="2A63C14F" w14:textId="77777777" w:rsidR="005A0029" w:rsidRDefault="00F83EB4">
      <w:pPr>
        <w:spacing w:after="60"/>
      </w:pPr>
      <w:r>
        <w:rPr>
          <w:color w:val="B4B4B4"/>
          <w:sz w:val="16"/>
        </w:rPr>
        <w:t>________________________________________________________</w:t>
      </w:r>
    </w:p>
    <w:p w14:paraId="4FFBB5B6" w14:textId="77777777" w:rsidR="005A0029" w:rsidRDefault="00F83EB4">
      <w:pPr>
        <w:spacing w:after="60"/>
      </w:pPr>
      <w:r>
        <w:rPr>
          <w:color w:val="B4B4B4"/>
          <w:sz w:val="16"/>
        </w:rPr>
        <w:t>________________________________________________________</w:t>
      </w:r>
    </w:p>
    <w:p w14:paraId="0676E1EF" w14:textId="77777777" w:rsidR="005A0029" w:rsidRDefault="00F83EB4">
      <w:pPr>
        <w:spacing w:after="60"/>
      </w:pPr>
      <w:r>
        <w:rPr>
          <w:color w:val="B4B4B4"/>
          <w:sz w:val="16"/>
        </w:rPr>
        <w:t>________________________________________________________</w:t>
      </w:r>
    </w:p>
    <w:p w14:paraId="19C646FF" w14:textId="77777777" w:rsidR="005A0029" w:rsidRDefault="00F83EB4">
      <w:pPr>
        <w:spacing w:after="60"/>
      </w:pPr>
      <w:r>
        <w:rPr>
          <w:color w:val="B4B4B4"/>
          <w:sz w:val="16"/>
        </w:rPr>
        <w:t>________________________________________________________</w:t>
      </w:r>
    </w:p>
    <w:p w14:paraId="669E6ED0" w14:textId="77777777" w:rsidR="005A0029" w:rsidRDefault="00F83EB4">
      <w:pPr>
        <w:spacing w:after="60"/>
      </w:pPr>
      <w:r>
        <w:rPr>
          <w:color w:val="B4B4B4"/>
          <w:sz w:val="16"/>
        </w:rPr>
        <w:t>________________________________________________________</w:t>
      </w:r>
    </w:p>
    <w:p w14:paraId="670E1B05" w14:textId="77777777" w:rsidR="005A0029" w:rsidRDefault="00F83EB4">
      <w:pPr>
        <w:pStyle w:val="Heading2"/>
      </w:pPr>
      <w:r>
        <w:t>Prayer</w:t>
      </w:r>
    </w:p>
    <w:p w14:paraId="232F7984" w14:textId="77777777" w:rsidR="005A0029" w:rsidRDefault="00F83EB4">
      <w:r>
        <w:t>Father, meet me in this practice of strong enough to change.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F55899A" w14:textId="77777777" w:rsidR="005A0029" w:rsidRDefault="00F83EB4">
      <w:r>
        <w:rPr>
          <w:b/>
          <w:color w:val="B08D3A"/>
        </w:rPr>
        <w:lastRenderedPageBreak/>
        <w:t xml:space="preserve">TODAY'S DECLARATION  </w:t>
      </w:r>
      <w:r>
        <w:t>I will meet strong enough to change with truth, faith, and practiced peace.</w:t>
      </w:r>
    </w:p>
    <w:p w14:paraId="3F8CD22E" w14:textId="77777777" w:rsidR="005A0029" w:rsidRDefault="00F83EB4">
      <w:r>
        <w:br w:type="page"/>
      </w:r>
    </w:p>
    <w:p w14:paraId="186804A8" w14:textId="77777777" w:rsidR="005A0029" w:rsidRDefault="00F83EB4">
      <w:pPr>
        <w:pStyle w:val="Heading2"/>
      </w:pPr>
      <w:r>
        <w:lastRenderedPageBreak/>
        <w:t>DAY 28</w:t>
      </w:r>
    </w:p>
    <w:p w14:paraId="6987619E" w14:textId="77777777" w:rsidR="005A0029" w:rsidRDefault="00F83EB4">
      <w:pPr>
        <w:pStyle w:val="Heading1"/>
      </w:pPr>
      <w:r>
        <w:t>Strong Enough to Begin Again</w:t>
      </w:r>
    </w:p>
    <w:p w14:paraId="09B8DA45" w14:textId="77777777" w:rsidR="005A0029" w:rsidRDefault="00F83EB4">
      <w:r>
        <w:rPr>
          <w:b/>
          <w:color w:val="B08D3A"/>
        </w:rPr>
        <w:t xml:space="preserve">ANCHOR SCRIPTURE  </w:t>
      </w:r>
      <w:r>
        <w:t>Lamentations 3:23</w:t>
      </w:r>
    </w:p>
    <w:p w14:paraId="139A43D0" w14:textId="77777777" w:rsidR="005A0029" w:rsidRDefault="00F83EB4">
      <w:pPr>
        <w:pStyle w:val="Heading2"/>
      </w:pPr>
      <w:r>
        <w:t>Guided Reflection</w:t>
      </w:r>
    </w:p>
    <w:p w14:paraId="202845A0" w14:textId="77777777" w:rsidR="005A0029" w:rsidRDefault="00F83EB4">
      <w:r>
        <w:t>Today, consider what “strong enough to begin again”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w:t>
      </w:r>
      <w:r>
        <w:t>e when truth is practiced repeatedly, especially when circumstances remain unresolved.</w:t>
      </w:r>
    </w:p>
    <w:p w14:paraId="4403D468" w14:textId="77777777" w:rsidR="005A0029" w:rsidRDefault="00F83EB4">
      <w:pPr>
        <w:pStyle w:val="Heading2"/>
      </w:pPr>
      <w:r>
        <w:t>Pause &amp; Notice</w:t>
      </w:r>
    </w:p>
    <w:p w14:paraId="61F865FB" w14:textId="77777777" w:rsidR="005A0029" w:rsidRDefault="00F83EB4">
      <w:r>
        <w:t>What is this theme revealing about my heart, thoughts, relationships, or current circumstances today?</w:t>
      </w:r>
    </w:p>
    <w:p w14:paraId="116D43F9" w14:textId="77777777" w:rsidR="005A0029" w:rsidRDefault="00F83EB4">
      <w:pPr>
        <w:pStyle w:val="Heading2"/>
      </w:pPr>
      <w:r>
        <w:t>Peace Practice</w:t>
      </w:r>
    </w:p>
    <w:p w14:paraId="27D56F9D" w14:textId="77777777" w:rsidR="005A0029" w:rsidRDefault="00F83EB4">
      <w:r>
        <w:t>Practice a ten-minute quiet period without your phone. Notice what surfaces, then bring it honestly into prayer.</w:t>
      </w:r>
    </w:p>
    <w:p w14:paraId="4227B0CD" w14:textId="77777777" w:rsidR="005A0029" w:rsidRDefault="00F83EB4">
      <w:pPr>
        <w:pStyle w:val="Heading2"/>
      </w:pPr>
      <w:r>
        <w:t>My Thoughts &amp; Prayers</w:t>
      </w:r>
    </w:p>
    <w:p w14:paraId="07B68F5A" w14:textId="77777777" w:rsidR="005A0029" w:rsidRDefault="00F83EB4">
      <w:pPr>
        <w:spacing w:after="60"/>
      </w:pPr>
      <w:r>
        <w:rPr>
          <w:color w:val="B4B4B4"/>
          <w:sz w:val="16"/>
        </w:rPr>
        <w:t>________________________________________________________</w:t>
      </w:r>
    </w:p>
    <w:p w14:paraId="01A6323C" w14:textId="77777777" w:rsidR="005A0029" w:rsidRDefault="00F83EB4">
      <w:pPr>
        <w:spacing w:after="60"/>
      </w:pPr>
      <w:r>
        <w:rPr>
          <w:color w:val="B4B4B4"/>
          <w:sz w:val="16"/>
        </w:rPr>
        <w:t>________________________________________________________</w:t>
      </w:r>
    </w:p>
    <w:p w14:paraId="5FE1E6A9" w14:textId="77777777" w:rsidR="005A0029" w:rsidRDefault="00F83EB4">
      <w:pPr>
        <w:spacing w:after="60"/>
      </w:pPr>
      <w:r>
        <w:rPr>
          <w:color w:val="B4B4B4"/>
          <w:sz w:val="16"/>
        </w:rPr>
        <w:t>________________________________________________________</w:t>
      </w:r>
    </w:p>
    <w:p w14:paraId="785ACA71" w14:textId="77777777" w:rsidR="005A0029" w:rsidRDefault="00F83EB4">
      <w:pPr>
        <w:spacing w:after="60"/>
      </w:pPr>
      <w:r>
        <w:rPr>
          <w:color w:val="B4B4B4"/>
          <w:sz w:val="16"/>
        </w:rPr>
        <w:t>________________________________________________________</w:t>
      </w:r>
    </w:p>
    <w:p w14:paraId="4E154FAE" w14:textId="77777777" w:rsidR="005A0029" w:rsidRDefault="00F83EB4">
      <w:pPr>
        <w:spacing w:after="60"/>
      </w:pPr>
      <w:r>
        <w:rPr>
          <w:color w:val="B4B4B4"/>
          <w:sz w:val="16"/>
        </w:rPr>
        <w:t>________________________________________________________</w:t>
      </w:r>
    </w:p>
    <w:p w14:paraId="229E9F27" w14:textId="77777777" w:rsidR="005A0029" w:rsidRDefault="00F83EB4">
      <w:pPr>
        <w:pStyle w:val="Heading2"/>
      </w:pPr>
      <w:r>
        <w:t>Prayer</w:t>
      </w:r>
    </w:p>
    <w:p w14:paraId="3A4C65F2" w14:textId="77777777" w:rsidR="005A0029" w:rsidRDefault="00F83EB4">
      <w:r>
        <w:t>Father, meet me in this practice of strong enough to begin again.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FEFD965" w14:textId="77777777" w:rsidR="005A0029" w:rsidRDefault="00F83EB4">
      <w:r>
        <w:rPr>
          <w:b/>
          <w:color w:val="B08D3A"/>
        </w:rPr>
        <w:lastRenderedPageBreak/>
        <w:t xml:space="preserve">TODAY'S DECLARATION  </w:t>
      </w:r>
      <w:r>
        <w:t>I will meet strong enough to begin again with truth, faith, and practiced peace.</w:t>
      </w:r>
    </w:p>
    <w:p w14:paraId="4F73C16C" w14:textId="77777777" w:rsidR="005A0029" w:rsidRDefault="00F83EB4">
      <w:r>
        <w:br w:type="page"/>
      </w:r>
    </w:p>
    <w:p w14:paraId="26D01BE3" w14:textId="77777777" w:rsidR="005A0029" w:rsidRDefault="00F83EB4">
      <w:pPr>
        <w:pStyle w:val="Heading2"/>
      </w:pPr>
      <w:r>
        <w:lastRenderedPageBreak/>
        <w:t>DAY 29</w:t>
      </w:r>
    </w:p>
    <w:p w14:paraId="18CA8A2A" w14:textId="77777777" w:rsidR="005A0029" w:rsidRDefault="00F83EB4">
      <w:pPr>
        <w:pStyle w:val="Heading1"/>
      </w:pPr>
      <w:r>
        <w:t>God Has Carried You</w:t>
      </w:r>
    </w:p>
    <w:p w14:paraId="2D2337AA" w14:textId="77777777" w:rsidR="005A0029" w:rsidRDefault="00F83EB4">
      <w:r>
        <w:rPr>
          <w:b/>
          <w:color w:val="B08D3A"/>
        </w:rPr>
        <w:t xml:space="preserve">ANCHOR SCRIPTURE  </w:t>
      </w:r>
      <w:r>
        <w:t>Psalm 121:2</w:t>
      </w:r>
    </w:p>
    <w:p w14:paraId="3B1B3665" w14:textId="77777777" w:rsidR="005A0029" w:rsidRDefault="00F83EB4">
      <w:pPr>
        <w:pStyle w:val="Heading2"/>
      </w:pPr>
      <w:r>
        <w:t>Guided Reflection</w:t>
      </w:r>
    </w:p>
    <w:p w14:paraId="1E029F07" w14:textId="77777777" w:rsidR="005A0029" w:rsidRDefault="00F83EB4">
      <w:r>
        <w:t>Today, consider what “god has carried you”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when tr</w:t>
      </w:r>
      <w:r>
        <w:t>uth is practiced repeatedly, especially when circumstances remain unresolved.</w:t>
      </w:r>
    </w:p>
    <w:p w14:paraId="659B9D51" w14:textId="77777777" w:rsidR="005A0029" w:rsidRDefault="00F83EB4">
      <w:pPr>
        <w:pStyle w:val="Heading2"/>
      </w:pPr>
      <w:r>
        <w:t>Pause &amp; Notice</w:t>
      </w:r>
    </w:p>
    <w:p w14:paraId="1DEF1B19" w14:textId="77777777" w:rsidR="005A0029" w:rsidRDefault="00F83EB4">
      <w:r>
        <w:t>What is this theme revealing about my heart, thoughts, relationships, or current circumstances today?</w:t>
      </w:r>
    </w:p>
    <w:p w14:paraId="78EF4C6B" w14:textId="77777777" w:rsidR="005A0029" w:rsidRDefault="00F83EB4">
      <w:pPr>
        <w:pStyle w:val="Heading2"/>
      </w:pPr>
      <w:r>
        <w:t>Peace Practice</w:t>
      </w:r>
    </w:p>
    <w:p w14:paraId="0F53A9DF" w14:textId="77777777" w:rsidR="005A0029" w:rsidRDefault="00F83EB4">
      <w:r>
        <w:t>Sit quietly for three minutes. Name what you feel without judging it. Then write one truth you want to carry into the day.</w:t>
      </w:r>
    </w:p>
    <w:p w14:paraId="17A89360" w14:textId="77777777" w:rsidR="005A0029" w:rsidRDefault="00F83EB4">
      <w:pPr>
        <w:pStyle w:val="Heading2"/>
      </w:pPr>
      <w:r>
        <w:t>My Thoughts &amp; Prayers</w:t>
      </w:r>
    </w:p>
    <w:p w14:paraId="392A88AA" w14:textId="77777777" w:rsidR="005A0029" w:rsidRDefault="00F83EB4">
      <w:pPr>
        <w:spacing w:after="60"/>
      </w:pPr>
      <w:r>
        <w:rPr>
          <w:color w:val="B4B4B4"/>
          <w:sz w:val="16"/>
        </w:rPr>
        <w:t>________________________________________________________</w:t>
      </w:r>
    </w:p>
    <w:p w14:paraId="2FC9C3D7" w14:textId="77777777" w:rsidR="005A0029" w:rsidRDefault="00F83EB4">
      <w:pPr>
        <w:spacing w:after="60"/>
      </w:pPr>
      <w:r>
        <w:rPr>
          <w:color w:val="B4B4B4"/>
          <w:sz w:val="16"/>
        </w:rPr>
        <w:t>________________________________________________________</w:t>
      </w:r>
    </w:p>
    <w:p w14:paraId="6A6AE007" w14:textId="77777777" w:rsidR="005A0029" w:rsidRDefault="00F83EB4">
      <w:pPr>
        <w:spacing w:after="60"/>
      </w:pPr>
      <w:r>
        <w:rPr>
          <w:color w:val="B4B4B4"/>
          <w:sz w:val="16"/>
        </w:rPr>
        <w:t>________________________________________________________</w:t>
      </w:r>
    </w:p>
    <w:p w14:paraId="21214CFA" w14:textId="77777777" w:rsidR="005A0029" w:rsidRDefault="00F83EB4">
      <w:pPr>
        <w:spacing w:after="60"/>
      </w:pPr>
      <w:r>
        <w:rPr>
          <w:color w:val="B4B4B4"/>
          <w:sz w:val="16"/>
        </w:rPr>
        <w:t>________________________________________________________</w:t>
      </w:r>
    </w:p>
    <w:p w14:paraId="1592E3E5" w14:textId="77777777" w:rsidR="005A0029" w:rsidRDefault="00F83EB4">
      <w:pPr>
        <w:spacing w:after="60"/>
      </w:pPr>
      <w:r>
        <w:rPr>
          <w:color w:val="B4B4B4"/>
          <w:sz w:val="16"/>
        </w:rPr>
        <w:t>________________________________________________________</w:t>
      </w:r>
    </w:p>
    <w:p w14:paraId="3F3D9033" w14:textId="77777777" w:rsidR="005A0029" w:rsidRDefault="00F83EB4">
      <w:pPr>
        <w:pStyle w:val="Heading2"/>
      </w:pPr>
      <w:r>
        <w:t>Prayer</w:t>
      </w:r>
    </w:p>
    <w:p w14:paraId="37D1BD5C" w14:textId="77777777" w:rsidR="005A0029" w:rsidRDefault="00F83EB4">
      <w:r>
        <w:t>Father, meet me in this practice of god has carried you.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45A3B2E" w14:textId="77777777" w:rsidR="005A0029" w:rsidRDefault="00F83EB4">
      <w:r>
        <w:rPr>
          <w:b/>
          <w:color w:val="B08D3A"/>
        </w:rPr>
        <w:lastRenderedPageBreak/>
        <w:t xml:space="preserve">TODAY'S DECLARATION  </w:t>
      </w:r>
      <w:r>
        <w:t>I will meet god has carried you with truth, faith, and practiced peace.</w:t>
      </w:r>
    </w:p>
    <w:p w14:paraId="149D1580" w14:textId="77777777" w:rsidR="005A0029" w:rsidRDefault="00F83EB4">
      <w:r>
        <w:br w:type="page"/>
      </w:r>
    </w:p>
    <w:p w14:paraId="694E9568" w14:textId="77777777" w:rsidR="005A0029" w:rsidRDefault="00F83EB4">
      <w:pPr>
        <w:pStyle w:val="Heading2"/>
      </w:pPr>
      <w:r>
        <w:lastRenderedPageBreak/>
        <w:t>DAY 30</w:t>
      </w:r>
    </w:p>
    <w:p w14:paraId="06C6A2AF" w14:textId="77777777" w:rsidR="005A0029" w:rsidRDefault="00F83EB4">
      <w:pPr>
        <w:pStyle w:val="Heading1"/>
      </w:pPr>
      <w:r>
        <w:t>Rise With Wisdom</w:t>
      </w:r>
    </w:p>
    <w:p w14:paraId="0D5BB645" w14:textId="77777777" w:rsidR="005A0029" w:rsidRDefault="00F83EB4">
      <w:r>
        <w:rPr>
          <w:b/>
          <w:color w:val="B08D3A"/>
        </w:rPr>
        <w:t xml:space="preserve">ANCHOR SCRIPTURE  </w:t>
      </w:r>
      <w:r>
        <w:t>Proverbs 24:5</w:t>
      </w:r>
    </w:p>
    <w:p w14:paraId="126C2C5E" w14:textId="77777777" w:rsidR="005A0029" w:rsidRDefault="00F83EB4">
      <w:pPr>
        <w:pStyle w:val="Heading2"/>
      </w:pPr>
      <w:r>
        <w:t>Guided Reflection</w:t>
      </w:r>
    </w:p>
    <w:p w14:paraId="5AEEC792" w14:textId="77777777" w:rsidR="005A0029" w:rsidRDefault="00F83EB4">
      <w:r>
        <w:t>Today, consider what “rise with wisdom” means in the season you are living through. The work of peace is rarely accomplished by denying what is difficult. It grows as you bring your real thoughts, emotions, and questions into the light of God's presence. In the strength you forgot you had, the invitation is not to force an immediate answer, but to become attentive: to what is happening within you, to what Scripture is revealing, and to the next faithful step available today. Peace becomes durable when truth</w:t>
      </w:r>
      <w:r>
        <w:t xml:space="preserve"> is practiced repeatedly, especially when circumstances remain unresolved.</w:t>
      </w:r>
    </w:p>
    <w:p w14:paraId="156B1970" w14:textId="77777777" w:rsidR="005A0029" w:rsidRDefault="00F83EB4">
      <w:pPr>
        <w:pStyle w:val="Heading2"/>
      </w:pPr>
      <w:r>
        <w:t>Pause &amp; Notice</w:t>
      </w:r>
    </w:p>
    <w:p w14:paraId="48BB98A8" w14:textId="77777777" w:rsidR="005A0029" w:rsidRDefault="00F83EB4">
      <w:r>
        <w:t>What is this theme revealing about my heart, thoughts, relationships, or current circumstances today?</w:t>
      </w:r>
    </w:p>
    <w:p w14:paraId="5FDC3CFF" w14:textId="77777777" w:rsidR="005A0029" w:rsidRDefault="00F83EB4">
      <w:pPr>
        <w:pStyle w:val="Heading2"/>
      </w:pPr>
      <w:r>
        <w:t>Peace Practice</w:t>
      </w:r>
    </w:p>
    <w:p w14:paraId="1F1CE5EB" w14:textId="77777777" w:rsidR="005A0029" w:rsidRDefault="00F83EB4">
      <w:r>
        <w:t>Draw two columns: 'What I can control' and 'What I must release.' Place each concern in the appropriate column and pray over both.</w:t>
      </w:r>
    </w:p>
    <w:p w14:paraId="32AD35B3" w14:textId="77777777" w:rsidR="005A0029" w:rsidRDefault="00F83EB4">
      <w:pPr>
        <w:pStyle w:val="Heading2"/>
      </w:pPr>
      <w:r>
        <w:t>My Thoughts &amp; Prayers</w:t>
      </w:r>
    </w:p>
    <w:p w14:paraId="39F1D8E3" w14:textId="77777777" w:rsidR="005A0029" w:rsidRDefault="00F83EB4">
      <w:pPr>
        <w:spacing w:after="60"/>
      </w:pPr>
      <w:r>
        <w:rPr>
          <w:color w:val="B4B4B4"/>
          <w:sz w:val="16"/>
        </w:rPr>
        <w:t>________________________________________________________</w:t>
      </w:r>
    </w:p>
    <w:p w14:paraId="0E1A5389" w14:textId="77777777" w:rsidR="005A0029" w:rsidRDefault="00F83EB4">
      <w:pPr>
        <w:spacing w:after="60"/>
      </w:pPr>
      <w:r>
        <w:rPr>
          <w:color w:val="B4B4B4"/>
          <w:sz w:val="16"/>
        </w:rPr>
        <w:t>________________________________________________________</w:t>
      </w:r>
    </w:p>
    <w:p w14:paraId="230364CC" w14:textId="77777777" w:rsidR="005A0029" w:rsidRDefault="00F83EB4">
      <w:pPr>
        <w:spacing w:after="60"/>
      </w:pPr>
      <w:r>
        <w:rPr>
          <w:color w:val="B4B4B4"/>
          <w:sz w:val="16"/>
        </w:rPr>
        <w:t>________________________________________________________</w:t>
      </w:r>
    </w:p>
    <w:p w14:paraId="543E9829" w14:textId="77777777" w:rsidR="005A0029" w:rsidRDefault="00F83EB4">
      <w:pPr>
        <w:spacing w:after="60"/>
      </w:pPr>
      <w:r>
        <w:rPr>
          <w:color w:val="B4B4B4"/>
          <w:sz w:val="16"/>
        </w:rPr>
        <w:t>________________________________________________________</w:t>
      </w:r>
    </w:p>
    <w:p w14:paraId="006043A0" w14:textId="77777777" w:rsidR="005A0029" w:rsidRDefault="00F83EB4">
      <w:pPr>
        <w:spacing w:after="60"/>
      </w:pPr>
      <w:r>
        <w:rPr>
          <w:color w:val="B4B4B4"/>
          <w:sz w:val="16"/>
        </w:rPr>
        <w:t>________________________________________________________</w:t>
      </w:r>
    </w:p>
    <w:p w14:paraId="080F05BA" w14:textId="77777777" w:rsidR="005A0029" w:rsidRDefault="00F83EB4">
      <w:pPr>
        <w:pStyle w:val="Heading2"/>
      </w:pPr>
      <w:r>
        <w:t>Prayer</w:t>
      </w:r>
    </w:p>
    <w:p w14:paraId="435B77AE" w14:textId="77777777" w:rsidR="005A0029" w:rsidRDefault="00F83EB4">
      <w:r>
        <w:t>Father, meet me in this practice of rise with wisdom.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70B1E87" w14:textId="77777777" w:rsidR="005A0029" w:rsidRDefault="00F83EB4">
      <w:r>
        <w:rPr>
          <w:b/>
          <w:color w:val="B08D3A"/>
        </w:rPr>
        <w:lastRenderedPageBreak/>
        <w:t xml:space="preserve">TODAY'S DECLARATION  </w:t>
      </w:r>
      <w:r>
        <w:t>I will meet rise with wisdom with truth, faith, and practiced peace.</w:t>
      </w:r>
    </w:p>
    <w:p w14:paraId="709EE0CE" w14:textId="77777777" w:rsidR="005A0029" w:rsidRDefault="00F83EB4">
      <w:r>
        <w:br w:type="page"/>
      </w:r>
    </w:p>
    <w:p w14:paraId="1A232EC8" w14:textId="77777777" w:rsidR="005A0029" w:rsidRDefault="00F83EB4">
      <w:pPr>
        <w:pStyle w:val="Heading1"/>
      </w:pPr>
      <w:r>
        <w:lastRenderedPageBreak/>
        <w:t>THE STRENGTH YOU FORGOT YOU HAD: End-of-Month Reflection</w:t>
      </w:r>
    </w:p>
    <w:p w14:paraId="52C67084" w14:textId="77777777" w:rsidR="005A0029" w:rsidRDefault="00F83EB4">
      <w:pPr>
        <w:pStyle w:val="Heading3"/>
      </w:pPr>
      <w:r>
        <w:t>What changed within me this month?</w:t>
      </w:r>
    </w:p>
    <w:p w14:paraId="21D76B32" w14:textId="77777777" w:rsidR="005A0029" w:rsidRDefault="00F83EB4">
      <w:pPr>
        <w:spacing w:after="60"/>
      </w:pPr>
      <w:r>
        <w:rPr>
          <w:color w:val="B4B4B4"/>
          <w:sz w:val="16"/>
        </w:rPr>
        <w:t>________________________________________________________</w:t>
      </w:r>
    </w:p>
    <w:p w14:paraId="60381E93" w14:textId="77777777" w:rsidR="005A0029" w:rsidRDefault="00F83EB4">
      <w:pPr>
        <w:spacing w:after="60"/>
      </w:pPr>
      <w:r>
        <w:rPr>
          <w:color w:val="B4B4B4"/>
          <w:sz w:val="16"/>
        </w:rPr>
        <w:t>________________________________________________________</w:t>
      </w:r>
    </w:p>
    <w:p w14:paraId="63F9DD32" w14:textId="77777777" w:rsidR="005A0029" w:rsidRDefault="00F83EB4">
      <w:pPr>
        <w:pStyle w:val="Heading3"/>
      </w:pPr>
      <w:r>
        <w:t>Which practice helped me most?</w:t>
      </w:r>
    </w:p>
    <w:p w14:paraId="03A7A14F" w14:textId="77777777" w:rsidR="005A0029" w:rsidRDefault="00F83EB4">
      <w:pPr>
        <w:spacing w:after="60"/>
      </w:pPr>
      <w:r>
        <w:rPr>
          <w:color w:val="B4B4B4"/>
          <w:sz w:val="16"/>
        </w:rPr>
        <w:t>________________________________________________________</w:t>
      </w:r>
    </w:p>
    <w:p w14:paraId="50E3F484" w14:textId="77777777" w:rsidR="005A0029" w:rsidRDefault="00F83EB4">
      <w:pPr>
        <w:spacing w:after="60"/>
      </w:pPr>
      <w:r>
        <w:rPr>
          <w:color w:val="B4B4B4"/>
          <w:sz w:val="16"/>
        </w:rPr>
        <w:t>________________________________________________________</w:t>
      </w:r>
    </w:p>
    <w:p w14:paraId="54285B39" w14:textId="77777777" w:rsidR="005A0029" w:rsidRDefault="00F83EB4">
      <w:pPr>
        <w:pStyle w:val="Heading3"/>
      </w:pPr>
      <w:r>
        <w:t>Which Scripture became an anchor?</w:t>
      </w:r>
    </w:p>
    <w:p w14:paraId="2B40696F" w14:textId="77777777" w:rsidR="005A0029" w:rsidRDefault="00F83EB4">
      <w:pPr>
        <w:spacing w:after="60"/>
      </w:pPr>
      <w:r>
        <w:rPr>
          <w:color w:val="B4B4B4"/>
          <w:sz w:val="16"/>
        </w:rPr>
        <w:t>________________________________________________________</w:t>
      </w:r>
    </w:p>
    <w:p w14:paraId="611984FD" w14:textId="77777777" w:rsidR="005A0029" w:rsidRDefault="00F83EB4">
      <w:pPr>
        <w:spacing w:after="60"/>
      </w:pPr>
      <w:r>
        <w:rPr>
          <w:color w:val="B4B4B4"/>
          <w:sz w:val="16"/>
        </w:rPr>
        <w:t>________________________________________________________</w:t>
      </w:r>
    </w:p>
    <w:p w14:paraId="2B0FCA8F" w14:textId="77777777" w:rsidR="005A0029" w:rsidRDefault="00F83EB4">
      <w:pPr>
        <w:pStyle w:val="Heading3"/>
      </w:pPr>
      <w:r>
        <w:t>What am I ready to release?</w:t>
      </w:r>
    </w:p>
    <w:p w14:paraId="17DA91F7" w14:textId="77777777" w:rsidR="005A0029" w:rsidRDefault="00F83EB4">
      <w:pPr>
        <w:spacing w:after="60"/>
      </w:pPr>
      <w:r>
        <w:rPr>
          <w:color w:val="B4B4B4"/>
          <w:sz w:val="16"/>
        </w:rPr>
        <w:t>________________________________________________________</w:t>
      </w:r>
    </w:p>
    <w:p w14:paraId="371E652E" w14:textId="77777777" w:rsidR="005A0029" w:rsidRDefault="00F83EB4">
      <w:pPr>
        <w:spacing w:after="60"/>
      </w:pPr>
      <w:r>
        <w:rPr>
          <w:color w:val="B4B4B4"/>
          <w:sz w:val="16"/>
        </w:rPr>
        <w:t>________________________________________________________</w:t>
      </w:r>
    </w:p>
    <w:p w14:paraId="241C753F" w14:textId="77777777" w:rsidR="005A0029" w:rsidRDefault="00F83EB4">
      <w:pPr>
        <w:pStyle w:val="Heading3"/>
      </w:pPr>
      <w:r>
        <w:t>What will I carry into the next month?</w:t>
      </w:r>
    </w:p>
    <w:p w14:paraId="72CABC10" w14:textId="77777777" w:rsidR="005A0029" w:rsidRDefault="00F83EB4">
      <w:pPr>
        <w:spacing w:after="60"/>
      </w:pPr>
      <w:r>
        <w:rPr>
          <w:color w:val="B4B4B4"/>
          <w:sz w:val="16"/>
        </w:rPr>
        <w:t>________________________________________________________</w:t>
      </w:r>
    </w:p>
    <w:p w14:paraId="669DAB45" w14:textId="77777777" w:rsidR="005A0029" w:rsidRDefault="00F83EB4">
      <w:pPr>
        <w:spacing w:after="60"/>
      </w:pPr>
      <w:r>
        <w:rPr>
          <w:color w:val="B4B4B4"/>
          <w:sz w:val="16"/>
        </w:rPr>
        <w:t>________________________________________________________</w:t>
      </w:r>
    </w:p>
    <w:p w14:paraId="49C060D7" w14:textId="77777777" w:rsidR="005A0029" w:rsidRDefault="00F83EB4">
      <w:r>
        <w:br w:type="page"/>
      </w:r>
    </w:p>
    <w:p w14:paraId="744FEBB9" w14:textId="77777777" w:rsidR="005A0029" w:rsidRDefault="00F83EB4">
      <w:pPr>
        <w:pStyle w:val="Heading2"/>
      </w:pPr>
      <w:r>
        <w:lastRenderedPageBreak/>
        <w:t>MONTH SIX</w:t>
      </w:r>
    </w:p>
    <w:p w14:paraId="39130D52" w14:textId="77777777" w:rsidR="005A0029" w:rsidRDefault="00F83EB4">
      <w:pPr>
        <w:jc w:val="center"/>
      </w:pPr>
      <w:r>
        <w:rPr>
          <w:b/>
          <w:color w:val="17324D"/>
          <w:sz w:val="48"/>
        </w:rPr>
        <w:t>WHEN CHANGE BECOMES YOUR TEACHER</w:t>
      </w:r>
    </w:p>
    <w:p w14:paraId="2AF2D908" w14:textId="77777777" w:rsidR="005A0029" w:rsidRDefault="00F83EB4">
      <w:pPr>
        <w:jc w:val="center"/>
      </w:pPr>
      <w:r>
        <w:rPr>
          <w:i/>
          <w:color w:val="B08D3A"/>
          <w:sz w:val="24"/>
        </w:rPr>
        <w:t>Growth, Surrender, and Transformation</w:t>
      </w:r>
    </w:p>
    <w:p w14:paraId="417CE45E" w14:textId="77777777" w:rsidR="005A0029" w:rsidRDefault="00F83EB4">
      <w:pPr>
        <w:jc w:val="center"/>
      </w:pPr>
      <w:r>
        <w:rPr>
          <w:color w:val="B08D3A"/>
          <w:sz w:val="24"/>
        </w:rPr>
        <w:t>—  ◆  —</w:t>
      </w:r>
    </w:p>
    <w:p w14:paraId="6F51C988" w14:textId="77777777" w:rsidR="005A0029" w:rsidRDefault="00F83EB4">
      <w:r>
        <w:t>Monthly intention: Spend these thirty days practicing growth, surrender, and transformation. Notice patterns without condemnation, return to Scripture, and choose one faithful practice at a time.</w:t>
      </w:r>
    </w:p>
    <w:p w14:paraId="2FAD4903" w14:textId="77777777" w:rsidR="005A0029" w:rsidRDefault="00F83EB4">
      <w:pPr>
        <w:pStyle w:val="Heading2"/>
      </w:pPr>
      <w:r>
        <w:t>Monthly Check-In</w:t>
      </w:r>
    </w:p>
    <w:p w14:paraId="25D6D36E" w14:textId="77777777" w:rsidR="005A0029" w:rsidRDefault="00F83EB4">
      <w:r>
        <w:t>What feels heaviest as I begin this month?</w:t>
      </w:r>
    </w:p>
    <w:p w14:paraId="3D79E68C" w14:textId="77777777" w:rsidR="005A0029" w:rsidRDefault="00F83EB4">
      <w:pPr>
        <w:spacing w:after="60"/>
      </w:pPr>
      <w:r>
        <w:rPr>
          <w:color w:val="B4B4B4"/>
          <w:sz w:val="16"/>
        </w:rPr>
        <w:t>________________________________________________________</w:t>
      </w:r>
    </w:p>
    <w:p w14:paraId="088E5C8F" w14:textId="77777777" w:rsidR="005A0029" w:rsidRDefault="00F83EB4">
      <w:pPr>
        <w:spacing w:after="60"/>
      </w:pPr>
      <w:r>
        <w:rPr>
          <w:color w:val="B4B4B4"/>
          <w:sz w:val="16"/>
        </w:rPr>
        <w:t>________________________________________________________</w:t>
      </w:r>
    </w:p>
    <w:p w14:paraId="5881894D" w14:textId="77777777" w:rsidR="005A0029" w:rsidRDefault="00F83EB4">
      <w:r>
        <w:t>What kind of peace am I asking God to cultivate in me?</w:t>
      </w:r>
    </w:p>
    <w:p w14:paraId="7C7D4761" w14:textId="77777777" w:rsidR="005A0029" w:rsidRDefault="00F83EB4">
      <w:pPr>
        <w:spacing w:after="60"/>
      </w:pPr>
      <w:r>
        <w:rPr>
          <w:color w:val="B4B4B4"/>
          <w:sz w:val="16"/>
        </w:rPr>
        <w:t>________________________________________________________</w:t>
      </w:r>
    </w:p>
    <w:p w14:paraId="6D285078" w14:textId="77777777" w:rsidR="005A0029" w:rsidRDefault="00F83EB4">
      <w:pPr>
        <w:spacing w:after="60"/>
      </w:pPr>
      <w:r>
        <w:rPr>
          <w:color w:val="B4B4B4"/>
          <w:sz w:val="16"/>
        </w:rPr>
        <w:t>________________________________________________________</w:t>
      </w:r>
    </w:p>
    <w:p w14:paraId="3EA3EBBA" w14:textId="77777777" w:rsidR="005A0029" w:rsidRDefault="00F83EB4">
      <w:r>
        <w:br w:type="page"/>
      </w:r>
    </w:p>
    <w:p w14:paraId="31971A35" w14:textId="77777777" w:rsidR="005A0029" w:rsidRDefault="00F83EB4">
      <w:pPr>
        <w:pStyle w:val="Heading2"/>
      </w:pPr>
      <w:r>
        <w:lastRenderedPageBreak/>
        <w:t>DAY 1</w:t>
      </w:r>
    </w:p>
    <w:p w14:paraId="0CD542B7" w14:textId="77777777" w:rsidR="005A0029" w:rsidRDefault="00F83EB4">
      <w:pPr>
        <w:pStyle w:val="Heading1"/>
      </w:pPr>
      <w:r>
        <w:t>Change Is a Teacher</w:t>
      </w:r>
    </w:p>
    <w:p w14:paraId="6C6D29B0" w14:textId="77777777" w:rsidR="005A0029" w:rsidRDefault="00F83EB4">
      <w:r>
        <w:rPr>
          <w:b/>
          <w:color w:val="B08D3A"/>
        </w:rPr>
        <w:t xml:space="preserve">ANCHOR SCRIPTURE  </w:t>
      </w:r>
      <w:r>
        <w:t>Ecclesiastes 3:1</w:t>
      </w:r>
    </w:p>
    <w:p w14:paraId="32E54285" w14:textId="77777777" w:rsidR="005A0029" w:rsidRDefault="00F83EB4">
      <w:pPr>
        <w:pStyle w:val="Heading2"/>
      </w:pPr>
      <w:r>
        <w:t>Guided Reflection</w:t>
      </w:r>
    </w:p>
    <w:p w14:paraId="2035AC47" w14:textId="77777777" w:rsidR="005A0029" w:rsidRDefault="00F83EB4">
      <w:r>
        <w:t>Today, consider what “change is a teacher”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 when t</w:t>
      </w:r>
      <w:r>
        <w:t>ruth is practiced repeatedly, especially when circumstances remain unresolved.</w:t>
      </w:r>
    </w:p>
    <w:p w14:paraId="461EEFF7" w14:textId="77777777" w:rsidR="005A0029" w:rsidRDefault="00F83EB4">
      <w:pPr>
        <w:pStyle w:val="Heading2"/>
      </w:pPr>
      <w:r>
        <w:t>Pause &amp; Notice</w:t>
      </w:r>
    </w:p>
    <w:p w14:paraId="2BE8BE35" w14:textId="77777777" w:rsidR="005A0029" w:rsidRDefault="00F83EB4">
      <w:r>
        <w:t>What is this theme revealing about my heart, thoughts, relationships, or current circumstances today?</w:t>
      </w:r>
    </w:p>
    <w:p w14:paraId="1AD5CB2D" w14:textId="77777777" w:rsidR="005A0029" w:rsidRDefault="00F83EB4">
      <w:pPr>
        <w:pStyle w:val="Heading2"/>
      </w:pPr>
      <w:r>
        <w:t>Peace Practice</w:t>
      </w:r>
    </w:p>
    <w:p w14:paraId="16E0419C" w14:textId="77777777" w:rsidR="005A0029" w:rsidRDefault="00F83EB4">
      <w:r>
        <w:t>Sit quietly for three minutes. Name what you feel without judging it. Then write one truth you want to carry into the day.</w:t>
      </w:r>
    </w:p>
    <w:p w14:paraId="3441C35B" w14:textId="77777777" w:rsidR="005A0029" w:rsidRDefault="00F83EB4">
      <w:pPr>
        <w:pStyle w:val="Heading2"/>
      </w:pPr>
      <w:r>
        <w:t>My Thoughts &amp; Prayers</w:t>
      </w:r>
    </w:p>
    <w:p w14:paraId="59F0510D" w14:textId="77777777" w:rsidR="005A0029" w:rsidRDefault="00F83EB4">
      <w:pPr>
        <w:spacing w:after="60"/>
      </w:pPr>
      <w:r>
        <w:rPr>
          <w:color w:val="B4B4B4"/>
          <w:sz w:val="16"/>
        </w:rPr>
        <w:t>________________________________________________________</w:t>
      </w:r>
    </w:p>
    <w:p w14:paraId="73623523" w14:textId="77777777" w:rsidR="005A0029" w:rsidRDefault="00F83EB4">
      <w:pPr>
        <w:spacing w:after="60"/>
      </w:pPr>
      <w:r>
        <w:rPr>
          <w:color w:val="B4B4B4"/>
          <w:sz w:val="16"/>
        </w:rPr>
        <w:t>________________________________________________________</w:t>
      </w:r>
    </w:p>
    <w:p w14:paraId="199D829E" w14:textId="77777777" w:rsidR="005A0029" w:rsidRDefault="00F83EB4">
      <w:pPr>
        <w:spacing w:after="60"/>
      </w:pPr>
      <w:r>
        <w:rPr>
          <w:color w:val="B4B4B4"/>
          <w:sz w:val="16"/>
        </w:rPr>
        <w:t>________________________________________________________</w:t>
      </w:r>
    </w:p>
    <w:p w14:paraId="4AA8A776" w14:textId="77777777" w:rsidR="005A0029" w:rsidRDefault="00F83EB4">
      <w:pPr>
        <w:spacing w:after="60"/>
      </w:pPr>
      <w:r>
        <w:rPr>
          <w:color w:val="B4B4B4"/>
          <w:sz w:val="16"/>
        </w:rPr>
        <w:t>________________________________________________________</w:t>
      </w:r>
    </w:p>
    <w:p w14:paraId="432D3F52" w14:textId="77777777" w:rsidR="005A0029" w:rsidRDefault="00F83EB4">
      <w:pPr>
        <w:spacing w:after="60"/>
      </w:pPr>
      <w:r>
        <w:rPr>
          <w:color w:val="B4B4B4"/>
          <w:sz w:val="16"/>
        </w:rPr>
        <w:t>________________________________________________________</w:t>
      </w:r>
    </w:p>
    <w:p w14:paraId="39E30462" w14:textId="77777777" w:rsidR="005A0029" w:rsidRDefault="00F83EB4">
      <w:pPr>
        <w:pStyle w:val="Heading2"/>
      </w:pPr>
      <w:r>
        <w:t>Prayer</w:t>
      </w:r>
    </w:p>
    <w:p w14:paraId="552BE40A" w14:textId="77777777" w:rsidR="005A0029" w:rsidRDefault="00F83EB4">
      <w:r>
        <w:t>Father, meet me in this practice of change is a teacher.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FD83591" w14:textId="77777777" w:rsidR="005A0029" w:rsidRDefault="00F83EB4">
      <w:r>
        <w:rPr>
          <w:b/>
          <w:color w:val="B08D3A"/>
        </w:rPr>
        <w:lastRenderedPageBreak/>
        <w:t xml:space="preserve">TODAY'S DECLARATION  </w:t>
      </w:r>
      <w:r>
        <w:t>I will meet change is a teacher with truth, faith, and practiced peace.</w:t>
      </w:r>
    </w:p>
    <w:p w14:paraId="748BBEA9" w14:textId="77777777" w:rsidR="005A0029" w:rsidRDefault="00F83EB4">
      <w:r>
        <w:br w:type="page"/>
      </w:r>
    </w:p>
    <w:p w14:paraId="301E4212" w14:textId="77777777" w:rsidR="005A0029" w:rsidRDefault="00F83EB4">
      <w:pPr>
        <w:pStyle w:val="Heading2"/>
      </w:pPr>
      <w:r>
        <w:lastRenderedPageBreak/>
        <w:t>DAY 2</w:t>
      </w:r>
    </w:p>
    <w:p w14:paraId="13D97CF1" w14:textId="77777777" w:rsidR="005A0029" w:rsidRDefault="00F83EB4">
      <w:pPr>
        <w:pStyle w:val="Heading1"/>
      </w:pPr>
      <w:r>
        <w:t>When the Old No Longer Fits</w:t>
      </w:r>
    </w:p>
    <w:p w14:paraId="199AD935" w14:textId="77777777" w:rsidR="005A0029" w:rsidRDefault="00F83EB4">
      <w:r>
        <w:rPr>
          <w:b/>
          <w:color w:val="B08D3A"/>
        </w:rPr>
        <w:t xml:space="preserve">ANCHOR SCRIPTURE  </w:t>
      </w:r>
      <w:r>
        <w:t>Isaiah 43:18-19</w:t>
      </w:r>
    </w:p>
    <w:p w14:paraId="648B8DCF" w14:textId="77777777" w:rsidR="005A0029" w:rsidRDefault="00F83EB4">
      <w:pPr>
        <w:pStyle w:val="Heading2"/>
      </w:pPr>
      <w:r>
        <w:t>Guided Reflection</w:t>
      </w:r>
    </w:p>
    <w:p w14:paraId="58CC29F2" w14:textId="77777777" w:rsidR="005A0029" w:rsidRDefault="00F83EB4">
      <w:r>
        <w:t>Today, consider what “when the old no longer fits”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w:t>
      </w:r>
      <w:r>
        <w:t>e when truth is practiced repeatedly, especially when circumstances remain unresolved.</w:t>
      </w:r>
    </w:p>
    <w:p w14:paraId="2B720A66" w14:textId="77777777" w:rsidR="005A0029" w:rsidRDefault="00F83EB4">
      <w:pPr>
        <w:pStyle w:val="Heading2"/>
      </w:pPr>
      <w:r>
        <w:t>Pause &amp; Notice</w:t>
      </w:r>
    </w:p>
    <w:p w14:paraId="5105AA98" w14:textId="77777777" w:rsidR="005A0029" w:rsidRDefault="00F83EB4">
      <w:r>
        <w:t>What is this theme revealing about my heart, thoughts, relationships, or current circumstances today?</w:t>
      </w:r>
    </w:p>
    <w:p w14:paraId="616E6441" w14:textId="77777777" w:rsidR="005A0029" w:rsidRDefault="00F83EB4">
      <w:pPr>
        <w:pStyle w:val="Heading2"/>
      </w:pPr>
      <w:r>
        <w:t>Peace Practice</w:t>
      </w:r>
    </w:p>
    <w:p w14:paraId="6309060D" w14:textId="77777777" w:rsidR="005A0029" w:rsidRDefault="00F83EB4">
      <w:r>
        <w:t>Draw two columns: 'What I can control' and 'What I must release.' Place each concern in the appropriate column and pray over both.</w:t>
      </w:r>
    </w:p>
    <w:p w14:paraId="6C3A04E6" w14:textId="77777777" w:rsidR="005A0029" w:rsidRDefault="00F83EB4">
      <w:pPr>
        <w:pStyle w:val="Heading2"/>
      </w:pPr>
      <w:r>
        <w:t>My Thoughts &amp; Prayers</w:t>
      </w:r>
    </w:p>
    <w:p w14:paraId="08DAE624" w14:textId="77777777" w:rsidR="005A0029" w:rsidRDefault="00F83EB4">
      <w:pPr>
        <w:spacing w:after="60"/>
      </w:pPr>
      <w:r>
        <w:rPr>
          <w:color w:val="B4B4B4"/>
          <w:sz w:val="16"/>
        </w:rPr>
        <w:t>________________________________________________________</w:t>
      </w:r>
    </w:p>
    <w:p w14:paraId="50BBACD9" w14:textId="77777777" w:rsidR="005A0029" w:rsidRDefault="00F83EB4">
      <w:pPr>
        <w:spacing w:after="60"/>
      </w:pPr>
      <w:r>
        <w:rPr>
          <w:color w:val="B4B4B4"/>
          <w:sz w:val="16"/>
        </w:rPr>
        <w:t>________________________________________________________</w:t>
      </w:r>
    </w:p>
    <w:p w14:paraId="4AE2DC65" w14:textId="77777777" w:rsidR="005A0029" w:rsidRDefault="00F83EB4">
      <w:pPr>
        <w:spacing w:after="60"/>
      </w:pPr>
      <w:r>
        <w:rPr>
          <w:color w:val="B4B4B4"/>
          <w:sz w:val="16"/>
        </w:rPr>
        <w:t>________________________________________________________</w:t>
      </w:r>
    </w:p>
    <w:p w14:paraId="7C2DE72E" w14:textId="77777777" w:rsidR="005A0029" w:rsidRDefault="00F83EB4">
      <w:pPr>
        <w:spacing w:after="60"/>
      </w:pPr>
      <w:r>
        <w:rPr>
          <w:color w:val="B4B4B4"/>
          <w:sz w:val="16"/>
        </w:rPr>
        <w:t>________________________________________________________</w:t>
      </w:r>
    </w:p>
    <w:p w14:paraId="080ABD69" w14:textId="77777777" w:rsidR="005A0029" w:rsidRDefault="00F83EB4">
      <w:pPr>
        <w:spacing w:after="60"/>
      </w:pPr>
      <w:r>
        <w:rPr>
          <w:color w:val="B4B4B4"/>
          <w:sz w:val="16"/>
        </w:rPr>
        <w:t>________________________________________________________</w:t>
      </w:r>
    </w:p>
    <w:p w14:paraId="1F1115A0" w14:textId="77777777" w:rsidR="005A0029" w:rsidRDefault="00F83EB4">
      <w:pPr>
        <w:pStyle w:val="Heading2"/>
      </w:pPr>
      <w:r>
        <w:t>Prayer</w:t>
      </w:r>
    </w:p>
    <w:p w14:paraId="6D77629B" w14:textId="77777777" w:rsidR="005A0029" w:rsidRDefault="00F83EB4">
      <w:r>
        <w:t>Father, meet me in this practice of when the old no longer fits.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80EB917" w14:textId="77777777" w:rsidR="005A0029" w:rsidRDefault="00F83EB4">
      <w:r>
        <w:rPr>
          <w:b/>
          <w:color w:val="B08D3A"/>
        </w:rPr>
        <w:lastRenderedPageBreak/>
        <w:t xml:space="preserve">TODAY'S DECLARATION  </w:t>
      </w:r>
      <w:r>
        <w:t>I will meet when the old no longer fits with truth, faith, and practiced peace.</w:t>
      </w:r>
    </w:p>
    <w:p w14:paraId="07DF66AC" w14:textId="77777777" w:rsidR="005A0029" w:rsidRDefault="00F83EB4">
      <w:r>
        <w:br w:type="page"/>
      </w:r>
    </w:p>
    <w:p w14:paraId="20729A9F" w14:textId="77777777" w:rsidR="005A0029" w:rsidRDefault="00F83EB4">
      <w:pPr>
        <w:pStyle w:val="Heading2"/>
      </w:pPr>
      <w:r>
        <w:lastRenderedPageBreak/>
        <w:t>DAY 3</w:t>
      </w:r>
    </w:p>
    <w:p w14:paraId="67A279D6" w14:textId="77777777" w:rsidR="005A0029" w:rsidRDefault="00F83EB4">
      <w:pPr>
        <w:pStyle w:val="Heading1"/>
      </w:pPr>
      <w:r>
        <w:t>Closed Doors</w:t>
      </w:r>
    </w:p>
    <w:p w14:paraId="5F28E9CC" w14:textId="77777777" w:rsidR="005A0029" w:rsidRDefault="00F83EB4">
      <w:r>
        <w:rPr>
          <w:b/>
          <w:color w:val="B08D3A"/>
        </w:rPr>
        <w:t xml:space="preserve">ANCHOR SCRIPTURE  </w:t>
      </w:r>
      <w:r>
        <w:t>Revelation 3:8</w:t>
      </w:r>
    </w:p>
    <w:p w14:paraId="3F9E15E5" w14:textId="77777777" w:rsidR="005A0029" w:rsidRDefault="00F83EB4">
      <w:pPr>
        <w:pStyle w:val="Heading2"/>
      </w:pPr>
      <w:r>
        <w:t>Guided Reflection</w:t>
      </w:r>
    </w:p>
    <w:p w14:paraId="2EBAC36A" w14:textId="77777777" w:rsidR="005A0029" w:rsidRDefault="00F83EB4">
      <w:r>
        <w:t>Today, consider what “closed doors”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 when truth is</w:t>
      </w:r>
      <w:r>
        <w:t xml:space="preserve"> practiced repeatedly, especially when circumstances remain unresolved.</w:t>
      </w:r>
    </w:p>
    <w:p w14:paraId="4DE78F73" w14:textId="77777777" w:rsidR="005A0029" w:rsidRDefault="00F83EB4">
      <w:pPr>
        <w:pStyle w:val="Heading2"/>
      </w:pPr>
      <w:r>
        <w:t>Pause &amp; Notice</w:t>
      </w:r>
    </w:p>
    <w:p w14:paraId="477715BB" w14:textId="77777777" w:rsidR="005A0029" w:rsidRDefault="00F83EB4">
      <w:r>
        <w:t>What is this theme revealing about my heart, thoughts, relationships, or current circumstances today?</w:t>
      </w:r>
    </w:p>
    <w:p w14:paraId="3E897070" w14:textId="77777777" w:rsidR="005A0029" w:rsidRDefault="00F83EB4">
      <w:pPr>
        <w:pStyle w:val="Heading2"/>
      </w:pPr>
      <w:r>
        <w:t>Peace Practice</w:t>
      </w:r>
    </w:p>
    <w:p w14:paraId="39AB59CC" w14:textId="77777777" w:rsidR="005A0029" w:rsidRDefault="00F83EB4">
      <w:r>
        <w:t>Take five slow breaths. With each inhale, receive God's presence; with each exhale, release one pressure you have been carrying.</w:t>
      </w:r>
    </w:p>
    <w:p w14:paraId="7DA0AA2B" w14:textId="77777777" w:rsidR="005A0029" w:rsidRDefault="00F83EB4">
      <w:pPr>
        <w:pStyle w:val="Heading2"/>
      </w:pPr>
      <w:r>
        <w:t>My Thoughts &amp; Prayers</w:t>
      </w:r>
    </w:p>
    <w:p w14:paraId="17AD2344" w14:textId="77777777" w:rsidR="005A0029" w:rsidRDefault="00F83EB4">
      <w:pPr>
        <w:spacing w:after="60"/>
      </w:pPr>
      <w:r>
        <w:rPr>
          <w:color w:val="B4B4B4"/>
          <w:sz w:val="16"/>
        </w:rPr>
        <w:t>________________________________________________________</w:t>
      </w:r>
    </w:p>
    <w:p w14:paraId="682EB40E" w14:textId="77777777" w:rsidR="005A0029" w:rsidRDefault="00F83EB4">
      <w:pPr>
        <w:spacing w:after="60"/>
      </w:pPr>
      <w:r>
        <w:rPr>
          <w:color w:val="B4B4B4"/>
          <w:sz w:val="16"/>
        </w:rPr>
        <w:t>________________________________________________________</w:t>
      </w:r>
    </w:p>
    <w:p w14:paraId="62BE5A72" w14:textId="77777777" w:rsidR="005A0029" w:rsidRDefault="00F83EB4">
      <w:pPr>
        <w:spacing w:after="60"/>
      </w:pPr>
      <w:r>
        <w:rPr>
          <w:color w:val="B4B4B4"/>
          <w:sz w:val="16"/>
        </w:rPr>
        <w:t>________________________________________________________</w:t>
      </w:r>
    </w:p>
    <w:p w14:paraId="3BA0ADB1" w14:textId="77777777" w:rsidR="005A0029" w:rsidRDefault="00F83EB4">
      <w:pPr>
        <w:spacing w:after="60"/>
      </w:pPr>
      <w:r>
        <w:rPr>
          <w:color w:val="B4B4B4"/>
          <w:sz w:val="16"/>
        </w:rPr>
        <w:t>________________________________________________________</w:t>
      </w:r>
    </w:p>
    <w:p w14:paraId="1E3436D2" w14:textId="77777777" w:rsidR="005A0029" w:rsidRDefault="00F83EB4">
      <w:pPr>
        <w:spacing w:after="60"/>
      </w:pPr>
      <w:r>
        <w:rPr>
          <w:color w:val="B4B4B4"/>
          <w:sz w:val="16"/>
        </w:rPr>
        <w:t>________________________________________________________</w:t>
      </w:r>
    </w:p>
    <w:p w14:paraId="5427CFC2" w14:textId="77777777" w:rsidR="005A0029" w:rsidRDefault="00F83EB4">
      <w:pPr>
        <w:pStyle w:val="Heading2"/>
      </w:pPr>
      <w:r>
        <w:t>Prayer</w:t>
      </w:r>
    </w:p>
    <w:p w14:paraId="165A2B88" w14:textId="77777777" w:rsidR="005A0029" w:rsidRDefault="00F83EB4">
      <w:r>
        <w:t>Father, meet me in this practice of closed doors.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C44C305" w14:textId="77777777" w:rsidR="005A0029" w:rsidRDefault="00F83EB4">
      <w:r>
        <w:rPr>
          <w:b/>
          <w:color w:val="B08D3A"/>
        </w:rPr>
        <w:lastRenderedPageBreak/>
        <w:t xml:space="preserve">TODAY'S DECLARATION  </w:t>
      </w:r>
      <w:r>
        <w:t>I will meet closed doors with truth, faith, and practiced peace.</w:t>
      </w:r>
    </w:p>
    <w:p w14:paraId="14FA5CA7" w14:textId="77777777" w:rsidR="005A0029" w:rsidRDefault="00F83EB4">
      <w:r>
        <w:br w:type="page"/>
      </w:r>
    </w:p>
    <w:p w14:paraId="63C1313B" w14:textId="77777777" w:rsidR="005A0029" w:rsidRDefault="00F83EB4">
      <w:pPr>
        <w:pStyle w:val="Heading2"/>
      </w:pPr>
      <w:r>
        <w:lastRenderedPageBreak/>
        <w:t>DAY 4</w:t>
      </w:r>
    </w:p>
    <w:p w14:paraId="058A97FA" w14:textId="77777777" w:rsidR="005A0029" w:rsidRDefault="00F83EB4">
      <w:pPr>
        <w:pStyle w:val="Heading1"/>
      </w:pPr>
      <w:r>
        <w:t>Uncomfortable Seasons</w:t>
      </w:r>
    </w:p>
    <w:p w14:paraId="30F508BE" w14:textId="77777777" w:rsidR="005A0029" w:rsidRDefault="00F83EB4">
      <w:r>
        <w:rPr>
          <w:b/>
          <w:color w:val="B08D3A"/>
        </w:rPr>
        <w:t xml:space="preserve">ANCHOR SCRIPTURE  </w:t>
      </w:r>
      <w:r>
        <w:t>James 1:2-4</w:t>
      </w:r>
    </w:p>
    <w:p w14:paraId="435D4055" w14:textId="77777777" w:rsidR="005A0029" w:rsidRDefault="00F83EB4">
      <w:pPr>
        <w:pStyle w:val="Heading2"/>
      </w:pPr>
      <w:r>
        <w:t>Guided Reflection</w:t>
      </w:r>
    </w:p>
    <w:p w14:paraId="6B79D884" w14:textId="77777777" w:rsidR="005A0029" w:rsidRDefault="00F83EB4">
      <w:r>
        <w:t>Today, consider what “uncomfortable seasons”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 when</w:t>
      </w:r>
      <w:r>
        <w:t xml:space="preserve"> truth is practiced repeatedly, especially when circumstances remain unresolved.</w:t>
      </w:r>
    </w:p>
    <w:p w14:paraId="3C741F6A" w14:textId="77777777" w:rsidR="005A0029" w:rsidRDefault="00F83EB4">
      <w:pPr>
        <w:pStyle w:val="Heading2"/>
      </w:pPr>
      <w:r>
        <w:t>Pause &amp; Notice</w:t>
      </w:r>
    </w:p>
    <w:p w14:paraId="4DE5E8DE" w14:textId="77777777" w:rsidR="005A0029" w:rsidRDefault="00F83EB4">
      <w:r>
        <w:t>What is this theme revealing about my heart, thoughts, relationships, or current circumstances today?</w:t>
      </w:r>
    </w:p>
    <w:p w14:paraId="082371CE" w14:textId="77777777" w:rsidR="005A0029" w:rsidRDefault="00F83EB4">
      <w:pPr>
        <w:pStyle w:val="Heading2"/>
      </w:pPr>
      <w:r>
        <w:t>Peace Practice</w:t>
      </w:r>
    </w:p>
    <w:p w14:paraId="52D1A78E" w14:textId="77777777" w:rsidR="005A0029" w:rsidRDefault="00F83EB4">
      <w:r>
        <w:t>Write one recurring fearful thought. Under it, write a Scripture-shaped response that is more truthful and life-giving.</w:t>
      </w:r>
    </w:p>
    <w:p w14:paraId="5015C382" w14:textId="77777777" w:rsidR="005A0029" w:rsidRDefault="00F83EB4">
      <w:pPr>
        <w:pStyle w:val="Heading2"/>
      </w:pPr>
      <w:r>
        <w:t>My Thoughts &amp; Prayers</w:t>
      </w:r>
    </w:p>
    <w:p w14:paraId="6DFA32A8" w14:textId="77777777" w:rsidR="005A0029" w:rsidRDefault="00F83EB4">
      <w:pPr>
        <w:spacing w:after="60"/>
      </w:pPr>
      <w:r>
        <w:rPr>
          <w:color w:val="B4B4B4"/>
          <w:sz w:val="16"/>
        </w:rPr>
        <w:t>________________________________________________________</w:t>
      </w:r>
    </w:p>
    <w:p w14:paraId="32764E78" w14:textId="77777777" w:rsidR="005A0029" w:rsidRDefault="00F83EB4">
      <w:pPr>
        <w:spacing w:after="60"/>
      </w:pPr>
      <w:r>
        <w:rPr>
          <w:color w:val="B4B4B4"/>
          <w:sz w:val="16"/>
        </w:rPr>
        <w:t>________________________________________________________</w:t>
      </w:r>
    </w:p>
    <w:p w14:paraId="7FAD19BF" w14:textId="77777777" w:rsidR="005A0029" w:rsidRDefault="00F83EB4">
      <w:pPr>
        <w:spacing w:after="60"/>
      </w:pPr>
      <w:r>
        <w:rPr>
          <w:color w:val="B4B4B4"/>
          <w:sz w:val="16"/>
        </w:rPr>
        <w:t>________________________________________________________</w:t>
      </w:r>
    </w:p>
    <w:p w14:paraId="2EC1B185" w14:textId="77777777" w:rsidR="005A0029" w:rsidRDefault="00F83EB4">
      <w:pPr>
        <w:spacing w:after="60"/>
      </w:pPr>
      <w:r>
        <w:rPr>
          <w:color w:val="B4B4B4"/>
          <w:sz w:val="16"/>
        </w:rPr>
        <w:t>________________________________________________________</w:t>
      </w:r>
    </w:p>
    <w:p w14:paraId="57C3FBFA" w14:textId="77777777" w:rsidR="005A0029" w:rsidRDefault="00F83EB4">
      <w:pPr>
        <w:spacing w:after="60"/>
      </w:pPr>
      <w:r>
        <w:rPr>
          <w:color w:val="B4B4B4"/>
          <w:sz w:val="16"/>
        </w:rPr>
        <w:t>________________________________________________________</w:t>
      </w:r>
    </w:p>
    <w:p w14:paraId="14A69CA9" w14:textId="77777777" w:rsidR="005A0029" w:rsidRDefault="00F83EB4">
      <w:pPr>
        <w:pStyle w:val="Heading2"/>
      </w:pPr>
      <w:r>
        <w:t>Prayer</w:t>
      </w:r>
    </w:p>
    <w:p w14:paraId="56D4B604" w14:textId="77777777" w:rsidR="005A0029" w:rsidRDefault="00F83EB4">
      <w:r>
        <w:t>Father, meet me in this practice of uncomfortable seasons.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957A141" w14:textId="77777777" w:rsidR="005A0029" w:rsidRDefault="00F83EB4">
      <w:r>
        <w:rPr>
          <w:b/>
          <w:color w:val="B08D3A"/>
        </w:rPr>
        <w:lastRenderedPageBreak/>
        <w:t xml:space="preserve">TODAY'S DECLARATION  </w:t>
      </w:r>
      <w:r>
        <w:t>I will meet uncomfortable seasons with truth, faith, and practiced peace.</w:t>
      </w:r>
    </w:p>
    <w:p w14:paraId="71D2005E" w14:textId="77777777" w:rsidR="005A0029" w:rsidRDefault="00F83EB4">
      <w:r>
        <w:br w:type="page"/>
      </w:r>
    </w:p>
    <w:p w14:paraId="20651A79" w14:textId="77777777" w:rsidR="005A0029" w:rsidRDefault="00F83EB4">
      <w:pPr>
        <w:pStyle w:val="Heading2"/>
      </w:pPr>
      <w:r>
        <w:lastRenderedPageBreak/>
        <w:t>DAY 5</w:t>
      </w:r>
    </w:p>
    <w:p w14:paraId="61B56567" w14:textId="77777777" w:rsidR="005A0029" w:rsidRDefault="00F83EB4">
      <w:pPr>
        <w:pStyle w:val="Heading1"/>
      </w:pPr>
      <w:r>
        <w:t>Letting Go of the Old Timeline</w:t>
      </w:r>
    </w:p>
    <w:p w14:paraId="07000B45" w14:textId="77777777" w:rsidR="005A0029" w:rsidRDefault="00F83EB4">
      <w:r>
        <w:rPr>
          <w:b/>
          <w:color w:val="B08D3A"/>
        </w:rPr>
        <w:t xml:space="preserve">ANCHOR SCRIPTURE  </w:t>
      </w:r>
      <w:r>
        <w:t>Proverbs 16:9</w:t>
      </w:r>
    </w:p>
    <w:p w14:paraId="27BD0A4B" w14:textId="77777777" w:rsidR="005A0029" w:rsidRDefault="00F83EB4">
      <w:pPr>
        <w:pStyle w:val="Heading2"/>
      </w:pPr>
      <w:r>
        <w:t>Guided Reflection</w:t>
      </w:r>
    </w:p>
    <w:p w14:paraId="1A40A9E1" w14:textId="77777777" w:rsidR="005A0029" w:rsidRDefault="00F83EB4">
      <w:r>
        <w:t>Today, consider what “letting go of the old timeline”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w:t>
      </w:r>
      <w:r>
        <w:t>able when truth is practiced repeatedly, especially when circumstances remain unresolved.</w:t>
      </w:r>
    </w:p>
    <w:p w14:paraId="3DC1CCEB" w14:textId="77777777" w:rsidR="005A0029" w:rsidRDefault="00F83EB4">
      <w:pPr>
        <w:pStyle w:val="Heading2"/>
      </w:pPr>
      <w:r>
        <w:t>Pause &amp; Notice</w:t>
      </w:r>
    </w:p>
    <w:p w14:paraId="4EDF2558" w14:textId="77777777" w:rsidR="005A0029" w:rsidRDefault="00F83EB4">
      <w:r>
        <w:t>What is this theme revealing about my heart, thoughts, relationships, or current circumstances today?</w:t>
      </w:r>
    </w:p>
    <w:p w14:paraId="61A86FDE" w14:textId="77777777" w:rsidR="005A0029" w:rsidRDefault="00F83EB4">
      <w:pPr>
        <w:pStyle w:val="Heading2"/>
      </w:pPr>
      <w:r>
        <w:t>Peace Practice</w:t>
      </w:r>
    </w:p>
    <w:p w14:paraId="15D87BC1" w14:textId="77777777" w:rsidR="005A0029" w:rsidRDefault="00F83EB4">
      <w:r>
        <w:t>Identify one small action that would create greater peace today. Make it specific enough to complete before the day ends.</w:t>
      </w:r>
    </w:p>
    <w:p w14:paraId="2D10685E" w14:textId="77777777" w:rsidR="005A0029" w:rsidRDefault="00F83EB4">
      <w:pPr>
        <w:pStyle w:val="Heading2"/>
      </w:pPr>
      <w:r>
        <w:t>My Thoughts &amp; Prayers</w:t>
      </w:r>
    </w:p>
    <w:p w14:paraId="69809C09" w14:textId="77777777" w:rsidR="005A0029" w:rsidRDefault="00F83EB4">
      <w:pPr>
        <w:spacing w:after="60"/>
      </w:pPr>
      <w:r>
        <w:rPr>
          <w:color w:val="B4B4B4"/>
          <w:sz w:val="16"/>
        </w:rPr>
        <w:t>________________________________________________________</w:t>
      </w:r>
    </w:p>
    <w:p w14:paraId="05EF06D3" w14:textId="77777777" w:rsidR="005A0029" w:rsidRDefault="00F83EB4">
      <w:pPr>
        <w:spacing w:after="60"/>
      </w:pPr>
      <w:r>
        <w:rPr>
          <w:color w:val="B4B4B4"/>
          <w:sz w:val="16"/>
        </w:rPr>
        <w:t>________________________________________________________</w:t>
      </w:r>
    </w:p>
    <w:p w14:paraId="3DE5824D" w14:textId="77777777" w:rsidR="005A0029" w:rsidRDefault="00F83EB4">
      <w:pPr>
        <w:spacing w:after="60"/>
      </w:pPr>
      <w:r>
        <w:rPr>
          <w:color w:val="B4B4B4"/>
          <w:sz w:val="16"/>
        </w:rPr>
        <w:t>________________________________________________________</w:t>
      </w:r>
    </w:p>
    <w:p w14:paraId="28C49FE9" w14:textId="77777777" w:rsidR="005A0029" w:rsidRDefault="00F83EB4">
      <w:pPr>
        <w:spacing w:after="60"/>
      </w:pPr>
      <w:r>
        <w:rPr>
          <w:color w:val="B4B4B4"/>
          <w:sz w:val="16"/>
        </w:rPr>
        <w:t>________________________________________________________</w:t>
      </w:r>
    </w:p>
    <w:p w14:paraId="1A37829E" w14:textId="77777777" w:rsidR="005A0029" w:rsidRDefault="00F83EB4">
      <w:pPr>
        <w:spacing w:after="60"/>
      </w:pPr>
      <w:r>
        <w:rPr>
          <w:color w:val="B4B4B4"/>
          <w:sz w:val="16"/>
        </w:rPr>
        <w:t>________________________________________________________</w:t>
      </w:r>
    </w:p>
    <w:p w14:paraId="5E9A9A20" w14:textId="77777777" w:rsidR="005A0029" w:rsidRDefault="00F83EB4">
      <w:pPr>
        <w:pStyle w:val="Heading2"/>
      </w:pPr>
      <w:r>
        <w:t>Prayer</w:t>
      </w:r>
    </w:p>
    <w:p w14:paraId="6C179656" w14:textId="77777777" w:rsidR="005A0029" w:rsidRDefault="00F83EB4">
      <w:r>
        <w:t>Father, meet me in this practice of letting go of the old timeline.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FEF63D7" w14:textId="77777777" w:rsidR="005A0029" w:rsidRDefault="00F83EB4">
      <w:r>
        <w:rPr>
          <w:b/>
          <w:color w:val="B08D3A"/>
        </w:rPr>
        <w:lastRenderedPageBreak/>
        <w:t xml:space="preserve">TODAY'S DECLARATION  </w:t>
      </w:r>
      <w:r>
        <w:t>I will meet letting go of the old timeline with truth, faith, and practiced peace.</w:t>
      </w:r>
    </w:p>
    <w:p w14:paraId="7DD62005" w14:textId="77777777" w:rsidR="005A0029" w:rsidRDefault="00F83EB4">
      <w:r>
        <w:br w:type="page"/>
      </w:r>
    </w:p>
    <w:p w14:paraId="1A9755C2" w14:textId="77777777" w:rsidR="005A0029" w:rsidRDefault="00F83EB4">
      <w:pPr>
        <w:pStyle w:val="Heading2"/>
      </w:pPr>
      <w:r>
        <w:lastRenderedPageBreak/>
        <w:t>DAY 6</w:t>
      </w:r>
    </w:p>
    <w:p w14:paraId="3AC1A35B" w14:textId="77777777" w:rsidR="005A0029" w:rsidRDefault="00F83EB4">
      <w:pPr>
        <w:pStyle w:val="Heading1"/>
      </w:pPr>
      <w:r>
        <w:t>The Lesson in Disruption</w:t>
      </w:r>
    </w:p>
    <w:p w14:paraId="31A4B685" w14:textId="77777777" w:rsidR="005A0029" w:rsidRDefault="00F83EB4">
      <w:r>
        <w:rPr>
          <w:b/>
          <w:color w:val="B08D3A"/>
        </w:rPr>
        <w:t xml:space="preserve">ANCHOR SCRIPTURE  </w:t>
      </w:r>
      <w:r>
        <w:t>Romans 8:28</w:t>
      </w:r>
    </w:p>
    <w:p w14:paraId="16FAEBB4" w14:textId="77777777" w:rsidR="005A0029" w:rsidRDefault="00F83EB4">
      <w:pPr>
        <w:pStyle w:val="Heading2"/>
      </w:pPr>
      <w:r>
        <w:t>Guided Reflection</w:t>
      </w:r>
    </w:p>
    <w:p w14:paraId="333114A2" w14:textId="77777777" w:rsidR="005A0029" w:rsidRDefault="00F83EB4">
      <w:r>
        <w:t>Today, consider what “the lesson in disruption”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 w</w:t>
      </w:r>
      <w:r>
        <w:t>hen truth is practiced repeatedly, especially when circumstances remain unresolved.</w:t>
      </w:r>
    </w:p>
    <w:p w14:paraId="7CF16630" w14:textId="77777777" w:rsidR="005A0029" w:rsidRDefault="00F83EB4">
      <w:pPr>
        <w:pStyle w:val="Heading2"/>
      </w:pPr>
      <w:r>
        <w:t>Pause &amp; Notice</w:t>
      </w:r>
    </w:p>
    <w:p w14:paraId="53EA2963" w14:textId="77777777" w:rsidR="005A0029" w:rsidRDefault="00F83EB4">
      <w:r>
        <w:t>What is this theme revealing about my heart, thoughts, relationships, or current circumstances today?</w:t>
      </w:r>
    </w:p>
    <w:p w14:paraId="59428ECF" w14:textId="77777777" w:rsidR="005A0029" w:rsidRDefault="00F83EB4">
      <w:pPr>
        <w:pStyle w:val="Heading2"/>
      </w:pPr>
      <w:r>
        <w:t>Peace Practice</w:t>
      </w:r>
    </w:p>
    <w:p w14:paraId="696D7EDA" w14:textId="77777777" w:rsidR="005A0029" w:rsidRDefault="00F83EB4">
      <w:r>
        <w:t>Reach out to one trusted, mature person. Share one thing you have been carrying silently and allow yourself to receive support.</w:t>
      </w:r>
    </w:p>
    <w:p w14:paraId="28A8615D" w14:textId="77777777" w:rsidR="005A0029" w:rsidRDefault="00F83EB4">
      <w:pPr>
        <w:pStyle w:val="Heading2"/>
      </w:pPr>
      <w:r>
        <w:t>My Thoughts &amp; Prayers</w:t>
      </w:r>
    </w:p>
    <w:p w14:paraId="5EAC0367" w14:textId="77777777" w:rsidR="005A0029" w:rsidRDefault="00F83EB4">
      <w:pPr>
        <w:spacing w:after="60"/>
      </w:pPr>
      <w:r>
        <w:rPr>
          <w:color w:val="B4B4B4"/>
          <w:sz w:val="16"/>
        </w:rPr>
        <w:t>________________________________________________________</w:t>
      </w:r>
    </w:p>
    <w:p w14:paraId="080B5F5D" w14:textId="77777777" w:rsidR="005A0029" w:rsidRDefault="00F83EB4">
      <w:pPr>
        <w:spacing w:after="60"/>
      </w:pPr>
      <w:r>
        <w:rPr>
          <w:color w:val="B4B4B4"/>
          <w:sz w:val="16"/>
        </w:rPr>
        <w:t>________________________________________________________</w:t>
      </w:r>
    </w:p>
    <w:p w14:paraId="37561733" w14:textId="77777777" w:rsidR="005A0029" w:rsidRDefault="00F83EB4">
      <w:pPr>
        <w:spacing w:after="60"/>
      </w:pPr>
      <w:r>
        <w:rPr>
          <w:color w:val="B4B4B4"/>
          <w:sz w:val="16"/>
        </w:rPr>
        <w:t>________________________________________________________</w:t>
      </w:r>
    </w:p>
    <w:p w14:paraId="7CC4E401" w14:textId="77777777" w:rsidR="005A0029" w:rsidRDefault="00F83EB4">
      <w:pPr>
        <w:spacing w:after="60"/>
      </w:pPr>
      <w:r>
        <w:rPr>
          <w:color w:val="B4B4B4"/>
          <w:sz w:val="16"/>
        </w:rPr>
        <w:t>________________________________________________________</w:t>
      </w:r>
    </w:p>
    <w:p w14:paraId="286BEA75" w14:textId="77777777" w:rsidR="005A0029" w:rsidRDefault="00F83EB4">
      <w:pPr>
        <w:spacing w:after="60"/>
      </w:pPr>
      <w:r>
        <w:rPr>
          <w:color w:val="B4B4B4"/>
          <w:sz w:val="16"/>
        </w:rPr>
        <w:t>________________________________________________________</w:t>
      </w:r>
    </w:p>
    <w:p w14:paraId="4F0E5A27" w14:textId="77777777" w:rsidR="005A0029" w:rsidRDefault="00F83EB4">
      <w:pPr>
        <w:pStyle w:val="Heading2"/>
      </w:pPr>
      <w:r>
        <w:t>Prayer</w:t>
      </w:r>
    </w:p>
    <w:p w14:paraId="74A5673A" w14:textId="77777777" w:rsidR="005A0029" w:rsidRDefault="00F83EB4">
      <w:r>
        <w:t>Father, meet me in this practice of the lesson in disruption.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8760CD7" w14:textId="77777777" w:rsidR="005A0029" w:rsidRDefault="00F83EB4">
      <w:r>
        <w:rPr>
          <w:b/>
          <w:color w:val="B08D3A"/>
        </w:rPr>
        <w:lastRenderedPageBreak/>
        <w:t xml:space="preserve">TODAY'S DECLARATION  </w:t>
      </w:r>
      <w:r>
        <w:t>I will meet the lesson in disruption with truth, faith, and practiced peace.</w:t>
      </w:r>
    </w:p>
    <w:p w14:paraId="33D755D2" w14:textId="77777777" w:rsidR="005A0029" w:rsidRDefault="00F83EB4">
      <w:r>
        <w:br w:type="page"/>
      </w:r>
    </w:p>
    <w:p w14:paraId="6704183A" w14:textId="77777777" w:rsidR="005A0029" w:rsidRDefault="00F83EB4">
      <w:pPr>
        <w:pStyle w:val="Heading2"/>
      </w:pPr>
      <w:r>
        <w:lastRenderedPageBreak/>
        <w:t>DAY 7</w:t>
      </w:r>
    </w:p>
    <w:p w14:paraId="23225917" w14:textId="77777777" w:rsidR="005A0029" w:rsidRDefault="00F83EB4">
      <w:pPr>
        <w:pStyle w:val="Heading1"/>
      </w:pPr>
      <w:r>
        <w:t>Adapt Without Losing Yourself</w:t>
      </w:r>
    </w:p>
    <w:p w14:paraId="77C09008" w14:textId="77777777" w:rsidR="005A0029" w:rsidRDefault="00F83EB4">
      <w:r>
        <w:rPr>
          <w:b/>
          <w:color w:val="B08D3A"/>
        </w:rPr>
        <w:t xml:space="preserve">ANCHOR SCRIPTURE  </w:t>
      </w:r>
      <w:r>
        <w:t>1 Corinthians 9:22</w:t>
      </w:r>
    </w:p>
    <w:p w14:paraId="31628A74" w14:textId="77777777" w:rsidR="005A0029" w:rsidRDefault="00F83EB4">
      <w:pPr>
        <w:pStyle w:val="Heading2"/>
      </w:pPr>
      <w:r>
        <w:t>Guided Reflection</w:t>
      </w:r>
    </w:p>
    <w:p w14:paraId="2C664E3F" w14:textId="77777777" w:rsidR="005A0029" w:rsidRDefault="00F83EB4">
      <w:r>
        <w:t>Today, consider what “adapt without losing yourself”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w:t>
      </w:r>
      <w:r>
        <w:t>ble when truth is practiced repeatedly, especially when circumstances remain unresolved.</w:t>
      </w:r>
    </w:p>
    <w:p w14:paraId="6BD49303" w14:textId="77777777" w:rsidR="005A0029" w:rsidRDefault="00F83EB4">
      <w:pPr>
        <w:pStyle w:val="Heading2"/>
      </w:pPr>
      <w:r>
        <w:t>Pause &amp; Notice</w:t>
      </w:r>
    </w:p>
    <w:p w14:paraId="5518C8E8" w14:textId="77777777" w:rsidR="005A0029" w:rsidRDefault="00F83EB4">
      <w:r>
        <w:t>What is this theme revealing about my heart, thoughts, relationships, or current circumstances today?</w:t>
      </w:r>
    </w:p>
    <w:p w14:paraId="32E05EFF" w14:textId="77777777" w:rsidR="005A0029" w:rsidRDefault="00F83EB4">
      <w:pPr>
        <w:pStyle w:val="Heading2"/>
      </w:pPr>
      <w:r>
        <w:t>Peace Practice</w:t>
      </w:r>
    </w:p>
    <w:p w14:paraId="64A939FF" w14:textId="77777777" w:rsidR="005A0029" w:rsidRDefault="00F83EB4">
      <w:r>
        <w:t>Practice a ten-minute quiet period without your phone. Notice what surfaces, then bring it honestly into prayer.</w:t>
      </w:r>
    </w:p>
    <w:p w14:paraId="4B22D1EA" w14:textId="77777777" w:rsidR="005A0029" w:rsidRDefault="00F83EB4">
      <w:pPr>
        <w:pStyle w:val="Heading2"/>
      </w:pPr>
      <w:r>
        <w:t>My Thoughts &amp; Prayers</w:t>
      </w:r>
    </w:p>
    <w:p w14:paraId="11DBD587" w14:textId="77777777" w:rsidR="005A0029" w:rsidRDefault="00F83EB4">
      <w:pPr>
        <w:spacing w:after="60"/>
      </w:pPr>
      <w:r>
        <w:rPr>
          <w:color w:val="B4B4B4"/>
          <w:sz w:val="16"/>
        </w:rPr>
        <w:t>________________________________________________________</w:t>
      </w:r>
    </w:p>
    <w:p w14:paraId="399B5584" w14:textId="77777777" w:rsidR="005A0029" w:rsidRDefault="00F83EB4">
      <w:pPr>
        <w:spacing w:after="60"/>
      </w:pPr>
      <w:r>
        <w:rPr>
          <w:color w:val="B4B4B4"/>
          <w:sz w:val="16"/>
        </w:rPr>
        <w:t>________________________________________________________</w:t>
      </w:r>
    </w:p>
    <w:p w14:paraId="172C68A5" w14:textId="77777777" w:rsidR="005A0029" w:rsidRDefault="00F83EB4">
      <w:pPr>
        <w:spacing w:after="60"/>
      </w:pPr>
      <w:r>
        <w:rPr>
          <w:color w:val="B4B4B4"/>
          <w:sz w:val="16"/>
        </w:rPr>
        <w:t>________________________________________________________</w:t>
      </w:r>
    </w:p>
    <w:p w14:paraId="1DB7448E" w14:textId="77777777" w:rsidR="005A0029" w:rsidRDefault="00F83EB4">
      <w:pPr>
        <w:spacing w:after="60"/>
      </w:pPr>
      <w:r>
        <w:rPr>
          <w:color w:val="B4B4B4"/>
          <w:sz w:val="16"/>
        </w:rPr>
        <w:t>________________________________________________________</w:t>
      </w:r>
    </w:p>
    <w:p w14:paraId="1ACDC16C" w14:textId="77777777" w:rsidR="005A0029" w:rsidRDefault="00F83EB4">
      <w:pPr>
        <w:spacing w:after="60"/>
      </w:pPr>
      <w:r>
        <w:rPr>
          <w:color w:val="B4B4B4"/>
          <w:sz w:val="16"/>
        </w:rPr>
        <w:t>________________________________________________________</w:t>
      </w:r>
    </w:p>
    <w:p w14:paraId="62820ACC" w14:textId="77777777" w:rsidR="005A0029" w:rsidRDefault="00F83EB4">
      <w:pPr>
        <w:pStyle w:val="Heading2"/>
      </w:pPr>
      <w:r>
        <w:t>Prayer</w:t>
      </w:r>
    </w:p>
    <w:p w14:paraId="31E527A6" w14:textId="77777777" w:rsidR="005A0029" w:rsidRDefault="00F83EB4">
      <w:r>
        <w:t>Father, meet me in this practice of adapt without losing yourself.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F2EE897" w14:textId="77777777" w:rsidR="005A0029" w:rsidRDefault="00F83EB4">
      <w:r>
        <w:rPr>
          <w:b/>
          <w:color w:val="B08D3A"/>
        </w:rPr>
        <w:lastRenderedPageBreak/>
        <w:t xml:space="preserve">TODAY'S DECLARATION  </w:t>
      </w:r>
      <w:r>
        <w:t>I will meet adapt without losing yourself with truth, faith, and practiced peace.</w:t>
      </w:r>
    </w:p>
    <w:p w14:paraId="059DC82B" w14:textId="77777777" w:rsidR="005A0029" w:rsidRDefault="00F83EB4">
      <w:r>
        <w:br w:type="page"/>
      </w:r>
    </w:p>
    <w:p w14:paraId="1114CEE6" w14:textId="77777777" w:rsidR="005A0029" w:rsidRDefault="00F83EB4">
      <w:pPr>
        <w:pStyle w:val="Heading2"/>
      </w:pPr>
      <w:r>
        <w:lastRenderedPageBreak/>
        <w:t>DAY 8</w:t>
      </w:r>
    </w:p>
    <w:p w14:paraId="665206A6" w14:textId="77777777" w:rsidR="005A0029" w:rsidRDefault="00F83EB4">
      <w:pPr>
        <w:pStyle w:val="Heading1"/>
      </w:pPr>
      <w:r>
        <w:t>Surrender Is Not Defeat</w:t>
      </w:r>
    </w:p>
    <w:p w14:paraId="73D5F7E0" w14:textId="77777777" w:rsidR="005A0029" w:rsidRDefault="00F83EB4">
      <w:r>
        <w:rPr>
          <w:b/>
          <w:color w:val="B08D3A"/>
        </w:rPr>
        <w:t xml:space="preserve">ANCHOR SCRIPTURE  </w:t>
      </w:r>
      <w:r>
        <w:t>Proverbs 3:5-6</w:t>
      </w:r>
    </w:p>
    <w:p w14:paraId="729349F4" w14:textId="77777777" w:rsidR="005A0029" w:rsidRDefault="00F83EB4">
      <w:pPr>
        <w:pStyle w:val="Heading2"/>
      </w:pPr>
      <w:r>
        <w:t>Guided Reflection</w:t>
      </w:r>
    </w:p>
    <w:p w14:paraId="1788FFF7" w14:textId="77777777" w:rsidR="005A0029" w:rsidRDefault="00F83EB4">
      <w:r>
        <w:t>Today, consider what “surrender is not defeat”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 wh</w:t>
      </w:r>
      <w:r>
        <w:t>en truth is practiced repeatedly, especially when circumstances remain unresolved.</w:t>
      </w:r>
    </w:p>
    <w:p w14:paraId="7DD076FA" w14:textId="77777777" w:rsidR="005A0029" w:rsidRDefault="00F83EB4">
      <w:pPr>
        <w:pStyle w:val="Heading2"/>
      </w:pPr>
      <w:r>
        <w:t>Pause &amp; Notice</w:t>
      </w:r>
    </w:p>
    <w:p w14:paraId="41714344" w14:textId="77777777" w:rsidR="005A0029" w:rsidRDefault="00F83EB4">
      <w:r>
        <w:t>What is this theme revealing about my heart, thoughts, relationships, or current circumstances today?</w:t>
      </w:r>
    </w:p>
    <w:p w14:paraId="312E57A7" w14:textId="77777777" w:rsidR="005A0029" w:rsidRDefault="00F83EB4">
      <w:pPr>
        <w:pStyle w:val="Heading2"/>
      </w:pPr>
      <w:r>
        <w:t>Peace Practice</w:t>
      </w:r>
    </w:p>
    <w:p w14:paraId="59E5743D" w14:textId="77777777" w:rsidR="005A0029" w:rsidRDefault="00F83EB4">
      <w:r>
        <w:t>Sit quietly for three minutes. Name what you feel without judging it. Then write one truth you want to carry into the day.</w:t>
      </w:r>
    </w:p>
    <w:p w14:paraId="52A92871" w14:textId="77777777" w:rsidR="005A0029" w:rsidRDefault="00F83EB4">
      <w:pPr>
        <w:pStyle w:val="Heading2"/>
      </w:pPr>
      <w:r>
        <w:t>My Thoughts &amp; Prayers</w:t>
      </w:r>
    </w:p>
    <w:p w14:paraId="3E81608D" w14:textId="77777777" w:rsidR="005A0029" w:rsidRDefault="00F83EB4">
      <w:pPr>
        <w:spacing w:after="60"/>
      </w:pPr>
      <w:r>
        <w:rPr>
          <w:color w:val="B4B4B4"/>
          <w:sz w:val="16"/>
        </w:rPr>
        <w:t>________________________________________________________</w:t>
      </w:r>
    </w:p>
    <w:p w14:paraId="0461D17A" w14:textId="77777777" w:rsidR="005A0029" w:rsidRDefault="00F83EB4">
      <w:pPr>
        <w:spacing w:after="60"/>
      </w:pPr>
      <w:r>
        <w:rPr>
          <w:color w:val="B4B4B4"/>
          <w:sz w:val="16"/>
        </w:rPr>
        <w:t>________________________________________________________</w:t>
      </w:r>
    </w:p>
    <w:p w14:paraId="37ADD70A" w14:textId="77777777" w:rsidR="005A0029" w:rsidRDefault="00F83EB4">
      <w:pPr>
        <w:spacing w:after="60"/>
      </w:pPr>
      <w:r>
        <w:rPr>
          <w:color w:val="B4B4B4"/>
          <w:sz w:val="16"/>
        </w:rPr>
        <w:t>________________________________________________________</w:t>
      </w:r>
    </w:p>
    <w:p w14:paraId="231F6A6F" w14:textId="77777777" w:rsidR="005A0029" w:rsidRDefault="00F83EB4">
      <w:pPr>
        <w:spacing w:after="60"/>
      </w:pPr>
      <w:r>
        <w:rPr>
          <w:color w:val="B4B4B4"/>
          <w:sz w:val="16"/>
        </w:rPr>
        <w:t>________________________________________________________</w:t>
      </w:r>
    </w:p>
    <w:p w14:paraId="0742E8F6" w14:textId="77777777" w:rsidR="005A0029" w:rsidRDefault="00F83EB4">
      <w:pPr>
        <w:spacing w:after="60"/>
      </w:pPr>
      <w:r>
        <w:rPr>
          <w:color w:val="B4B4B4"/>
          <w:sz w:val="16"/>
        </w:rPr>
        <w:t>________________________________________________________</w:t>
      </w:r>
    </w:p>
    <w:p w14:paraId="2CEFE788" w14:textId="77777777" w:rsidR="005A0029" w:rsidRDefault="00F83EB4">
      <w:pPr>
        <w:pStyle w:val="Heading2"/>
      </w:pPr>
      <w:r>
        <w:t>Prayer</w:t>
      </w:r>
    </w:p>
    <w:p w14:paraId="0A920ECC" w14:textId="77777777" w:rsidR="005A0029" w:rsidRDefault="00F83EB4">
      <w:r>
        <w:t>Father, meet me in this practice of surrender is not defeat.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04E590A" w14:textId="77777777" w:rsidR="005A0029" w:rsidRDefault="00F83EB4">
      <w:r>
        <w:rPr>
          <w:b/>
          <w:color w:val="B08D3A"/>
        </w:rPr>
        <w:lastRenderedPageBreak/>
        <w:t xml:space="preserve">TODAY'S DECLARATION  </w:t>
      </w:r>
      <w:r>
        <w:t>I will meet surrender is not defeat with truth, faith, and practiced peace.</w:t>
      </w:r>
    </w:p>
    <w:p w14:paraId="78BA9F8F" w14:textId="77777777" w:rsidR="005A0029" w:rsidRDefault="00F83EB4">
      <w:r>
        <w:br w:type="page"/>
      </w:r>
    </w:p>
    <w:p w14:paraId="2A88235E" w14:textId="77777777" w:rsidR="005A0029" w:rsidRDefault="00F83EB4">
      <w:pPr>
        <w:pStyle w:val="Heading2"/>
      </w:pPr>
      <w:r>
        <w:lastRenderedPageBreak/>
        <w:t>DAY 9</w:t>
      </w:r>
    </w:p>
    <w:p w14:paraId="43C18EB6" w14:textId="77777777" w:rsidR="005A0029" w:rsidRDefault="00F83EB4">
      <w:pPr>
        <w:pStyle w:val="Heading1"/>
      </w:pPr>
      <w:r>
        <w:t>What Are You Learning?</w:t>
      </w:r>
    </w:p>
    <w:p w14:paraId="738CB37B" w14:textId="77777777" w:rsidR="005A0029" w:rsidRDefault="00F83EB4">
      <w:r>
        <w:rPr>
          <w:b/>
          <w:color w:val="B08D3A"/>
        </w:rPr>
        <w:t xml:space="preserve">ANCHOR SCRIPTURE  </w:t>
      </w:r>
      <w:r>
        <w:t>Psalm 25:4</w:t>
      </w:r>
    </w:p>
    <w:p w14:paraId="77CE6DF1" w14:textId="77777777" w:rsidR="005A0029" w:rsidRDefault="00F83EB4">
      <w:pPr>
        <w:pStyle w:val="Heading2"/>
      </w:pPr>
      <w:r>
        <w:t>Guided Reflection</w:t>
      </w:r>
    </w:p>
    <w:p w14:paraId="455CA4EC" w14:textId="77777777" w:rsidR="005A0029" w:rsidRDefault="00F83EB4">
      <w:r>
        <w:t>Today, consider what “what are you learning?”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 whe</w:t>
      </w:r>
      <w:r>
        <w:t>n truth is practiced repeatedly, especially when circumstances remain unresolved.</w:t>
      </w:r>
    </w:p>
    <w:p w14:paraId="0E2FBAA5" w14:textId="77777777" w:rsidR="005A0029" w:rsidRDefault="00F83EB4">
      <w:pPr>
        <w:pStyle w:val="Heading2"/>
      </w:pPr>
      <w:r>
        <w:t>Pause &amp; Notice</w:t>
      </w:r>
    </w:p>
    <w:p w14:paraId="5817F54D" w14:textId="77777777" w:rsidR="005A0029" w:rsidRDefault="00F83EB4">
      <w:r>
        <w:t>What is this theme revealing about my heart, thoughts, relationships, or current circumstances today?</w:t>
      </w:r>
    </w:p>
    <w:p w14:paraId="2A2A6F01" w14:textId="77777777" w:rsidR="005A0029" w:rsidRDefault="00F83EB4">
      <w:pPr>
        <w:pStyle w:val="Heading2"/>
      </w:pPr>
      <w:r>
        <w:t>Peace Practice</w:t>
      </w:r>
    </w:p>
    <w:p w14:paraId="38F13FA6" w14:textId="77777777" w:rsidR="005A0029" w:rsidRDefault="00F83EB4">
      <w:r>
        <w:t>Draw two columns: 'What I can control' and 'What I must release.' Place each concern in the appropriate column and pray over both.</w:t>
      </w:r>
    </w:p>
    <w:p w14:paraId="1A238552" w14:textId="77777777" w:rsidR="005A0029" w:rsidRDefault="00F83EB4">
      <w:pPr>
        <w:pStyle w:val="Heading2"/>
      </w:pPr>
      <w:r>
        <w:t>My Thoughts &amp; Prayers</w:t>
      </w:r>
    </w:p>
    <w:p w14:paraId="5FBE4F3D" w14:textId="77777777" w:rsidR="005A0029" w:rsidRDefault="00F83EB4">
      <w:pPr>
        <w:spacing w:after="60"/>
      </w:pPr>
      <w:r>
        <w:rPr>
          <w:color w:val="B4B4B4"/>
          <w:sz w:val="16"/>
        </w:rPr>
        <w:t>________________________________________________________</w:t>
      </w:r>
    </w:p>
    <w:p w14:paraId="22F2B6B2" w14:textId="77777777" w:rsidR="005A0029" w:rsidRDefault="00F83EB4">
      <w:pPr>
        <w:spacing w:after="60"/>
      </w:pPr>
      <w:r>
        <w:rPr>
          <w:color w:val="B4B4B4"/>
          <w:sz w:val="16"/>
        </w:rPr>
        <w:t>________________________________________________________</w:t>
      </w:r>
    </w:p>
    <w:p w14:paraId="545794D8" w14:textId="77777777" w:rsidR="005A0029" w:rsidRDefault="00F83EB4">
      <w:pPr>
        <w:spacing w:after="60"/>
      </w:pPr>
      <w:r>
        <w:rPr>
          <w:color w:val="B4B4B4"/>
          <w:sz w:val="16"/>
        </w:rPr>
        <w:t>________________________________________________________</w:t>
      </w:r>
    </w:p>
    <w:p w14:paraId="3EF5F591" w14:textId="77777777" w:rsidR="005A0029" w:rsidRDefault="00F83EB4">
      <w:pPr>
        <w:spacing w:after="60"/>
      </w:pPr>
      <w:r>
        <w:rPr>
          <w:color w:val="B4B4B4"/>
          <w:sz w:val="16"/>
        </w:rPr>
        <w:t>________________________________________________________</w:t>
      </w:r>
    </w:p>
    <w:p w14:paraId="7CDA8002" w14:textId="77777777" w:rsidR="005A0029" w:rsidRDefault="00F83EB4">
      <w:pPr>
        <w:spacing w:after="60"/>
      </w:pPr>
      <w:r>
        <w:rPr>
          <w:color w:val="B4B4B4"/>
          <w:sz w:val="16"/>
        </w:rPr>
        <w:t>________________________________________________________</w:t>
      </w:r>
    </w:p>
    <w:p w14:paraId="656DBFBD" w14:textId="77777777" w:rsidR="005A0029" w:rsidRDefault="00F83EB4">
      <w:pPr>
        <w:pStyle w:val="Heading2"/>
      </w:pPr>
      <w:r>
        <w:t>Prayer</w:t>
      </w:r>
    </w:p>
    <w:p w14:paraId="3E61AEF8" w14:textId="77777777" w:rsidR="005A0029" w:rsidRDefault="00F83EB4">
      <w:r>
        <w:t>Father, meet me in this practice of what are you learning?.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4823CDB" w14:textId="77777777" w:rsidR="005A0029" w:rsidRDefault="00F83EB4">
      <w:r>
        <w:rPr>
          <w:b/>
          <w:color w:val="B08D3A"/>
        </w:rPr>
        <w:lastRenderedPageBreak/>
        <w:t xml:space="preserve">TODAY'S DECLARATION  </w:t>
      </w:r>
      <w:r>
        <w:t>I will meet what are you learning? with truth, faith, and practiced peace.</w:t>
      </w:r>
    </w:p>
    <w:p w14:paraId="53657274" w14:textId="77777777" w:rsidR="005A0029" w:rsidRDefault="00F83EB4">
      <w:r>
        <w:br w:type="page"/>
      </w:r>
    </w:p>
    <w:p w14:paraId="75E49E42" w14:textId="77777777" w:rsidR="005A0029" w:rsidRDefault="00F83EB4">
      <w:pPr>
        <w:pStyle w:val="Heading2"/>
      </w:pPr>
      <w:r>
        <w:lastRenderedPageBreak/>
        <w:t>DAY 10</w:t>
      </w:r>
    </w:p>
    <w:p w14:paraId="5E984D2D" w14:textId="77777777" w:rsidR="005A0029" w:rsidRDefault="00F83EB4">
      <w:pPr>
        <w:pStyle w:val="Heading1"/>
      </w:pPr>
      <w:r>
        <w:t>Growth Can Feel Like Grief</w:t>
      </w:r>
    </w:p>
    <w:p w14:paraId="13D5934A" w14:textId="77777777" w:rsidR="005A0029" w:rsidRDefault="00F83EB4">
      <w:r>
        <w:rPr>
          <w:b/>
          <w:color w:val="B08D3A"/>
        </w:rPr>
        <w:t xml:space="preserve">ANCHOR SCRIPTURE  </w:t>
      </w:r>
      <w:r>
        <w:t>John 12:24</w:t>
      </w:r>
    </w:p>
    <w:p w14:paraId="03802C7E" w14:textId="77777777" w:rsidR="005A0029" w:rsidRDefault="00F83EB4">
      <w:pPr>
        <w:pStyle w:val="Heading2"/>
      </w:pPr>
      <w:r>
        <w:t>Guided Reflection</w:t>
      </w:r>
    </w:p>
    <w:p w14:paraId="6737907F" w14:textId="77777777" w:rsidR="005A0029" w:rsidRDefault="00F83EB4">
      <w:r>
        <w:t>Today, consider what “growth can feel like grief”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w:t>
      </w:r>
      <w:r>
        <w:t xml:space="preserve"> when truth is practiced repeatedly, especially when circumstances remain unresolved.</w:t>
      </w:r>
    </w:p>
    <w:p w14:paraId="59AF5737" w14:textId="77777777" w:rsidR="005A0029" w:rsidRDefault="00F83EB4">
      <w:pPr>
        <w:pStyle w:val="Heading2"/>
      </w:pPr>
      <w:r>
        <w:t>Pause &amp; Notice</w:t>
      </w:r>
    </w:p>
    <w:p w14:paraId="36B1B538" w14:textId="77777777" w:rsidR="005A0029" w:rsidRDefault="00F83EB4">
      <w:r>
        <w:t>What is this theme revealing about my heart, thoughts, relationships, or current circumstances today?</w:t>
      </w:r>
    </w:p>
    <w:p w14:paraId="5A81EFD2" w14:textId="77777777" w:rsidR="005A0029" w:rsidRDefault="00F83EB4">
      <w:pPr>
        <w:pStyle w:val="Heading2"/>
      </w:pPr>
      <w:r>
        <w:t>Peace Practice</w:t>
      </w:r>
    </w:p>
    <w:p w14:paraId="45DA3A42" w14:textId="77777777" w:rsidR="005A0029" w:rsidRDefault="00F83EB4">
      <w:r>
        <w:t>Take five slow breaths. With each inhale, receive God's presence; with each exhale, release one pressure you have been carrying.</w:t>
      </w:r>
    </w:p>
    <w:p w14:paraId="5FF9D030" w14:textId="77777777" w:rsidR="005A0029" w:rsidRDefault="00F83EB4">
      <w:pPr>
        <w:pStyle w:val="Heading2"/>
      </w:pPr>
      <w:r>
        <w:t>My Thoughts &amp; Prayers</w:t>
      </w:r>
    </w:p>
    <w:p w14:paraId="0DB4B5F4" w14:textId="77777777" w:rsidR="005A0029" w:rsidRDefault="00F83EB4">
      <w:pPr>
        <w:spacing w:after="60"/>
      </w:pPr>
      <w:r>
        <w:rPr>
          <w:color w:val="B4B4B4"/>
          <w:sz w:val="16"/>
        </w:rPr>
        <w:t>________________________________________________________</w:t>
      </w:r>
    </w:p>
    <w:p w14:paraId="68B5166C" w14:textId="77777777" w:rsidR="005A0029" w:rsidRDefault="00F83EB4">
      <w:pPr>
        <w:spacing w:after="60"/>
      </w:pPr>
      <w:r>
        <w:rPr>
          <w:color w:val="B4B4B4"/>
          <w:sz w:val="16"/>
        </w:rPr>
        <w:t>________________________________________________________</w:t>
      </w:r>
    </w:p>
    <w:p w14:paraId="062A23B3" w14:textId="77777777" w:rsidR="005A0029" w:rsidRDefault="00F83EB4">
      <w:pPr>
        <w:spacing w:after="60"/>
      </w:pPr>
      <w:r>
        <w:rPr>
          <w:color w:val="B4B4B4"/>
          <w:sz w:val="16"/>
        </w:rPr>
        <w:t>________________________________________________________</w:t>
      </w:r>
    </w:p>
    <w:p w14:paraId="19A8442D" w14:textId="77777777" w:rsidR="005A0029" w:rsidRDefault="00F83EB4">
      <w:pPr>
        <w:spacing w:after="60"/>
      </w:pPr>
      <w:r>
        <w:rPr>
          <w:color w:val="B4B4B4"/>
          <w:sz w:val="16"/>
        </w:rPr>
        <w:t>________________________________________________________</w:t>
      </w:r>
    </w:p>
    <w:p w14:paraId="674C2406" w14:textId="77777777" w:rsidR="005A0029" w:rsidRDefault="00F83EB4">
      <w:pPr>
        <w:spacing w:after="60"/>
      </w:pPr>
      <w:r>
        <w:rPr>
          <w:color w:val="B4B4B4"/>
          <w:sz w:val="16"/>
        </w:rPr>
        <w:t>________________________________________________________</w:t>
      </w:r>
    </w:p>
    <w:p w14:paraId="6F0EE46D" w14:textId="77777777" w:rsidR="005A0029" w:rsidRDefault="00F83EB4">
      <w:pPr>
        <w:pStyle w:val="Heading2"/>
      </w:pPr>
      <w:r>
        <w:t>Prayer</w:t>
      </w:r>
    </w:p>
    <w:p w14:paraId="295E192B" w14:textId="77777777" w:rsidR="005A0029" w:rsidRDefault="00F83EB4">
      <w:r>
        <w:t>Father, meet me in this practice of growth can feel like grief.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9F84BEF" w14:textId="77777777" w:rsidR="005A0029" w:rsidRDefault="00F83EB4">
      <w:r>
        <w:rPr>
          <w:b/>
          <w:color w:val="B08D3A"/>
        </w:rPr>
        <w:lastRenderedPageBreak/>
        <w:t xml:space="preserve">TODAY'S DECLARATION  </w:t>
      </w:r>
      <w:r>
        <w:t>I will meet growth can feel like grief with truth, faith, and practiced peace.</w:t>
      </w:r>
    </w:p>
    <w:p w14:paraId="6585C3F9" w14:textId="77777777" w:rsidR="005A0029" w:rsidRDefault="00F83EB4">
      <w:r>
        <w:br w:type="page"/>
      </w:r>
    </w:p>
    <w:p w14:paraId="57BC117B" w14:textId="77777777" w:rsidR="005A0029" w:rsidRDefault="00F83EB4">
      <w:pPr>
        <w:pStyle w:val="Heading2"/>
      </w:pPr>
      <w:r>
        <w:lastRenderedPageBreak/>
        <w:t>DAY 11</w:t>
      </w:r>
    </w:p>
    <w:p w14:paraId="64F77658" w14:textId="77777777" w:rsidR="005A0029" w:rsidRDefault="00F83EB4">
      <w:pPr>
        <w:pStyle w:val="Heading1"/>
      </w:pPr>
      <w:r>
        <w:t>When Plans Change</w:t>
      </w:r>
    </w:p>
    <w:p w14:paraId="048405EF" w14:textId="77777777" w:rsidR="005A0029" w:rsidRDefault="00F83EB4">
      <w:r>
        <w:rPr>
          <w:b/>
          <w:color w:val="B08D3A"/>
        </w:rPr>
        <w:t xml:space="preserve">ANCHOR SCRIPTURE  </w:t>
      </w:r>
      <w:r>
        <w:t>Proverbs 19:21</w:t>
      </w:r>
    </w:p>
    <w:p w14:paraId="57E44DE2" w14:textId="77777777" w:rsidR="005A0029" w:rsidRDefault="00F83EB4">
      <w:pPr>
        <w:pStyle w:val="Heading2"/>
      </w:pPr>
      <w:r>
        <w:t>Guided Reflection</w:t>
      </w:r>
    </w:p>
    <w:p w14:paraId="6C8CA972" w14:textId="77777777" w:rsidR="005A0029" w:rsidRDefault="00F83EB4">
      <w:r>
        <w:t>Today, consider what “when plans change”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6B4D6C27" w14:textId="77777777" w:rsidR="005A0029" w:rsidRDefault="00F83EB4">
      <w:pPr>
        <w:pStyle w:val="Heading2"/>
      </w:pPr>
      <w:r>
        <w:t>Pause &amp; Notice</w:t>
      </w:r>
    </w:p>
    <w:p w14:paraId="143B0A2F" w14:textId="77777777" w:rsidR="005A0029" w:rsidRDefault="00F83EB4">
      <w:r>
        <w:t>What is this theme revealing about my heart, thoughts, relationships, or current circumstances today?</w:t>
      </w:r>
    </w:p>
    <w:p w14:paraId="380263D9" w14:textId="77777777" w:rsidR="005A0029" w:rsidRDefault="00F83EB4">
      <w:pPr>
        <w:pStyle w:val="Heading2"/>
      </w:pPr>
      <w:r>
        <w:t>Peace Practice</w:t>
      </w:r>
    </w:p>
    <w:p w14:paraId="4EBD4D34" w14:textId="77777777" w:rsidR="005A0029" w:rsidRDefault="00F83EB4">
      <w:r>
        <w:t>Write one recurring fearful thought. Under it, write a Scripture-shaped response that is more truthful and life-giving.</w:t>
      </w:r>
    </w:p>
    <w:p w14:paraId="4F47A7C5" w14:textId="77777777" w:rsidR="005A0029" w:rsidRDefault="00F83EB4">
      <w:pPr>
        <w:pStyle w:val="Heading2"/>
      </w:pPr>
      <w:r>
        <w:t>My Thoughts &amp; Prayers</w:t>
      </w:r>
    </w:p>
    <w:p w14:paraId="0AFC0F48" w14:textId="77777777" w:rsidR="005A0029" w:rsidRDefault="00F83EB4">
      <w:pPr>
        <w:spacing w:after="60"/>
      </w:pPr>
      <w:r>
        <w:rPr>
          <w:color w:val="B4B4B4"/>
          <w:sz w:val="16"/>
        </w:rPr>
        <w:t>________________________________________________________</w:t>
      </w:r>
    </w:p>
    <w:p w14:paraId="02E2E10D" w14:textId="77777777" w:rsidR="005A0029" w:rsidRDefault="00F83EB4">
      <w:pPr>
        <w:spacing w:after="60"/>
      </w:pPr>
      <w:r>
        <w:rPr>
          <w:color w:val="B4B4B4"/>
          <w:sz w:val="16"/>
        </w:rPr>
        <w:t>________________________________________________________</w:t>
      </w:r>
    </w:p>
    <w:p w14:paraId="54E0636C" w14:textId="77777777" w:rsidR="005A0029" w:rsidRDefault="00F83EB4">
      <w:pPr>
        <w:spacing w:after="60"/>
      </w:pPr>
      <w:r>
        <w:rPr>
          <w:color w:val="B4B4B4"/>
          <w:sz w:val="16"/>
        </w:rPr>
        <w:t>________________________________________________________</w:t>
      </w:r>
    </w:p>
    <w:p w14:paraId="3F530CD0" w14:textId="77777777" w:rsidR="005A0029" w:rsidRDefault="00F83EB4">
      <w:pPr>
        <w:spacing w:after="60"/>
      </w:pPr>
      <w:r>
        <w:rPr>
          <w:color w:val="B4B4B4"/>
          <w:sz w:val="16"/>
        </w:rPr>
        <w:t>________________________________________________________</w:t>
      </w:r>
    </w:p>
    <w:p w14:paraId="701F6B97" w14:textId="77777777" w:rsidR="005A0029" w:rsidRDefault="00F83EB4">
      <w:pPr>
        <w:spacing w:after="60"/>
      </w:pPr>
      <w:r>
        <w:rPr>
          <w:color w:val="B4B4B4"/>
          <w:sz w:val="16"/>
        </w:rPr>
        <w:t>________________________________________________________</w:t>
      </w:r>
    </w:p>
    <w:p w14:paraId="006F6C81" w14:textId="77777777" w:rsidR="005A0029" w:rsidRDefault="00F83EB4">
      <w:pPr>
        <w:pStyle w:val="Heading2"/>
      </w:pPr>
      <w:r>
        <w:t>Prayer</w:t>
      </w:r>
    </w:p>
    <w:p w14:paraId="4DA25306" w14:textId="77777777" w:rsidR="005A0029" w:rsidRDefault="00F83EB4">
      <w:r>
        <w:t>Father, meet me in this practice of when plans change.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757F5EE" w14:textId="77777777" w:rsidR="005A0029" w:rsidRDefault="00F83EB4">
      <w:r>
        <w:rPr>
          <w:b/>
          <w:color w:val="B08D3A"/>
        </w:rPr>
        <w:lastRenderedPageBreak/>
        <w:t xml:space="preserve">TODAY'S DECLARATION  </w:t>
      </w:r>
      <w:r>
        <w:t>I will meet when plans change with truth, faith, and practiced peace.</w:t>
      </w:r>
    </w:p>
    <w:p w14:paraId="34828E38" w14:textId="77777777" w:rsidR="005A0029" w:rsidRDefault="00F83EB4">
      <w:r>
        <w:br w:type="page"/>
      </w:r>
    </w:p>
    <w:p w14:paraId="0F96BD42" w14:textId="77777777" w:rsidR="005A0029" w:rsidRDefault="00F83EB4">
      <w:pPr>
        <w:pStyle w:val="Heading2"/>
      </w:pPr>
      <w:r>
        <w:lastRenderedPageBreak/>
        <w:t>DAY 12</w:t>
      </w:r>
    </w:p>
    <w:p w14:paraId="24E74852" w14:textId="77777777" w:rsidR="005A0029" w:rsidRDefault="00F83EB4">
      <w:pPr>
        <w:pStyle w:val="Heading1"/>
      </w:pPr>
      <w:r>
        <w:t>Trust the Process</w:t>
      </w:r>
    </w:p>
    <w:p w14:paraId="57CE463B" w14:textId="77777777" w:rsidR="005A0029" w:rsidRDefault="00F83EB4">
      <w:r>
        <w:rPr>
          <w:b/>
          <w:color w:val="B08D3A"/>
        </w:rPr>
        <w:t xml:space="preserve">ANCHOR SCRIPTURE  </w:t>
      </w:r>
      <w:r>
        <w:t>Romans 12:2</w:t>
      </w:r>
    </w:p>
    <w:p w14:paraId="1F693A79" w14:textId="77777777" w:rsidR="005A0029" w:rsidRDefault="00F83EB4">
      <w:pPr>
        <w:pStyle w:val="Heading2"/>
      </w:pPr>
      <w:r>
        <w:t>Guided Reflection</w:t>
      </w:r>
    </w:p>
    <w:p w14:paraId="22F50329" w14:textId="77777777" w:rsidR="005A0029" w:rsidRDefault="00F83EB4">
      <w:r>
        <w:t>Today, consider what “trust the process”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2C86EF26" w14:textId="77777777" w:rsidR="005A0029" w:rsidRDefault="00F83EB4">
      <w:pPr>
        <w:pStyle w:val="Heading2"/>
      </w:pPr>
      <w:r>
        <w:t>Pause &amp; Notice</w:t>
      </w:r>
    </w:p>
    <w:p w14:paraId="4F914192" w14:textId="77777777" w:rsidR="005A0029" w:rsidRDefault="00F83EB4">
      <w:r>
        <w:t>What is this theme revealing about my heart, thoughts, relationships, or current circumstances today?</w:t>
      </w:r>
    </w:p>
    <w:p w14:paraId="128D63CB" w14:textId="77777777" w:rsidR="005A0029" w:rsidRDefault="00F83EB4">
      <w:pPr>
        <w:pStyle w:val="Heading2"/>
      </w:pPr>
      <w:r>
        <w:t>Peace Practice</w:t>
      </w:r>
    </w:p>
    <w:p w14:paraId="553A2FD9" w14:textId="77777777" w:rsidR="005A0029" w:rsidRDefault="00F83EB4">
      <w:r>
        <w:t>Identify one small action that would create greater peace today. Make it specific enough to complete before the day ends.</w:t>
      </w:r>
    </w:p>
    <w:p w14:paraId="344A6E27" w14:textId="77777777" w:rsidR="005A0029" w:rsidRDefault="00F83EB4">
      <w:pPr>
        <w:pStyle w:val="Heading2"/>
      </w:pPr>
      <w:r>
        <w:t>My Thoughts &amp; Prayers</w:t>
      </w:r>
    </w:p>
    <w:p w14:paraId="26708B3D" w14:textId="77777777" w:rsidR="005A0029" w:rsidRDefault="00F83EB4">
      <w:pPr>
        <w:spacing w:after="60"/>
      </w:pPr>
      <w:r>
        <w:rPr>
          <w:color w:val="B4B4B4"/>
          <w:sz w:val="16"/>
        </w:rPr>
        <w:t>________________________________________________________</w:t>
      </w:r>
    </w:p>
    <w:p w14:paraId="469A580F" w14:textId="77777777" w:rsidR="005A0029" w:rsidRDefault="00F83EB4">
      <w:pPr>
        <w:spacing w:after="60"/>
      </w:pPr>
      <w:r>
        <w:rPr>
          <w:color w:val="B4B4B4"/>
          <w:sz w:val="16"/>
        </w:rPr>
        <w:t>________________________________________________________</w:t>
      </w:r>
    </w:p>
    <w:p w14:paraId="2A311A6E" w14:textId="77777777" w:rsidR="005A0029" w:rsidRDefault="00F83EB4">
      <w:pPr>
        <w:spacing w:after="60"/>
      </w:pPr>
      <w:r>
        <w:rPr>
          <w:color w:val="B4B4B4"/>
          <w:sz w:val="16"/>
        </w:rPr>
        <w:t>________________________________________________________</w:t>
      </w:r>
    </w:p>
    <w:p w14:paraId="38CFC5C7" w14:textId="77777777" w:rsidR="005A0029" w:rsidRDefault="00F83EB4">
      <w:pPr>
        <w:spacing w:after="60"/>
      </w:pPr>
      <w:r>
        <w:rPr>
          <w:color w:val="B4B4B4"/>
          <w:sz w:val="16"/>
        </w:rPr>
        <w:t>________________________________________________________</w:t>
      </w:r>
    </w:p>
    <w:p w14:paraId="15E338A4" w14:textId="77777777" w:rsidR="005A0029" w:rsidRDefault="00F83EB4">
      <w:pPr>
        <w:spacing w:after="60"/>
      </w:pPr>
      <w:r>
        <w:rPr>
          <w:color w:val="B4B4B4"/>
          <w:sz w:val="16"/>
        </w:rPr>
        <w:t>________________________________________________________</w:t>
      </w:r>
    </w:p>
    <w:p w14:paraId="49009AC8" w14:textId="77777777" w:rsidR="005A0029" w:rsidRDefault="00F83EB4">
      <w:pPr>
        <w:pStyle w:val="Heading2"/>
      </w:pPr>
      <w:r>
        <w:t>Prayer</w:t>
      </w:r>
    </w:p>
    <w:p w14:paraId="373ED521" w14:textId="77777777" w:rsidR="005A0029" w:rsidRDefault="00F83EB4">
      <w:r>
        <w:t>Father, meet me in this practice of trust the process.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083311A" w14:textId="77777777" w:rsidR="005A0029" w:rsidRDefault="00F83EB4">
      <w:r>
        <w:rPr>
          <w:b/>
          <w:color w:val="B08D3A"/>
        </w:rPr>
        <w:lastRenderedPageBreak/>
        <w:t xml:space="preserve">TODAY'S DECLARATION  </w:t>
      </w:r>
      <w:r>
        <w:t>I will meet trust the process with truth, faith, and practiced peace.</w:t>
      </w:r>
    </w:p>
    <w:p w14:paraId="43FF6B51" w14:textId="77777777" w:rsidR="005A0029" w:rsidRDefault="00F83EB4">
      <w:r>
        <w:br w:type="page"/>
      </w:r>
    </w:p>
    <w:p w14:paraId="38C4D719" w14:textId="77777777" w:rsidR="005A0029" w:rsidRDefault="00F83EB4">
      <w:pPr>
        <w:pStyle w:val="Heading2"/>
      </w:pPr>
      <w:r>
        <w:lastRenderedPageBreak/>
        <w:t>DAY 13</w:t>
      </w:r>
    </w:p>
    <w:p w14:paraId="727CA2C2" w14:textId="77777777" w:rsidR="005A0029" w:rsidRDefault="00F83EB4">
      <w:pPr>
        <w:pStyle w:val="Heading1"/>
      </w:pPr>
      <w:r>
        <w:t>Patience in Transition</w:t>
      </w:r>
    </w:p>
    <w:p w14:paraId="327CF406" w14:textId="77777777" w:rsidR="005A0029" w:rsidRDefault="00F83EB4">
      <w:r>
        <w:rPr>
          <w:b/>
          <w:color w:val="B08D3A"/>
        </w:rPr>
        <w:t xml:space="preserve">ANCHOR SCRIPTURE  </w:t>
      </w:r>
      <w:r>
        <w:t>Romans 12:12</w:t>
      </w:r>
    </w:p>
    <w:p w14:paraId="7EAA5448" w14:textId="77777777" w:rsidR="005A0029" w:rsidRDefault="00F83EB4">
      <w:pPr>
        <w:pStyle w:val="Heading2"/>
      </w:pPr>
      <w:r>
        <w:t>Guided Reflection</w:t>
      </w:r>
    </w:p>
    <w:p w14:paraId="677040A5" w14:textId="77777777" w:rsidR="005A0029" w:rsidRDefault="00F83EB4">
      <w:r>
        <w:t>Today, consider what “patience in transition”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 whe</w:t>
      </w:r>
      <w:r>
        <w:t>n truth is practiced repeatedly, especially when circumstances remain unresolved.</w:t>
      </w:r>
    </w:p>
    <w:p w14:paraId="586CE8C2" w14:textId="77777777" w:rsidR="005A0029" w:rsidRDefault="00F83EB4">
      <w:pPr>
        <w:pStyle w:val="Heading2"/>
      </w:pPr>
      <w:r>
        <w:t>Pause &amp; Notice</w:t>
      </w:r>
    </w:p>
    <w:p w14:paraId="652A4D1D" w14:textId="77777777" w:rsidR="005A0029" w:rsidRDefault="00F83EB4">
      <w:r>
        <w:t>What is this theme revealing about my heart, thoughts, relationships, or current circumstances today?</w:t>
      </w:r>
    </w:p>
    <w:p w14:paraId="22DD4E4B" w14:textId="77777777" w:rsidR="005A0029" w:rsidRDefault="00F83EB4">
      <w:pPr>
        <w:pStyle w:val="Heading2"/>
      </w:pPr>
      <w:r>
        <w:t>Peace Practice</w:t>
      </w:r>
    </w:p>
    <w:p w14:paraId="1F115749" w14:textId="77777777" w:rsidR="005A0029" w:rsidRDefault="00F83EB4">
      <w:r>
        <w:t>Reach out to one trusted, mature person. Share one thing you have been carrying silently and allow yourself to receive support.</w:t>
      </w:r>
    </w:p>
    <w:p w14:paraId="774E3C4B" w14:textId="77777777" w:rsidR="005A0029" w:rsidRDefault="00F83EB4">
      <w:pPr>
        <w:pStyle w:val="Heading2"/>
      </w:pPr>
      <w:r>
        <w:t>My Thoughts &amp; Prayers</w:t>
      </w:r>
    </w:p>
    <w:p w14:paraId="0F6C12F8" w14:textId="77777777" w:rsidR="005A0029" w:rsidRDefault="00F83EB4">
      <w:pPr>
        <w:spacing w:after="60"/>
      </w:pPr>
      <w:r>
        <w:rPr>
          <w:color w:val="B4B4B4"/>
          <w:sz w:val="16"/>
        </w:rPr>
        <w:t>________________________________________________________</w:t>
      </w:r>
    </w:p>
    <w:p w14:paraId="4020622D" w14:textId="77777777" w:rsidR="005A0029" w:rsidRDefault="00F83EB4">
      <w:pPr>
        <w:spacing w:after="60"/>
      </w:pPr>
      <w:r>
        <w:rPr>
          <w:color w:val="B4B4B4"/>
          <w:sz w:val="16"/>
        </w:rPr>
        <w:t>________________________________________________________</w:t>
      </w:r>
    </w:p>
    <w:p w14:paraId="35632706" w14:textId="77777777" w:rsidR="005A0029" w:rsidRDefault="00F83EB4">
      <w:pPr>
        <w:spacing w:after="60"/>
      </w:pPr>
      <w:r>
        <w:rPr>
          <w:color w:val="B4B4B4"/>
          <w:sz w:val="16"/>
        </w:rPr>
        <w:t>________________________________________________________</w:t>
      </w:r>
    </w:p>
    <w:p w14:paraId="37DCE061" w14:textId="77777777" w:rsidR="005A0029" w:rsidRDefault="00F83EB4">
      <w:pPr>
        <w:spacing w:after="60"/>
      </w:pPr>
      <w:r>
        <w:rPr>
          <w:color w:val="B4B4B4"/>
          <w:sz w:val="16"/>
        </w:rPr>
        <w:t>________________________________________________________</w:t>
      </w:r>
    </w:p>
    <w:p w14:paraId="2F98C2DB" w14:textId="77777777" w:rsidR="005A0029" w:rsidRDefault="00F83EB4">
      <w:pPr>
        <w:spacing w:after="60"/>
      </w:pPr>
      <w:r>
        <w:rPr>
          <w:color w:val="B4B4B4"/>
          <w:sz w:val="16"/>
        </w:rPr>
        <w:t>________________________________________________________</w:t>
      </w:r>
    </w:p>
    <w:p w14:paraId="12780854" w14:textId="77777777" w:rsidR="005A0029" w:rsidRDefault="00F83EB4">
      <w:pPr>
        <w:pStyle w:val="Heading2"/>
      </w:pPr>
      <w:r>
        <w:t>Prayer</w:t>
      </w:r>
    </w:p>
    <w:p w14:paraId="21E43DE8" w14:textId="77777777" w:rsidR="005A0029" w:rsidRDefault="00F83EB4">
      <w:r>
        <w:t>Father, meet me in this practice of patience in transition.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C27BA62" w14:textId="77777777" w:rsidR="005A0029" w:rsidRDefault="00F83EB4">
      <w:r>
        <w:rPr>
          <w:b/>
          <w:color w:val="B08D3A"/>
        </w:rPr>
        <w:lastRenderedPageBreak/>
        <w:t xml:space="preserve">TODAY'S DECLARATION  </w:t>
      </w:r>
      <w:r>
        <w:t>I will meet patience in transition with truth, faith, and practiced peace.</w:t>
      </w:r>
    </w:p>
    <w:p w14:paraId="2B2617EC" w14:textId="77777777" w:rsidR="005A0029" w:rsidRDefault="00F83EB4">
      <w:r>
        <w:br w:type="page"/>
      </w:r>
    </w:p>
    <w:p w14:paraId="6F7075CC" w14:textId="77777777" w:rsidR="005A0029" w:rsidRDefault="00F83EB4">
      <w:pPr>
        <w:pStyle w:val="Heading2"/>
      </w:pPr>
      <w:r>
        <w:lastRenderedPageBreak/>
        <w:t>DAY 14</w:t>
      </w:r>
    </w:p>
    <w:p w14:paraId="486414BC" w14:textId="77777777" w:rsidR="005A0029" w:rsidRDefault="00F83EB4">
      <w:pPr>
        <w:pStyle w:val="Heading1"/>
      </w:pPr>
      <w:r>
        <w:t>New Beginnings Require Endings</w:t>
      </w:r>
    </w:p>
    <w:p w14:paraId="427C536D" w14:textId="77777777" w:rsidR="005A0029" w:rsidRDefault="00F83EB4">
      <w:r>
        <w:rPr>
          <w:b/>
          <w:color w:val="B08D3A"/>
        </w:rPr>
        <w:t xml:space="preserve">ANCHOR SCRIPTURE  </w:t>
      </w:r>
      <w:r>
        <w:t>Ecclesiastes 3:6</w:t>
      </w:r>
    </w:p>
    <w:p w14:paraId="3699625A" w14:textId="77777777" w:rsidR="005A0029" w:rsidRDefault="00F83EB4">
      <w:pPr>
        <w:pStyle w:val="Heading2"/>
      </w:pPr>
      <w:r>
        <w:t>Guided Reflection</w:t>
      </w:r>
    </w:p>
    <w:p w14:paraId="355EE3CC" w14:textId="77777777" w:rsidR="005A0029" w:rsidRDefault="00F83EB4">
      <w:r>
        <w:t>Today, consider what “new beginnings require endings”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w:t>
      </w:r>
      <w:r>
        <w:t>able when truth is practiced repeatedly, especially when circumstances remain unresolved.</w:t>
      </w:r>
    </w:p>
    <w:p w14:paraId="1455DF6E" w14:textId="77777777" w:rsidR="005A0029" w:rsidRDefault="00F83EB4">
      <w:pPr>
        <w:pStyle w:val="Heading2"/>
      </w:pPr>
      <w:r>
        <w:t>Pause &amp; Notice</w:t>
      </w:r>
    </w:p>
    <w:p w14:paraId="3D693C07" w14:textId="77777777" w:rsidR="005A0029" w:rsidRDefault="00F83EB4">
      <w:r>
        <w:t>What is this theme revealing about my heart, thoughts, relationships, or current circumstances today?</w:t>
      </w:r>
    </w:p>
    <w:p w14:paraId="0930B3CF" w14:textId="77777777" w:rsidR="005A0029" w:rsidRDefault="00F83EB4">
      <w:pPr>
        <w:pStyle w:val="Heading2"/>
      </w:pPr>
      <w:r>
        <w:t>Peace Practice</w:t>
      </w:r>
    </w:p>
    <w:p w14:paraId="2C6EC8D1" w14:textId="77777777" w:rsidR="005A0029" w:rsidRDefault="00F83EB4">
      <w:r>
        <w:t>Practice a ten-minute quiet period without your phone. Notice what surfaces, then bring it honestly into prayer.</w:t>
      </w:r>
    </w:p>
    <w:p w14:paraId="311AD1BE" w14:textId="77777777" w:rsidR="005A0029" w:rsidRDefault="00F83EB4">
      <w:pPr>
        <w:pStyle w:val="Heading2"/>
      </w:pPr>
      <w:r>
        <w:t>My Thoughts &amp; Prayers</w:t>
      </w:r>
    </w:p>
    <w:p w14:paraId="6CED3B5D" w14:textId="77777777" w:rsidR="005A0029" w:rsidRDefault="00F83EB4">
      <w:pPr>
        <w:spacing w:after="60"/>
      </w:pPr>
      <w:r>
        <w:rPr>
          <w:color w:val="B4B4B4"/>
          <w:sz w:val="16"/>
        </w:rPr>
        <w:t>________________________________________________________</w:t>
      </w:r>
    </w:p>
    <w:p w14:paraId="640B5AB7" w14:textId="77777777" w:rsidR="005A0029" w:rsidRDefault="00F83EB4">
      <w:pPr>
        <w:spacing w:after="60"/>
      </w:pPr>
      <w:r>
        <w:rPr>
          <w:color w:val="B4B4B4"/>
          <w:sz w:val="16"/>
        </w:rPr>
        <w:t>________________________________________________________</w:t>
      </w:r>
    </w:p>
    <w:p w14:paraId="22A4091B" w14:textId="77777777" w:rsidR="005A0029" w:rsidRDefault="00F83EB4">
      <w:pPr>
        <w:spacing w:after="60"/>
      </w:pPr>
      <w:r>
        <w:rPr>
          <w:color w:val="B4B4B4"/>
          <w:sz w:val="16"/>
        </w:rPr>
        <w:t>________________________________________________________</w:t>
      </w:r>
    </w:p>
    <w:p w14:paraId="09FE167F" w14:textId="77777777" w:rsidR="005A0029" w:rsidRDefault="00F83EB4">
      <w:pPr>
        <w:spacing w:after="60"/>
      </w:pPr>
      <w:r>
        <w:rPr>
          <w:color w:val="B4B4B4"/>
          <w:sz w:val="16"/>
        </w:rPr>
        <w:t>________________________________________________________</w:t>
      </w:r>
    </w:p>
    <w:p w14:paraId="73B1B6C3" w14:textId="77777777" w:rsidR="005A0029" w:rsidRDefault="00F83EB4">
      <w:pPr>
        <w:spacing w:after="60"/>
      </w:pPr>
      <w:r>
        <w:rPr>
          <w:color w:val="B4B4B4"/>
          <w:sz w:val="16"/>
        </w:rPr>
        <w:t>________________________________________________________</w:t>
      </w:r>
    </w:p>
    <w:p w14:paraId="03BD52A0" w14:textId="77777777" w:rsidR="005A0029" w:rsidRDefault="00F83EB4">
      <w:pPr>
        <w:pStyle w:val="Heading2"/>
      </w:pPr>
      <w:r>
        <w:t>Prayer</w:t>
      </w:r>
    </w:p>
    <w:p w14:paraId="11177A4D" w14:textId="77777777" w:rsidR="005A0029" w:rsidRDefault="00F83EB4">
      <w:r>
        <w:t>Father, meet me in this practice of new beginnings require endings.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CBB9BF6" w14:textId="77777777" w:rsidR="005A0029" w:rsidRDefault="00F83EB4">
      <w:r>
        <w:rPr>
          <w:b/>
          <w:color w:val="B08D3A"/>
        </w:rPr>
        <w:lastRenderedPageBreak/>
        <w:t xml:space="preserve">TODAY'S DECLARATION  </w:t>
      </w:r>
      <w:r>
        <w:t>I will meet new beginnings require endings with truth, faith, and practiced peace.</w:t>
      </w:r>
    </w:p>
    <w:p w14:paraId="545B0ADA" w14:textId="77777777" w:rsidR="005A0029" w:rsidRDefault="00F83EB4">
      <w:r>
        <w:br w:type="page"/>
      </w:r>
    </w:p>
    <w:p w14:paraId="43BC28E8" w14:textId="77777777" w:rsidR="005A0029" w:rsidRDefault="00F83EB4">
      <w:pPr>
        <w:pStyle w:val="Heading2"/>
      </w:pPr>
      <w:r>
        <w:lastRenderedPageBreak/>
        <w:t>DAY 15</w:t>
      </w:r>
    </w:p>
    <w:p w14:paraId="247A32B6" w14:textId="77777777" w:rsidR="005A0029" w:rsidRDefault="00F83EB4">
      <w:pPr>
        <w:pStyle w:val="Heading1"/>
      </w:pPr>
      <w:r>
        <w:t>The Courage to Pivot</w:t>
      </w:r>
    </w:p>
    <w:p w14:paraId="7EF82F34" w14:textId="77777777" w:rsidR="005A0029" w:rsidRDefault="00F83EB4">
      <w:r>
        <w:rPr>
          <w:b/>
          <w:color w:val="B08D3A"/>
        </w:rPr>
        <w:t xml:space="preserve">ANCHOR SCRIPTURE  </w:t>
      </w:r>
      <w:r>
        <w:t>Isaiah 30:21</w:t>
      </w:r>
    </w:p>
    <w:p w14:paraId="1237DBD9" w14:textId="77777777" w:rsidR="005A0029" w:rsidRDefault="00F83EB4">
      <w:pPr>
        <w:pStyle w:val="Heading2"/>
      </w:pPr>
      <w:r>
        <w:t>Guided Reflection</w:t>
      </w:r>
    </w:p>
    <w:p w14:paraId="03F9D459" w14:textId="77777777" w:rsidR="005A0029" w:rsidRDefault="00F83EB4">
      <w:r>
        <w:t xml:space="preserve">Today, consider what “the courage to pivot”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22541CDF" w14:textId="77777777" w:rsidR="005A0029" w:rsidRDefault="00F83EB4">
      <w:pPr>
        <w:pStyle w:val="Heading2"/>
      </w:pPr>
      <w:r>
        <w:t>Pause &amp; Notice</w:t>
      </w:r>
    </w:p>
    <w:p w14:paraId="0FE455E1" w14:textId="77777777" w:rsidR="005A0029" w:rsidRDefault="00F83EB4">
      <w:r>
        <w:t>What is this theme revealing about my heart, thoughts, relationships, or current circumstances today?</w:t>
      </w:r>
    </w:p>
    <w:p w14:paraId="45BF5B6D" w14:textId="77777777" w:rsidR="005A0029" w:rsidRDefault="00F83EB4">
      <w:pPr>
        <w:pStyle w:val="Heading2"/>
      </w:pPr>
      <w:r>
        <w:t>Peace Practice</w:t>
      </w:r>
    </w:p>
    <w:p w14:paraId="59233166" w14:textId="77777777" w:rsidR="005A0029" w:rsidRDefault="00F83EB4">
      <w:r>
        <w:t>Sit quietly for three minutes. Name what you feel without judging it. Then write one truth you want to carry into the day.</w:t>
      </w:r>
    </w:p>
    <w:p w14:paraId="362AF6DD" w14:textId="77777777" w:rsidR="005A0029" w:rsidRDefault="00F83EB4">
      <w:pPr>
        <w:pStyle w:val="Heading2"/>
      </w:pPr>
      <w:r>
        <w:t>My Thoughts &amp; Prayers</w:t>
      </w:r>
    </w:p>
    <w:p w14:paraId="294D49D6" w14:textId="77777777" w:rsidR="005A0029" w:rsidRDefault="00F83EB4">
      <w:pPr>
        <w:spacing w:after="60"/>
      </w:pPr>
      <w:r>
        <w:rPr>
          <w:color w:val="B4B4B4"/>
          <w:sz w:val="16"/>
        </w:rPr>
        <w:t>________________________________________________________</w:t>
      </w:r>
    </w:p>
    <w:p w14:paraId="15167082" w14:textId="77777777" w:rsidR="005A0029" w:rsidRDefault="00F83EB4">
      <w:pPr>
        <w:spacing w:after="60"/>
      </w:pPr>
      <w:r>
        <w:rPr>
          <w:color w:val="B4B4B4"/>
          <w:sz w:val="16"/>
        </w:rPr>
        <w:t>________________________________________________________</w:t>
      </w:r>
    </w:p>
    <w:p w14:paraId="18E6F5EF" w14:textId="77777777" w:rsidR="005A0029" w:rsidRDefault="00F83EB4">
      <w:pPr>
        <w:spacing w:after="60"/>
      </w:pPr>
      <w:r>
        <w:rPr>
          <w:color w:val="B4B4B4"/>
          <w:sz w:val="16"/>
        </w:rPr>
        <w:t>________________________________________________________</w:t>
      </w:r>
    </w:p>
    <w:p w14:paraId="6F7588F8" w14:textId="77777777" w:rsidR="005A0029" w:rsidRDefault="00F83EB4">
      <w:pPr>
        <w:spacing w:after="60"/>
      </w:pPr>
      <w:r>
        <w:rPr>
          <w:color w:val="B4B4B4"/>
          <w:sz w:val="16"/>
        </w:rPr>
        <w:t>________________________________________________________</w:t>
      </w:r>
    </w:p>
    <w:p w14:paraId="0B148650" w14:textId="77777777" w:rsidR="005A0029" w:rsidRDefault="00F83EB4">
      <w:pPr>
        <w:spacing w:after="60"/>
      </w:pPr>
      <w:r>
        <w:rPr>
          <w:color w:val="B4B4B4"/>
          <w:sz w:val="16"/>
        </w:rPr>
        <w:t>________________________________________________________</w:t>
      </w:r>
    </w:p>
    <w:p w14:paraId="2D71540D" w14:textId="77777777" w:rsidR="005A0029" w:rsidRDefault="00F83EB4">
      <w:pPr>
        <w:pStyle w:val="Heading2"/>
      </w:pPr>
      <w:r>
        <w:t>Prayer</w:t>
      </w:r>
    </w:p>
    <w:p w14:paraId="6FB237E8" w14:textId="77777777" w:rsidR="005A0029" w:rsidRDefault="00F83EB4">
      <w:r>
        <w:t>Father, meet me in this practice of the courage to pivot.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317C089" w14:textId="77777777" w:rsidR="005A0029" w:rsidRDefault="00F83EB4">
      <w:r>
        <w:rPr>
          <w:b/>
          <w:color w:val="B08D3A"/>
        </w:rPr>
        <w:lastRenderedPageBreak/>
        <w:t xml:space="preserve">TODAY'S DECLARATION  </w:t>
      </w:r>
      <w:r>
        <w:t>I will meet the courage to pivot with truth, faith, and practiced peace.</w:t>
      </w:r>
    </w:p>
    <w:p w14:paraId="614207FB" w14:textId="77777777" w:rsidR="005A0029" w:rsidRDefault="00F83EB4">
      <w:r>
        <w:br w:type="page"/>
      </w:r>
    </w:p>
    <w:p w14:paraId="3D391B93" w14:textId="77777777" w:rsidR="005A0029" w:rsidRDefault="00F83EB4">
      <w:pPr>
        <w:pStyle w:val="Heading2"/>
      </w:pPr>
      <w:r>
        <w:lastRenderedPageBreak/>
        <w:t>DAY 16</w:t>
      </w:r>
    </w:p>
    <w:p w14:paraId="52E3A5C0" w14:textId="77777777" w:rsidR="005A0029" w:rsidRDefault="00F83EB4">
      <w:pPr>
        <w:pStyle w:val="Heading1"/>
      </w:pPr>
      <w:r>
        <w:t>God in the Detour</w:t>
      </w:r>
    </w:p>
    <w:p w14:paraId="025A9E4E" w14:textId="77777777" w:rsidR="005A0029" w:rsidRDefault="00F83EB4">
      <w:r>
        <w:rPr>
          <w:b/>
          <w:color w:val="B08D3A"/>
        </w:rPr>
        <w:t xml:space="preserve">ANCHOR SCRIPTURE  </w:t>
      </w:r>
      <w:r>
        <w:t>Genesis 50:20</w:t>
      </w:r>
    </w:p>
    <w:p w14:paraId="6977CADC" w14:textId="77777777" w:rsidR="005A0029" w:rsidRDefault="00F83EB4">
      <w:pPr>
        <w:pStyle w:val="Heading2"/>
      </w:pPr>
      <w:r>
        <w:t>Guided Reflection</w:t>
      </w:r>
    </w:p>
    <w:p w14:paraId="33AE406D" w14:textId="77777777" w:rsidR="005A0029" w:rsidRDefault="00F83EB4">
      <w:r>
        <w:t>Today, consider what “god in the detour”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3EEA72A9" w14:textId="77777777" w:rsidR="005A0029" w:rsidRDefault="00F83EB4">
      <w:pPr>
        <w:pStyle w:val="Heading2"/>
      </w:pPr>
      <w:r>
        <w:t>Pause &amp; Notice</w:t>
      </w:r>
    </w:p>
    <w:p w14:paraId="433D87CC" w14:textId="77777777" w:rsidR="005A0029" w:rsidRDefault="00F83EB4">
      <w:r>
        <w:t>What is this theme revealing about my heart, thoughts, relationships, or current circumstances today?</w:t>
      </w:r>
    </w:p>
    <w:p w14:paraId="2A8F851D" w14:textId="77777777" w:rsidR="005A0029" w:rsidRDefault="00F83EB4">
      <w:pPr>
        <w:pStyle w:val="Heading2"/>
      </w:pPr>
      <w:r>
        <w:t>Peace Practice</w:t>
      </w:r>
    </w:p>
    <w:p w14:paraId="5EF26181" w14:textId="77777777" w:rsidR="005A0029" w:rsidRDefault="00F83EB4">
      <w:r>
        <w:t>Draw two columns: 'What I can control' and 'What I must release.' Place each concern in the appropriate column and pray over both.</w:t>
      </w:r>
    </w:p>
    <w:p w14:paraId="13938601" w14:textId="77777777" w:rsidR="005A0029" w:rsidRDefault="00F83EB4">
      <w:pPr>
        <w:pStyle w:val="Heading2"/>
      </w:pPr>
      <w:r>
        <w:t>My Thoughts &amp; Prayers</w:t>
      </w:r>
    </w:p>
    <w:p w14:paraId="1D889CAC" w14:textId="77777777" w:rsidR="005A0029" w:rsidRDefault="00F83EB4">
      <w:pPr>
        <w:spacing w:after="60"/>
      </w:pPr>
      <w:r>
        <w:rPr>
          <w:color w:val="B4B4B4"/>
          <w:sz w:val="16"/>
        </w:rPr>
        <w:t>________________________________________________________</w:t>
      </w:r>
    </w:p>
    <w:p w14:paraId="1CEF30D4" w14:textId="77777777" w:rsidR="005A0029" w:rsidRDefault="00F83EB4">
      <w:pPr>
        <w:spacing w:after="60"/>
      </w:pPr>
      <w:r>
        <w:rPr>
          <w:color w:val="B4B4B4"/>
          <w:sz w:val="16"/>
        </w:rPr>
        <w:t>________________________________________________________</w:t>
      </w:r>
    </w:p>
    <w:p w14:paraId="1F30ED4A" w14:textId="77777777" w:rsidR="005A0029" w:rsidRDefault="00F83EB4">
      <w:pPr>
        <w:spacing w:after="60"/>
      </w:pPr>
      <w:r>
        <w:rPr>
          <w:color w:val="B4B4B4"/>
          <w:sz w:val="16"/>
        </w:rPr>
        <w:t>________________________________________________________</w:t>
      </w:r>
    </w:p>
    <w:p w14:paraId="330BF32B" w14:textId="77777777" w:rsidR="005A0029" w:rsidRDefault="00F83EB4">
      <w:pPr>
        <w:spacing w:after="60"/>
      </w:pPr>
      <w:r>
        <w:rPr>
          <w:color w:val="B4B4B4"/>
          <w:sz w:val="16"/>
        </w:rPr>
        <w:t>________________________________________________________</w:t>
      </w:r>
    </w:p>
    <w:p w14:paraId="6C7C96CE" w14:textId="77777777" w:rsidR="005A0029" w:rsidRDefault="00F83EB4">
      <w:pPr>
        <w:spacing w:after="60"/>
      </w:pPr>
      <w:r>
        <w:rPr>
          <w:color w:val="B4B4B4"/>
          <w:sz w:val="16"/>
        </w:rPr>
        <w:t>________________________________________________________</w:t>
      </w:r>
    </w:p>
    <w:p w14:paraId="02B2430B" w14:textId="77777777" w:rsidR="005A0029" w:rsidRDefault="00F83EB4">
      <w:pPr>
        <w:pStyle w:val="Heading2"/>
      </w:pPr>
      <w:r>
        <w:t>Prayer</w:t>
      </w:r>
    </w:p>
    <w:p w14:paraId="0BC2A72F" w14:textId="77777777" w:rsidR="005A0029" w:rsidRDefault="00F83EB4">
      <w:r>
        <w:t>Father, meet me in this practice of god in the detour.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59473AB" w14:textId="77777777" w:rsidR="005A0029" w:rsidRDefault="00F83EB4">
      <w:r>
        <w:rPr>
          <w:b/>
          <w:color w:val="B08D3A"/>
        </w:rPr>
        <w:lastRenderedPageBreak/>
        <w:t xml:space="preserve">TODAY'S DECLARATION  </w:t>
      </w:r>
      <w:r>
        <w:t>I will meet god in the detour with truth, faith, and practiced peace.</w:t>
      </w:r>
    </w:p>
    <w:p w14:paraId="6B263D6D" w14:textId="77777777" w:rsidR="005A0029" w:rsidRDefault="00F83EB4">
      <w:r>
        <w:br w:type="page"/>
      </w:r>
    </w:p>
    <w:p w14:paraId="350F791B" w14:textId="77777777" w:rsidR="005A0029" w:rsidRDefault="00F83EB4">
      <w:pPr>
        <w:pStyle w:val="Heading2"/>
      </w:pPr>
      <w:r>
        <w:lastRenderedPageBreak/>
        <w:t>DAY 17</w:t>
      </w:r>
    </w:p>
    <w:p w14:paraId="2DA5DA0D" w14:textId="77777777" w:rsidR="005A0029" w:rsidRDefault="00F83EB4">
      <w:pPr>
        <w:pStyle w:val="Heading1"/>
      </w:pPr>
      <w:r>
        <w:t>Learning Flexibility</w:t>
      </w:r>
    </w:p>
    <w:p w14:paraId="4EAAE503" w14:textId="77777777" w:rsidR="005A0029" w:rsidRDefault="00F83EB4">
      <w:r>
        <w:rPr>
          <w:b/>
          <w:color w:val="B08D3A"/>
        </w:rPr>
        <w:t xml:space="preserve">ANCHOR SCRIPTURE  </w:t>
      </w:r>
      <w:r>
        <w:t>Philippians 4:12</w:t>
      </w:r>
    </w:p>
    <w:p w14:paraId="0D207816" w14:textId="77777777" w:rsidR="005A0029" w:rsidRDefault="00F83EB4">
      <w:pPr>
        <w:pStyle w:val="Heading2"/>
      </w:pPr>
      <w:r>
        <w:t>Guided Reflection</w:t>
      </w:r>
    </w:p>
    <w:p w14:paraId="31ABAF39" w14:textId="77777777" w:rsidR="005A0029" w:rsidRDefault="00F83EB4">
      <w:r>
        <w:t xml:space="preserve">Today, consider what “learning flexibility”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226DDF45" w14:textId="77777777" w:rsidR="005A0029" w:rsidRDefault="00F83EB4">
      <w:pPr>
        <w:pStyle w:val="Heading2"/>
      </w:pPr>
      <w:r>
        <w:t>Pause &amp; Notice</w:t>
      </w:r>
    </w:p>
    <w:p w14:paraId="6C1B316E" w14:textId="77777777" w:rsidR="005A0029" w:rsidRDefault="00F83EB4">
      <w:r>
        <w:t>What is this theme revealing about my heart, thoughts, relationships, or current circumstances today?</w:t>
      </w:r>
    </w:p>
    <w:p w14:paraId="6A444138" w14:textId="77777777" w:rsidR="005A0029" w:rsidRDefault="00F83EB4">
      <w:pPr>
        <w:pStyle w:val="Heading2"/>
      </w:pPr>
      <w:r>
        <w:t>Peace Practice</w:t>
      </w:r>
    </w:p>
    <w:p w14:paraId="5786EFB6" w14:textId="77777777" w:rsidR="005A0029" w:rsidRDefault="00F83EB4">
      <w:r>
        <w:t>Take five slow breaths. With each inhale, receive God's presence; with each exhale, release one pressure you have been carrying.</w:t>
      </w:r>
    </w:p>
    <w:p w14:paraId="6EA7084F" w14:textId="77777777" w:rsidR="005A0029" w:rsidRDefault="00F83EB4">
      <w:pPr>
        <w:pStyle w:val="Heading2"/>
      </w:pPr>
      <w:r>
        <w:t>My Thoughts &amp; Prayers</w:t>
      </w:r>
    </w:p>
    <w:p w14:paraId="18F6ADD2" w14:textId="77777777" w:rsidR="005A0029" w:rsidRDefault="00F83EB4">
      <w:pPr>
        <w:spacing w:after="60"/>
      </w:pPr>
      <w:r>
        <w:rPr>
          <w:color w:val="B4B4B4"/>
          <w:sz w:val="16"/>
        </w:rPr>
        <w:t>________________________________________________________</w:t>
      </w:r>
    </w:p>
    <w:p w14:paraId="4A771327" w14:textId="77777777" w:rsidR="005A0029" w:rsidRDefault="00F83EB4">
      <w:pPr>
        <w:spacing w:after="60"/>
      </w:pPr>
      <w:r>
        <w:rPr>
          <w:color w:val="B4B4B4"/>
          <w:sz w:val="16"/>
        </w:rPr>
        <w:t>________________________________________________________</w:t>
      </w:r>
    </w:p>
    <w:p w14:paraId="55268C0B" w14:textId="77777777" w:rsidR="005A0029" w:rsidRDefault="00F83EB4">
      <w:pPr>
        <w:spacing w:after="60"/>
      </w:pPr>
      <w:r>
        <w:rPr>
          <w:color w:val="B4B4B4"/>
          <w:sz w:val="16"/>
        </w:rPr>
        <w:t>________________________________________________________</w:t>
      </w:r>
    </w:p>
    <w:p w14:paraId="42D769C6" w14:textId="77777777" w:rsidR="005A0029" w:rsidRDefault="00F83EB4">
      <w:pPr>
        <w:spacing w:after="60"/>
      </w:pPr>
      <w:r>
        <w:rPr>
          <w:color w:val="B4B4B4"/>
          <w:sz w:val="16"/>
        </w:rPr>
        <w:t>________________________________________________________</w:t>
      </w:r>
    </w:p>
    <w:p w14:paraId="5D019A5C" w14:textId="77777777" w:rsidR="005A0029" w:rsidRDefault="00F83EB4">
      <w:pPr>
        <w:spacing w:after="60"/>
      </w:pPr>
      <w:r>
        <w:rPr>
          <w:color w:val="B4B4B4"/>
          <w:sz w:val="16"/>
        </w:rPr>
        <w:t>________________________________________________________</w:t>
      </w:r>
    </w:p>
    <w:p w14:paraId="218B9590" w14:textId="77777777" w:rsidR="005A0029" w:rsidRDefault="00F83EB4">
      <w:pPr>
        <w:pStyle w:val="Heading2"/>
      </w:pPr>
      <w:r>
        <w:t>Prayer</w:t>
      </w:r>
    </w:p>
    <w:p w14:paraId="02F57C80" w14:textId="77777777" w:rsidR="005A0029" w:rsidRDefault="00F83EB4">
      <w:r>
        <w:t>Father, meet me in this practice of learning flexibility.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EB5DD0B" w14:textId="77777777" w:rsidR="005A0029" w:rsidRDefault="00F83EB4">
      <w:r>
        <w:rPr>
          <w:b/>
          <w:color w:val="B08D3A"/>
        </w:rPr>
        <w:lastRenderedPageBreak/>
        <w:t xml:space="preserve">TODAY'S DECLARATION  </w:t>
      </w:r>
      <w:r>
        <w:t>I will meet learning flexibility with truth, faith, and practiced peace.</w:t>
      </w:r>
    </w:p>
    <w:p w14:paraId="41EDBEB9" w14:textId="77777777" w:rsidR="005A0029" w:rsidRDefault="00F83EB4">
      <w:r>
        <w:br w:type="page"/>
      </w:r>
    </w:p>
    <w:p w14:paraId="58BA93E0" w14:textId="77777777" w:rsidR="005A0029" w:rsidRDefault="00F83EB4">
      <w:pPr>
        <w:pStyle w:val="Heading2"/>
      </w:pPr>
      <w:r>
        <w:lastRenderedPageBreak/>
        <w:t>DAY 18</w:t>
      </w:r>
    </w:p>
    <w:p w14:paraId="08C7DBF5" w14:textId="77777777" w:rsidR="005A0029" w:rsidRDefault="00F83EB4">
      <w:pPr>
        <w:pStyle w:val="Heading1"/>
      </w:pPr>
      <w:r>
        <w:t>Disappointment Can Teach</w:t>
      </w:r>
    </w:p>
    <w:p w14:paraId="764E08D6" w14:textId="77777777" w:rsidR="005A0029" w:rsidRDefault="00F83EB4">
      <w:r>
        <w:rPr>
          <w:b/>
          <w:color w:val="B08D3A"/>
        </w:rPr>
        <w:t xml:space="preserve">ANCHOR SCRIPTURE  </w:t>
      </w:r>
      <w:r>
        <w:t>Psalm 119:71</w:t>
      </w:r>
    </w:p>
    <w:p w14:paraId="2AB5FAD8" w14:textId="77777777" w:rsidR="005A0029" w:rsidRDefault="00F83EB4">
      <w:pPr>
        <w:pStyle w:val="Heading2"/>
      </w:pPr>
      <w:r>
        <w:t>Guided Reflection</w:t>
      </w:r>
    </w:p>
    <w:p w14:paraId="2265091C" w14:textId="77777777" w:rsidR="005A0029" w:rsidRDefault="00F83EB4">
      <w:r>
        <w:t>Today, consider what “disappointment can teach”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 w</w:t>
      </w:r>
      <w:r>
        <w:t>hen truth is practiced repeatedly, especially when circumstances remain unresolved.</w:t>
      </w:r>
    </w:p>
    <w:p w14:paraId="191B4C71" w14:textId="77777777" w:rsidR="005A0029" w:rsidRDefault="00F83EB4">
      <w:pPr>
        <w:pStyle w:val="Heading2"/>
      </w:pPr>
      <w:r>
        <w:t>Pause &amp; Notice</w:t>
      </w:r>
    </w:p>
    <w:p w14:paraId="475059A7" w14:textId="77777777" w:rsidR="005A0029" w:rsidRDefault="00F83EB4">
      <w:r>
        <w:t>What is this theme revealing about my heart, thoughts, relationships, or current circumstances today?</w:t>
      </w:r>
    </w:p>
    <w:p w14:paraId="708C23E5" w14:textId="77777777" w:rsidR="005A0029" w:rsidRDefault="00F83EB4">
      <w:pPr>
        <w:pStyle w:val="Heading2"/>
      </w:pPr>
      <w:r>
        <w:t>Peace Practice</w:t>
      </w:r>
    </w:p>
    <w:p w14:paraId="4B4A0C4A" w14:textId="77777777" w:rsidR="005A0029" w:rsidRDefault="00F83EB4">
      <w:r>
        <w:t>Write one recurring fearful thought. Under it, write a Scripture-shaped response that is more truthful and life-giving.</w:t>
      </w:r>
    </w:p>
    <w:p w14:paraId="72C655B6" w14:textId="77777777" w:rsidR="005A0029" w:rsidRDefault="00F83EB4">
      <w:pPr>
        <w:pStyle w:val="Heading2"/>
      </w:pPr>
      <w:r>
        <w:t>My Thoughts &amp; Prayers</w:t>
      </w:r>
    </w:p>
    <w:p w14:paraId="3DD3175C" w14:textId="77777777" w:rsidR="005A0029" w:rsidRDefault="00F83EB4">
      <w:pPr>
        <w:spacing w:after="60"/>
      </w:pPr>
      <w:r>
        <w:rPr>
          <w:color w:val="B4B4B4"/>
          <w:sz w:val="16"/>
        </w:rPr>
        <w:t>________________________________________________________</w:t>
      </w:r>
    </w:p>
    <w:p w14:paraId="66340228" w14:textId="77777777" w:rsidR="005A0029" w:rsidRDefault="00F83EB4">
      <w:pPr>
        <w:spacing w:after="60"/>
      </w:pPr>
      <w:r>
        <w:rPr>
          <w:color w:val="B4B4B4"/>
          <w:sz w:val="16"/>
        </w:rPr>
        <w:t>________________________________________________________</w:t>
      </w:r>
    </w:p>
    <w:p w14:paraId="74439B49" w14:textId="77777777" w:rsidR="005A0029" w:rsidRDefault="00F83EB4">
      <w:pPr>
        <w:spacing w:after="60"/>
      </w:pPr>
      <w:r>
        <w:rPr>
          <w:color w:val="B4B4B4"/>
          <w:sz w:val="16"/>
        </w:rPr>
        <w:t>________________________________________________________</w:t>
      </w:r>
    </w:p>
    <w:p w14:paraId="60A928CB" w14:textId="77777777" w:rsidR="005A0029" w:rsidRDefault="00F83EB4">
      <w:pPr>
        <w:spacing w:after="60"/>
      </w:pPr>
      <w:r>
        <w:rPr>
          <w:color w:val="B4B4B4"/>
          <w:sz w:val="16"/>
        </w:rPr>
        <w:t>________________________________________________________</w:t>
      </w:r>
    </w:p>
    <w:p w14:paraId="548ED587" w14:textId="77777777" w:rsidR="005A0029" w:rsidRDefault="00F83EB4">
      <w:pPr>
        <w:spacing w:after="60"/>
      </w:pPr>
      <w:r>
        <w:rPr>
          <w:color w:val="B4B4B4"/>
          <w:sz w:val="16"/>
        </w:rPr>
        <w:t>________________________________________________________</w:t>
      </w:r>
    </w:p>
    <w:p w14:paraId="06A27776" w14:textId="77777777" w:rsidR="005A0029" w:rsidRDefault="00F83EB4">
      <w:pPr>
        <w:pStyle w:val="Heading2"/>
      </w:pPr>
      <w:r>
        <w:t>Prayer</w:t>
      </w:r>
    </w:p>
    <w:p w14:paraId="21CD8E0F" w14:textId="77777777" w:rsidR="005A0029" w:rsidRDefault="00F83EB4">
      <w:r>
        <w:t>Father, meet me in this practice of disappointment can teach.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5CFA505" w14:textId="77777777" w:rsidR="005A0029" w:rsidRDefault="00F83EB4">
      <w:r>
        <w:rPr>
          <w:b/>
          <w:color w:val="B08D3A"/>
        </w:rPr>
        <w:lastRenderedPageBreak/>
        <w:t xml:space="preserve">TODAY'S DECLARATION  </w:t>
      </w:r>
      <w:r>
        <w:t>I will meet disappointment can teach with truth, faith, and practiced peace.</w:t>
      </w:r>
    </w:p>
    <w:p w14:paraId="69FAAD45" w14:textId="77777777" w:rsidR="005A0029" w:rsidRDefault="00F83EB4">
      <w:r>
        <w:br w:type="page"/>
      </w:r>
    </w:p>
    <w:p w14:paraId="50D624F4" w14:textId="77777777" w:rsidR="005A0029" w:rsidRDefault="00F83EB4">
      <w:pPr>
        <w:pStyle w:val="Heading2"/>
      </w:pPr>
      <w:r>
        <w:lastRenderedPageBreak/>
        <w:t>DAY 19</w:t>
      </w:r>
    </w:p>
    <w:p w14:paraId="42548C44" w14:textId="77777777" w:rsidR="005A0029" w:rsidRDefault="00F83EB4">
      <w:pPr>
        <w:pStyle w:val="Heading1"/>
      </w:pPr>
      <w:r>
        <w:t>Releasing Control</w:t>
      </w:r>
    </w:p>
    <w:p w14:paraId="4095EE8F" w14:textId="77777777" w:rsidR="005A0029" w:rsidRDefault="00F83EB4">
      <w:r>
        <w:rPr>
          <w:b/>
          <w:color w:val="B08D3A"/>
        </w:rPr>
        <w:t xml:space="preserve">ANCHOR SCRIPTURE  </w:t>
      </w:r>
      <w:r>
        <w:t>Matthew 6:10</w:t>
      </w:r>
    </w:p>
    <w:p w14:paraId="52EDC654" w14:textId="77777777" w:rsidR="005A0029" w:rsidRDefault="00F83EB4">
      <w:pPr>
        <w:pStyle w:val="Heading2"/>
      </w:pPr>
      <w:r>
        <w:t>Guided Reflection</w:t>
      </w:r>
    </w:p>
    <w:p w14:paraId="06DE7151" w14:textId="77777777" w:rsidR="005A0029" w:rsidRDefault="00F83EB4">
      <w:r>
        <w:t>Today, consider what “releasing control”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1EADDA03" w14:textId="77777777" w:rsidR="005A0029" w:rsidRDefault="00F83EB4">
      <w:pPr>
        <w:pStyle w:val="Heading2"/>
      </w:pPr>
      <w:r>
        <w:t>Pause &amp; Notice</w:t>
      </w:r>
    </w:p>
    <w:p w14:paraId="0E9177AA" w14:textId="77777777" w:rsidR="005A0029" w:rsidRDefault="00F83EB4">
      <w:r>
        <w:t>What is this theme revealing about my heart, thoughts, relationships, or current circumstances today?</w:t>
      </w:r>
    </w:p>
    <w:p w14:paraId="7DA86EAD" w14:textId="77777777" w:rsidR="005A0029" w:rsidRDefault="00F83EB4">
      <w:pPr>
        <w:pStyle w:val="Heading2"/>
      </w:pPr>
      <w:r>
        <w:t>Peace Practice</w:t>
      </w:r>
    </w:p>
    <w:p w14:paraId="41AACC59" w14:textId="77777777" w:rsidR="005A0029" w:rsidRDefault="00F83EB4">
      <w:r>
        <w:t>Identify one small action that would create greater peace today. Make it specific enough to complete before the day ends.</w:t>
      </w:r>
    </w:p>
    <w:p w14:paraId="506E4294" w14:textId="77777777" w:rsidR="005A0029" w:rsidRDefault="00F83EB4">
      <w:pPr>
        <w:pStyle w:val="Heading2"/>
      </w:pPr>
      <w:r>
        <w:t>My Thoughts &amp; Prayers</w:t>
      </w:r>
    </w:p>
    <w:p w14:paraId="30FD1636" w14:textId="77777777" w:rsidR="005A0029" w:rsidRDefault="00F83EB4">
      <w:pPr>
        <w:spacing w:after="60"/>
      </w:pPr>
      <w:r>
        <w:rPr>
          <w:color w:val="B4B4B4"/>
          <w:sz w:val="16"/>
        </w:rPr>
        <w:t>________________________________________________________</w:t>
      </w:r>
    </w:p>
    <w:p w14:paraId="7849E56A" w14:textId="77777777" w:rsidR="005A0029" w:rsidRDefault="00F83EB4">
      <w:pPr>
        <w:spacing w:after="60"/>
      </w:pPr>
      <w:r>
        <w:rPr>
          <w:color w:val="B4B4B4"/>
          <w:sz w:val="16"/>
        </w:rPr>
        <w:t>________________________________________________________</w:t>
      </w:r>
    </w:p>
    <w:p w14:paraId="45F2FE81" w14:textId="77777777" w:rsidR="005A0029" w:rsidRDefault="00F83EB4">
      <w:pPr>
        <w:spacing w:after="60"/>
      </w:pPr>
      <w:r>
        <w:rPr>
          <w:color w:val="B4B4B4"/>
          <w:sz w:val="16"/>
        </w:rPr>
        <w:t>________________________________________________________</w:t>
      </w:r>
    </w:p>
    <w:p w14:paraId="161A8364" w14:textId="77777777" w:rsidR="005A0029" w:rsidRDefault="00F83EB4">
      <w:pPr>
        <w:spacing w:after="60"/>
      </w:pPr>
      <w:r>
        <w:rPr>
          <w:color w:val="B4B4B4"/>
          <w:sz w:val="16"/>
        </w:rPr>
        <w:t>________________________________________________________</w:t>
      </w:r>
    </w:p>
    <w:p w14:paraId="122F55B8" w14:textId="77777777" w:rsidR="005A0029" w:rsidRDefault="00F83EB4">
      <w:pPr>
        <w:spacing w:after="60"/>
      </w:pPr>
      <w:r>
        <w:rPr>
          <w:color w:val="B4B4B4"/>
          <w:sz w:val="16"/>
        </w:rPr>
        <w:t>________________________________________________________</w:t>
      </w:r>
    </w:p>
    <w:p w14:paraId="3CF824C6" w14:textId="77777777" w:rsidR="005A0029" w:rsidRDefault="00F83EB4">
      <w:pPr>
        <w:pStyle w:val="Heading2"/>
      </w:pPr>
      <w:r>
        <w:t>Prayer</w:t>
      </w:r>
    </w:p>
    <w:p w14:paraId="16A78ADC" w14:textId="77777777" w:rsidR="005A0029" w:rsidRDefault="00F83EB4">
      <w:r>
        <w:t>Father, meet me in this practice of releasing control.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486E5FA" w14:textId="77777777" w:rsidR="005A0029" w:rsidRDefault="00F83EB4">
      <w:r>
        <w:rPr>
          <w:b/>
          <w:color w:val="B08D3A"/>
        </w:rPr>
        <w:lastRenderedPageBreak/>
        <w:t xml:space="preserve">TODAY'S DECLARATION  </w:t>
      </w:r>
      <w:r>
        <w:t>I will meet releasing control with truth, faith, and practiced peace.</w:t>
      </w:r>
    </w:p>
    <w:p w14:paraId="3631694F" w14:textId="77777777" w:rsidR="005A0029" w:rsidRDefault="00F83EB4">
      <w:r>
        <w:br w:type="page"/>
      </w:r>
    </w:p>
    <w:p w14:paraId="20A1CC19" w14:textId="77777777" w:rsidR="005A0029" w:rsidRDefault="00F83EB4">
      <w:pPr>
        <w:pStyle w:val="Heading2"/>
      </w:pPr>
      <w:r>
        <w:lastRenderedPageBreak/>
        <w:t>DAY 20</w:t>
      </w:r>
    </w:p>
    <w:p w14:paraId="7A1FB119" w14:textId="77777777" w:rsidR="005A0029" w:rsidRDefault="00F83EB4">
      <w:pPr>
        <w:pStyle w:val="Heading1"/>
      </w:pPr>
      <w:r>
        <w:t>Becoming Teachable</w:t>
      </w:r>
    </w:p>
    <w:p w14:paraId="2CD9FA01" w14:textId="77777777" w:rsidR="005A0029" w:rsidRDefault="00F83EB4">
      <w:r>
        <w:rPr>
          <w:b/>
          <w:color w:val="B08D3A"/>
        </w:rPr>
        <w:t xml:space="preserve">ANCHOR SCRIPTURE  </w:t>
      </w:r>
      <w:r>
        <w:t>Proverbs 9:9</w:t>
      </w:r>
    </w:p>
    <w:p w14:paraId="4158BDD2" w14:textId="77777777" w:rsidR="005A0029" w:rsidRDefault="00F83EB4">
      <w:pPr>
        <w:pStyle w:val="Heading2"/>
      </w:pPr>
      <w:r>
        <w:t>Guided Reflection</w:t>
      </w:r>
    </w:p>
    <w:p w14:paraId="047709BE" w14:textId="77777777" w:rsidR="005A0029" w:rsidRDefault="00F83EB4">
      <w:r>
        <w:t>Today, consider what “becoming teachable”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 when tr</w:t>
      </w:r>
      <w:r>
        <w:t>uth is practiced repeatedly, especially when circumstances remain unresolved.</w:t>
      </w:r>
    </w:p>
    <w:p w14:paraId="65BD7971" w14:textId="77777777" w:rsidR="005A0029" w:rsidRDefault="00F83EB4">
      <w:pPr>
        <w:pStyle w:val="Heading2"/>
      </w:pPr>
      <w:r>
        <w:t>Pause &amp; Notice</w:t>
      </w:r>
    </w:p>
    <w:p w14:paraId="30E8BF77" w14:textId="77777777" w:rsidR="005A0029" w:rsidRDefault="00F83EB4">
      <w:r>
        <w:t>What is this theme revealing about my heart, thoughts, relationships, or current circumstances today?</w:t>
      </w:r>
    </w:p>
    <w:p w14:paraId="6C0602C8" w14:textId="77777777" w:rsidR="005A0029" w:rsidRDefault="00F83EB4">
      <w:pPr>
        <w:pStyle w:val="Heading2"/>
      </w:pPr>
      <w:r>
        <w:t>Peace Practice</w:t>
      </w:r>
    </w:p>
    <w:p w14:paraId="3DA5A898" w14:textId="77777777" w:rsidR="005A0029" w:rsidRDefault="00F83EB4">
      <w:r>
        <w:t>Reach out to one trusted, mature person. Share one thing you have been carrying silently and allow yourself to receive support.</w:t>
      </w:r>
    </w:p>
    <w:p w14:paraId="1741A577" w14:textId="77777777" w:rsidR="005A0029" w:rsidRDefault="00F83EB4">
      <w:pPr>
        <w:pStyle w:val="Heading2"/>
      </w:pPr>
      <w:r>
        <w:t>My Thoughts &amp; Prayers</w:t>
      </w:r>
    </w:p>
    <w:p w14:paraId="4C757C54" w14:textId="77777777" w:rsidR="005A0029" w:rsidRDefault="00F83EB4">
      <w:pPr>
        <w:spacing w:after="60"/>
      </w:pPr>
      <w:r>
        <w:rPr>
          <w:color w:val="B4B4B4"/>
          <w:sz w:val="16"/>
        </w:rPr>
        <w:t>________________________________________________________</w:t>
      </w:r>
    </w:p>
    <w:p w14:paraId="522F81E6" w14:textId="77777777" w:rsidR="005A0029" w:rsidRDefault="00F83EB4">
      <w:pPr>
        <w:spacing w:after="60"/>
      </w:pPr>
      <w:r>
        <w:rPr>
          <w:color w:val="B4B4B4"/>
          <w:sz w:val="16"/>
        </w:rPr>
        <w:t>________________________________________________________</w:t>
      </w:r>
    </w:p>
    <w:p w14:paraId="0397372A" w14:textId="77777777" w:rsidR="005A0029" w:rsidRDefault="00F83EB4">
      <w:pPr>
        <w:spacing w:after="60"/>
      </w:pPr>
      <w:r>
        <w:rPr>
          <w:color w:val="B4B4B4"/>
          <w:sz w:val="16"/>
        </w:rPr>
        <w:t>________________________________________________________</w:t>
      </w:r>
    </w:p>
    <w:p w14:paraId="5B2BFB3B" w14:textId="77777777" w:rsidR="005A0029" w:rsidRDefault="00F83EB4">
      <w:pPr>
        <w:spacing w:after="60"/>
      </w:pPr>
      <w:r>
        <w:rPr>
          <w:color w:val="B4B4B4"/>
          <w:sz w:val="16"/>
        </w:rPr>
        <w:t>________________________________________________________</w:t>
      </w:r>
    </w:p>
    <w:p w14:paraId="4151F062" w14:textId="77777777" w:rsidR="005A0029" w:rsidRDefault="00F83EB4">
      <w:pPr>
        <w:spacing w:after="60"/>
      </w:pPr>
      <w:r>
        <w:rPr>
          <w:color w:val="B4B4B4"/>
          <w:sz w:val="16"/>
        </w:rPr>
        <w:t>________________________________________________________</w:t>
      </w:r>
    </w:p>
    <w:p w14:paraId="7F7FB34B" w14:textId="77777777" w:rsidR="005A0029" w:rsidRDefault="00F83EB4">
      <w:pPr>
        <w:pStyle w:val="Heading2"/>
      </w:pPr>
      <w:r>
        <w:t>Prayer</w:t>
      </w:r>
    </w:p>
    <w:p w14:paraId="610E4053" w14:textId="77777777" w:rsidR="005A0029" w:rsidRDefault="00F83EB4">
      <w:r>
        <w:t>Father, meet me in this practice of becoming teachable.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AC6A88F" w14:textId="77777777" w:rsidR="005A0029" w:rsidRDefault="00F83EB4">
      <w:r>
        <w:rPr>
          <w:b/>
          <w:color w:val="B08D3A"/>
        </w:rPr>
        <w:lastRenderedPageBreak/>
        <w:t xml:space="preserve">TODAY'S DECLARATION  </w:t>
      </w:r>
      <w:r>
        <w:t>I will meet becoming teachable with truth, faith, and practiced peace.</w:t>
      </w:r>
    </w:p>
    <w:p w14:paraId="323D722E" w14:textId="77777777" w:rsidR="005A0029" w:rsidRDefault="00F83EB4">
      <w:r>
        <w:br w:type="page"/>
      </w:r>
    </w:p>
    <w:p w14:paraId="7A522ED7" w14:textId="77777777" w:rsidR="005A0029" w:rsidRDefault="00F83EB4">
      <w:pPr>
        <w:pStyle w:val="Heading2"/>
      </w:pPr>
      <w:r>
        <w:lastRenderedPageBreak/>
        <w:t>DAY 21</w:t>
      </w:r>
    </w:p>
    <w:p w14:paraId="3DDBF008" w14:textId="77777777" w:rsidR="005A0029" w:rsidRDefault="00F83EB4">
      <w:pPr>
        <w:pStyle w:val="Heading1"/>
      </w:pPr>
      <w:r>
        <w:t>What Change Reveals About You</w:t>
      </w:r>
    </w:p>
    <w:p w14:paraId="39943B8C" w14:textId="77777777" w:rsidR="005A0029" w:rsidRDefault="00F83EB4">
      <w:r>
        <w:rPr>
          <w:b/>
          <w:color w:val="B08D3A"/>
        </w:rPr>
        <w:t xml:space="preserve">ANCHOR SCRIPTURE  </w:t>
      </w:r>
      <w:r>
        <w:t>Deuteronomy 8:2</w:t>
      </w:r>
    </w:p>
    <w:p w14:paraId="06BD3F22" w14:textId="77777777" w:rsidR="005A0029" w:rsidRDefault="00F83EB4">
      <w:pPr>
        <w:pStyle w:val="Heading2"/>
      </w:pPr>
      <w:r>
        <w:t>Guided Reflection</w:t>
      </w:r>
    </w:p>
    <w:p w14:paraId="252BA397" w14:textId="77777777" w:rsidR="005A0029" w:rsidRDefault="00F83EB4">
      <w:r>
        <w:t>Today, consider what “what change reveals about you”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w:t>
      </w:r>
      <w:r>
        <w:t>ble when truth is practiced repeatedly, especially when circumstances remain unresolved.</w:t>
      </w:r>
    </w:p>
    <w:p w14:paraId="162FA017" w14:textId="77777777" w:rsidR="005A0029" w:rsidRDefault="00F83EB4">
      <w:pPr>
        <w:pStyle w:val="Heading2"/>
      </w:pPr>
      <w:r>
        <w:t>Pause &amp; Notice</w:t>
      </w:r>
    </w:p>
    <w:p w14:paraId="3C1D49BA" w14:textId="77777777" w:rsidR="005A0029" w:rsidRDefault="00F83EB4">
      <w:r>
        <w:t>What is this theme revealing about my heart, thoughts, relationships, or current circumstances today?</w:t>
      </w:r>
    </w:p>
    <w:p w14:paraId="4AA24753" w14:textId="77777777" w:rsidR="005A0029" w:rsidRDefault="00F83EB4">
      <w:pPr>
        <w:pStyle w:val="Heading2"/>
      </w:pPr>
      <w:r>
        <w:t>Peace Practice</w:t>
      </w:r>
    </w:p>
    <w:p w14:paraId="4E97246D" w14:textId="77777777" w:rsidR="005A0029" w:rsidRDefault="00F83EB4">
      <w:r>
        <w:t>Practice a ten-minute quiet period without your phone. Notice what surfaces, then bring it honestly into prayer.</w:t>
      </w:r>
    </w:p>
    <w:p w14:paraId="175D4B4F" w14:textId="77777777" w:rsidR="005A0029" w:rsidRDefault="00F83EB4">
      <w:pPr>
        <w:pStyle w:val="Heading2"/>
      </w:pPr>
      <w:r>
        <w:t>My Thoughts &amp; Prayers</w:t>
      </w:r>
    </w:p>
    <w:p w14:paraId="711EC3C7" w14:textId="77777777" w:rsidR="005A0029" w:rsidRDefault="00F83EB4">
      <w:pPr>
        <w:spacing w:after="60"/>
      </w:pPr>
      <w:r>
        <w:rPr>
          <w:color w:val="B4B4B4"/>
          <w:sz w:val="16"/>
        </w:rPr>
        <w:t>________________________________________________________</w:t>
      </w:r>
    </w:p>
    <w:p w14:paraId="44499E55" w14:textId="77777777" w:rsidR="005A0029" w:rsidRDefault="00F83EB4">
      <w:pPr>
        <w:spacing w:after="60"/>
      </w:pPr>
      <w:r>
        <w:rPr>
          <w:color w:val="B4B4B4"/>
          <w:sz w:val="16"/>
        </w:rPr>
        <w:t>________________________________________________________</w:t>
      </w:r>
    </w:p>
    <w:p w14:paraId="574BF23A" w14:textId="77777777" w:rsidR="005A0029" w:rsidRDefault="00F83EB4">
      <w:pPr>
        <w:spacing w:after="60"/>
      </w:pPr>
      <w:r>
        <w:rPr>
          <w:color w:val="B4B4B4"/>
          <w:sz w:val="16"/>
        </w:rPr>
        <w:t>________________________________________________________</w:t>
      </w:r>
    </w:p>
    <w:p w14:paraId="179882A0" w14:textId="77777777" w:rsidR="005A0029" w:rsidRDefault="00F83EB4">
      <w:pPr>
        <w:spacing w:after="60"/>
      </w:pPr>
      <w:r>
        <w:rPr>
          <w:color w:val="B4B4B4"/>
          <w:sz w:val="16"/>
        </w:rPr>
        <w:t>________________________________________________________</w:t>
      </w:r>
    </w:p>
    <w:p w14:paraId="50D7E8A6" w14:textId="77777777" w:rsidR="005A0029" w:rsidRDefault="00F83EB4">
      <w:pPr>
        <w:spacing w:after="60"/>
      </w:pPr>
      <w:r>
        <w:rPr>
          <w:color w:val="B4B4B4"/>
          <w:sz w:val="16"/>
        </w:rPr>
        <w:t>________________________________________________________</w:t>
      </w:r>
    </w:p>
    <w:p w14:paraId="06050ECF" w14:textId="77777777" w:rsidR="005A0029" w:rsidRDefault="00F83EB4">
      <w:pPr>
        <w:pStyle w:val="Heading2"/>
      </w:pPr>
      <w:r>
        <w:t>Prayer</w:t>
      </w:r>
    </w:p>
    <w:p w14:paraId="0B15E143" w14:textId="77777777" w:rsidR="005A0029" w:rsidRDefault="00F83EB4">
      <w:r>
        <w:t>Father, meet me in this practice of what change reveals about you.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16F7472" w14:textId="77777777" w:rsidR="005A0029" w:rsidRDefault="00F83EB4">
      <w:r>
        <w:rPr>
          <w:b/>
          <w:color w:val="B08D3A"/>
        </w:rPr>
        <w:lastRenderedPageBreak/>
        <w:t xml:space="preserve">TODAY'S DECLARATION  </w:t>
      </w:r>
      <w:r>
        <w:t>I will meet what change reveals about you with truth, faith, and practiced peace.</w:t>
      </w:r>
    </w:p>
    <w:p w14:paraId="0BD32098" w14:textId="77777777" w:rsidR="005A0029" w:rsidRDefault="00F83EB4">
      <w:r>
        <w:br w:type="page"/>
      </w:r>
    </w:p>
    <w:p w14:paraId="3D961F44" w14:textId="77777777" w:rsidR="005A0029" w:rsidRDefault="00F83EB4">
      <w:pPr>
        <w:pStyle w:val="Heading2"/>
      </w:pPr>
      <w:r>
        <w:lastRenderedPageBreak/>
        <w:t>DAY 22</w:t>
      </w:r>
    </w:p>
    <w:p w14:paraId="433A4872" w14:textId="77777777" w:rsidR="005A0029" w:rsidRDefault="00F83EB4">
      <w:pPr>
        <w:pStyle w:val="Heading1"/>
      </w:pPr>
      <w:r>
        <w:t>Character Before Comfort</w:t>
      </w:r>
    </w:p>
    <w:p w14:paraId="2DFA27F7" w14:textId="77777777" w:rsidR="005A0029" w:rsidRDefault="00F83EB4">
      <w:r>
        <w:rPr>
          <w:b/>
          <w:color w:val="B08D3A"/>
        </w:rPr>
        <w:t xml:space="preserve">ANCHOR SCRIPTURE  </w:t>
      </w:r>
      <w:r>
        <w:t>Romans 5:4</w:t>
      </w:r>
    </w:p>
    <w:p w14:paraId="70DBED71" w14:textId="77777777" w:rsidR="005A0029" w:rsidRDefault="00F83EB4">
      <w:pPr>
        <w:pStyle w:val="Heading2"/>
      </w:pPr>
      <w:r>
        <w:t>Guided Reflection</w:t>
      </w:r>
    </w:p>
    <w:p w14:paraId="40310987" w14:textId="77777777" w:rsidR="005A0029" w:rsidRDefault="00F83EB4">
      <w:r>
        <w:t>Today, consider what “character before comfort”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 w</w:t>
      </w:r>
      <w:r>
        <w:t>hen truth is practiced repeatedly, especially when circumstances remain unresolved.</w:t>
      </w:r>
    </w:p>
    <w:p w14:paraId="34475516" w14:textId="77777777" w:rsidR="005A0029" w:rsidRDefault="00F83EB4">
      <w:pPr>
        <w:pStyle w:val="Heading2"/>
      </w:pPr>
      <w:r>
        <w:t>Pause &amp; Notice</w:t>
      </w:r>
    </w:p>
    <w:p w14:paraId="2F980D0D" w14:textId="77777777" w:rsidR="005A0029" w:rsidRDefault="00F83EB4">
      <w:r>
        <w:t>What is this theme revealing about my heart, thoughts, relationships, or current circumstances today?</w:t>
      </w:r>
    </w:p>
    <w:p w14:paraId="77398050" w14:textId="77777777" w:rsidR="005A0029" w:rsidRDefault="00F83EB4">
      <w:pPr>
        <w:pStyle w:val="Heading2"/>
      </w:pPr>
      <w:r>
        <w:t>Peace Practice</w:t>
      </w:r>
    </w:p>
    <w:p w14:paraId="73FC8009" w14:textId="77777777" w:rsidR="005A0029" w:rsidRDefault="00F83EB4">
      <w:r>
        <w:t>Sit quietly for three minutes. Name what you feel without judging it. Then write one truth you want to carry into the day.</w:t>
      </w:r>
    </w:p>
    <w:p w14:paraId="38C8C697" w14:textId="77777777" w:rsidR="005A0029" w:rsidRDefault="00F83EB4">
      <w:pPr>
        <w:pStyle w:val="Heading2"/>
      </w:pPr>
      <w:r>
        <w:t>My Thoughts &amp; Prayers</w:t>
      </w:r>
    </w:p>
    <w:p w14:paraId="0977694C" w14:textId="77777777" w:rsidR="005A0029" w:rsidRDefault="00F83EB4">
      <w:pPr>
        <w:spacing w:after="60"/>
      </w:pPr>
      <w:r>
        <w:rPr>
          <w:color w:val="B4B4B4"/>
          <w:sz w:val="16"/>
        </w:rPr>
        <w:t>________________________________________________________</w:t>
      </w:r>
    </w:p>
    <w:p w14:paraId="450F454D" w14:textId="77777777" w:rsidR="005A0029" w:rsidRDefault="00F83EB4">
      <w:pPr>
        <w:spacing w:after="60"/>
      </w:pPr>
      <w:r>
        <w:rPr>
          <w:color w:val="B4B4B4"/>
          <w:sz w:val="16"/>
        </w:rPr>
        <w:t>________________________________________________________</w:t>
      </w:r>
    </w:p>
    <w:p w14:paraId="75E279C1" w14:textId="77777777" w:rsidR="005A0029" w:rsidRDefault="00F83EB4">
      <w:pPr>
        <w:spacing w:after="60"/>
      </w:pPr>
      <w:r>
        <w:rPr>
          <w:color w:val="B4B4B4"/>
          <w:sz w:val="16"/>
        </w:rPr>
        <w:t>________________________________________________________</w:t>
      </w:r>
    </w:p>
    <w:p w14:paraId="0C65D8B4" w14:textId="77777777" w:rsidR="005A0029" w:rsidRDefault="00F83EB4">
      <w:pPr>
        <w:spacing w:after="60"/>
      </w:pPr>
      <w:r>
        <w:rPr>
          <w:color w:val="B4B4B4"/>
          <w:sz w:val="16"/>
        </w:rPr>
        <w:t>________________________________________________________</w:t>
      </w:r>
    </w:p>
    <w:p w14:paraId="3A3720F9" w14:textId="77777777" w:rsidR="005A0029" w:rsidRDefault="00F83EB4">
      <w:pPr>
        <w:spacing w:after="60"/>
      </w:pPr>
      <w:r>
        <w:rPr>
          <w:color w:val="B4B4B4"/>
          <w:sz w:val="16"/>
        </w:rPr>
        <w:t>________________________________________________________</w:t>
      </w:r>
    </w:p>
    <w:p w14:paraId="6FF8B10B" w14:textId="77777777" w:rsidR="005A0029" w:rsidRDefault="00F83EB4">
      <w:pPr>
        <w:pStyle w:val="Heading2"/>
      </w:pPr>
      <w:r>
        <w:t>Prayer</w:t>
      </w:r>
    </w:p>
    <w:p w14:paraId="32ACE2DD" w14:textId="77777777" w:rsidR="005A0029" w:rsidRDefault="00F83EB4">
      <w:r>
        <w:t>Father, meet me in this practice of character before comfort.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D881978" w14:textId="77777777" w:rsidR="005A0029" w:rsidRDefault="00F83EB4">
      <w:r>
        <w:rPr>
          <w:b/>
          <w:color w:val="B08D3A"/>
        </w:rPr>
        <w:lastRenderedPageBreak/>
        <w:t xml:space="preserve">TODAY'S DECLARATION  </w:t>
      </w:r>
      <w:r>
        <w:t>I will meet character before comfort with truth, faith, and practiced peace.</w:t>
      </w:r>
    </w:p>
    <w:p w14:paraId="5945DA9F" w14:textId="77777777" w:rsidR="005A0029" w:rsidRDefault="00F83EB4">
      <w:r>
        <w:br w:type="page"/>
      </w:r>
    </w:p>
    <w:p w14:paraId="67E0F148" w14:textId="77777777" w:rsidR="005A0029" w:rsidRDefault="00F83EB4">
      <w:pPr>
        <w:pStyle w:val="Heading2"/>
      </w:pPr>
      <w:r>
        <w:lastRenderedPageBreak/>
        <w:t>DAY 23</w:t>
      </w:r>
    </w:p>
    <w:p w14:paraId="3B954A19" w14:textId="77777777" w:rsidR="005A0029" w:rsidRDefault="00F83EB4">
      <w:pPr>
        <w:pStyle w:val="Heading1"/>
      </w:pPr>
      <w:r>
        <w:t>The Gift Hidden in Waiting</w:t>
      </w:r>
    </w:p>
    <w:p w14:paraId="69486CFB" w14:textId="77777777" w:rsidR="005A0029" w:rsidRDefault="00F83EB4">
      <w:r>
        <w:rPr>
          <w:b/>
          <w:color w:val="B08D3A"/>
        </w:rPr>
        <w:t xml:space="preserve">ANCHOR SCRIPTURE  </w:t>
      </w:r>
      <w:r>
        <w:t>Isaiah 40:31</w:t>
      </w:r>
    </w:p>
    <w:p w14:paraId="1A89D977" w14:textId="77777777" w:rsidR="005A0029" w:rsidRDefault="00F83EB4">
      <w:pPr>
        <w:pStyle w:val="Heading2"/>
      </w:pPr>
      <w:r>
        <w:t>Guided Reflection</w:t>
      </w:r>
    </w:p>
    <w:p w14:paraId="35685C82" w14:textId="77777777" w:rsidR="005A0029" w:rsidRDefault="00F83EB4">
      <w:r>
        <w:t>Today, consider what “the gift hidden in waiting”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w:t>
      </w:r>
      <w:r>
        <w:t xml:space="preserve"> when truth is practiced repeatedly, especially when circumstances remain unresolved.</w:t>
      </w:r>
    </w:p>
    <w:p w14:paraId="7FB1BC7E" w14:textId="77777777" w:rsidR="005A0029" w:rsidRDefault="00F83EB4">
      <w:pPr>
        <w:pStyle w:val="Heading2"/>
      </w:pPr>
      <w:r>
        <w:t>Pause &amp; Notice</w:t>
      </w:r>
    </w:p>
    <w:p w14:paraId="609922BC" w14:textId="77777777" w:rsidR="005A0029" w:rsidRDefault="00F83EB4">
      <w:r>
        <w:t>What is this theme revealing about my heart, thoughts, relationships, or current circumstances today?</w:t>
      </w:r>
    </w:p>
    <w:p w14:paraId="6DD674F7" w14:textId="77777777" w:rsidR="005A0029" w:rsidRDefault="00F83EB4">
      <w:pPr>
        <w:pStyle w:val="Heading2"/>
      </w:pPr>
      <w:r>
        <w:t>Peace Practice</w:t>
      </w:r>
    </w:p>
    <w:p w14:paraId="57520C6F" w14:textId="77777777" w:rsidR="005A0029" w:rsidRDefault="00F83EB4">
      <w:r>
        <w:t>Draw two columns: 'What I can control' and 'What I must release.' Place each concern in the appropriate column and pray over both.</w:t>
      </w:r>
    </w:p>
    <w:p w14:paraId="01B3DCF6" w14:textId="77777777" w:rsidR="005A0029" w:rsidRDefault="00F83EB4">
      <w:pPr>
        <w:pStyle w:val="Heading2"/>
      </w:pPr>
      <w:r>
        <w:t>My Thoughts &amp; Prayers</w:t>
      </w:r>
    </w:p>
    <w:p w14:paraId="6C308CA7" w14:textId="77777777" w:rsidR="005A0029" w:rsidRDefault="00F83EB4">
      <w:pPr>
        <w:spacing w:after="60"/>
      </w:pPr>
      <w:r>
        <w:rPr>
          <w:color w:val="B4B4B4"/>
          <w:sz w:val="16"/>
        </w:rPr>
        <w:t>________________________________________________________</w:t>
      </w:r>
    </w:p>
    <w:p w14:paraId="1D90C0DC" w14:textId="77777777" w:rsidR="005A0029" w:rsidRDefault="00F83EB4">
      <w:pPr>
        <w:spacing w:after="60"/>
      </w:pPr>
      <w:r>
        <w:rPr>
          <w:color w:val="B4B4B4"/>
          <w:sz w:val="16"/>
        </w:rPr>
        <w:t>________________________________________________________</w:t>
      </w:r>
    </w:p>
    <w:p w14:paraId="55436866" w14:textId="77777777" w:rsidR="005A0029" w:rsidRDefault="00F83EB4">
      <w:pPr>
        <w:spacing w:after="60"/>
      </w:pPr>
      <w:r>
        <w:rPr>
          <w:color w:val="B4B4B4"/>
          <w:sz w:val="16"/>
        </w:rPr>
        <w:t>________________________________________________________</w:t>
      </w:r>
    </w:p>
    <w:p w14:paraId="1608FEE7" w14:textId="77777777" w:rsidR="005A0029" w:rsidRDefault="00F83EB4">
      <w:pPr>
        <w:spacing w:after="60"/>
      </w:pPr>
      <w:r>
        <w:rPr>
          <w:color w:val="B4B4B4"/>
          <w:sz w:val="16"/>
        </w:rPr>
        <w:t>________________________________________________________</w:t>
      </w:r>
    </w:p>
    <w:p w14:paraId="7227A255" w14:textId="77777777" w:rsidR="005A0029" w:rsidRDefault="00F83EB4">
      <w:pPr>
        <w:spacing w:after="60"/>
      </w:pPr>
      <w:r>
        <w:rPr>
          <w:color w:val="B4B4B4"/>
          <w:sz w:val="16"/>
        </w:rPr>
        <w:t>________________________________________________________</w:t>
      </w:r>
    </w:p>
    <w:p w14:paraId="758B7C7B" w14:textId="77777777" w:rsidR="005A0029" w:rsidRDefault="00F83EB4">
      <w:pPr>
        <w:pStyle w:val="Heading2"/>
      </w:pPr>
      <w:r>
        <w:t>Prayer</w:t>
      </w:r>
    </w:p>
    <w:p w14:paraId="03336037" w14:textId="77777777" w:rsidR="005A0029" w:rsidRDefault="00F83EB4">
      <w:r>
        <w:t>Father, meet me in this practice of the gift hidden in waiting.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4FED640" w14:textId="77777777" w:rsidR="005A0029" w:rsidRDefault="00F83EB4">
      <w:r>
        <w:rPr>
          <w:b/>
          <w:color w:val="B08D3A"/>
        </w:rPr>
        <w:lastRenderedPageBreak/>
        <w:t xml:space="preserve">TODAY'S DECLARATION  </w:t>
      </w:r>
      <w:r>
        <w:t>I will meet the gift hidden in waiting with truth, faith, and practiced peace.</w:t>
      </w:r>
    </w:p>
    <w:p w14:paraId="1F6E3EE7" w14:textId="77777777" w:rsidR="005A0029" w:rsidRDefault="00F83EB4">
      <w:r>
        <w:br w:type="page"/>
      </w:r>
    </w:p>
    <w:p w14:paraId="636FF2BE" w14:textId="77777777" w:rsidR="005A0029" w:rsidRDefault="00F83EB4">
      <w:pPr>
        <w:pStyle w:val="Heading2"/>
      </w:pPr>
      <w:r>
        <w:lastRenderedPageBreak/>
        <w:t>DAY 24</w:t>
      </w:r>
    </w:p>
    <w:p w14:paraId="58C04028" w14:textId="77777777" w:rsidR="005A0029" w:rsidRDefault="00F83EB4">
      <w:pPr>
        <w:pStyle w:val="Heading1"/>
      </w:pPr>
      <w:r>
        <w:t>Purpose Without Romanticizing Pain</w:t>
      </w:r>
    </w:p>
    <w:p w14:paraId="626A3644" w14:textId="77777777" w:rsidR="005A0029" w:rsidRDefault="00F83EB4">
      <w:r>
        <w:rPr>
          <w:b/>
          <w:color w:val="B08D3A"/>
        </w:rPr>
        <w:t xml:space="preserve">ANCHOR SCRIPTURE  </w:t>
      </w:r>
      <w:r>
        <w:t>2 Corinthians 4:17</w:t>
      </w:r>
    </w:p>
    <w:p w14:paraId="1FB0B296" w14:textId="77777777" w:rsidR="005A0029" w:rsidRDefault="00F83EB4">
      <w:pPr>
        <w:pStyle w:val="Heading2"/>
      </w:pPr>
      <w:r>
        <w:t>Guided Reflection</w:t>
      </w:r>
    </w:p>
    <w:p w14:paraId="58BFDCD6" w14:textId="77777777" w:rsidR="005A0029" w:rsidRDefault="00F83EB4">
      <w:r>
        <w:t>Today, consider what “purpose without romanticizing pain”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w:t>
      </w:r>
      <w:r>
        <w:t xml:space="preserve"> durable when truth is practiced repeatedly, especially when circumstances remain unresolved.</w:t>
      </w:r>
    </w:p>
    <w:p w14:paraId="5387EE5C" w14:textId="77777777" w:rsidR="005A0029" w:rsidRDefault="00F83EB4">
      <w:pPr>
        <w:pStyle w:val="Heading2"/>
      </w:pPr>
      <w:r>
        <w:t>Pause &amp; Notice</w:t>
      </w:r>
    </w:p>
    <w:p w14:paraId="20D0197D" w14:textId="77777777" w:rsidR="005A0029" w:rsidRDefault="00F83EB4">
      <w:r>
        <w:t>What is this theme revealing about my heart, thoughts, relationships, or current circumstances today?</w:t>
      </w:r>
    </w:p>
    <w:p w14:paraId="6A6E909F" w14:textId="77777777" w:rsidR="005A0029" w:rsidRDefault="00F83EB4">
      <w:pPr>
        <w:pStyle w:val="Heading2"/>
      </w:pPr>
      <w:r>
        <w:t>Peace Practice</w:t>
      </w:r>
    </w:p>
    <w:p w14:paraId="2EAF1727" w14:textId="77777777" w:rsidR="005A0029" w:rsidRDefault="00F83EB4">
      <w:r>
        <w:t>Take five slow breaths. With each inhale, receive God's presence; with each exhale, release one pressure you have been carrying.</w:t>
      </w:r>
    </w:p>
    <w:p w14:paraId="0E180285" w14:textId="77777777" w:rsidR="005A0029" w:rsidRDefault="00F83EB4">
      <w:pPr>
        <w:pStyle w:val="Heading2"/>
      </w:pPr>
      <w:r>
        <w:t>My Thoughts &amp; Prayers</w:t>
      </w:r>
    </w:p>
    <w:p w14:paraId="4A256981" w14:textId="77777777" w:rsidR="005A0029" w:rsidRDefault="00F83EB4">
      <w:pPr>
        <w:spacing w:after="60"/>
      </w:pPr>
      <w:r>
        <w:rPr>
          <w:color w:val="B4B4B4"/>
          <w:sz w:val="16"/>
        </w:rPr>
        <w:t>________________________________________________________</w:t>
      </w:r>
    </w:p>
    <w:p w14:paraId="184D54C1" w14:textId="77777777" w:rsidR="005A0029" w:rsidRDefault="00F83EB4">
      <w:pPr>
        <w:spacing w:after="60"/>
      </w:pPr>
      <w:r>
        <w:rPr>
          <w:color w:val="B4B4B4"/>
          <w:sz w:val="16"/>
        </w:rPr>
        <w:t>________________________________________________________</w:t>
      </w:r>
    </w:p>
    <w:p w14:paraId="69B93040" w14:textId="77777777" w:rsidR="005A0029" w:rsidRDefault="00F83EB4">
      <w:pPr>
        <w:spacing w:after="60"/>
      </w:pPr>
      <w:r>
        <w:rPr>
          <w:color w:val="B4B4B4"/>
          <w:sz w:val="16"/>
        </w:rPr>
        <w:t>________________________________________________________</w:t>
      </w:r>
    </w:p>
    <w:p w14:paraId="007CF3AD" w14:textId="77777777" w:rsidR="005A0029" w:rsidRDefault="00F83EB4">
      <w:pPr>
        <w:spacing w:after="60"/>
      </w:pPr>
      <w:r>
        <w:rPr>
          <w:color w:val="B4B4B4"/>
          <w:sz w:val="16"/>
        </w:rPr>
        <w:t>________________________________________________________</w:t>
      </w:r>
    </w:p>
    <w:p w14:paraId="549CE0F4" w14:textId="77777777" w:rsidR="005A0029" w:rsidRDefault="00F83EB4">
      <w:pPr>
        <w:spacing w:after="60"/>
      </w:pPr>
      <w:r>
        <w:rPr>
          <w:color w:val="B4B4B4"/>
          <w:sz w:val="16"/>
        </w:rPr>
        <w:t>________________________________________________________</w:t>
      </w:r>
    </w:p>
    <w:p w14:paraId="216ED7D2" w14:textId="77777777" w:rsidR="005A0029" w:rsidRDefault="00F83EB4">
      <w:pPr>
        <w:pStyle w:val="Heading2"/>
      </w:pPr>
      <w:r>
        <w:t>Prayer</w:t>
      </w:r>
    </w:p>
    <w:p w14:paraId="345A56CD" w14:textId="77777777" w:rsidR="005A0029" w:rsidRDefault="00F83EB4">
      <w:r>
        <w:t>Father, meet me in this practice of purpose without romanticizing pain.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8C0C334" w14:textId="77777777" w:rsidR="005A0029" w:rsidRDefault="00F83EB4">
      <w:r>
        <w:rPr>
          <w:b/>
          <w:color w:val="B08D3A"/>
        </w:rPr>
        <w:lastRenderedPageBreak/>
        <w:t xml:space="preserve">TODAY'S DECLARATION  </w:t>
      </w:r>
      <w:r>
        <w:t>I will meet purpose without romanticizing pain with truth, faith, and practiced peace.</w:t>
      </w:r>
    </w:p>
    <w:p w14:paraId="660D555D" w14:textId="77777777" w:rsidR="005A0029" w:rsidRDefault="00F83EB4">
      <w:r>
        <w:br w:type="page"/>
      </w:r>
    </w:p>
    <w:p w14:paraId="2890C8D2" w14:textId="77777777" w:rsidR="005A0029" w:rsidRDefault="00F83EB4">
      <w:pPr>
        <w:pStyle w:val="Heading2"/>
      </w:pPr>
      <w:r>
        <w:lastRenderedPageBreak/>
        <w:t>DAY 25</w:t>
      </w:r>
    </w:p>
    <w:p w14:paraId="5574F9AD" w14:textId="77777777" w:rsidR="005A0029" w:rsidRDefault="00F83EB4">
      <w:pPr>
        <w:pStyle w:val="Heading1"/>
      </w:pPr>
      <w:r>
        <w:t>Transformation Takes Time</w:t>
      </w:r>
    </w:p>
    <w:p w14:paraId="039B5671" w14:textId="77777777" w:rsidR="005A0029" w:rsidRDefault="00F83EB4">
      <w:r>
        <w:rPr>
          <w:b/>
          <w:color w:val="B08D3A"/>
        </w:rPr>
        <w:t xml:space="preserve">ANCHOR SCRIPTURE  </w:t>
      </w:r>
      <w:r>
        <w:t>Philippians 1:6</w:t>
      </w:r>
    </w:p>
    <w:p w14:paraId="794FD270" w14:textId="77777777" w:rsidR="005A0029" w:rsidRDefault="00F83EB4">
      <w:pPr>
        <w:pStyle w:val="Heading2"/>
      </w:pPr>
      <w:r>
        <w:t>Guided Reflection</w:t>
      </w:r>
    </w:p>
    <w:p w14:paraId="06490508" w14:textId="77777777" w:rsidR="005A0029" w:rsidRDefault="00F83EB4">
      <w:r>
        <w:t xml:space="preserve">Today, consider what “transformation takes time”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3A52BE93" w14:textId="77777777" w:rsidR="005A0029" w:rsidRDefault="00F83EB4">
      <w:pPr>
        <w:pStyle w:val="Heading2"/>
      </w:pPr>
      <w:r>
        <w:t>Pause &amp; Notice</w:t>
      </w:r>
    </w:p>
    <w:p w14:paraId="1365EFDC" w14:textId="77777777" w:rsidR="005A0029" w:rsidRDefault="00F83EB4">
      <w:r>
        <w:t>What is this theme revealing about my heart, thoughts, relationships, or current circumstances today?</w:t>
      </w:r>
    </w:p>
    <w:p w14:paraId="48AF9853" w14:textId="77777777" w:rsidR="005A0029" w:rsidRDefault="00F83EB4">
      <w:pPr>
        <w:pStyle w:val="Heading2"/>
      </w:pPr>
      <w:r>
        <w:t>Peace Practice</w:t>
      </w:r>
    </w:p>
    <w:p w14:paraId="137373FC" w14:textId="77777777" w:rsidR="005A0029" w:rsidRDefault="00F83EB4">
      <w:r>
        <w:t>Write one recurring fearful thought. Under it, write a Scripture-shaped response that is more truthful and life-giving.</w:t>
      </w:r>
    </w:p>
    <w:p w14:paraId="4F353721" w14:textId="77777777" w:rsidR="005A0029" w:rsidRDefault="00F83EB4">
      <w:pPr>
        <w:pStyle w:val="Heading2"/>
      </w:pPr>
      <w:r>
        <w:t>My Thoughts &amp; Prayers</w:t>
      </w:r>
    </w:p>
    <w:p w14:paraId="4790C9C0" w14:textId="77777777" w:rsidR="005A0029" w:rsidRDefault="00F83EB4">
      <w:pPr>
        <w:spacing w:after="60"/>
      </w:pPr>
      <w:r>
        <w:rPr>
          <w:color w:val="B4B4B4"/>
          <w:sz w:val="16"/>
        </w:rPr>
        <w:t>________________________________________________________</w:t>
      </w:r>
    </w:p>
    <w:p w14:paraId="18989FA6" w14:textId="77777777" w:rsidR="005A0029" w:rsidRDefault="00F83EB4">
      <w:pPr>
        <w:spacing w:after="60"/>
      </w:pPr>
      <w:r>
        <w:rPr>
          <w:color w:val="B4B4B4"/>
          <w:sz w:val="16"/>
        </w:rPr>
        <w:t>________________________________________________________</w:t>
      </w:r>
    </w:p>
    <w:p w14:paraId="32314F10" w14:textId="77777777" w:rsidR="005A0029" w:rsidRDefault="00F83EB4">
      <w:pPr>
        <w:spacing w:after="60"/>
      </w:pPr>
      <w:r>
        <w:rPr>
          <w:color w:val="B4B4B4"/>
          <w:sz w:val="16"/>
        </w:rPr>
        <w:t>________________________________________________________</w:t>
      </w:r>
    </w:p>
    <w:p w14:paraId="28B2F5A7" w14:textId="77777777" w:rsidR="005A0029" w:rsidRDefault="00F83EB4">
      <w:pPr>
        <w:spacing w:after="60"/>
      </w:pPr>
      <w:r>
        <w:rPr>
          <w:color w:val="B4B4B4"/>
          <w:sz w:val="16"/>
        </w:rPr>
        <w:t>________________________________________________________</w:t>
      </w:r>
    </w:p>
    <w:p w14:paraId="7486BD2A" w14:textId="77777777" w:rsidR="005A0029" w:rsidRDefault="00F83EB4">
      <w:pPr>
        <w:spacing w:after="60"/>
      </w:pPr>
      <w:r>
        <w:rPr>
          <w:color w:val="B4B4B4"/>
          <w:sz w:val="16"/>
        </w:rPr>
        <w:t>________________________________________________________</w:t>
      </w:r>
    </w:p>
    <w:p w14:paraId="7013E89E" w14:textId="77777777" w:rsidR="005A0029" w:rsidRDefault="00F83EB4">
      <w:pPr>
        <w:pStyle w:val="Heading2"/>
      </w:pPr>
      <w:r>
        <w:t>Prayer</w:t>
      </w:r>
    </w:p>
    <w:p w14:paraId="46CFF90C" w14:textId="77777777" w:rsidR="005A0029" w:rsidRDefault="00F83EB4">
      <w:r>
        <w:t>Father, meet me in this practice of transformation takes time.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39220BF" w14:textId="77777777" w:rsidR="005A0029" w:rsidRDefault="00F83EB4">
      <w:r>
        <w:rPr>
          <w:b/>
          <w:color w:val="B08D3A"/>
        </w:rPr>
        <w:lastRenderedPageBreak/>
        <w:t xml:space="preserve">TODAY'S DECLARATION  </w:t>
      </w:r>
      <w:r>
        <w:t>I will meet transformation takes time with truth, faith, and practiced peace.</w:t>
      </w:r>
    </w:p>
    <w:p w14:paraId="07FEFBA2" w14:textId="77777777" w:rsidR="005A0029" w:rsidRDefault="00F83EB4">
      <w:r>
        <w:br w:type="page"/>
      </w:r>
    </w:p>
    <w:p w14:paraId="5C082AD3" w14:textId="77777777" w:rsidR="005A0029" w:rsidRDefault="00F83EB4">
      <w:pPr>
        <w:pStyle w:val="Heading2"/>
      </w:pPr>
      <w:r>
        <w:lastRenderedPageBreak/>
        <w:t>DAY 26</w:t>
      </w:r>
    </w:p>
    <w:p w14:paraId="405FCA9A" w14:textId="77777777" w:rsidR="005A0029" w:rsidRDefault="00F83EB4">
      <w:pPr>
        <w:pStyle w:val="Heading1"/>
      </w:pPr>
      <w:r>
        <w:t>Making Peace With What Was</w:t>
      </w:r>
    </w:p>
    <w:p w14:paraId="35EC49A4" w14:textId="77777777" w:rsidR="005A0029" w:rsidRDefault="00F83EB4">
      <w:r>
        <w:rPr>
          <w:b/>
          <w:color w:val="B08D3A"/>
        </w:rPr>
        <w:t xml:space="preserve">ANCHOR SCRIPTURE  </w:t>
      </w:r>
      <w:r>
        <w:t>Ecclesiastes 3:11</w:t>
      </w:r>
    </w:p>
    <w:p w14:paraId="44D1EE4C" w14:textId="77777777" w:rsidR="005A0029" w:rsidRDefault="00F83EB4">
      <w:pPr>
        <w:pStyle w:val="Heading2"/>
      </w:pPr>
      <w:r>
        <w:t>Guided Reflection</w:t>
      </w:r>
    </w:p>
    <w:p w14:paraId="44AFABA8" w14:textId="77777777" w:rsidR="005A0029" w:rsidRDefault="00F83EB4">
      <w:r>
        <w:t>Today, consider what “making peace with what was”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w:t>
      </w:r>
      <w:r>
        <w:t xml:space="preserve"> when truth is practiced repeatedly, especially when circumstances remain unresolved.</w:t>
      </w:r>
    </w:p>
    <w:p w14:paraId="225921E7" w14:textId="77777777" w:rsidR="005A0029" w:rsidRDefault="00F83EB4">
      <w:pPr>
        <w:pStyle w:val="Heading2"/>
      </w:pPr>
      <w:r>
        <w:t>Pause &amp; Notice</w:t>
      </w:r>
    </w:p>
    <w:p w14:paraId="5076548A" w14:textId="77777777" w:rsidR="005A0029" w:rsidRDefault="00F83EB4">
      <w:r>
        <w:t>What is this theme revealing about my heart, thoughts, relationships, or current circumstances today?</w:t>
      </w:r>
    </w:p>
    <w:p w14:paraId="6695FFC2" w14:textId="77777777" w:rsidR="005A0029" w:rsidRDefault="00F83EB4">
      <w:pPr>
        <w:pStyle w:val="Heading2"/>
      </w:pPr>
      <w:r>
        <w:t>Peace Practice</w:t>
      </w:r>
    </w:p>
    <w:p w14:paraId="23819636" w14:textId="77777777" w:rsidR="005A0029" w:rsidRDefault="00F83EB4">
      <w:r>
        <w:t>Identify one small action that would create greater peace today. Make it specific enough to complete before the day ends.</w:t>
      </w:r>
    </w:p>
    <w:p w14:paraId="3D6C5C33" w14:textId="77777777" w:rsidR="005A0029" w:rsidRDefault="00F83EB4">
      <w:pPr>
        <w:pStyle w:val="Heading2"/>
      </w:pPr>
      <w:r>
        <w:t>My Thoughts &amp; Prayers</w:t>
      </w:r>
    </w:p>
    <w:p w14:paraId="0119EE6B" w14:textId="77777777" w:rsidR="005A0029" w:rsidRDefault="00F83EB4">
      <w:pPr>
        <w:spacing w:after="60"/>
      </w:pPr>
      <w:r>
        <w:rPr>
          <w:color w:val="B4B4B4"/>
          <w:sz w:val="16"/>
        </w:rPr>
        <w:t>________________________________________________________</w:t>
      </w:r>
    </w:p>
    <w:p w14:paraId="5ADC22D6" w14:textId="77777777" w:rsidR="005A0029" w:rsidRDefault="00F83EB4">
      <w:pPr>
        <w:spacing w:after="60"/>
      </w:pPr>
      <w:r>
        <w:rPr>
          <w:color w:val="B4B4B4"/>
          <w:sz w:val="16"/>
        </w:rPr>
        <w:t>________________________________________________________</w:t>
      </w:r>
    </w:p>
    <w:p w14:paraId="4A314CC6" w14:textId="77777777" w:rsidR="005A0029" w:rsidRDefault="00F83EB4">
      <w:pPr>
        <w:spacing w:after="60"/>
      </w:pPr>
      <w:r>
        <w:rPr>
          <w:color w:val="B4B4B4"/>
          <w:sz w:val="16"/>
        </w:rPr>
        <w:t>________________________________________________________</w:t>
      </w:r>
    </w:p>
    <w:p w14:paraId="605B35D9" w14:textId="77777777" w:rsidR="005A0029" w:rsidRDefault="00F83EB4">
      <w:pPr>
        <w:spacing w:after="60"/>
      </w:pPr>
      <w:r>
        <w:rPr>
          <w:color w:val="B4B4B4"/>
          <w:sz w:val="16"/>
        </w:rPr>
        <w:t>________________________________________________________</w:t>
      </w:r>
    </w:p>
    <w:p w14:paraId="262DB195" w14:textId="77777777" w:rsidR="005A0029" w:rsidRDefault="00F83EB4">
      <w:pPr>
        <w:spacing w:after="60"/>
      </w:pPr>
      <w:r>
        <w:rPr>
          <w:color w:val="B4B4B4"/>
          <w:sz w:val="16"/>
        </w:rPr>
        <w:t>________________________________________________________</w:t>
      </w:r>
    </w:p>
    <w:p w14:paraId="42025C3F" w14:textId="77777777" w:rsidR="005A0029" w:rsidRDefault="00F83EB4">
      <w:pPr>
        <w:pStyle w:val="Heading2"/>
      </w:pPr>
      <w:r>
        <w:t>Prayer</w:t>
      </w:r>
    </w:p>
    <w:p w14:paraId="6F99C2C9" w14:textId="77777777" w:rsidR="005A0029" w:rsidRDefault="00F83EB4">
      <w:r>
        <w:t>Father, meet me in this practice of making peace with what was.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8D29A6B" w14:textId="77777777" w:rsidR="005A0029" w:rsidRDefault="00F83EB4">
      <w:r>
        <w:rPr>
          <w:b/>
          <w:color w:val="B08D3A"/>
        </w:rPr>
        <w:lastRenderedPageBreak/>
        <w:t xml:space="preserve">TODAY'S DECLARATION  </w:t>
      </w:r>
      <w:r>
        <w:t>I will meet making peace with what was with truth, faith, and practiced peace.</w:t>
      </w:r>
    </w:p>
    <w:p w14:paraId="427AEF63" w14:textId="77777777" w:rsidR="005A0029" w:rsidRDefault="00F83EB4">
      <w:r>
        <w:br w:type="page"/>
      </w:r>
    </w:p>
    <w:p w14:paraId="013E6DD4" w14:textId="77777777" w:rsidR="005A0029" w:rsidRDefault="00F83EB4">
      <w:pPr>
        <w:pStyle w:val="Heading2"/>
      </w:pPr>
      <w:r>
        <w:lastRenderedPageBreak/>
        <w:t>DAY 27</w:t>
      </w:r>
    </w:p>
    <w:p w14:paraId="53080EB8" w14:textId="77777777" w:rsidR="005A0029" w:rsidRDefault="00F83EB4">
      <w:pPr>
        <w:pStyle w:val="Heading1"/>
      </w:pPr>
      <w:r>
        <w:t>Open Hands, Open Future</w:t>
      </w:r>
    </w:p>
    <w:p w14:paraId="7729853A" w14:textId="77777777" w:rsidR="005A0029" w:rsidRDefault="00F83EB4">
      <w:r>
        <w:rPr>
          <w:b/>
          <w:color w:val="B08D3A"/>
        </w:rPr>
        <w:t xml:space="preserve">ANCHOR SCRIPTURE  </w:t>
      </w:r>
      <w:r>
        <w:t>Psalm 37:5</w:t>
      </w:r>
    </w:p>
    <w:p w14:paraId="0EE90C51" w14:textId="77777777" w:rsidR="005A0029" w:rsidRDefault="00F83EB4">
      <w:pPr>
        <w:pStyle w:val="Heading2"/>
      </w:pPr>
      <w:r>
        <w:t>Guided Reflection</w:t>
      </w:r>
    </w:p>
    <w:p w14:paraId="1D8A37D9" w14:textId="77777777" w:rsidR="005A0029" w:rsidRDefault="00F83EB4">
      <w:r>
        <w:t>Today, consider what “open hands, open future”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 wh</w:t>
      </w:r>
      <w:r>
        <w:t>en truth is practiced repeatedly, especially when circumstances remain unresolved.</w:t>
      </w:r>
    </w:p>
    <w:p w14:paraId="5A8D510E" w14:textId="77777777" w:rsidR="005A0029" w:rsidRDefault="00F83EB4">
      <w:pPr>
        <w:pStyle w:val="Heading2"/>
      </w:pPr>
      <w:r>
        <w:t>Pause &amp; Notice</w:t>
      </w:r>
    </w:p>
    <w:p w14:paraId="7A6B5C07" w14:textId="77777777" w:rsidR="005A0029" w:rsidRDefault="00F83EB4">
      <w:r>
        <w:t>What is this theme revealing about my heart, thoughts, relationships, or current circumstances today?</w:t>
      </w:r>
    </w:p>
    <w:p w14:paraId="03B65F80" w14:textId="77777777" w:rsidR="005A0029" w:rsidRDefault="00F83EB4">
      <w:pPr>
        <w:pStyle w:val="Heading2"/>
      </w:pPr>
      <w:r>
        <w:t>Peace Practice</w:t>
      </w:r>
    </w:p>
    <w:p w14:paraId="067A54CC" w14:textId="77777777" w:rsidR="005A0029" w:rsidRDefault="00F83EB4">
      <w:r>
        <w:t>Reach out to one trusted, mature person. Share one thing you have been carrying silently and allow yourself to receive support.</w:t>
      </w:r>
    </w:p>
    <w:p w14:paraId="1E13B86E" w14:textId="77777777" w:rsidR="005A0029" w:rsidRDefault="00F83EB4">
      <w:pPr>
        <w:pStyle w:val="Heading2"/>
      </w:pPr>
      <w:r>
        <w:t>My Thoughts &amp; Prayers</w:t>
      </w:r>
    </w:p>
    <w:p w14:paraId="75970EC7" w14:textId="77777777" w:rsidR="005A0029" w:rsidRDefault="00F83EB4">
      <w:pPr>
        <w:spacing w:after="60"/>
      </w:pPr>
      <w:r>
        <w:rPr>
          <w:color w:val="B4B4B4"/>
          <w:sz w:val="16"/>
        </w:rPr>
        <w:t>________________________________________________________</w:t>
      </w:r>
    </w:p>
    <w:p w14:paraId="3F1ED8B0" w14:textId="77777777" w:rsidR="005A0029" w:rsidRDefault="00F83EB4">
      <w:pPr>
        <w:spacing w:after="60"/>
      </w:pPr>
      <w:r>
        <w:rPr>
          <w:color w:val="B4B4B4"/>
          <w:sz w:val="16"/>
        </w:rPr>
        <w:t>________________________________________________________</w:t>
      </w:r>
    </w:p>
    <w:p w14:paraId="1D6B9D19" w14:textId="77777777" w:rsidR="005A0029" w:rsidRDefault="00F83EB4">
      <w:pPr>
        <w:spacing w:after="60"/>
      </w:pPr>
      <w:r>
        <w:rPr>
          <w:color w:val="B4B4B4"/>
          <w:sz w:val="16"/>
        </w:rPr>
        <w:t>________________________________________________________</w:t>
      </w:r>
    </w:p>
    <w:p w14:paraId="447694A9" w14:textId="77777777" w:rsidR="005A0029" w:rsidRDefault="00F83EB4">
      <w:pPr>
        <w:spacing w:after="60"/>
      </w:pPr>
      <w:r>
        <w:rPr>
          <w:color w:val="B4B4B4"/>
          <w:sz w:val="16"/>
        </w:rPr>
        <w:t>________________________________________________________</w:t>
      </w:r>
    </w:p>
    <w:p w14:paraId="1431E34D" w14:textId="77777777" w:rsidR="005A0029" w:rsidRDefault="00F83EB4">
      <w:pPr>
        <w:spacing w:after="60"/>
      </w:pPr>
      <w:r>
        <w:rPr>
          <w:color w:val="B4B4B4"/>
          <w:sz w:val="16"/>
        </w:rPr>
        <w:t>________________________________________________________</w:t>
      </w:r>
    </w:p>
    <w:p w14:paraId="58E9B486" w14:textId="77777777" w:rsidR="005A0029" w:rsidRDefault="00F83EB4">
      <w:pPr>
        <w:pStyle w:val="Heading2"/>
      </w:pPr>
      <w:r>
        <w:t>Prayer</w:t>
      </w:r>
    </w:p>
    <w:p w14:paraId="18BF5153" w14:textId="77777777" w:rsidR="005A0029" w:rsidRDefault="00F83EB4">
      <w:r>
        <w:t>Father, meet me in this practice of open hands, open future.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E9F8C0E" w14:textId="77777777" w:rsidR="005A0029" w:rsidRDefault="00F83EB4">
      <w:r>
        <w:rPr>
          <w:b/>
          <w:color w:val="B08D3A"/>
        </w:rPr>
        <w:lastRenderedPageBreak/>
        <w:t xml:space="preserve">TODAY'S DECLARATION  </w:t>
      </w:r>
      <w:r>
        <w:t>I will meet open hands, open future with truth, faith, and practiced peace.</w:t>
      </w:r>
    </w:p>
    <w:p w14:paraId="49CCEA0C" w14:textId="77777777" w:rsidR="005A0029" w:rsidRDefault="00F83EB4">
      <w:r>
        <w:br w:type="page"/>
      </w:r>
    </w:p>
    <w:p w14:paraId="553BBD07" w14:textId="77777777" w:rsidR="005A0029" w:rsidRDefault="00F83EB4">
      <w:pPr>
        <w:pStyle w:val="Heading2"/>
      </w:pPr>
      <w:r>
        <w:lastRenderedPageBreak/>
        <w:t>DAY 28</w:t>
      </w:r>
    </w:p>
    <w:p w14:paraId="6FCF9A3E" w14:textId="77777777" w:rsidR="005A0029" w:rsidRDefault="00F83EB4">
      <w:pPr>
        <w:pStyle w:val="Heading1"/>
      </w:pPr>
      <w:r>
        <w:t>New Wine, New Wineskins</w:t>
      </w:r>
    </w:p>
    <w:p w14:paraId="0A5D4186" w14:textId="77777777" w:rsidR="005A0029" w:rsidRDefault="00F83EB4">
      <w:r>
        <w:rPr>
          <w:b/>
          <w:color w:val="B08D3A"/>
        </w:rPr>
        <w:t xml:space="preserve">ANCHOR SCRIPTURE  </w:t>
      </w:r>
      <w:r>
        <w:t>Mark 2:22</w:t>
      </w:r>
    </w:p>
    <w:p w14:paraId="36A7750B" w14:textId="77777777" w:rsidR="005A0029" w:rsidRDefault="00F83EB4">
      <w:pPr>
        <w:pStyle w:val="Heading2"/>
      </w:pPr>
      <w:r>
        <w:t>Guided Reflection</w:t>
      </w:r>
    </w:p>
    <w:p w14:paraId="5141E5C9" w14:textId="77777777" w:rsidR="005A0029" w:rsidRDefault="00F83EB4">
      <w:r>
        <w:t>Today, consider what “new wine, new wineskins”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 wh</w:t>
      </w:r>
      <w:r>
        <w:t>en truth is practiced repeatedly, especially when circumstances remain unresolved.</w:t>
      </w:r>
    </w:p>
    <w:p w14:paraId="68193219" w14:textId="77777777" w:rsidR="005A0029" w:rsidRDefault="00F83EB4">
      <w:pPr>
        <w:pStyle w:val="Heading2"/>
      </w:pPr>
      <w:r>
        <w:t>Pause &amp; Notice</w:t>
      </w:r>
    </w:p>
    <w:p w14:paraId="29A3E05F" w14:textId="77777777" w:rsidR="005A0029" w:rsidRDefault="00F83EB4">
      <w:r>
        <w:t>What is this theme revealing about my heart, thoughts, relationships, or current circumstances today?</w:t>
      </w:r>
    </w:p>
    <w:p w14:paraId="0EE35696" w14:textId="77777777" w:rsidR="005A0029" w:rsidRDefault="00F83EB4">
      <w:pPr>
        <w:pStyle w:val="Heading2"/>
      </w:pPr>
      <w:r>
        <w:t>Peace Practice</w:t>
      </w:r>
    </w:p>
    <w:p w14:paraId="427D6334" w14:textId="77777777" w:rsidR="005A0029" w:rsidRDefault="00F83EB4">
      <w:r>
        <w:t>Practice a ten-minute quiet period without your phone. Notice what surfaces, then bring it honestly into prayer.</w:t>
      </w:r>
    </w:p>
    <w:p w14:paraId="5F5389E5" w14:textId="77777777" w:rsidR="005A0029" w:rsidRDefault="00F83EB4">
      <w:pPr>
        <w:pStyle w:val="Heading2"/>
      </w:pPr>
      <w:r>
        <w:t>My Thoughts &amp; Prayers</w:t>
      </w:r>
    </w:p>
    <w:p w14:paraId="22DE0563" w14:textId="77777777" w:rsidR="005A0029" w:rsidRDefault="00F83EB4">
      <w:pPr>
        <w:spacing w:after="60"/>
      </w:pPr>
      <w:r>
        <w:rPr>
          <w:color w:val="B4B4B4"/>
          <w:sz w:val="16"/>
        </w:rPr>
        <w:t>________________________________________________________</w:t>
      </w:r>
    </w:p>
    <w:p w14:paraId="3A816FB9" w14:textId="77777777" w:rsidR="005A0029" w:rsidRDefault="00F83EB4">
      <w:pPr>
        <w:spacing w:after="60"/>
      </w:pPr>
      <w:r>
        <w:rPr>
          <w:color w:val="B4B4B4"/>
          <w:sz w:val="16"/>
        </w:rPr>
        <w:t>________________________________________________________</w:t>
      </w:r>
    </w:p>
    <w:p w14:paraId="12A7CDFF" w14:textId="77777777" w:rsidR="005A0029" w:rsidRDefault="00F83EB4">
      <w:pPr>
        <w:spacing w:after="60"/>
      </w:pPr>
      <w:r>
        <w:rPr>
          <w:color w:val="B4B4B4"/>
          <w:sz w:val="16"/>
        </w:rPr>
        <w:t>________________________________________________________</w:t>
      </w:r>
    </w:p>
    <w:p w14:paraId="4A96758B" w14:textId="77777777" w:rsidR="005A0029" w:rsidRDefault="00F83EB4">
      <w:pPr>
        <w:spacing w:after="60"/>
      </w:pPr>
      <w:r>
        <w:rPr>
          <w:color w:val="B4B4B4"/>
          <w:sz w:val="16"/>
        </w:rPr>
        <w:t>________________________________________________________</w:t>
      </w:r>
    </w:p>
    <w:p w14:paraId="09284166" w14:textId="77777777" w:rsidR="005A0029" w:rsidRDefault="00F83EB4">
      <w:pPr>
        <w:spacing w:after="60"/>
      </w:pPr>
      <w:r>
        <w:rPr>
          <w:color w:val="B4B4B4"/>
          <w:sz w:val="16"/>
        </w:rPr>
        <w:t>________________________________________________________</w:t>
      </w:r>
    </w:p>
    <w:p w14:paraId="686188BF" w14:textId="77777777" w:rsidR="005A0029" w:rsidRDefault="00F83EB4">
      <w:pPr>
        <w:pStyle w:val="Heading2"/>
      </w:pPr>
      <w:r>
        <w:t>Prayer</w:t>
      </w:r>
    </w:p>
    <w:p w14:paraId="00C7E50D" w14:textId="77777777" w:rsidR="005A0029" w:rsidRDefault="00F83EB4">
      <w:r>
        <w:t>Father, meet me in this practice of new wine, new wineskins.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FAAD926" w14:textId="77777777" w:rsidR="005A0029" w:rsidRDefault="00F83EB4">
      <w:r>
        <w:rPr>
          <w:b/>
          <w:color w:val="B08D3A"/>
        </w:rPr>
        <w:lastRenderedPageBreak/>
        <w:t xml:space="preserve">TODAY'S DECLARATION  </w:t>
      </w:r>
      <w:r>
        <w:t>I will meet new wine, new wineskins with truth, faith, and practiced peace.</w:t>
      </w:r>
    </w:p>
    <w:p w14:paraId="28594DD7" w14:textId="77777777" w:rsidR="005A0029" w:rsidRDefault="00F83EB4">
      <w:r>
        <w:br w:type="page"/>
      </w:r>
    </w:p>
    <w:p w14:paraId="050BF794" w14:textId="77777777" w:rsidR="005A0029" w:rsidRDefault="00F83EB4">
      <w:pPr>
        <w:pStyle w:val="Heading2"/>
      </w:pPr>
      <w:r>
        <w:lastRenderedPageBreak/>
        <w:t>DAY 29</w:t>
      </w:r>
    </w:p>
    <w:p w14:paraId="3725A904" w14:textId="77777777" w:rsidR="005A0029" w:rsidRDefault="00F83EB4">
      <w:pPr>
        <w:pStyle w:val="Heading1"/>
      </w:pPr>
      <w:r>
        <w:t>Ready for What Is Next</w:t>
      </w:r>
    </w:p>
    <w:p w14:paraId="3AD1E225" w14:textId="77777777" w:rsidR="005A0029" w:rsidRDefault="00F83EB4">
      <w:r>
        <w:rPr>
          <w:b/>
          <w:color w:val="B08D3A"/>
        </w:rPr>
        <w:t xml:space="preserve">ANCHOR SCRIPTURE  </w:t>
      </w:r>
      <w:r>
        <w:t>Isaiah 43:19</w:t>
      </w:r>
    </w:p>
    <w:p w14:paraId="20DD85F4" w14:textId="77777777" w:rsidR="005A0029" w:rsidRDefault="00F83EB4">
      <w:pPr>
        <w:pStyle w:val="Heading2"/>
      </w:pPr>
      <w:r>
        <w:t>Guided Reflection</w:t>
      </w:r>
    </w:p>
    <w:p w14:paraId="6D689351" w14:textId="77777777" w:rsidR="005A0029" w:rsidRDefault="00F83EB4">
      <w:r>
        <w:t>Today, consider what “ready for what is next”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 whe</w:t>
      </w:r>
      <w:r>
        <w:t>n truth is practiced repeatedly, especially when circumstances remain unresolved.</w:t>
      </w:r>
    </w:p>
    <w:p w14:paraId="5FE874AC" w14:textId="77777777" w:rsidR="005A0029" w:rsidRDefault="00F83EB4">
      <w:pPr>
        <w:pStyle w:val="Heading2"/>
      </w:pPr>
      <w:r>
        <w:t>Pause &amp; Notice</w:t>
      </w:r>
    </w:p>
    <w:p w14:paraId="73D0DA33" w14:textId="77777777" w:rsidR="005A0029" w:rsidRDefault="00F83EB4">
      <w:r>
        <w:t>What is this theme revealing about my heart, thoughts, relationships, or current circumstances today?</w:t>
      </w:r>
    </w:p>
    <w:p w14:paraId="2E4FD010" w14:textId="77777777" w:rsidR="005A0029" w:rsidRDefault="00F83EB4">
      <w:pPr>
        <w:pStyle w:val="Heading2"/>
      </w:pPr>
      <w:r>
        <w:t>Peace Practice</w:t>
      </w:r>
    </w:p>
    <w:p w14:paraId="46EDC144" w14:textId="77777777" w:rsidR="005A0029" w:rsidRDefault="00F83EB4">
      <w:r>
        <w:t>Sit quietly for three minutes. Name what you feel without judging it. Then write one truth you want to carry into the day.</w:t>
      </w:r>
    </w:p>
    <w:p w14:paraId="2A1C242C" w14:textId="77777777" w:rsidR="005A0029" w:rsidRDefault="00F83EB4">
      <w:pPr>
        <w:pStyle w:val="Heading2"/>
      </w:pPr>
      <w:r>
        <w:t>My Thoughts &amp; Prayers</w:t>
      </w:r>
    </w:p>
    <w:p w14:paraId="14A476FE" w14:textId="77777777" w:rsidR="005A0029" w:rsidRDefault="00F83EB4">
      <w:pPr>
        <w:spacing w:after="60"/>
      </w:pPr>
      <w:r>
        <w:rPr>
          <w:color w:val="B4B4B4"/>
          <w:sz w:val="16"/>
        </w:rPr>
        <w:t>________________________________________________________</w:t>
      </w:r>
    </w:p>
    <w:p w14:paraId="04759AEF" w14:textId="77777777" w:rsidR="005A0029" w:rsidRDefault="00F83EB4">
      <w:pPr>
        <w:spacing w:after="60"/>
      </w:pPr>
      <w:r>
        <w:rPr>
          <w:color w:val="B4B4B4"/>
          <w:sz w:val="16"/>
        </w:rPr>
        <w:t>________________________________________________________</w:t>
      </w:r>
    </w:p>
    <w:p w14:paraId="2EC58031" w14:textId="77777777" w:rsidR="005A0029" w:rsidRDefault="00F83EB4">
      <w:pPr>
        <w:spacing w:after="60"/>
      </w:pPr>
      <w:r>
        <w:rPr>
          <w:color w:val="B4B4B4"/>
          <w:sz w:val="16"/>
        </w:rPr>
        <w:t>________________________________________________________</w:t>
      </w:r>
    </w:p>
    <w:p w14:paraId="69D3A892" w14:textId="77777777" w:rsidR="005A0029" w:rsidRDefault="00F83EB4">
      <w:pPr>
        <w:spacing w:after="60"/>
      </w:pPr>
      <w:r>
        <w:rPr>
          <w:color w:val="B4B4B4"/>
          <w:sz w:val="16"/>
        </w:rPr>
        <w:t>________________________________________________________</w:t>
      </w:r>
    </w:p>
    <w:p w14:paraId="77F6E1E5" w14:textId="77777777" w:rsidR="005A0029" w:rsidRDefault="00F83EB4">
      <w:pPr>
        <w:spacing w:after="60"/>
      </w:pPr>
      <w:r>
        <w:rPr>
          <w:color w:val="B4B4B4"/>
          <w:sz w:val="16"/>
        </w:rPr>
        <w:t>________________________________________________________</w:t>
      </w:r>
    </w:p>
    <w:p w14:paraId="55450DDE" w14:textId="77777777" w:rsidR="005A0029" w:rsidRDefault="00F83EB4">
      <w:pPr>
        <w:pStyle w:val="Heading2"/>
      </w:pPr>
      <w:r>
        <w:t>Prayer</w:t>
      </w:r>
    </w:p>
    <w:p w14:paraId="5531EB44" w14:textId="77777777" w:rsidR="005A0029" w:rsidRDefault="00F83EB4">
      <w:r>
        <w:t>Father, meet me in this practice of ready for what is next.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71B85F0" w14:textId="77777777" w:rsidR="005A0029" w:rsidRDefault="00F83EB4">
      <w:r>
        <w:rPr>
          <w:b/>
          <w:color w:val="B08D3A"/>
        </w:rPr>
        <w:lastRenderedPageBreak/>
        <w:t xml:space="preserve">TODAY'S DECLARATION  </w:t>
      </w:r>
      <w:r>
        <w:t>I will meet ready for what is next with truth, faith, and practiced peace.</w:t>
      </w:r>
    </w:p>
    <w:p w14:paraId="75EE3A27" w14:textId="77777777" w:rsidR="005A0029" w:rsidRDefault="00F83EB4">
      <w:r>
        <w:br w:type="page"/>
      </w:r>
    </w:p>
    <w:p w14:paraId="4F39CEA5" w14:textId="77777777" w:rsidR="005A0029" w:rsidRDefault="00F83EB4">
      <w:pPr>
        <w:pStyle w:val="Heading2"/>
      </w:pPr>
      <w:r>
        <w:lastRenderedPageBreak/>
        <w:t>DAY 30</w:t>
      </w:r>
    </w:p>
    <w:p w14:paraId="77B9801B" w14:textId="77777777" w:rsidR="005A0029" w:rsidRDefault="00F83EB4">
      <w:pPr>
        <w:pStyle w:val="Heading1"/>
      </w:pPr>
      <w:r>
        <w:t>Changed, Not Destroyed</w:t>
      </w:r>
    </w:p>
    <w:p w14:paraId="227488CB" w14:textId="77777777" w:rsidR="005A0029" w:rsidRDefault="00F83EB4">
      <w:r>
        <w:rPr>
          <w:b/>
          <w:color w:val="B08D3A"/>
        </w:rPr>
        <w:t xml:space="preserve">ANCHOR SCRIPTURE  </w:t>
      </w:r>
      <w:r>
        <w:t>2 Corinthians 4:9</w:t>
      </w:r>
    </w:p>
    <w:p w14:paraId="6BB08652" w14:textId="77777777" w:rsidR="005A0029" w:rsidRDefault="00F83EB4">
      <w:pPr>
        <w:pStyle w:val="Heading2"/>
      </w:pPr>
      <w:r>
        <w:t>Guided Reflection</w:t>
      </w:r>
    </w:p>
    <w:p w14:paraId="6E1DE8EE" w14:textId="77777777" w:rsidR="005A0029" w:rsidRDefault="00F83EB4">
      <w:r>
        <w:t>Today, consider what “changed, not destroyed” means in the season you are living through. The work of peace is rarely accomplished by denying what is difficult. It grows as you bring your real thoughts, emotions, and questions into the light of God's presence. In when change becomes your teacher, the invitation is not to force an immediate answer, but to become attentive: to what is happening within you, to what Scripture is revealing, and to the next faithful step available today. Peace becomes durable whe</w:t>
      </w:r>
      <w:r>
        <w:t>n truth is practiced repeatedly, especially when circumstances remain unresolved.</w:t>
      </w:r>
    </w:p>
    <w:p w14:paraId="0C7DD718" w14:textId="77777777" w:rsidR="005A0029" w:rsidRDefault="00F83EB4">
      <w:pPr>
        <w:pStyle w:val="Heading2"/>
      </w:pPr>
      <w:r>
        <w:t>Pause &amp; Notice</w:t>
      </w:r>
    </w:p>
    <w:p w14:paraId="52B16518" w14:textId="77777777" w:rsidR="005A0029" w:rsidRDefault="00F83EB4">
      <w:r>
        <w:t>What is this theme revealing about my heart, thoughts, relationships, or current circumstances today?</w:t>
      </w:r>
    </w:p>
    <w:p w14:paraId="7A803E74" w14:textId="77777777" w:rsidR="005A0029" w:rsidRDefault="00F83EB4">
      <w:pPr>
        <w:pStyle w:val="Heading2"/>
      </w:pPr>
      <w:r>
        <w:t>Peace Practice</w:t>
      </w:r>
    </w:p>
    <w:p w14:paraId="24E8E832" w14:textId="77777777" w:rsidR="005A0029" w:rsidRDefault="00F83EB4">
      <w:r>
        <w:t>Draw two columns: 'What I can control' and 'What I must release.' Place each concern in the appropriate column and pray over both.</w:t>
      </w:r>
    </w:p>
    <w:p w14:paraId="162089FA" w14:textId="77777777" w:rsidR="005A0029" w:rsidRDefault="00F83EB4">
      <w:pPr>
        <w:pStyle w:val="Heading2"/>
      </w:pPr>
      <w:r>
        <w:t>My Thoughts &amp; Prayers</w:t>
      </w:r>
    </w:p>
    <w:p w14:paraId="7959FE0E" w14:textId="77777777" w:rsidR="005A0029" w:rsidRDefault="00F83EB4">
      <w:pPr>
        <w:spacing w:after="60"/>
      </w:pPr>
      <w:r>
        <w:rPr>
          <w:color w:val="B4B4B4"/>
          <w:sz w:val="16"/>
        </w:rPr>
        <w:t>________________________________________________________</w:t>
      </w:r>
    </w:p>
    <w:p w14:paraId="0C744ECF" w14:textId="77777777" w:rsidR="005A0029" w:rsidRDefault="00F83EB4">
      <w:pPr>
        <w:spacing w:after="60"/>
      </w:pPr>
      <w:r>
        <w:rPr>
          <w:color w:val="B4B4B4"/>
          <w:sz w:val="16"/>
        </w:rPr>
        <w:t>________________________________________________________</w:t>
      </w:r>
    </w:p>
    <w:p w14:paraId="65000814" w14:textId="77777777" w:rsidR="005A0029" w:rsidRDefault="00F83EB4">
      <w:pPr>
        <w:spacing w:after="60"/>
      </w:pPr>
      <w:r>
        <w:rPr>
          <w:color w:val="B4B4B4"/>
          <w:sz w:val="16"/>
        </w:rPr>
        <w:t>________________________________________________________</w:t>
      </w:r>
    </w:p>
    <w:p w14:paraId="4D42DFE6" w14:textId="77777777" w:rsidR="005A0029" w:rsidRDefault="00F83EB4">
      <w:pPr>
        <w:spacing w:after="60"/>
      </w:pPr>
      <w:r>
        <w:rPr>
          <w:color w:val="B4B4B4"/>
          <w:sz w:val="16"/>
        </w:rPr>
        <w:t>________________________________________________________</w:t>
      </w:r>
    </w:p>
    <w:p w14:paraId="19946555" w14:textId="77777777" w:rsidR="005A0029" w:rsidRDefault="00F83EB4">
      <w:pPr>
        <w:spacing w:after="60"/>
      </w:pPr>
      <w:r>
        <w:rPr>
          <w:color w:val="B4B4B4"/>
          <w:sz w:val="16"/>
        </w:rPr>
        <w:t>________________________________________________________</w:t>
      </w:r>
    </w:p>
    <w:p w14:paraId="6D001B22" w14:textId="77777777" w:rsidR="005A0029" w:rsidRDefault="00F83EB4">
      <w:pPr>
        <w:pStyle w:val="Heading2"/>
      </w:pPr>
      <w:r>
        <w:t>Prayer</w:t>
      </w:r>
    </w:p>
    <w:p w14:paraId="381DDC77" w14:textId="77777777" w:rsidR="005A0029" w:rsidRDefault="00F83EB4">
      <w:r>
        <w:t>Father, meet me in this practice of changed, not destroyed.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C9F9778" w14:textId="77777777" w:rsidR="005A0029" w:rsidRDefault="00F83EB4">
      <w:r>
        <w:rPr>
          <w:b/>
          <w:color w:val="B08D3A"/>
        </w:rPr>
        <w:lastRenderedPageBreak/>
        <w:t xml:space="preserve">TODAY'S DECLARATION  </w:t>
      </w:r>
      <w:r>
        <w:t>I will meet changed, not destroyed with truth, faith, and practiced peace.</w:t>
      </w:r>
    </w:p>
    <w:p w14:paraId="4182D96B" w14:textId="77777777" w:rsidR="005A0029" w:rsidRDefault="00F83EB4">
      <w:r>
        <w:br w:type="page"/>
      </w:r>
    </w:p>
    <w:p w14:paraId="53DBBD67" w14:textId="77777777" w:rsidR="005A0029" w:rsidRDefault="00F83EB4">
      <w:pPr>
        <w:pStyle w:val="Heading1"/>
      </w:pPr>
      <w:r>
        <w:lastRenderedPageBreak/>
        <w:t>WHEN CHANGE BECOMES YOUR TEACHER: End-of-Month Reflection</w:t>
      </w:r>
    </w:p>
    <w:p w14:paraId="2FFE08F6" w14:textId="77777777" w:rsidR="005A0029" w:rsidRDefault="00F83EB4">
      <w:pPr>
        <w:pStyle w:val="Heading3"/>
      </w:pPr>
      <w:r>
        <w:t>What changed within me this month?</w:t>
      </w:r>
    </w:p>
    <w:p w14:paraId="3FAA9877" w14:textId="77777777" w:rsidR="005A0029" w:rsidRDefault="00F83EB4">
      <w:pPr>
        <w:spacing w:after="60"/>
      </w:pPr>
      <w:r>
        <w:rPr>
          <w:color w:val="B4B4B4"/>
          <w:sz w:val="16"/>
        </w:rPr>
        <w:t>________________________________________________________</w:t>
      </w:r>
    </w:p>
    <w:p w14:paraId="0EA7D192" w14:textId="77777777" w:rsidR="005A0029" w:rsidRDefault="00F83EB4">
      <w:pPr>
        <w:spacing w:after="60"/>
      </w:pPr>
      <w:r>
        <w:rPr>
          <w:color w:val="B4B4B4"/>
          <w:sz w:val="16"/>
        </w:rPr>
        <w:t>________________________________________________________</w:t>
      </w:r>
    </w:p>
    <w:p w14:paraId="571F7454" w14:textId="77777777" w:rsidR="005A0029" w:rsidRDefault="00F83EB4">
      <w:pPr>
        <w:pStyle w:val="Heading3"/>
      </w:pPr>
      <w:r>
        <w:t>Which practice helped me most?</w:t>
      </w:r>
    </w:p>
    <w:p w14:paraId="6CBE8D62" w14:textId="77777777" w:rsidR="005A0029" w:rsidRDefault="00F83EB4">
      <w:pPr>
        <w:spacing w:after="60"/>
      </w:pPr>
      <w:r>
        <w:rPr>
          <w:color w:val="B4B4B4"/>
          <w:sz w:val="16"/>
        </w:rPr>
        <w:t>________________________________________________________</w:t>
      </w:r>
    </w:p>
    <w:p w14:paraId="6542E4C1" w14:textId="77777777" w:rsidR="005A0029" w:rsidRDefault="00F83EB4">
      <w:pPr>
        <w:spacing w:after="60"/>
      </w:pPr>
      <w:r>
        <w:rPr>
          <w:color w:val="B4B4B4"/>
          <w:sz w:val="16"/>
        </w:rPr>
        <w:t>________________________________________________________</w:t>
      </w:r>
    </w:p>
    <w:p w14:paraId="524EBF91" w14:textId="77777777" w:rsidR="005A0029" w:rsidRDefault="00F83EB4">
      <w:pPr>
        <w:pStyle w:val="Heading3"/>
      </w:pPr>
      <w:r>
        <w:t>Which Scripture became an anchor?</w:t>
      </w:r>
    </w:p>
    <w:p w14:paraId="3217F664" w14:textId="77777777" w:rsidR="005A0029" w:rsidRDefault="00F83EB4">
      <w:pPr>
        <w:spacing w:after="60"/>
      </w:pPr>
      <w:r>
        <w:rPr>
          <w:color w:val="B4B4B4"/>
          <w:sz w:val="16"/>
        </w:rPr>
        <w:t>________________________________________________________</w:t>
      </w:r>
    </w:p>
    <w:p w14:paraId="5C543690" w14:textId="77777777" w:rsidR="005A0029" w:rsidRDefault="00F83EB4">
      <w:pPr>
        <w:spacing w:after="60"/>
      </w:pPr>
      <w:r>
        <w:rPr>
          <w:color w:val="B4B4B4"/>
          <w:sz w:val="16"/>
        </w:rPr>
        <w:t>________________________________________________________</w:t>
      </w:r>
    </w:p>
    <w:p w14:paraId="25BE2328" w14:textId="77777777" w:rsidR="005A0029" w:rsidRDefault="00F83EB4">
      <w:pPr>
        <w:pStyle w:val="Heading3"/>
      </w:pPr>
      <w:r>
        <w:t>What am I ready to release?</w:t>
      </w:r>
    </w:p>
    <w:p w14:paraId="0A577E24" w14:textId="77777777" w:rsidR="005A0029" w:rsidRDefault="00F83EB4">
      <w:pPr>
        <w:spacing w:after="60"/>
      </w:pPr>
      <w:r>
        <w:rPr>
          <w:color w:val="B4B4B4"/>
          <w:sz w:val="16"/>
        </w:rPr>
        <w:t>________________________________________________________</w:t>
      </w:r>
    </w:p>
    <w:p w14:paraId="598EDEED" w14:textId="77777777" w:rsidR="005A0029" w:rsidRDefault="00F83EB4">
      <w:pPr>
        <w:spacing w:after="60"/>
      </w:pPr>
      <w:r>
        <w:rPr>
          <w:color w:val="B4B4B4"/>
          <w:sz w:val="16"/>
        </w:rPr>
        <w:t>________________________________________________________</w:t>
      </w:r>
    </w:p>
    <w:p w14:paraId="590B1E9C" w14:textId="77777777" w:rsidR="005A0029" w:rsidRDefault="00F83EB4">
      <w:pPr>
        <w:pStyle w:val="Heading3"/>
      </w:pPr>
      <w:r>
        <w:t>What will I carry into the next month?</w:t>
      </w:r>
    </w:p>
    <w:p w14:paraId="1AA231D2" w14:textId="77777777" w:rsidR="005A0029" w:rsidRDefault="00F83EB4">
      <w:pPr>
        <w:spacing w:after="60"/>
      </w:pPr>
      <w:r>
        <w:rPr>
          <w:color w:val="B4B4B4"/>
          <w:sz w:val="16"/>
        </w:rPr>
        <w:t>________________________________________________________</w:t>
      </w:r>
    </w:p>
    <w:p w14:paraId="5B5E1563" w14:textId="77777777" w:rsidR="005A0029" w:rsidRDefault="00F83EB4">
      <w:pPr>
        <w:spacing w:after="60"/>
      </w:pPr>
      <w:r>
        <w:rPr>
          <w:color w:val="B4B4B4"/>
          <w:sz w:val="16"/>
        </w:rPr>
        <w:t>________________________________________________________</w:t>
      </w:r>
    </w:p>
    <w:p w14:paraId="43675779" w14:textId="77777777" w:rsidR="005A0029" w:rsidRDefault="00F83EB4">
      <w:r>
        <w:br w:type="page"/>
      </w:r>
    </w:p>
    <w:p w14:paraId="6E9394FF" w14:textId="77777777" w:rsidR="005A0029" w:rsidRDefault="00F83EB4">
      <w:pPr>
        <w:pStyle w:val="Heading2"/>
      </w:pPr>
      <w:r>
        <w:lastRenderedPageBreak/>
        <w:t>MONTH SEVEN</w:t>
      </w:r>
    </w:p>
    <w:p w14:paraId="2EC7E4E3" w14:textId="77777777" w:rsidR="005A0029" w:rsidRDefault="00F83EB4">
      <w:pPr>
        <w:jc w:val="center"/>
      </w:pPr>
      <w:r>
        <w:rPr>
          <w:b/>
          <w:color w:val="17324D"/>
          <w:sz w:val="48"/>
        </w:rPr>
        <w:t>CLARITY AFTER CONFUSION</w:t>
      </w:r>
    </w:p>
    <w:p w14:paraId="45A4A1D2" w14:textId="77777777" w:rsidR="005A0029" w:rsidRDefault="00F83EB4">
      <w:pPr>
        <w:jc w:val="center"/>
      </w:pPr>
      <w:r>
        <w:rPr>
          <w:i/>
          <w:color w:val="B08D3A"/>
          <w:sz w:val="24"/>
        </w:rPr>
        <w:t>Perspective, Discernment, and Restored Vision</w:t>
      </w:r>
    </w:p>
    <w:p w14:paraId="57E0C875" w14:textId="77777777" w:rsidR="005A0029" w:rsidRDefault="00F83EB4">
      <w:pPr>
        <w:jc w:val="center"/>
      </w:pPr>
      <w:r>
        <w:rPr>
          <w:color w:val="B08D3A"/>
          <w:sz w:val="24"/>
        </w:rPr>
        <w:t>—  ◆  —</w:t>
      </w:r>
    </w:p>
    <w:p w14:paraId="6577222B" w14:textId="77777777" w:rsidR="005A0029" w:rsidRDefault="00F83EB4">
      <w:r>
        <w:t>Monthly intention: Spend these thirty days practicing perspective, discernment, and restored vision. Notice patterns without condemnation, return to Scripture, and choose one faithful practice at a time.</w:t>
      </w:r>
    </w:p>
    <w:p w14:paraId="2666BA84" w14:textId="77777777" w:rsidR="005A0029" w:rsidRDefault="00F83EB4">
      <w:pPr>
        <w:pStyle w:val="Heading2"/>
      </w:pPr>
      <w:r>
        <w:t>Monthly Check-In</w:t>
      </w:r>
    </w:p>
    <w:p w14:paraId="4E0E2D33" w14:textId="77777777" w:rsidR="005A0029" w:rsidRDefault="00F83EB4">
      <w:r>
        <w:t>What feels heaviest as I begin this month?</w:t>
      </w:r>
    </w:p>
    <w:p w14:paraId="10E8CFCD" w14:textId="77777777" w:rsidR="005A0029" w:rsidRDefault="00F83EB4">
      <w:pPr>
        <w:spacing w:after="60"/>
      </w:pPr>
      <w:r>
        <w:rPr>
          <w:color w:val="B4B4B4"/>
          <w:sz w:val="16"/>
        </w:rPr>
        <w:t>________________________________________________________</w:t>
      </w:r>
    </w:p>
    <w:p w14:paraId="4E78AFE2" w14:textId="77777777" w:rsidR="005A0029" w:rsidRDefault="00F83EB4">
      <w:pPr>
        <w:spacing w:after="60"/>
      </w:pPr>
      <w:r>
        <w:rPr>
          <w:color w:val="B4B4B4"/>
          <w:sz w:val="16"/>
        </w:rPr>
        <w:t>________________________________________________________</w:t>
      </w:r>
    </w:p>
    <w:p w14:paraId="070044BA" w14:textId="77777777" w:rsidR="005A0029" w:rsidRDefault="00F83EB4">
      <w:r>
        <w:t>What kind of peace am I asking God to cultivate in me?</w:t>
      </w:r>
    </w:p>
    <w:p w14:paraId="30593BF5" w14:textId="77777777" w:rsidR="005A0029" w:rsidRDefault="00F83EB4">
      <w:pPr>
        <w:spacing w:after="60"/>
      </w:pPr>
      <w:r>
        <w:rPr>
          <w:color w:val="B4B4B4"/>
          <w:sz w:val="16"/>
        </w:rPr>
        <w:t>________________________________________________________</w:t>
      </w:r>
    </w:p>
    <w:p w14:paraId="6A5DFC2B" w14:textId="77777777" w:rsidR="005A0029" w:rsidRDefault="00F83EB4">
      <w:pPr>
        <w:spacing w:after="60"/>
      </w:pPr>
      <w:r>
        <w:rPr>
          <w:color w:val="B4B4B4"/>
          <w:sz w:val="16"/>
        </w:rPr>
        <w:t>________________________________________________________</w:t>
      </w:r>
    </w:p>
    <w:p w14:paraId="329FF97B" w14:textId="77777777" w:rsidR="005A0029" w:rsidRDefault="00F83EB4">
      <w:r>
        <w:br w:type="page"/>
      </w:r>
    </w:p>
    <w:p w14:paraId="3E32A0D3" w14:textId="77777777" w:rsidR="005A0029" w:rsidRDefault="00F83EB4">
      <w:pPr>
        <w:pStyle w:val="Heading2"/>
      </w:pPr>
      <w:r>
        <w:lastRenderedPageBreak/>
        <w:t>DAY 1</w:t>
      </w:r>
    </w:p>
    <w:p w14:paraId="3750A0E2" w14:textId="77777777" w:rsidR="005A0029" w:rsidRDefault="00F83EB4">
      <w:pPr>
        <w:pStyle w:val="Heading1"/>
      </w:pPr>
      <w:r>
        <w:t>When the Fog Begins to Lift</w:t>
      </w:r>
    </w:p>
    <w:p w14:paraId="2B38DCF6" w14:textId="77777777" w:rsidR="005A0029" w:rsidRDefault="00F83EB4">
      <w:r>
        <w:rPr>
          <w:b/>
          <w:color w:val="B08D3A"/>
        </w:rPr>
        <w:t xml:space="preserve">ANCHOR SCRIPTURE  </w:t>
      </w:r>
      <w:r>
        <w:t>Psalm 119:105</w:t>
      </w:r>
    </w:p>
    <w:p w14:paraId="3F81A18F" w14:textId="77777777" w:rsidR="005A0029" w:rsidRDefault="00F83EB4">
      <w:pPr>
        <w:pStyle w:val="Heading2"/>
      </w:pPr>
      <w:r>
        <w:t>Guided Reflection</w:t>
      </w:r>
    </w:p>
    <w:p w14:paraId="6B1FBCC5" w14:textId="77777777" w:rsidR="005A0029" w:rsidRDefault="00F83EB4">
      <w:r>
        <w:t>Today, consider what “when the fog begins to lift”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w:t>
      </w:r>
      <w:r>
        <w:t>uth is practiced repeatedly, especially when circumstances remain unresolved.</w:t>
      </w:r>
    </w:p>
    <w:p w14:paraId="3B99B8E5" w14:textId="77777777" w:rsidR="005A0029" w:rsidRDefault="00F83EB4">
      <w:pPr>
        <w:pStyle w:val="Heading2"/>
      </w:pPr>
      <w:r>
        <w:t>Pause &amp; Notice</w:t>
      </w:r>
    </w:p>
    <w:p w14:paraId="1356EF41" w14:textId="77777777" w:rsidR="005A0029" w:rsidRDefault="00F83EB4">
      <w:r>
        <w:t>What is this theme revealing about my heart, thoughts, relationships, or current circumstances today?</w:t>
      </w:r>
    </w:p>
    <w:p w14:paraId="09253DB9" w14:textId="77777777" w:rsidR="005A0029" w:rsidRDefault="00F83EB4">
      <w:pPr>
        <w:pStyle w:val="Heading2"/>
      </w:pPr>
      <w:r>
        <w:t>Peace Practice</w:t>
      </w:r>
    </w:p>
    <w:p w14:paraId="74BDA304" w14:textId="77777777" w:rsidR="005A0029" w:rsidRDefault="00F83EB4">
      <w:r>
        <w:t>Sit quietly for three minutes. Name what you feel without judging it. Then write one truth you want to carry into the day.</w:t>
      </w:r>
    </w:p>
    <w:p w14:paraId="2A23D53A" w14:textId="77777777" w:rsidR="005A0029" w:rsidRDefault="00F83EB4">
      <w:pPr>
        <w:pStyle w:val="Heading2"/>
      </w:pPr>
      <w:r>
        <w:t>My Thoughts &amp; Prayers</w:t>
      </w:r>
    </w:p>
    <w:p w14:paraId="3BB7E6D1" w14:textId="77777777" w:rsidR="005A0029" w:rsidRDefault="00F83EB4">
      <w:pPr>
        <w:spacing w:after="60"/>
      </w:pPr>
      <w:r>
        <w:rPr>
          <w:color w:val="B4B4B4"/>
          <w:sz w:val="16"/>
        </w:rPr>
        <w:t>________________________________________________________</w:t>
      </w:r>
    </w:p>
    <w:p w14:paraId="191EA41D" w14:textId="77777777" w:rsidR="005A0029" w:rsidRDefault="00F83EB4">
      <w:pPr>
        <w:spacing w:after="60"/>
      </w:pPr>
      <w:r>
        <w:rPr>
          <w:color w:val="B4B4B4"/>
          <w:sz w:val="16"/>
        </w:rPr>
        <w:t>________________________________________________________</w:t>
      </w:r>
    </w:p>
    <w:p w14:paraId="478AAB40" w14:textId="77777777" w:rsidR="005A0029" w:rsidRDefault="00F83EB4">
      <w:pPr>
        <w:spacing w:after="60"/>
      </w:pPr>
      <w:r>
        <w:rPr>
          <w:color w:val="B4B4B4"/>
          <w:sz w:val="16"/>
        </w:rPr>
        <w:t>________________________________________________________</w:t>
      </w:r>
    </w:p>
    <w:p w14:paraId="2DD8915D" w14:textId="77777777" w:rsidR="005A0029" w:rsidRDefault="00F83EB4">
      <w:pPr>
        <w:spacing w:after="60"/>
      </w:pPr>
      <w:r>
        <w:rPr>
          <w:color w:val="B4B4B4"/>
          <w:sz w:val="16"/>
        </w:rPr>
        <w:t>________________________________________________________</w:t>
      </w:r>
    </w:p>
    <w:p w14:paraId="684D71D4" w14:textId="77777777" w:rsidR="005A0029" w:rsidRDefault="00F83EB4">
      <w:pPr>
        <w:spacing w:after="60"/>
      </w:pPr>
      <w:r>
        <w:rPr>
          <w:color w:val="B4B4B4"/>
          <w:sz w:val="16"/>
        </w:rPr>
        <w:t>________________________________________________________</w:t>
      </w:r>
    </w:p>
    <w:p w14:paraId="7E14B212" w14:textId="77777777" w:rsidR="005A0029" w:rsidRDefault="00F83EB4">
      <w:pPr>
        <w:pStyle w:val="Heading2"/>
      </w:pPr>
      <w:r>
        <w:t>Prayer</w:t>
      </w:r>
    </w:p>
    <w:p w14:paraId="7B00577E" w14:textId="77777777" w:rsidR="005A0029" w:rsidRDefault="00F83EB4">
      <w:r>
        <w:t>Father, meet me in this practice of when the fog begins to lift.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7297FD2" w14:textId="77777777" w:rsidR="005A0029" w:rsidRDefault="00F83EB4">
      <w:r>
        <w:rPr>
          <w:b/>
          <w:color w:val="B08D3A"/>
        </w:rPr>
        <w:lastRenderedPageBreak/>
        <w:t xml:space="preserve">TODAY'S DECLARATION  </w:t>
      </w:r>
      <w:r>
        <w:t>I will meet when the fog begins to lift with truth, faith, and practiced peace.</w:t>
      </w:r>
    </w:p>
    <w:p w14:paraId="6E198FA6" w14:textId="77777777" w:rsidR="005A0029" w:rsidRDefault="00F83EB4">
      <w:r>
        <w:br w:type="page"/>
      </w:r>
    </w:p>
    <w:p w14:paraId="65A8D6E0" w14:textId="77777777" w:rsidR="005A0029" w:rsidRDefault="00F83EB4">
      <w:pPr>
        <w:pStyle w:val="Heading2"/>
      </w:pPr>
      <w:r>
        <w:lastRenderedPageBreak/>
        <w:t>DAY 2</w:t>
      </w:r>
    </w:p>
    <w:p w14:paraId="19484E15" w14:textId="77777777" w:rsidR="005A0029" w:rsidRDefault="00F83EB4">
      <w:pPr>
        <w:pStyle w:val="Heading1"/>
      </w:pPr>
      <w:r>
        <w:t>Confusion Is Not Your Home</w:t>
      </w:r>
    </w:p>
    <w:p w14:paraId="05E83507" w14:textId="77777777" w:rsidR="005A0029" w:rsidRDefault="00F83EB4">
      <w:r>
        <w:rPr>
          <w:b/>
          <w:color w:val="B08D3A"/>
        </w:rPr>
        <w:t xml:space="preserve">ANCHOR SCRIPTURE  </w:t>
      </w:r>
      <w:r>
        <w:t>1 Corinthians 14:33</w:t>
      </w:r>
    </w:p>
    <w:p w14:paraId="38470644" w14:textId="77777777" w:rsidR="005A0029" w:rsidRDefault="00F83EB4">
      <w:pPr>
        <w:pStyle w:val="Heading2"/>
      </w:pPr>
      <w:r>
        <w:t>Guided Reflection</w:t>
      </w:r>
    </w:p>
    <w:p w14:paraId="17C82570" w14:textId="77777777" w:rsidR="005A0029" w:rsidRDefault="00F83EB4">
      <w:r>
        <w:t>Today, consider what “confusion is not your home”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7450FF25" w14:textId="77777777" w:rsidR="005A0029" w:rsidRDefault="00F83EB4">
      <w:pPr>
        <w:pStyle w:val="Heading2"/>
      </w:pPr>
      <w:r>
        <w:t>Pause &amp; Notice</w:t>
      </w:r>
    </w:p>
    <w:p w14:paraId="625916E4" w14:textId="77777777" w:rsidR="005A0029" w:rsidRDefault="00F83EB4">
      <w:r>
        <w:t>What is this theme revealing about my heart, thoughts, relationships, or current circumstances today?</w:t>
      </w:r>
    </w:p>
    <w:p w14:paraId="0ED00AC3" w14:textId="77777777" w:rsidR="005A0029" w:rsidRDefault="00F83EB4">
      <w:pPr>
        <w:pStyle w:val="Heading2"/>
      </w:pPr>
      <w:r>
        <w:t>Peace Practice</w:t>
      </w:r>
    </w:p>
    <w:p w14:paraId="5E399DD3" w14:textId="77777777" w:rsidR="005A0029" w:rsidRDefault="00F83EB4">
      <w:r>
        <w:t>Draw two columns: 'What I can control' and 'What I must release.' Place each concern in the appropriate column and pray over both.</w:t>
      </w:r>
    </w:p>
    <w:p w14:paraId="63689053" w14:textId="77777777" w:rsidR="005A0029" w:rsidRDefault="00F83EB4">
      <w:pPr>
        <w:pStyle w:val="Heading2"/>
      </w:pPr>
      <w:r>
        <w:t>My Thoughts &amp; Prayers</w:t>
      </w:r>
    </w:p>
    <w:p w14:paraId="3D75B6D7" w14:textId="77777777" w:rsidR="005A0029" w:rsidRDefault="00F83EB4">
      <w:pPr>
        <w:spacing w:after="60"/>
      </w:pPr>
      <w:r>
        <w:rPr>
          <w:color w:val="B4B4B4"/>
          <w:sz w:val="16"/>
        </w:rPr>
        <w:t>________________________________________________________</w:t>
      </w:r>
    </w:p>
    <w:p w14:paraId="67F42527" w14:textId="77777777" w:rsidR="005A0029" w:rsidRDefault="00F83EB4">
      <w:pPr>
        <w:spacing w:after="60"/>
      </w:pPr>
      <w:r>
        <w:rPr>
          <w:color w:val="B4B4B4"/>
          <w:sz w:val="16"/>
        </w:rPr>
        <w:t>________________________________________________________</w:t>
      </w:r>
    </w:p>
    <w:p w14:paraId="1C423B36" w14:textId="77777777" w:rsidR="005A0029" w:rsidRDefault="00F83EB4">
      <w:pPr>
        <w:spacing w:after="60"/>
      </w:pPr>
      <w:r>
        <w:rPr>
          <w:color w:val="B4B4B4"/>
          <w:sz w:val="16"/>
        </w:rPr>
        <w:t>________________________________________________________</w:t>
      </w:r>
    </w:p>
    <w:p w14:paraId="33E64BA1" w14:textId="77777777" w:rsidR="005A0029" w:rsidRDefault="00F83EB4">
      <w:pPr>
        <w:spacing w:after="60"/>
      </w:pPr>
      <w:r>
        <w:rPr>
          <w:color w:val="B4B4B4"/>
          <w:sz w:val="16"/>
        </w:rPr>
        <w:t>________________________________________________________</w:t>
      </w:r>
    </w:p>
    <w:p w14:paraId="24F01E21" w14:textId="77777777" w:rsidR="005A0029" w:rsidRDefault="00F83EB4">
      <w:pPr>
        <w:spacing w:after="60"/>
      </w:pPr>
      <w:r>
        <w:rPr>
          <w:color w:val="B4B4B4"/>
          <w:sz w:val="16"/>
        </w:rPr>
        <w:t>________________________________________________________</w:t>
      </w:r>
    </w:p>
    <w:p w14:paraId="2AC0AC22" w14:textId="77777777" w:rsidR="005A0029" w:rsidRDefault="00F83EB4">
      <w:pPr>
        <w:pStyle w:val="Heading2"/>
      </w:pPr>
      <w:r>
        <w:t>Prayer</w:t>
      </w:r>
    </w:p>
    <w:p w14:paraId="3C986D84" w14:textId="77777777" w:rsidR="005A0029" w:rsidRDefault="00F83EB4">
      <w:r>
        <w:t>Father, meet me in this practice of confusion is not your home.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EAE40A3" w14:textId="77777777" w:rsidR="005A0029" w:rsidRDefault="00F83EB4">
      <w:r>
        <w:rPr>
          <w:b/>
          <w:color w:val="B08D3A"/>
        </w:rPr>
        <w:lastRenderedPageBreak/>
        <w:t xml:space="preserve">TODAY'S DECLARATION  </w:t>
      </w:r>
      <w:r>
        <w:t>I will meet confusion is not your home with truth, faith, and practiced peace.</w:t>
      </w:r>
    </w:p>
    <w:p w14:paraId="3DF28555" w14:textId="77777777" w:rsidR="005A0029" w:rsidRDefault="00F83EB4">
      <w:r>
        <w:br w:type="page"/>
      </w:r>
    </w:p>
    <w:p w14:paraId="1BF1D8BC" w14:textId="77777777" w:rsidR="005A0029" w:rsidRDefault="00F83EB4">
      <w:pPr>
        <w:pStyle w:val="Heading2"/>
      </w:pPr>
      <w:r>
        <w:lastRenderedPageBreak/>
        <w:t>DAY 3</w:t>
      </w:r>
    </w:p>
    <w:p w14:paraId="28146962" w14:textId="77777777" w:rsidR="005A0029" w:rsidRDefault="00F83EB4">
      <w:pPr>
        <w:pStyle w:val="Heading1"/>
      </w:pPr>
      <w:r>
        <w:t>Facts Versus Fear</w:t>
      </w:r>
    </w:p>
    <w:p w14:paraId="321B9A36" w14:textId="77777777" w:rsidR="005A0029" w:rsidRDefault="00F83EB4">
      <w:r>
        <w:rPr>
          <w:b/>
          <w:color w:val="B08D3A"/>
        </w:rPr>
        <w:t xml:space="preserve">ANCHOR SCRIPTURE  </w:t>
      </w:r>
      <w:r>
        <w:t>2 Timothy 1:7</w:t>
      </w:r>
    </w:p>
    <w:p w14:paraId="67F7D9A3" w14:textId="77777777" w:rsidR="005A0029" w:rsidRDefault="00F83EB4">
      <w:pPr>
        <w:pStyle w:val="Heading2"/>
      </w:pPr>
      <w:r>
        <w:t>Guided Reflection</w:t>
      </w:r>
    </w:p>
    <w:p w14:paraId="2A65421E" w14:textId="77777777" w:rsidR="005A0029" w:rsidRDefault="00F83EB4">
      <w:r>
        <w:t>Today, consider what “facts versus fear”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truth is pra</w:t>
      </w:r>
      <w:r>
        <w:t>cticed repeatedly, especially when circumstances remain unresolved.</w:t>
      </w:r>
    </w:p>
    <w:p w14:paraId="09A65510" w14:textId="77777777" w:rsidR="005A0029" w:rsidRDefault="00F83EB4">
      <w:pPr>
        <w:pStyle w:val="Heading2"/>
      </w:pPr>
      <w:r>
        <w:t>Pause &amp; Notice</w:t>
      </w:r>
    </w:p>
    <w:p w14:paraId="4D1A0A53" w14:textId="77777777" w:rsidR="005A0029" w:rsidRDefault="00F83EB4">
      <w:r>
        <w:t>What is this theme revealing about my heart, thoughts, relationships, or current circumstances today?</w:t>
      </w:r>
    </w:p>
    <w:p w14:paraId="7B0ADEE0" w14:textId="77777777" w:rsidR="005A0029" w:rsidRDefault="00F83EB4">
      <w:pPr>
        <w:pStyle w:val="Heading2"/>
      </w:pPr>
      <w:r>
        <w:t>Peace Practice</w:t>
      </w:r>
    </w:p>
    <w:p w14:paraId="6B153793" w14:textId="77777777" w:rsidR="005A0029" w:rsidRDefault="00F83EB4">
      <w:r>
        <w:t>Take five slow breaths. With each inhale, receive God's presence; with each exhale, release one pressure you have been carrying.</w:t>
      </w:r>
    </w:p>
    <w:p w14:paraId="2801FA84" w14:textId="77777777" w:rsidR="005A0029" w:rsidRDefault="00F83EB4">
      <w:pPr>
        <w:pStyle w:val="Heading2"/>
      </w:pPr>
      <w:r>
        <w:t>My Thoughts &amp; Prayers</w:t>
      </w:r>
    </w:p>
    <w:p w14:paraId="6EF45405" w14:textId="77777777" w:rsidR="005A0029" w:rsidRDefault="00F83EB4">
      <w:pPr>
        <w:spacing w:after="60"/>
      </w:pPr>
      <w:r>
        <w:rPr>
          <w:color w:val="B4B4B4"/>
          <w:sz w:val="16"/>
        </w:rPr>
        <w:t>________________________________________________________</w:t>
      </w:r>
    </w:p>
    <w:p w14:paraId="2E483B41" w14:textId="77777777" w:rsidR="005A0029" w:rsidRDefault="00F83EB4">
      <w:pPr>
        <w:spacing w:after="60"/>
      </w:pPr>
      <w:r>
        <w:rPr>
          <w:color w:val="B4B4B4"/>
          <w:sz w:val="16"/>
        </w:rPr>
        <w:t>________________________________________________________</w:t>
      </w:r>
    </w:p>
    <w:p w14:paraId="2415F4C5" w14:textId="77777777" w:rsidR="005A0029" w:rsidRDefault="00F83EB4">
      <w:pPr>
        <w:spacing w:after="60"/>
      </w:pPr>
      <w:r>
        <w:rPr>
          <w:color w:val="B4B4B4"/>
          <w:sz w:val="16"/>
        </w:rPr>
        <w:t>________________________________________________________</w:t>
      </w:r>
    </w:p>
    <w:p w14:paraId="795C0055" w14:textId="77777777" w:rsidR="005A0029" w:rsidRDefault="00F83EB4">
      <w:pPr>
        <w:spacing w:after="60"/>
      </w:pPr>
      <w:r>
        <w:rPr>
          <w:color w:val="B4B4B4"/>
          <w:sz w:val="16"/>
        </w:rPr>
        <w:t>________________________________________________________</w:t>
      </w:r>
    </w:p>
    <w:p w14:paraId="5985A3C1" w14:textId="77777777" w:rsidR="005A0029" w:rsidRDefault="00F83EB4">
      <w:pPr>
        <w:spacing w:after="60"/>
      </w:pPr>
      <w:r>
        <w:rPr>
          <w:color w:val="B4B4B4"/>
          <w:sz w:val="16"/>
        </w:rPr>
        <w:t>________________________________________________________</w:t>
      </w:r>
    </w:p>
    <w:p w14:paraId="76E80C16" w14:textId="77777777" w:rsidR="005A0029" w:rsidRDefault="00F83EB4">
      <w:pPr>
        <w:pStyle w:val="Heading2"/>
      </w:pPr>
      <w:r>
        <w:t>Prayer</w:t>
      </w:r>
    </w:p>
    <w:p w14:paraId="3F249430" w14:textId="77777777" w:rsidR="005A0029" w:rsidRDefault="00F83EB4">
      <w:r>
        <w:t>Father, meet me in this practice of facts versus fear.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955DA5D" w14:textId="77777777" w:rsidR="005A0029" w:rsidRDefault="00F83EB4">
      <w:r>
        <w:rPr>
          <w:b/>
          <w:color w:val="B08D3A"/>
        </w:rPr>
        <w:lastRenderedPageBreak/>
        <w:t xml:space="preserve">TODAY'S DECLARATION  </w:t>
      </w:r>
      <w:r>
        <w:t>I will meet facts versus fear with truth, faith, and practiced peace.</w:t>
      </w:r>
    </w:p>
    <w:p w14:paraId="6DA71552" w14:textId="77777777" w:rsidR="005A0029" w:rsidRDefault="00F83EB4">
      <w:r>
        <w:br w:type="page"/>
      </w:r>
    </w:p>
    <w:p w14:paraId="3DE9EE97" w14:textId="77777777" w:rsidR="005A0029" w:rsidRDefault="00F83EB4">
      <w:pPr>
        <w:pStyle w:val="Heading2"/>
      </w:pPr>
      <w:r>
        <w:lastRenderedPageBreak/>
        <w:t>DAY 4</w:t>
      </w:r>
    </w:p>
    <w:p w14:paraId="5272DDD0" w14:textId="77777777" w:rsidR="005A0029" w:rsidRDefault="00F83EB4">
      <w:pPr>
        <w:pStyle w:val="Heading1"/>
      </w:pPr>
      <w:r>
        <w:t>How Pain Distorts Perception</w:t>
      </w:r>
    </w:p>
    <w:p w14:paraId="1BB44EEE" w14:textId="77777777" w:rsidR="005A0029" w:rsidRDefault="00F83EB4">
      <w:r>
        <w:rPr>
          <w:b/>
          <w:color w:val="B08D3A"/>
        </w:rPr>
        <w:t xml:space="preserve">ANCHOR SCRIPTURE  </w:t>
      </w:r>
      <w:r>
        <w:t>Psalm 147:3</w:t>
      </w:r>
    </w:p>
    <w:p w14:paraId="6F44B62F" w14:textId="77777777" w:rsidR="005A0029" w:rsidRDefault="00F83EB4">
      <w:pPr>
        <w:pStyle w:val="Heading2"/>
      </w:pPr>
      <w:r>
        <w:t>Guided Reflection</w:t>
      </w:r>
    </w:p>
    <w:p w14:paraId="3A0E0BFB" w14:textId="77777777" w:rsidR="005A0029" w:rsidRDefault="00F83EB4">
      <w:r>
        <w:t>Today, consider what “how pain distorts perception”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w:t>
      </w:r>
      <w:r>
        <w:t>ruth is practiced repeatedly, especially when circumstances remain unresolved.</w:t>
      </w:r>
    </w:p>
    <w:p w14:paraId="47EE6D08" w14:textId="77777777" w:rsidR="005A0029" w:rsidRDefault="00F83EB4">
      <w:pPr>
        <w:pStyle w:val="Heading2"/>
      </w:pPr>
      <w:r>
        <w:t>Pause &amp; Notice</w:t>
      </w:r>
    </w:p>
    <w:p w14:paraId="20D9A55F" w14:textId="77777777" w:rsidR="005A0029" w:rsidRDefault="00F83EB4">
      <w:r>
        <w:t>What is this theme revealing about my heart, thoughts, relationships, or current circumstances today?</w:t>
      </w:r>
    </w:p>
    <w:p w14:paraId="58AA02B4" w14:textId="77777777" w:rsidR="005A0029" w:rsidRDefault="00F83EB4">
      <w:pPr>
        <w:pStyle w:val="Heading2"/>
      </w:pPr>
      <w:r>
        <w:t>Peace Practice</w:t>
      </w:r>
    </w:p>
    <w:p w14:paraId="0D36A164" w14:textId="77777777" w:rsidR="005A0029" w:rsidRDefault="00F83EB4">
      <w:r>
        <w:t>Write one recurring fearful thought. Under it, write a Scripture-shaped response that is more truthful and life-giving.</w:t>
      </w:r>
    </w:p>
    <w:p w14:paraId="03DA1F52" w14:textId="77777777" w:rsidR="005A0029" w:rsidRDefault="00F83EB4">
      <w:pPr>
        <w:pStyle w:val="Heading2"/>
      </w:pPr>
      <w:r>
        <w:t>My Thoughts &amp; Prayers</w:t>
      </w:r>
    </w:p>
    <w:p w14:paraId="61F043C9" w14:textId="77777777" w:rsidR="005A0029" w:rsidRDefault="00F83EB4">
      <w:pPr>
        <w:spacing w:after="60"/>
      </w:pPr>
      <w:r>
        <w:rPr>
          <w:color w:val="B4B4B4"/>
          <w:sz w:val="16"/>
        </w:rPr>
        <w:t>________________________________________________________</w:t>
      </w:r>
    </w:p>
    <w:p w14:paraId="59655C4C" w14:textId="77777777" w:rsidR="005A0029" w:rsidRDefault="00F83EB4">
      <w:pPr>
        <w:spacing w:after="60"/>
      </w:pPr>
      <w:r>
        <w:rPr>
          <w:color w:val="B4B4B4"/>
          <w:sz w:val="16"/>
        </w:rPr>
        <w:t>________________________________________________________</w:t>
      </w:r>
    </w:p>
    <w:p w14:paraId="2092A721" w14:textId="77777777" w:rsidR="005A0029" w:rsidRDefault="00F83EB4">
      <w:pPr>
        <w:spacing w:after="60"/>
      </w:pPr>
      <w:r>
        <w:rPr>
          <w:color w:val="B4B4B4"/>
          <w:sz w:val="16"/>
        </w:rPr>
        <w:t>________________________________________________________</w:t>
      </w:r>
    </w:p>
    <w:p w14:paraId="35225676" w14:textId="77777777" w:rsidR="005A0029" w:rsidRDefault="00F83EB4">
      <w:pPr>
        <w:spacing w:after="60"/>
      </w:pPr>
      <w:r>
        <w:rPr>
          <w:color w:val="B4B4B4"/>
          <w:sz w:val="16"/>
        </w:rPr>
        <w:t>________________________________________________________</w:t>
      </w:r>
    </w:p>
    <w:p w14:paraId="015BAC8F" w14:textId="77777777" w:rsidR="005A0029" w:rsidRDefault="00F83EB4">
      <w:pPr>
        <w:spacing w:after="60"/>
      </w:pPr>
      <w:r>
        <w:rPr>
          <w:color w:val="B4B4B4"/>
          <w:sz w:val="16"/>
        </w:rPr>
        <w:t>________________________________________________________</w:t>
      </w:r>
    </w:p>
    <w:p w14:paraId="34F7AC90" w14:textId="77777777" w:rsidR="005A0029" w:rsidRDefault="00F83EB4">
      <w:pPr>
        <w:pStyle w:val="Heading2"/>
      </w:pPr>
      <w:r>
        <w:t>Prayer</w:t>
      </w:r>
    </w:p>
    <w:p w14:paraId="1CA3D626" w14:textId="77777777" w:rsidR="005A0029" w:rsidRDefault="00F83EB4">
      <w:r>
        <w:t>Father, meet me in this practice of how pain distorts perception.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45B39DF" w14:textId="77777777" w:rsidR="005A0029" w:rsidRDefault="00F83EB4">
      <w:r>
        <w:rPr>
          <w:b/>
          <w:color w:val="B08D3A"/>
        </w:rPr>
        <w:lastRenderedPageBreak/>
        <w:t xml:space="preserve">TODAY'S DECLARATION  </w:t>
      </w:r>
      <w:r>
        <w:t>I will meet how pain distorts perception with truth, faith, and practiced peace.</w:t>
      </w:r>
    </w:p>
    <w:p w14:paraId="4AC7FBD6" w14:textId="77777777" w:rsidR="005A0029" w:rsidRDefault="00F83EB4">
      <w:r>
        <w:br w:type="page"/>
      </w:r>
    </w:p>
    <w:p w14:paraId="75151E66" w14:textId="77777777" w:rsidR="005A0029" w:rsidRDefault="00F83EB4">
      <w:pPr>
        <w:pStyle w:val="Heading2"/>
      </w:pPr>
      <w:r>
        <w:lastRenderedPageBreak/>
        <w:t>DAY 5</w:t>
      </w:r>
    </w:p>
    <w:p w14:paraId="463C3135" w14:textId="77777777" w:rsidR="005A0029" w:rsidRDefault="00F83EB4">
      <w:pPr>
        <w:pStyle w:val="Heading1"/>
      </w:pPr>
      <w:r>
        <w:t>Recognizing Triggers</w:t>
      </w:r>
    </w:p>
    <w:p w14:paraId="0E38855D" w14:textId="77777777" w:rsidR="005A0029" w:rsidRDefault="00F83EB4">
      <w:r>
        <w:rPr>
          <w:b/>
          <w:color w:val="B08D3A"/>
        </w:rPr>
        <w:t xml:space="preserve">ANCHOR SCRIPTURE  </w:t>
      </w:r>
      <w:r>
        <w:t>Psalm 139:23</w:t>
      </w:r>
    </w:p>
    <w:p w14:paraId="296102B9" w14:textId="77777777" w:rsidR="005A0029" w:rsidRDefault="00F83EB4">
      <w:pPr>
        <w:pStyle w:val="Heading2"/>
      </w:pPr>
      <w:r>
        <w:t>Guided Reflection</w:t>
      </w:r>
    </w:p>
    <w:p w14:paraId="09B2470E" w14:textId="77777777" w:rsidR="005A0029" w:rsidRDefault="00F83EB4">
      <w:r>
        <w:t xml:space="preserve">Today, consider what “recognizing triggers”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truth is </w:t>
      </w:r>
      <w:r>
        <w:t>practiced repeatedly, especially when circumstances remain unresolved.</w:t>
      </w:r>
    </w:p>
    <w:p w14:paraId="175CA161" w14:textId="77777777" w:rsidR="005A0029" w:rsidRDefault="00F83EB4">
      <w:pPr>
        <w:pStyle w:val="Heading2"/>
      </w:pPr>
      <w:r>
        <w:t>Pause &amp; Notice</w:t>
      </w:r>
    </w:p>
    <w:p w14:paraId="57A7D00B" w14:textId="77777777" w:rsidR="005A0029" w:rsidRDefault="00F83EB4">
      <w:r>
        <w:t>What is this theme revealing about my heart, thoughts, relationships, or current circumstances today?</w:t>
      </w:r>
    </w:p>
    <w:p w14:paraId="5BE50C9D" w14:textId="77777777" w:rsidR="005A0029" w:rsidRDefault="00F83EB4">
      <w:pPr>
        <w:pStyle w:val="Heading2"/>
      </w:pPr>
      <w:r>
        <w:t>Peace Practice</w:t>
      </w:r>
    </w:p>
    <w:p w14:paraId="7D21BBF9" w14:textId="77777777" w:rsidR="005A0029" w:rsidRDefault="00F83EB4">
      <w:r>
        <w:t>Identify one small action that would create greater peace today. Make it specific enough to complete before the day ends.</w:t>
      </w:r>
    </w:p>
    <w:p w14:paraId="1235309A" w14:textId="77777777" w:rsidR="005A0029" w:rsidRDefault="00F83EB4">
      <w:pPr>
        <w:pStyle w:val="Heading2"/>
      </w:pPr>
      <w:r>
        <w:t>My Thoughts &amp; Prayers</w:t>
      </w:r>
    </w:p>
    <w:p w14:paraId="1D964237" w14:textId="77777777" w:rsidR="005A0029" w:rsidRDefault="00F83EB4">
      <w:pPr>
        <w:spacing w:after="60"/>
      </w:pPr>
      <w:r>
        <w:rPr>
          <w:color w:val="B4B4B4"/>
          <w:sz w:val="16"/>
        </w:rPr>
        <w:t>________________________________________________________</w:t>
      </w:r>
    </w:p>
    <w:p w14:paraId="2876E949" w14:textId="77777777" w:rsidR="005A0029" w:rsidRDefault="00F83EB4">
      <w:pPr>
        <w:spacing w:after="60"/>
      </w:pPr>
      <w:r>
        <w:rPr>
          <w:color w:val="B4B4B4"/>
          <w:sz w:val="16"/>
        </w:rPr>
        <w:t>________________________________________________________</w:t>
      </w:r>
    </w:p>
    <w:p w14:paraId="74E05CEC" w14:textId="77777777" w:rsidR="005A0029" w:rsidRDefault="00F83EB4">
      <w:pPr>
        <w:spacing w:after="60"/>
      </w:pPr>
      <w:r>
        <w:rPr>
          <w:color w:val="B4B4B4"/>
          <w:sz w:val="16"/>
        </w:rPr>
        <w:t>________________________________________________________</w:t>
      </w:r>
    </w:p>
    <w:p w14:paraId="5E59CDE8" w14:textId="77777777" w:rsidR="005A0029" w:rsidRDefault="00F83EB4">
      <w:pPr>
        <w:spacing w:after="60"/>
      </w:pPr>
      <w:r>
        <w:rPr>
          <w:color w:val="B4B4B4"/>
          <w:sz w:val="16"/>
        </w:rPr>
        <w:t>________________________________________________________</w:t>
      </w:r>
    </w:p>
    <w:p w14:paraId="363D2702" w14:textId="77777777" w:rsidR="005A0029" w:rsidRDefault="00F83EB4">
      <w:pPr>
        <w:spacing w:after="60"/>
      </w:pPr>
      <w:r>
        <w:rPr>
          <w:color w:val="B4B4B4"/>
          <w:sz w:val="16"/>
        </w:rPr>
        <w:t>________________________________________________________</w:t>
      </w:r>
    </w:p>
    <w:p w14:paraId="630E3684" w14:textId="77777777" w:rsidR="005A0029" w:rsidRDefault="00F83EB4">
      <w:pPr>
        <w:pStyle w:val="Heading2"/>
      </w:pPr>
      <w:r>
        <w:t>Prayer</w:t>
      </w:r>
    </w:p>
    <w:p w14:paraId="334E4809" w14:textId="77777777" w:rsidR="005A0029" w:rsidRDefault="00F83EB4">
      <w:r>
        <w:t>Father, meet me in this practice of recognizing triggers.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D2E5231" w14:textId="77777777" w:rsidR="005A0029" w:rsidRDefault="00F83EB4">
      <w:r>
        <w:rPr>
          <w:b/>
          <w:color w:val="B08D3A"/>
        </w:rPr>
        <w:lastRenderedPageBreak/>
        <w:t xml:space="preserve">TODAY'S DECLARATION  </w:t>
      </w:r>
      <w:r>
        <w:t>I will meet recognizing triggers with truth, faith, and practiced peace.</w:t>
      </w:r>
    </w:p>
    <w:p w14:paraId="5514023C" w14:textId="77777777" w:rsidR="005A0029" w:rsidRDefault="00F83EB4">
      <w:r>
        <w:br w:type="page"/>
      </w:r>
    </w:p>
    <w:p w14:paraId="7BA688DE" w14:textId="77777777" w:rsidR="005A0029" w:rsidRDefault="00F83EB4">
      <w:pPr>
        <w:pStyle w:val="Heading2"/>
      </w:pPr>
      <w:r>
        <w:lastRenderedPageBreak/>
        <w:t>DAY 6</w:t>
      </w:r>
    </w:p>
    <w:p w14:paraId="3EDD9B05" w14:textId="77777777" w:rsidR="005A0029" w:rsidRDefault="00F83EB4">
      <w:pPr>
        <w:pStyle w:val="Heading1"/>
      </w:pPr>
      <w:r>
        <w:t>Pause Before Interpretation</w:t>
      </w:r>
    </w:p>
    <w:p w14:paraId="5690D7B8" w14:textId="77777777" w:rsidR="005A0029" w:rsidRDefault="00F83EB4">
      <w:r>
        <w:rPr>
          <w:b/>
          <w:color w:val="B08D3A"/>
        </w:rPr>
        <w:t xml:space="preserve">ANCHOR SCRIPTURE  </w:t>
      </w:r>
      <w:r>
        <w:t>James 1:19</w:t>
      </w:r>
    </w:p>
    <w:p w14:paraId="0DB0A3EF" w14:textId="77777777" w:rsidR="005A0029" w:rsidRDefault="00F83EB4">
      <w:pPr>
        <w:pStyle w:val="Heading2"/>
      </w:pPr>
      <w:r>
        <w:t>Guided Reflection</w:t>
      </w:r>
    </w:p>
    <w:p w14:paraId="4C8DC57D" w14:textId="77777777" w:rsidR="005A0029" w:rsidRDefault="00F83EB4">
      <w:r>
        <w:t>Today, consider what “pause before interpretation”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w:t>
      </w:r>
      <w:r>
        <w:t>uth is practiced repeatedly, especially when circumstances remain unresolved.</w:t>
      </w:r>
    </w:p>
    <w:p w14:paraId="75DE390E" w14:textId="77777777" w:rsidR="005A0029" w:rsidRDefault="00F83EB4">
      <w:pPr>
        <w:pStyle w:val="Heading2"/>
      </w:pPr>
      <w:r>
        <w:t>Pause &amp; Notice</w:t>
      </w:r>
    </w:p>
    <w:p w14:paraId="693FB675" w14:textId="77777777" w:rsidR="005A0029" w:rsidRDefault="00F83EB4">
      <w:r>
        <w:t>What is this theme revealing about my heart, thoughts, relationships, or current circumstances today?</w:t>
      </w:r>
    </w:p>
    <w:p w14:paraId="4C47A7C1" w14:textId="77777777" w:rsidR="005A0029" w:rsidRDefault="00F83EB4">
      <w:pPr>
        <w:pStyle w:val="Heading2"/>
      </w:pPr>
      <w:r>
        <w:t>Peace Practice</w:t>
      </w:r>
    </w:p>
    <w:p w14:paraId="73FB7D9D" w14:textId="77777777" w:rsidR="005A0029" w:rsidRDefault="00F83EB4">
      <w:r>
        <w:t>Reach out to one trusted, mature person. Share one thing you have been carrying silently and allow yourself to receive support.</w:t>
      </w:r>
    </w:p>
    <w:p w14:paraId="120EDC76" w14:textId="77777777" w:rsidR="005A0029" w:rsidRDefault="00F83EB4">
      <w:pPr>
        <w:pStyle w:val="Heading2"/>
      </w:pPr>
      <w:r>
        <w:t>My Thoughts &amp; Prayers</w:t>
      </w:r>
    </w:p>
    <w:p w14:paraId="5F2C480C" w14:textId="77777777" w:rsidR="005A0029" w:rsidRDefault="00F83EB4">
      <w:pPr>
        <w:spacing w:after="60"/>
      </w:pPr>
      <w:r>
        <w:rPr>
          <w:color w:val="B4B4B4"/>
          <w:sz w:val="16"/>
        </w:rPr>
        <w:t>________________________________________________________</w:t>
      </w:r>
    </w:p>
    <w:p w14:paraId="40D4E281" w14:textId="77777777" w:rsidR="005A0029" w:rsidRDefault="00F83EB4">
      <w:pPr>
        <w:spacing w:after="60"/>
      </w:pPr>
      <w:r>
        <w:rPr>
          <w:color w:val="B4B4B4"/>
          <w:sz w:val="16"/>
        </w:rPr>
        <w:t>________________________________________________________</w:t>
      </w:r>
    </w:p>
    <w:p w14:paraId="42024927" w14:textId="77777777" w:rsidR="005A0029" w:rsidRDefault="00F83EB4">
      <w:pPr>
        <w:spacing w:after="60"/>
      </w:pPr>
      <w:r>
        <w:rPr>
          <w:color w:val="B4B4B4"/>
          <w:sz w:val="16"/>
        </w:rPr>
        <w:t>________________________________________________________</w:t>
      </w:r>
    </w:p>
    <w:p w14:paraId="6CBD3249" w14:textId="77777777" w:rsidR="005A0029" w:rsidRDefault="00F83EB4">
      <w:pPr>
        <w:spacing w:after="60"/>
      </w:pPr>
      <w:r>
        <w:rPr>
          <w:color w:val="B4B4B4"/>
          <w:sz w:val="16"/>
        </w:rPr>
        <w:t>________________________________________________________</w:t>
      </w:r>
    </w:p>
    <w:p w14:paraId="313F018C" w14:textId="77777777" w:rsidR="005A0029" w:rsidRDefault="00F83EB4">
      <w:pPr>
        <w:spacing w:after="60"/>
      </w:pPr>
      <w:r>
        <w:rPr>
          <w:color w:val="B4B4B4"/>
          <w:sz w:val="16"/>
        </w:rPr>
        <w:t>________________________________________________________</w:t>
      </w:r>
    </w:p>
    <w:p w14:paraId="592B2868" w14:textId="77777777" w:rsidR="005A0029" w:rsidRDefault="00F83EB4">
      <w:pPr>
        <w:pStyle w:val="Heading2"/>
      </w:pPr>
      <w:r>
        <w:t>Prayer</w:t>
      </w:r>
    </w:p>
    <w:p w14:paraId="67BA01BC" w14:textId="77777777" w:rsidR="005A0029" w:rsidRDefault="00F83EB4">
      <w:r>
        <w:t>Father, meet me in this practice of pause before interpretation.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5E16EF9" w14:textId="77777777" w:rsidR="005A0029" w:rsidRDefault="00F83EB4">
      <w:r>
        <w:rPr>
          <w:b/>
          <w:color w:val="B08D3A"/>
        </w:rPr>
        <w:lastRenderedPageBreak/>
        <w:t xml:space="preserve">TODAY'S DECLARATION  </w:t>
      </w:r>
      <w:r>
        <w:t>I will meet pause before interpretation with truth, faith, and practiced peace.</w:t>
      </w:r>
    </w:p>
    <w:p w14:paraId="146B32F5" w14:textId="77777777" w:rsidR="005A0029" w:rsidRDefault="00F83EB4">
      <w:r>
        <w:br w:type="page"/>
      </w:r>
    </w:p>
    <w:p w14:paraId="6F8E9514" w14:textId="77777777" w:rsidR="005A0029" w:rsidRDefault="00F83EB4">
      <w:pPr>
        <w:pStyle w:val="Heading2"/>
      </w:pPr>
      <w:r>
        <w:lastRenderedPageBreak/>
        <w:t>DAY 7</w:t>
      </w:r>
    </w:p>
    <w:p w14:paraId="4BFA0352" w14:textId="77777777" w:rsidR="005A0029" w:rsidRDefault="00F83EB4">
      <w:pPr>
        <w:pStyle w:val="Heading1"/>
      </w:pPr>
      <w:r>
        <w:t>The Stories We Tell Ourselves</w:t>
      </w:r>
    </w:p>
    <w:p w14:paraId="515E3FB9" w14:textId="77777777" w:rsidR="005A0029" w:rsidRDefault="00F83EB4">
      <w:r>
        <w:rPr>
          <w:b/>
          <w:color w:val="B08D3A"/>
        </w:rPr>
        <w:t xml:space="preserve">ANCHOR SCRIPTURE  </w:t>
      </w:r>
      <w:r>
        <w:t>2 Corinthians 10:5</w:t>
      </w:r>
    </w:p>
    <w:p w14:paraId="27BF7B5E" w14:textId="77777777" w:rsidR="005A0029" w:rsidRDefault="00F83EB4">
      <w:pPr>
        <w:pStyle w:val="Heading2"/>
      </w:pPr>
      <w:r>
        <w:t>Guided Reflection</w:t>
      </w:r>
    </w:p>
    <w:p w14:paraId="77EC92D9" w14:textId="77777777" w:rsidR="005A0029" w:rsidRDefault="00F83EB4">
      <w:r>
        <w:t xml:space="preserve">Today, consider what “the stories we tell ourselves”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49CA7688" w14:textId="77777777" w:rsidR="005A0029" w:rsidRDefault="00F83EB4">
      <w:pPr>
        <w:pStyle w:val="Heading2"/>
      </w:pPr>
      <w:r>
        <w:t>Pause &amp; Notice</w:t>
      </w:r>
    </w:p>
    <w:p w14:paraId="7732283A" w14:textId="77777777" w:rsidR="005A0029" w:rsidRDefault="00F83EB4">
      <w:r>
        <w:t>What is this theme revealing about my heart, thoughts, relationships, or current circumstances today?</w:t>
      </w:r>
    </w:p>
    <w:p w14:paraId="5A3E3DB1" w14:textId="77777777" w:rsidR="005A0029" w:rsidRDefault="00F83EB4">
      <w:pPr>
        <w:pStyle w:val="Heading2"/>
      </w:pPr>
      <w:r>
        <w:t>Peace Practice</w:t>
      </w:r>
    </w:p>
    <w:p w14:paraId="20D19CA0" w14:textId="77777777" w:rsidR="005A0029" w:rsidRDefault="00F83EB4">
      <w:r>
        <w:t>Practice a ten-minute quiet period without your phone. Notice what surfaces, then bring it honestly into prayer.</w:t>
      </w:r>
    </w:p>
    <w:p w14:paraId="24725A21" w14:textId="77777777" w:rsidR="005A0029" w:rsidRDefault="00F83EB4">
      <w:pPr>
        <w:pStyle w:val="Heading2"/>
      </w:pPr>
      <w:r>
        <w:t>My Thoughts &amp; Prayers</w:t>
      </w:r>
    </w:p>
    <w:p w14:paraId="51F859B6" w14:textId="77777777" w:rsidR="005A0029" w:rsidRDefault="00F83EB4">
      <w:pPr>
        <w:spacing w:after="60"/>
      </w:pPr>
      <w:r>
        <w:rPr>
          <w:color w:val="B4B4B4"/>
          <w:sz w:val="16"/>
        </w:rPr>
        <w:t>________________________________________________________</w:t>
      </w:r>
    </w:p>
    <w:p w14:paraId="3F967E06" w14:textId="77777777" w:rsidR="005A0029" w:rsidRDefault="00F83EB4">
      <w:pPr>
        <w:spacing w:after="60"/>
      </w:pPr>
      <w:r>
        <w:rPr>
          <w:color w:val="B4B4B4"/>
          <w:sz w:val="16"/>
        </w:rPr>
        <w:t>________________________________________________________</w:t>
      </w:r>
    </w:p>
    <w:p w14:paraId="0B6D7D08" w14:textId="77777777" w:rsidR="005A0029" w:rsidRDefault="00F83EB4">
      <w:pPr>
        <w:spacing w:after="60"/>
      </w:pPr>
      <w:r>
        <w:rPr>
          <w:color w:val="B4B4B4"/>
          <w:sz w:val="16"/>
        </w:rPr>
        <w:t>________________________________________________________</w:t>
      </w:r>
    </w:p>
    <w:p w14:paraId="02624F03" w14:textId="77777777" w:rsidR="005A0029" w:rsidRDefault="00F83EB4">
      <w:pPr>
        <w:spacing w:after="60"/>
      </w:pPr>
      <w:r>
        <w:rPr>
          <w:color w:val="B4B4B4"/>
          <w:sz w:val="16"/>
        </w:rPr>
        <w:t>________________________________________________________</w:t>
      </w:r>
    </w:p>
    <w:p w14:paraId="107DD4EC" w14:textId="77777777" w:rsidR="005A0029" w:rsidRDefault="00F83EB4">
      <w:pPr>
        <w:spacing w:after="60"/>
      </w:pPr>
      <w:r>
        <w:rPr>
          <w:color w:val="B4B4B4"/>
          <w:sz w:val="16"/>
        </w:rPr>
        <w:t>________________________________________________________</w:t>
      </w:r>
    </w:p>
    <w:p w14:paraId="465E295E" w14:textId="77777777" w:rsidR="005A0029" w:rsidRDefault="00F83EB4">
      <w:pPr>
        <w:pStyle w:val="Heading2"/>
      </w:pPr>
      <w:r>
        <w:t>Prayer</w:t>
      </w:r>
    </w:p>
    <w:p w14:paraId="2565DE81" w14:textId="77777777" w:rsidR="005A0029" w:rsidRDefault="00F83EB4">
      <w:r>
        <w:t>Father, meet me in this practice of the stories we tell ourselves.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015CF28" w14:textId="77777777" w:rsidR="005A0029" w:rsidRDefault="00F83EB4">
      <w:r>
        <w:rPr>
          <w:b/>
          <w:color w:val="B08D3A"/>
        </w:rPr>
        <w:lastRenderedPageBreak/>
        <w:t xml:space="preserve">TODAY'S DECLARATION  </w:t>
      </w:r>
      <w:r>
        <w:t>I will meet the stories we tell ourselves with truth, faith, and practiced peace.</w:t>
      </w:r>
    </w:p>
    <w:p w14:paraId="6FB918A1" w14:textId="77777777" w:rsidR="005A0029" w:rsidRDefault="00F83EB4">
      <w:r>
        <w:br w:type="page"/>
      </w:r>
    </w:p>
    <w:p w14:paraId="2AF2D64B" w14:textId="77777777" w:rsidR="005A0029" w:rsidRDefault="00F83EB4">
      <w:pPr>
        <w:pStyle w:val="Heading2"/>
      </w:pPr>
      <w:r>
        <w:lastRenderedPageBreak/>
        <w:t>DAY 8</w:t>
      </w:r>
    </w:p>
    <w:p w14:paraId="4113D430" w14:textId="77777777" w:rsidR="005A0029" w:rsidRDefault="00F83EB4">
      <w:pPr>
        <w:pStyle w:val="Heading1"/>
      </w:pPr>
      <w:r>
        <w:t>Ask for Wisdom</w:t>
      </w:r>
    </w:p>
    <w:p w14:paraId="30C00038" w14:textId="77777777" w:rsidR="005A0029" w:rsidRDefault="00F83EB4">
      <w:r>
        <w:rPr>
          <w:b/>
          <w:color w:val="B08D3A"/>
        </w:rPr>
        <w:t xml:space="preserve">ANCHOR SCRIPTURE  </w:t>
      </w:r>
      <w:r>
        <w:t>James 1:5</w:t>
      </w:r>
    </w:p>
    <w:p w14:paraId="50D52275" w14:textId="77777777" w:rsidR="005A0029" w:rsidRDefault="00F83EB4">
      <w:pPr>
        <w:pStyle w:val="Heading2"/>
      </w:pPr>
      <w:r>
        <w:t>Guided Reflection</w:t>
      </w:r>
    </w:p>
    <w:p w14:paraId="1B97D299" w14:textId="77777777" w:rsidR="005A0029" w:rsidRDefault="00F83EB4">
      <w:r>
        <w:t>Today, consider what “ask for wisdom”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truth is practi</w:t>
      </w:r>
      <w:r>
        <w:t>ced repeatedly, especially when circumstances remain unresolved.</w:t>
      </w:r>
    </w:p>
    <w:p w14:paraId="2A77073C" w14:textId="77777777" w:rsidR="005A0029" w:rsidRDefault="00F83EB4">
      <w:pPr>
        <w:pStyle w:val="Heading2"/>
      </w:pPr>
      <w:r>
        <w:t>Pause &amp; Notice</w:t>
      </w:r>
    </w:p>
    <w:p w14:paraId="335D3F7F" w14:textId="77777777" w:rsidR="005A0029" w:rsidRDefault="00F83EB4">
      <w:r>
        <w:t>What is this theme revealing about my heart, thoughts, relationships, or current circumstances today?</w:t>
      </w:r>
    </w:p>
    <w:p w14:paraId="1B59B58B" w14:textId="77777777" w:rsidR="005A0029" w:rsidRDefault="00F83EB4">
      <w:pPr>
        <w:pStyle w:val="Heading2"/>
      </w:pPr>
      <w:r>
        <w:t>Peace Practice</w:t>
      </w:r>
    </w:p>
    <w:p w14:paraId="5B965722" w14:textId="77777777" w:rsidR="005A0029" w:rsidRDefault="00F83EB4">
      <w:r>
        <w:t>Sit quietly for three minutes. Name what you feel without judging it. Then write one truth you want to carry into the day.</w:t>
      </w:r>
    </w:p>
    <w:p w14:paraId="319991B0" w14:textId="77777777" w:rsidR="005A0029" w:rsidRDefault="00F83EB4">
      <w:pPr>
        <w:pStyle w:val="Heading2"/>
      </w:pPr>
      <w:r>
        <w:t>My Thoughts &amp; Prayers</w:t>
      </w:r>
    </w:p>
    <w:p w14:paraId="6B76DAB6" w14:textId="77777777" w:rsidR="005A0029" w:rsidRDefault="00F83EB4">
      <w:pPr>
        <w:spacing w:after="60"/>
      </w:pPr>
      <w:r>
        <w:rPr>
          <w:color w:val="B4B4B4"/>
          <w:sz w:val="16"/>
        </w:rPr>
        <w:t>________________________________________________________</w:t>
      </w:r>
    </w:p>
    <w:p w14:paraId="49B166C9" w14:textId="77777777" w:rsidR="005A0029" w:rsidRDefault="00F83EB4">
      <w:pPr>
        <w:spacing w:after="60"/>
      </w:pPr>
      <w:r>
        <w:rPr>
          <w:color w:val="B4B4B4"/>
          <w:sz w:val="16"/>
        </w:rPr>
        <w:t>________________________________________________________</w:t>
      </w:r>
    </w:p>
    <w:p w14:paraId="35C111CD" w14:textId="77777777" w:rsidR="005A0029" w:rsidRDefault="00F83EB4">
      <w:pPr>
        <w:spacing w:after="60"/>
      </w:pPr>
      <w:r>
        <w:rPr>
          <w:color w:val="B4B4B4"/>
          <w:sz w:val="16"/>
        </w:rPr>
        <w:t>________________________________________________________</w:t>
      </w:r>
    </w:p>
    <w:p w14:paraId="4AD4A4B6" w14:textId="77777777" w:rsidR="005A0029" w:rsidRDefault="00F83EB4">
      <w:pPr>
        <w:spacing w:after="60"/>
      </w:pPr>
      <w:r>
        <w:rPr>
          <w:color w:val="B4B4B4"/>
          <w:sz w:val="16"/>
        </w:rPr>
        <w:t>________________________________________________________</w:t>
      </w:r>
    </w:p>
    <w:p w14:paraId="5ABFBFA5" w14:textId="77777777" w:rsidR="005A0029" w:rsidRDefault="00F83EB4">
      <w:pPr>
        <w:spacing w:after="60"/>
      </w:pPr>
      <w:r>
        <w:rPr>
          <w:color w:val="B4B4B4"/>
          <w:sz w:val="16"/>
        </w:rPr>
        <w:t>________________________________________________________</w:t>
      </w:r>
    </w:p>
    <w:p w14:paraId="0927FB81" w14:textId="77777777" w:rsidR="005A0029" w:rsidRDefault="00F83EB4">
      <w:pPr>
        <w:pStyle w:val="Heading2"/>
      </w:pPr>
      <w:r>
        <w:t>Prayer</w:t>
      </w:r>
    </w:p>
    <w:p w14:paraId="5DE8402E" w14:textId="77777777" w:rsidR="005A0029" w:rsidRDefault="00F83EB4">
      <w:r>
        <w:t>Father, meet me in this practice of ask for wisdom.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1F30705" w14:textId="77777777" w:rsidR="005A0029" w:rsidRDefault="00F83EB4">
      <w:r>
        <w:rPr>
          <w:b/>
          <w:color w:val="B08D3A"/>
        </w:rPr>
        <w:lastRenderedPageBreak/>
        <w:t xml:space="preserve">TODAY'S DECLARATION  </w:t>
      </w:r>
      <w:r>
        <w:t>I will meet ask for wisdom with truth, faith, and practiced peace.</w:t>
      </w:r>
    </w:p>
    <w:p w14:paraId="53610A48" w14:textId="77777777" w:rsidR="005A0029" w:rsidRDefault="00F83EB4">
      <w:r>
        <w:br w:type="page"/>
      </w:r>
    </w:p>
    <w:p w14:paraId="4CD4403A" w14:textId="77777777" w:rsidR="005A0029" w:rsidRDefault="00F83EB4">
      <w:pPr>
        <w:pStyle w:val="Heading2"/>
      </w:pPr>
      <w:r>
        <w:lastRenderedPageBreak/>
        <w:t>DAY 9</w:t>
      </w:r>
    </w:p>
    <w:p w14:paraId="05B0C345" w14:textId="77777777" w:rsidR="005A0029" w:rsidRDefault="00F83EB4">
      <w:pPr>
        <w:pStyle w:val="Heading1"/>
      </w:pPr>
      <w:r>
        <w:t>Truth Needs Quiet</w:t>
      </w:r>
    </w:p>
    <w:p w14:paraId="693FEB81" w14:textId="77777777" w:rsidR="005A0029" w:rsidRDefault="00F83EB4">
      <w:r>
        <w:rPr>
          <w:b/>
          <w:color w:val="B08D3A"/>
        </w:rPr>
        <w:t xml:space="preserve">ANCHOR SCRIPTURE  </w:t>
      </w:r>
      <w:r>
        <w:t>Psalm 46:10</w:t>
      </w:r>
    </w:p>
    <w:p w14:paraId="543AB1F7" w14:textId="77777777" w:rsidR="005A0029" w:rsidRDefault="00F83EB4">
      <w:pPr>
        <w:pStyle w:val="Heading2"/>
      </w:pPr>
      <w:r>
        <w:t>Guided Reflection</w:t>
      </w:r>
    </w:p>
    <w:p w14:paraId="6ACA4577" w14:textId="77777777" w:rsidR="005A0029" w:rsidRDefault="00F83EB4">
      <w:r>
        <w:t>Today, consider what “truth needs quiet”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truth is pra</w:t>
      </w:r>
      <w:r>
        <w:t>cticed repeatedly, especially when circumstances remain unresolved.</w:t>
      </w:r>
    </w:p>
    <w:p w14:paraId="6CD7E648" w14:textId="77777777" w:rsidR="005A0029" w:rsidRDefault="00F83EB4">
      <w:pPr>
        <w:pStyle w:val="Heading2"/>
      </w:pPr>
      <w:r>
        <w:t>Pause &amp; Notice</w:t>
      </w:r>
    </w:p>
    <w:p w14:paraId="31AA4255" w14:textId="77777777" w:rsidR="005A0029" w:rsidRDefault="00F83EB4">
      <w:r>
        <w:t>What is this theme revealing about my heart, thoughts, relationships, or current circumstances today?</w:t>
      </w:r>
    </w:p>
    <w:p w14:paraId="6BBF7930" w14:textId="77777777" w:rsidR="005A0029" w:rsidRDefault="00F83EB4">
      <w:pPr>
        <w:pStyle w:val="Heading2"/>
      </w:pPr>
      <w:r>
        <w:t>Peace Practice</w:t>
      </w:r>
    </w:p>
    <w:p w14:paraId="2B991D20" w14:textId="77777777" w:rsidR="005A0029" w:rsidRDefault="00F83EB4">
      <w:r>
        <w:t>Draw two columns: 'What I can control' and 'What I must release.' Place each concern in the appropriate column and pray over both.</w:t>
      </w:r>
    </w:p>
    <w:p w14:paraId="2BFF23AD" w14:textId="77777777" w:rsidR="005A0029" w:rsidRDefault="00F83EB4">
      <w:pPr>
        <w:pStyle w:val="Heading2"/>
      </w:pPr>
      <w:r>
        <w:t>My Thoughts &amp; Prayers</w:t>
      </w:r>
    </w:p>
    <w:p w14:paraId="76086F86" w14:textId="77777777" w:rsidR="005A0029" w:rsidRDefault="00F83EB4">
      <w:pPr>
        <w:spacing w:after="60"/>
      </w:pPr>
      <w:r>
        <w:rPr>
          <w:color w:val="B4B4B4"/>
          <w:sz w:val="16"/>
        </w:rPr>
        <w:t>________________________________________________________</w:t>
      </w:r>
    </w:p>
    <w:p w14:paraId="3CAB530D" w14:textId="77777777" w:rsidR="005A0029" w:rsidRDefault="00F83EB4">
      <w:pPr>
        <w:spacing w:after="60"/>
      </w:pPr>
      <w:r>
        <w:rPr>
          <w:color w:val="B4B4B4"/>
          <w:sz w:val="16"/>
        </w:rPr>
        <w:t>________________________________________________________</w:t>
      </w:r>
    </w:p>
    <w:p w14:paraId="139DFECE" w14:textId="77777777" w:rsidR="005A0029" w:rsidRDefault="00F83EB4">
      <w:pPr>
        <w:spacing w:after="60"/>
      </w:pPr>
      <w:r>
        <w:rPr>
          <w:color w:val="B4B4B4"/>
          <w:sz w:val="16"/>
        </w:rPr>
        <w:t>________________________________________________________</w:t>
      </w:r>
    </w:p>
    <w:p w14:paraId="2F44D996" w14:textId="77777777" w:rsidR="005A0029" w:rsidRDefault="00F83EB4">
      <w:pPr>
        <w:spacing w:after="60"/>
      </w:pPr>
      <w:r>
        <w:rPr>
          <w:color w:val="B4B4B4"/>
          <w:sz w:val="16"/>
        </w:rPr>
        <w:t>________________________________________________________</w:t>
      </w:r>
    </w:p>
    <w:p w14:paraId="7F5C2488" w14:textId="77777777" w:rsidR="005A0029" w:rsidRDefault="00F83EB4">
      <w:pPr>
        <w:spacing w:after="60"/>
      </w:pPr>
      <w:r>
        <w:rPr>
          <w:color w:val="B4B4B4"/>
          <w:sz w:val="16"/>
        </w:rPr>
        <w:t>________________________________________________________</w:t>
      </w:r>
    </w:p>
    <w:p w14:paraId="0CF27BD5" w14:textId="77777777" w:rsidR="005A0029" w:rsidRDefault="00F83EB4">
      <w:pPr>
        <w:pStyle w:val="Heading2"/>
      </w:pPr>
      <w:r>
        <w:t>Prayer</w:t>
      </w:r>
    </w:p>
    <w:p w14:paraId="4D8548C2" w14:textId="77777777" w:rsidR="005A0029" w:rsidRDefault="00F83EB4">
      <w:r>
        <w:t>Father, meet me in this practice of truth needs quiet.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D452507" w14:textId="77777777" w:rsidR="005A0029" w:rsidRDefault="00F83EB4">
      <w:r>
        <w:rPr>
          <w:b/>
          <w:color w:val="B08D3A"/>
        </w:rPr>
        <w:lastRenderedPageBreak/>
        <w:t xml:space="preserve">TODAY'S DECLARATION  </w:t>
      </w:r>
      <w:r>
        <w:t>I will meet truth needs quiet with truth, faith, and practiced peace.</w:t>
      </w:r>
    </w:p>
    <w:p w14:paraId="30AA3C42" w14:textId="77777777" w:rsidR="005A0029" w:rsidRDefault="00F83EB4">
      <w:r>
        <w:br w:type="page"/>
      </w:r>
    </w:p>
    <w:p w14:paraId="0DD68B18" w14:textId="77777777" w:rsidR="005A0029" w:rsidRDefault="00F83EB4">
      <w:pPr>
        <w:pStyle w:val="Heading2"/>
      </w:pPr>
      <w:r>
        <w:lastRenderedPageBreak/>
        <w:t>DAY 10</w:t>
      </w:r>
    </w:p>
    <w:p w14:paraId="7AA2C665" w14:textId="77777777" w:rsidR="005A0029" w:rsidRDefault="00F83EB4">
      <w:pPr>
        <w:pStyle w:val="Heading1"/>
      </w:pPr>
      <w:r>
        <w:t>Clarity Through Scripture</w:t>
      </w:r>
    </w:p>
    <w:p w14:paraId="51A2171D" w14:textId="77777777" w:rsidR="005A0029" w:rsidRDefault="00F83EB4">
      <w:r>
        <w:rPr>
          <w:b/>
          <w:color w:val="B08D3A"/>
        </w:rPr>
        <w:t xml:space="preserve">ANCHOR SCRIPTURE  </w:t>
      </w:r>
      <w:r>
        <w:t>John 8:32</w:t>
      </w:r>
    </w:p>
    <w:p w14:paraId="525D8847" w14:textId="77777777" w:rsidR="005A0029" w:rsidRDefault="00F83EB4">
      <w:pPr>
        <w:pStyle w:val="Heading2"/>
      </w:pPr>
      <w:r>
        <w:t>Guided Reflection</w:t>
      </w:r>
    </w:p>
    <w:p w14:paraId="6941F657" w14:textId="77777777" w:rsidR="005A0029" w:rsidRDefault="00F83EB4">
      <w:r>
        <w:t>Today, consider what “clarity through scripture”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trut</w:t>
      </w:r>
      <w:r>
        <w:t>h is practiced repeatedly, especially when circumstances remain unresolved.</w:t>
      </w:r>
    </w:p>
    <w:p w14:paraId="22944CB0" w14:textId="77777777" w:rsidR="005A0029" w:rsidRDefault="00F83EB4">
      <w:pPr>
        <w:pStyle w:val="Heading2"/>
      </w:pPr>
      <w:r>
        <w:t>Pause &amp; Notice</w:t>
      </w:r>
    </w:p>
    <w:p w14:paraId="2E4EB0B0" w14:textId="77777777" w:rsidR="005A0029" w:rsidRDefault="00F83EB4">
      <w:r>
        <w:t>What is this theme revealing about my heart, thoughts, relationships, or current circumstances today?</w:t>
      </w:r>
    </w:p>
    <w:p w14:paraId="1BDD24FC" w14:textId="77777777" w:rsidR="005A0029" w:rsidRDefault="00F83EB4">
      <w:pPr>
        <w:pStyle w:val="Heading2"/>
      </w:pPr>
      <w:r>
        <w:t>Peace Practice</w:t>
      </w:r>
    </w:p>
    <w:p w14:paraId="0DE0913F" w14:textId="77777777" w:rsidR="005A0029" w:rsidRDefault="00F83EB4">
      <w:r>
        <w:t>Take five slow breaths. With each inhale, receive God's presence; with each exhale, release one pressure you have been carrying.</w:t>
      </w:r>
    </w:p>
    <w:p w14:paraId="7B30CC1D" w14:textId="77777777" w:rsidR="005A0029" w:rsidRDefault="00F83EB4">
      <w:pPr>
        <w:pStyle w:val="Heading2"/>
      </w:pPr>
      <w:r>
        <w:t>My Thoughts &amp; Prayers</w:t>
      </w:r>
    </w:p>
    <w:p w14:paraId="1A137783" w14:textId="77777777" w:rsidR="005A0029" w:rsidRDefault="00F83EB4">
      <w:pPr>
        <w:spacing w:after="60"/>
      </w:pPr>
      <w:r>
        <w:rPr>
          <w:color w:val="B4B4B4"/>
          <w:sz w:val="16"/>
        </w:rPr>
        <w:t>________________________________________________________</w:t>
      </w:r>
    </w:p>
    <w:p w14:paraId="77DCA38B" w14:textId="77777777" w:rsidR="005A0029" w:rsidRDefault="00F83EB4">
      <w:pPr>
        <w:spacing w:after="60"/>
      </w:pPr>
      <w:r>
        <w:rPr>
          <w:color w:val="B4B4B4"/>
          <w:sz w:val="16"/>
        </w:rPr>
        <w:t>________________________________________________________</w:t>
      </w:r>
    </w:p>
    <w:p w14:paraId="667B0C39" w14:textId="77777777" w:rsidR="005A0029" w:rsidRDefault="00F83EB4">
      <w:pPr>
        <w:spacing w:after="60"/>
      </w:pPr>
      <w:r>
        <w:rPr>
          <w:color w:val="B4B4B4"/>
          <w:sz w:val="16"/>
        </w:rPr>
        <w:t>________________________________________________________</w:t>
      </w:r>
    </w:p>
    <w:p w14:paraId="1990C2F2" w14:textId="77777777" w:rsidR="005A0029" w:rsidRDefault="00F83EB4">
      <w:pPr>
        <w:spacing w:after="60"/>
      </w:pPr>
      <w:r>
        <w:rPr>
          <w:color w:val="B4B4B4"/>
          <w:sz w:val="16"/>
        </w:rPr>
        <w:t>________________________________________________________</w:t>
      </w:r>
    </w:p>
    <w:p w14:paraId="61938864" w14:textId="77777777" w:rsidR="005A0029" w:rsidRDefault="00F83EB4">
      <w:pPr>
        <w:spacing w:after="60"/>
      </w:pPr>
      <w:r>
        <w:rPr>
          <w:color w:val="B4B4B4"/>
          <w:sz w:val="16"/>
        </w:rPr>
        <w:t>________________________________________________________</w:t>
      </w:r>
    </w:p>
    <w:p w14:paraId="73E4534B" w14:textId="77777777" w:rsidR="005A0029" w:rsidRDefault="00F83EB4">
      <w:pPr>
        <w:pStyle w:val="Heading2"/>
      </w:pPr>
      <w:r>
        <w:t>Prayer</w:t>
      </w:r>
    </w:p>
    <w:p w14:paraId="195C64D3" w14:textId="77777777" w:rsidR="005A0029" w:rsidRDefault="00F83EB4">
      <w:r>
        <w:t>Father, meet me in this practice of clarity through scripture.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894C0CE" w14:textId="77777777" w:rsidR="005A0029" w:rsidRDefault="00F83EB4">
      <w:r>
        <w:rPr>
          <w:b/>
          <w:color w:val="B08D3A"/>
        </w:rPr>
        <w:lastRenderedPageBreak/>
        <w:t xml:space="preserve">TODAY'S DECLARATION  </w:t>
      </w:r>
      <w:r>
        <w:t>I will meet clarity through scripture with truth, faith, and practiced peace.</w:t>
      </w:r>
    </w:p>
    <w:p w14:paraId="4DB5639F" w14:textId="77777777" w:rsidR="005A0029" w:rsidRDefault="00F83EB4">
      <w:r>
        <w:br w:type="page"/>
      </w:r>
    </w:p>
    <w:p w14:paraId="42BB9ADC" w14:textId="77777777" w:rsidR="005A0029" w:rsidRDefault="00F83EB4">
      <w:pPr>
        <w:pStyle w:val="Heading2"/>
      </w:pPr>
      <w:r>
        <w:lastRenderedPageBreak/>
        <w:t>DAY 11</w:t>
      </w:r>
    </w:p>
    <w:p w14:paraId="3230CA6E" w14:textId="77777777" w:rsidR="005A0029" w:rsidRDefault="00F83EB4">
      <w:pPr>
        <w:pStyle w:val="Heading1"/>
      </w:pPr>
      <w:r>
        <w:t>Clarity Through Counsel</w:t>
      </w:r>
    </w:p>
    <w:p w14:paraId="14D2B601" w14:textId="77777777" w:rsidR="005A0029" w:rsidRDefault="00F83EB4">
      <w:r>
        <w:rPr>
          <w:b/>
          <w:color w:val="B08D3A"/>
        </w:rPr>
        <w:t xml:space="preserve">ANCHOR SCRIPTURE  </w:t>
      </w:r>
      <w:r>
        <w:t>Proverbs 11:14</w:t>
      </w:r>
    </w:p>
    <w:p w14:paraId="729D083F" w14:textId="77777777" w:rsidR="005A0029" w:rsidRDefault="00F83EB4">
      <w:pPr>
        <w:pStyle w:val="Heading2"/>
      </w:pPr>
      <w:r>
        <w:t>Guided Reflection</w:t>
      </w:r>
    </w:p>
    <w:p w14:paraId="0D524875" w14:textId="77777777" w:rsidR="005A0029" w:rsidRDefault="00F83EB4">
      <w:r>
        <w:t xml:space="preserve">Today, consider what “clarity through counsel”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truth </w:t>
      </w:r>
      <w:r>
        <w:t>is practiced repeatedly, especially when circumstances remain unresolved.</w:t>
      </w:r>
    </w:p>
    <w:p w14:paraId="28B275D0" w14:textId="77777777" w:rsidR="005A0029" w:rsidRDefault="00F83EB4">
      <w:pPr>
        <w:pStyle w:val="Heading2"/>
      </w:pPr>
      <w:r>
        <w:t>Pause &amp; Notice</w:t>
      </w:r>
    </w:p>
    <w:p w14:paraId="615E8713" w14:textId="77777777" w:rsidR="005A0029" w:rsidRDefault="00F83EB4">
      <w:r>
        <w:t>What is this theme revealing about my heart, thoughts, relationships, or current circumstances today?</w:t>
      </w:r>
    </w:p>
    <w:p w14:paraId="0270CDEE" w14:textId="77777777" w:rsidR="005A0029" w:rsidRDefault="00F83EB4">
      <w:pPr>
        <w:pStyle w:val="Heading2"/>
      </w:pPr>
      <w:r>
        <w:t>Peace Practice</w:t>
      </w:r>
    </w:p>
    <w:p w14:paraId="3C98D7C3" w14:textId="77777777" w:rsidR="005A0029" w:rsidRDefault="00F83EB4">
      <w:r>
        <w:t>Write one recurring fearful thought. Under it, write a Scripture-shaped response that is more truthful and life-giving.</w:t>
      </w:r>
    </w:p>
    <w:p w14:paraId="4E9A2570" w14:textId="77777777" w:rsidR="005A0029" w:rsidRDefault="00F83EB4">
      <w:pPr>
        <w:pStyle w:val="Heading2"/>
      </w:pPr>
      <w:r>
        <w:t>My Thoughts &amp; Prayers</w:t>
      </w:r>
    </w:p>
    <w:p w14:paraId="0A9B231D" w14:textId="77777777" w:rsidR="005A0029" w:rsidRDefault="00F83EB4">
      <w:pPr>
        <w:spacing w:after="60"/>
      </w:pPr>
      <w:r>
        <w:rPr>
          <w:color w:val="B4B4B4"/>
          <w:sz w:val="16"/>
        </w:rPr>
        <w:t>________________________________________________________</w:t>
      </w:r>
    </w:p>
    <w:p w14:paraId="7C9ED8D0" w14:textId="77777777" w:rsidR="005A0029" w:rsidRDefault="00F83EB4">
      <w:pPr>
        <w:spacing w:after="60"/>
      </w:pPr>
      <w:r>
        <w:rPr>
          <w:color w:val="B4B4B4"/>
          <w:sz w:val="16"/>
        </w:rPr>
        <w:t>________________________________________________________</w:t>
      </w:r>
    </w:p>
    <w:p w14:paraId="74F09620" w14:textId="77777777" w:rsidR="005A0029" w:rsidRDefault="00F83EB4">
      <w:pPr>
        <w:spacing w:after="60"/>
      </w:pPr>
      <w:r>
        <w:rPr>
          <w:color w:val="B4B4B4"/>
          <w:sz w:val="16"/>
        </w:rPr>
        <w:t>________________________________________________________</w:t>
      </w:r>
    </w:p>
    <w:p w14:paraId="4CBC3F7D" w14:textId="77777777" w:rsidR="005A0029" w:rsidRDefault="00F83EB4">
      <w:pPr>
        <w:spacing w:after="60"/>
      </w:pPr>
      <w:r>
        <w:rPr>
          <w:color w:val="B4B4B4"/>
          <w:sz w:val="16"/>
        </w:rPr>
        <w:t>________________________________________________________</w:t>
      </w:r>
    </w:p>
    <w:p w14:paraId="6CDC6D9B" w14:textId="77777777" w:rsidR="005A0029" w:rsidRDefault="00F83EB4">
      <w:pPr>
        <w:spacing w:after="60"/>
      </w:pPr>
      <w:r>
        <w:rPr>
          <w:color w:val="B4B4B4"/>
          <w:sz w:val="16"/>
        </w:rPr>
        <w:t>________________________________________________________</w:t>
      </w:r>
    </w:p>
    <w:p w14:paraId="5F65D349" w14:textId="77777777" w:rsidR="005A0029" w:rsidRDefault="00F83EB4">
      <w:pPr>
        <w:pStyle w:val="Heading2"/>
      </w:pPr>
      <w:r>
        <w:t>Prayer</w:t>
      </w:r>
    </w:p>
    <w:p w14:paraId="60677AA6" w14:textId="77777777" w:rsidR="005A0029" w:rsidRDefault="00F83EB4">
      <w:r>
        <w:t>Father, meet me in this practice of clarity through counsel.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CD9180E" w14:textId="77777777" w:rsidR="005A0029" w:rsidRDefault="00F83EB4">
      <w:r>
        <w:rPr>
          <w:b/>
          <w:color w:val="B08D3A"/>
        </w:rPr>
        <w:lastRenderedPageBreak/>
        <w:t xml:space="preserve">TODAY'S DECLARATION  </w:t>
      </w:r>
      <w:r>
        <w:t>I will meet clarity through counsel with truth, faith, and practiced peace.</w:t>
      </w:r>
    </w:p>
    <w:p w14:paraId="2F7CC48D" w14:textId="77777777" w:rsidR="005A0029" w:rsidRDefault="00F83EB4">
      <w:r>
        <w:br w:type="page"/>
      </w:r>
    </w:p>
    <w:p w14:paraId="608D2B9D" w14:textId="77777777" w:rsidR="005A0029" w:rsidRDefault="00F83EB4">
      <w:pPr>
        <w:pStyle w:val="Heading2"/>
      </w:pPr>
      <w:r>
        <w:lastRenderedPageBreak/>
        <w:t>DAY 12</w:t>
      </w:r>
    </w:p>
    <w:p w14:paraId="22CF106F" w14:textId="77777777" w:rsidR="005A0029" w:rsidRDefault="00F83EB4">
      <w:pPr>
        <w:pStyle w:val="Heading1"/>
      </w:pPr>
      <w:r>
        <w:t>Do Not Decide in Panic</w:t>
      </w:r>
    </w:p>
    <w:p w14:paraId="7CB64976" w14:textId="77777777" w:rsidR="005A0029" w:rsidRDefault="00F83EB4">
      <w:r>
        <w:rPr>
          <w:b/>
          <w:color w:val="B08D3A"/>
        </w:rPr>
        <w:t xml:space="preserve">ANCHOR SCRIPTURE  </w:t>
      </w:r>
      <w:r>
        <w:t>Isaiah 30:15</w:t>
      </w:r>
    </w:p>
    <w:p w14:paraId="782D3D95" w14:textId="77777777" w:rsidR="005A0029" w:rsidRDefault="00F83EB4">
      <w:pPr>
        <w:pStyle w:val="Heading2"/>
      </w:pPr>
      <w:r>
        <w:t>Guided Reflection</w:t>
      </w:r>
    </w:p>
    <w:p w14:paraId="7AA077EF" w14:textId="77777777" w:rsidR="005A0029" w:rsidRDefault="00F83EB4">
      <w:r>
        <w:t>Today, consider what “do not decide in panic”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truth i</w:t>
      </w:r>
      <w:r>
        <w:t>s practiced repeatedly, especially when circumstances remain unresolved.</w:t>
      </w:r>
    </w:p>
    <w:p w14:paraId="792600EF" w14:textId="77777777" w:rsidR="005A0029" w:rsidRDefault="00F83EB4">
      <w:pPr>
        <w:pStyle w:val="Heading2"/>
      </w:pPr>
      <w:r>
        <w:t>Pause &amp; Notice</w:t>
      </w:r>
    </w:p>
    <w:p w14:paraId="41FECD6E" w14:textId="77777777" w:rsidR="005A0029" w:rsidRDefault="00F83EB4">
      <w:r>
        <w:t>What is this theme revealing about my heart, thoughts, relationships, or current circumstances today?</w:t>
      </w:r>
    </w:p>
    <w:p w14:paraId="671BD17F" w14:textId="77777777" w:rsidR="005A0029" w:rsidRDefault="00F83EB4">
      <w:pPr>
        <w:pStyle w:val="Heading2"/>
      </w:pPr>
      <w:r>
        <w:t>Peace Practice</w:t>
      </w:r>
    </w:p>
    <w:p w14:paraId="3140DB7D" w14:textId="77777777" w:rsidR="005A0029" w:rsidRDefault="00F83EB4">
      <w:r>
        <w:t>Identify one small action that would create greater peace today. Make it specific enough to complete before the day ends.</w:t>
      </w:r>
    </w:p>
    <w:p w14:paraId="203128E6" w14:textId="77777777" w:rsidR="005A0029" w:rsidRDefault="00F83EB4">
      <w:pPr>
        <w:pStyle w:val="Heading2"/>
      </w:pPr>
      <w:r>
        <w:t>My Thoughts &amp; Prayers</w:t>
      </w:r>
    </w:p>
    <w:p w14:paraId="18FAB4E8" w14:textId="77777777" w:rsidR="005A0029" w:rsidRDefault="00F83EB4">
      <w:pPr>
        <w:spacing w:after="60"/>
      </w:pPr>
      <w:r>
        <w:rPr>
          <w:color w:val="B4B4B4"/>
          <w:sz w:val="16"/>
        </w:rPr>
        <w:t>________________________________________________________</w:t>
      </w:r>
    </w:p>
    <w:p w14:paraId="64FAE858" w14:textId="77777777" w:rsidR="005A0029" w:rsidRDefault="00F83EB4">
      <w:pPr>
        <w:spacing w:after="60"/>
      </w:pPr>
      <w:r>
        <w:rPr>
          <w:color w:val="B4B4B4"/>
          <w:sz w:val="16"/>
        </w:rPr>
        <w:t>________________________________________________________</w:t>
      </w:r>
    </w:p>
    <w:p w14:paraId="08B05D6D" w14:textId="77777777" w:rsidR="005A0029" w:rsidRDefault="00F83EB4">
      <w:pPr>
        <w:spacing w:after="60"/>
      </w:pPr>
      <w:r>
        <w:rPr>
          <w:color w:val="B4B4B4"/>
          <w:sz w:val="16"/>
        </w:rPr>
        <w:t>________________________________________________________</w:t>
      </w:r>
    </w:p>
    <w:p w14:paraId="70FCCFD3" w14:textId="77777777" w:rsidR="005A0029" w:rsidRDefault="00F83EB4">
      <w:pPr>
        <w:spacing w:after="60"/>
      </w:pPr>
      <w:r>
        <w:rPr>
          <w:color w:val="B4B4B4"/>
          <w:sz w:val="16"/>
        </w:rPr>
        <w:t>________________________________________________________</w:t>
      </w:r>
    </w:p>
    <w:p w14:paraId="2DBDB875" w14:textId="77777777" w:rsidR="005A0029" w:rsidRDefault="00F83EB4">
      <w:pPr>
        <w:spacing w:after="60"/>
      </w:pPr>
      <w:r>
        <w:rPr>
          <w:color w:val="B4B4B4"/>
          <w:sz w:val="16"/>
        </w:rPr>
        <w:t>________________________________________________________</w:t>
      </w:r>
    </w:p>
    <w:p w14:paraId="625A1C12" w14:textId="77777777" w:rsidR="005A0029" w:rsidRDefault="00F83EB4">
      <w:pPr>
        <w:pStyle w:val="Heading2"/>
      </w:pPr>
      <w:r>
        <w:t>Prayer</w:t>
      </w:r>
    </w:p>
    <w:p w14:paraId="35F3C7E4" w14:textId="77777777" w:rsidR="005A0029" w:rsidRDefault="00F83EB4">
      <w:r>
        <w:t>Father, meet me in this practice of do not decide in panic.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4483823" w14:textId="77777777" w:rsidR="005A0029" w:rsidRDefault="00F83EB4">
      <w:r>
        <w:rPr>
          <w:b/>
          <w:color w:val="B08D3A"/>
        </w:rPr>
        <w:lastRenderedPageBreak/>
        <w:t xml:space="preserve">TODAY'S DECLARATION  </w:t>
      </w:r>
      <w:r>
        <w:t>I will meet do not decide in panic with truth, faith, and practiced peace.</w:t>
      </w:r>
    </w:p>
    <w:p w14:paraId="419E8D67" w14:textId="77777777" w:rsidR="005A0029" w:rsidRDefault="00F83EB4">
      <w:r>
        <w:br w:type="page"/>
      </w:r>
    </w:p>
    <w:p w14:paraId="7AA37777" w14:textId="77777777" w:rsidR="005A0029" w:rsidRDefault="00F83EB4">
      <w:pPr>
        <w:pStyle w:val="Heading2"/>
      </w:pPr>
      <w:r>
        <w:lastRenderedPageBreak/>
        <w:t>DAY 13</w:t>
      </w:r>
    </w:p>
    <w:p w14:paraId="6C2B0245" w14:textId="77777777" w:rsidR="005A0029" w:rsidRDefault="00F83EB4">
      <w:pPr>
        <w:pStyle w:val="Heading1"/>
      </w:pPr>
      <w:r>
        <w:t>Discernment and Peace</w:t>
      </w:r>
    </w:p>
    <w:p w14:paraId="4902FC97" w14:textId="77777777" w:rsidR="005A0029" w:rsidRDefault="00F83EB4">
      <w:r>
        <w:rPr>
          <w:b/>
          <w:color w:val="B08D3A"/>
        </w:rPr>
        <w:t xml:space="preserve">ANCHOR SCRIPTURE  </w:t>
      </w:r>
      <w:r>
        <w:t>Colossians 3:15</w:t>
      </w:r>
    </w:p>
    <w:p w14:paraId="12A0F983" w14:textId="77777777" w:rsidR="005A0029" w:rsidRDefault="00F83EB4">
      <w:pPr>
        <w:pStyle w:val="Heading2"/>
      </w:pPr>
      <w:r>
        <w:t>Guided Reflection</w:t>
      </w:r>
    </w:p>
    <w:p w14:paraId="4490C319" w14:textId="77777777" w:rsidR="005A0029" w:rsidRDefault="00F83EB4">
      <w:r>
        <w:t>Today, consider what “discernment and peace”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truth is</w:t>
      </w:r>
      <w:r>
        <w:t xml:space="preserve"> practiced repeatedly, especially when circumstances remain unresolved.</w:t>
      </w:r>
    </w:p>
    <w:p w14:paraId="00996BE1" w14:textId="77777777" w:rsidR="005A0029" w:rsidRDefault="00F83EB4">
      <w:pPr>
        <w:pStyle w:val="Heading2"/>
      </w:pPr>
      <w:r>
        <w:t>Pause &amp; Notice</w:t>
      </w:r>
    </w:p>
    <w:p w14:paraId="18CC4964" w14:textId="77777777" w:rsidR="005A0029" w:rsidRDefault="00F83EB4">
      <w:r>
        <w:t>What is this theme revealing about my heart, thoughts, relationships, or current circumstances today?</w:t>
      </w:r>
    </w:p>
    <w:p w14:paraId="70285313" w14:textId="77777777" w:rsidR="005A0029" w:rsidRDefault="00F83EB4">
      <w:pPr>
        <w:pStyle w:val="Heading2"/>
      </w:pPr>
      <w:r>
        <w:t>Peace Practice</w:t>
      </w:r>
    </w:p>
    <w:p w14:paraId="5607EBC3" w14:textId="77777777" w:rsidR="005A0029" w:rsidRDefault="00F83EB4">
      <w:r>
        <w:t>Reach out to one trusted, mature person. Share one thing you have been carrying silently and allow yourself to receive support.</w:t>
      </w:r>
    </w:p>
    <w:p w14:paraId="08EC70A2" w14:textId="77777777" w:rsidR="005A0029" w:rsidRDefault="00F83EB4">
      <w:pPr>
        <w:pStyle w:val="Heading2"/>
      </w:pPr>
      <w:r>
        <w:t>My Thoughts &amp; Prayers</w:t>
      </w:r>
    </w:p>
    <w:p w14:paraId="71A9B3B1" w14:textId="77777777" w:rsidR="005A0029" w:rsidRDefault="00F83EB4">
      <w:pPr>
        <w:spacing w:after="60"/>
      </w:pPr>
      <w:r>
        <w:rPr>
          <w:color w:val="B4B4B4"/>
          <w:sz w:val="16"/>
        </w:rPr>
        <w:t>________________________________________________________</w:t>
      </w:r>
    </w:p>
    <w:p w14:paraId="165F7A06" w14:textId="77777777" w:rsidR="005A0029" w:rsidRDefault="00F83EB4">
      <w:pPr>
        <w:spacing w:after="60"/>
      </w:pPr>
      <w:r>
        <w:rPr>
          <w:color w:val="B4B4B4"/>
          <w:sz w:val="16"/>
        </w:rPr>
        <w:t>________________________________________________________</w:t>
      </w:r>
    </w:p>
    <w:p w14:paraId="67D9013C" w14:textId="77777777" w:rsidR="005A0029" w:rsidRDefault="00F83EB4">
      <w:pPr>
        <w:spacing w:after="60"/>
      </w:pPr>
      <w:r>
        <w:rPr>
          <w:color w:val="B4B4B4"/>
          <w:sz w:val="16"/>
        </w:rPr>
        <w:t>________________________________________________________</w:t>
      </w:r>
    </w:p>
    <w:p w14:paraId="0B113876" w14:textId="77777777" w:rsidR="005A0029" w:rsidRDefault="00F83EB4">
      <w:pPr>
        <w:spacing w:after="60"/>
      </w:pPr>
      <w:r>
        <w:rPr>
          <w:color w:val="B4B4B4"/>
          <w:sz w:val="16"/>
        </w:rPr>
        <w:t>________________________________________________________</w:t>
      </w:r>
    </w:p>
    <w:p w14:paraId="2EAFBC4B" w14:textId="77777777" w:rsidR="005A0029" w:rsidRDefault="00F83EB4">
      <w:pPr>
        <w:spacing w:after="60"/>
      </w:pPr>
      <w:r>
        <w:rPr>
          <w:color w:val="B4B4B4"/>
          <w:sz w:val="16"/>
        </w:rPr>
        <w:t>________________________________________________________</w:t>
      </w:r>
    </w:p>
    <w:p w14:paraId="26D75048" w14:textId="77777777" w:rsidR="005A0029" w:rsidRDefault="00F83EB4">
      <w:pPr>
        <w:pStyle w:val="Heading2"/>
      </w:pPr>
      <w:r>
        <w:t>Prayer</w:t>
      </w:r>
    </w:p>
    <w:p w14:paraId="2D2F9520" w14:textId="77777777" w:rsidR="005A0029" w:rsidRDefault="00F83EB4">
      <w:r>
        <w:t>Father, meet me in this practice of discernment and peace.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578C498" w14:textId="77777777" w:rsidR="005A0029" w:rsidRDefault="00F83EB4">
      <w:r>
        <w:rPr>
          <w:b/>
          <w:color w:val="B08D3A"/>
        </w:rPr>
        <w:lastRenderedPageBreak/>
        <w:t xml:space="preserve">TODAY'S DECLARATION  </w:t>
      </w:r>
      <w:r>
        <w:t>I will meet discernment and peace with truth, faith, and practiced peace.</w:t>
      </w:r>
    </w:p>
    <w:p w14:paraId="551AB822" w14:textId="77777777" w:rsidR="005A0029" w:rsidRDefault="00F83EB4">
      <w:r>
        <w:br w:type="page"/>
      </w:r>
    </w:p>
    <w:p w14:paraId="7D16E40A" w14:textId="77777777" w:rsidR="005A0029" w:rsidRDefault="00F83EB4">
      <w:pPr>
        <w:pStyle w:val="Heading2"/>
      </w:pPr>
      <w:r>
        <w:lastRenderedPageBreak/>
        <w:t>DAY 14</w:t>
      </w:r>
    </w:p>
    <w:p w14:paraId="72373EDA" w14:textId="77777777" w:rsidR="005A0029" w:rsidRDefault="00F83EB4">
      <w:pPr>
        <w:pStyle w:val="Heading1"/>
      </w:pPr>
      <w:r>
        <w:t>What Is Actually Mine?</w:t>
      </w:r>
    </w:p>
    <w:p w14:paraId="4C732EB3" w14:textId="77777777" w:rsidR="005A0029" w:rsidRDefault="00F83EB4">
      <w:r>
        <w:rPr>
          <w:b/>
          <w:color w:val="B08D3A"/>
        </w:rPr>
        <w:t xml:space="preserve">ANCHOR SCRIPTURE  </w:t>
      </w:r>
      <w:r>
        <w:t>Galatians 6:5</w:t>
      </w:r>
    </w:p>
    <w:p w14:paraId="79D36C74" w14:textId="77777777" w:rsidR="005A0029" w:rsidRDefault="00F83EB4">
      <w:pPr>
        <w:pStyle w:val="Heading2"/>
      </w:pPr>
      <w:r>
        <w:t>Guided Reflection</w:t>
      </w:r>
    </w:p>
    <w:p w14:paraId="3EF49FC4" w14:textId="77777777" w:rsidR="005A0029" w:rsidRDefault="00F83EB4">
      <w:r>
        <w:t>Today, consider what “what is actually mine?”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truth i</w:t>
      </w:r>
      <w:r>
        <w:t>s practiced repeatedly, especially when circumstances remain unresolved.</w:t>
      </w:r>
    </w:p>
    <w:p w14:paraId="49A20555" w14:textId="77777777" w:rsidR="005A0029" w:rsidRDefault="00F83EB4">
      <w:pPr>
        <w:pStyle w:val="Heading2"/>
      </w:pPr>
      <w:r>
        <w:t>Pause &amp; Notice</w:t>
      </w:r>
    </w:p>
    <w:p w14:paraId="67B373A1" w14:textId="77777777" w:rsidR="005A0029" w:rsidRDefault="00F83EB4">
      <w:r>
        <w:t>What is this theme revealing about my heart, thoughts, relationships, or current circumstances today?</w:t>
      </w:r>
    </w:p>
    <w:p w14:paraId="6A67DAF3" w14:textId="77777777" w:rsidR="005A0029" w:rsidRDefault="00F83EB4">
      <w:pPr>
        <w:pStyle w:val="Heading2"/>
      </w:pPr>
      <w:r>
        <w:t>Peace Practice</w:t>
      </w:r>
    </w:p>
    <w:p w14:paraId="2D4798F6" w14:textId="77777777" w:rsidR="005A0029" w:rsidRDefault="00F83EB4">
      <w:r>
        <w:t>Practice a ten-minute quiet period without your phone. Notice what surfaces, then bring it honestly into prayer.</w:t>
      </w:r>
    </w:p>
    <w:p w14:paraId="2EC3D26F" w14:textId="77777777" w:rsidR="005A0029" w:rsidRDefault="00F83EB4">
      <w:pPr>
        <w:pStyle w:val="Heading2"/>
      </w:pPr>
      <w:r>
        <w:t>My Thoughts &amp; Prayers</w:t>
      </w:r>
    </w:p>
    <w:p w14:paraId="296CC797" w14:textId="77777777" w:rsidR="005A0029" w:rsidRDefault="00F83EB4">
      <w:pPr>
        <w:spacing w:after="60"/>
      </w:pPr>
      <w:r>
        <w:rPr>
          <w:color w:val="B4B4B4"/>
          <w:sz w:val="16"/>
        </w:rPr>
        <w:t>________________________________________________________</w:t>
      </w:r>
    </w:p>
    <w:p w14:paraId="4D31A879" w14:textId="77777777" w:rsidR="005A0029" w:rsidRDefault="00F83EB4">
      <w:pPr>
        <w:spacing w:after="60"/>
      </w:pPr>
      <w:r>
        <w:rPr>
          <w:color w:val="B4B4B4"/>
          <w:sz w:val="16"/>
        </w:rPr>
        <w:t>________________________________________________________</w:t>
      </w:r>
    </w:p>
    <w:p w14:paraId="051901C7" w14:textId="77777777" w:rsidR="005A0029" w:rsidRDefault="00F83EB4">
      <w:pPr>
        <w:spacing w:after="60"/>
      </w:pPr>
      <w:r>
        <w:rPr>
          <w:color w:val="B4B4B4"/>
          <w:sz w:val="16"/>
        </w:rPr>
        <w:t>________________________________________________________</w:t>
      </w:r>
    </w:p>
    <w:p w14:paraId="2B65DE46" w14:textId="77777777" w:rsidR="005A0029" w:rsidRDefault="00F83EB4">
      <w:pPr>
        <w:spacing w:after="60"/>
      </w:pPr>
      <w:r>
        <w:rPr>
          <w:color w:val="B4B4B4"/>
          <w:sz w:val="16"/>
        </w:rPr>
        <w:t>________________________________________________________</w:t>
      </w:r>
    </w:p>
    <w:p w14:paraId="7E0CF8FF" w14:textId="77777777" w:rsidR="005A0029" w:rsidRDefault="00F83EB4">
      <w:pPr>
        <w:spacing w:after="60"/>
      </w:pPr>
      <w:r>
        <w:rPr>
          <w:color w:val="B4B4B4"/>
          <w:sz w:val="16"/>
        </w:rPr>
        <w:t>________________________________________________________</w:t>
      </w:r>
    </w:p>
    <w:p w14:paraId="52B9391C" w14:textId="77777777" w:rsidR="005A0029" w:rsidRDefault="00F83EB4">
      <w:pPr>
        <w:pStyle w:val="Heading2"/>
      </w:pPr>
      <w:r>
        <w:t>Prayer</w:t>
      </w:r>
    </w:p>
    <w:p w14:paraId="26D0C55C" w14:textId="77777777" w:rsidR="005A0029" w:rsidRDefault="00F83EB4">
      <w:r>
        <w:t>Father, meet me in this practice of what is actually mine?.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2301A43" w14:textId="77777777" w:rsidR="005A0029" w:rsidRDefault="00F83EB4">
      <w:r>
        <w:rPr>
          <w:b/>
          <w:color w:val="B08D3A"/>
        </w:rPr>
        <w:lastRenderedPageBreak/>
        <w:t xml:space="preserve">TODAY'S DECLARATION  </w:t>
      </w:r>
      <w:r>
        <w:t>I will meet what is actually mine? with truth, faith, and practiced peace.</w:t>
      </w:r>
    </w:p>
    <w:p w14:paraId="7A6C4CE2" w14:textId="77777777" w:rsidR="005A0029" w:rsidRDefault="00F83EB4">
      <w:r>
        <w:br w:type="page"/>
      </w:r>
    </w:p>
    <w:p w14:paraId="27CE846C" w14:textId="77777777" w:rsidR="005A0029" w:rsidRDefault="00F83EB4">
      <w:pPr>
        <w:pStyle w:val="Heading2"/>
      </w:pPr>
      <w:r>
        <w:lastRenderedPageBreak/>
        <w:t>DAY 15</w:t>
      </w:r>
    </w:p>
    <w:p w14:paraId="38BAE2B3" w14:textId="77777777" w:rsidR="005A0029" w:rsidRDefault="00F83EB4">
      <w:pPr>
        <w:pStyle w:val="Heading1"/>
      </w:pPr>
      <w:r>
        <w:t>Unprocessed Trauma and the Lens</w:t>
      </w:r>
    </w:p>
    <w:p w14:paraId="7497C118" w14:textId="77777777" w:rsidR="005A0029" w:rsidRDefault="00F83EB4">
      <w:r>
        <w:rPr>
          <w:b/>
          <w:color w:val="B08D3A"/>
        </w:rPr>
        <w:t xml:space="preserve">ANCHOR SCRIPTURE  </w:t>
      </w:r>
      <w:r>
        <w:t>Romans 12:2</w:t>
      </w:r>
    </w:p>
    <w:p w14:paraId="7CD7AE46" w14:textId="77777777" w:rsidR="005A0029" w:rsidRDefault="00F83EB4">
      <w:pPr>
        <w:pStyle w:val="Heading2"/>
      </w:pPr>
      <w:r>
        <w:t>Guided Reflection</w:t>
      </w:r>
    </w:p>
    <w:p w14:paraId="7945BDAB" w14:textId="77777777" w:rsidR="005A0029" w:rsidRDefault="00F83EB4">
      <w:r>
        <w:t>Today, consider what “unprocessed trauma and the lens”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w:t>
      </w:r>
      <w:r>
        <w:t>n truth is practiced repeatedly, especially when circumstances remain unresolved.</w:t>
      </w:r>
    </w:p>
    <w:p w14:paraId="038A4E46" w14:textId="77777777" w:rsidR="005A0029" w:rsidRDefault="00F83EB4">
      <w:pPr>
        <w:pStyle w:val="Heading2"/>
      </w:pPr>
      <w:r>
        <w:t>Pause &amp; Notice</w:t>
      </w:r>
    </w:p>
    <w:p w14:paraId="6BE97E5C" w14:textId="77777777" w:rsidR="005A0029" w:rsidRDefault="00F83EB4">
      <w:r>
        <w:t>What is this theme revealing about my heart, thoughts, relationships, or current circumstances today?</w:t>
      </w:r>
    </w:p>
    <w:p w14:paraId="77A192B1" w14:textId="77777777" w:rsidR="005A0029" w:rsidRDefault="00F83EB4">
      <w:pPr>
        <w:pStyle w:val="Heading2"/>
      </w:pPr>
      <w:r>
        <w:t>Peace Practice</w:t>
      </w:r>
    </w:p>
    <w:p w14:paraId="0C85997F" w14:textId="77777777" w:rsidR="005A0029" w:rsidRDefault="00F83EB4">
      <w:r>
        <w:t>Sit quietly for three minutes. Name what you feel without judging it. Then write one truth you want to carry into the day.</w:t>
      </w:r>
    </w:p>
    <w:p w14:paraId="7C5E6716" w14:textId="77777777" w:rsidR="005A0029" w:rsidRDefault="00F83EB4">
      <w:pPr>
        <w:pStyle w:val="Heading2"/>
      </w:pPr>
      <w:r>
        <w:t>My Thoughts &amp; Prayers</w:t>
      </w:r>
    </w:p>
    <w:p w14:paraId="4CA5C1E9" w14:textId="77777777" w:rsidR="005A0029" w:rsidRDefault="00F83EB4">
      <w:pPr>
        <w:spacing w:after="60"/>
      </w:pPr>
      <w:r>
        <w:rPr>
          <w:color w:val="B4B4B4"/>
          <w:sz w:val="16"/>
        </w:rPr>
        <w:t>________________________________________________________</w:t>
      </w:r>
    </w:p>
    <w:p w14:paraId="0E0CD87F" w14:textId="77777777" w:rsidR="005A0029" w:rsidRDefault="00F83EB4">
      <w:pPr>
        <w:spacing w:after="60"/>
      </w:pPr>
      <w:r>
        <w:rPr>
          <w:color w:val="B4B4B4"/>
          <w:sz w:val="16"/>
        </w:rPr>
        <w:t>________________________________________________________</w:t>
      </w:r>
    </w:p>
    <w:p w14:paraId="1DDA333D" w14:textId="77777777" w:rsidR="005A0029" w:rsidRDefault="00F83EB4">
      <w:pPr>
        <w:spacing w:after="60"/>
      </w:pPr>
      <w:r>
        <w:rPr>
          <w:color w:val="B4B4B4"/>
          <w:sz w:val="16"/>
        </w:rPr>
        <w:t>________________________________________________________</w:t>
      </w:r>
    </w:p>
    <w:p w14:paraId="56EC805A" w14:textId="77777777" w:rsidR="005A0029" w:rsidRDefault="00F83EB4">
      <w:pPr>
        <w:spacing w:after="60"/>
      </w:pPr>
      <w:r>
        <w:rPr>
          <w:color w:val="B4B4B4"/>
          <w:sz w:val="16"/>
        </w:rPr>
        <w:t>________________________________________________________</w:t>
      </w:r>
    </w:p>
    <w:p w14:paraId="4A04EAB1" w14:textId="77777777" w:rsidR="005A0029" w:rsidRDefault="00F83EB4">
      <w:pPr>
        <w:spacing w:after="60"/>
      </w:pPr>
      <w:r>
        <w:rPr>
          <w:color w:val="B4B4B4"/>
          <w:sz w:val="16"/>
        </w:rPr>
        <w:t>________________________________________________________</w:t>
      </w:r>
    </w:p>
    <w:p w14:paraId="39AC54A7" w14:textId="77777777" w:rsidR="005A0029" w:rsidRDefault="00F83EB4">
      <w:pPr>
        <w:pStyle w:val="Heading2"/>
      </w:pPr>
      <w:r>
        <w:t>Prayer</w:t>
      </w:r>
    </w:p>
    <w:p w14:paraId="23386808" w14:textId="77777777" w:rsidR="005A0029" w:rsidRDefault="00F83EB4">
      <w:r>
        <w:t>Father, meet me in this practice of unprocessed trauma and the lens.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5FBBAD2" w14:textId="77777777" w:rsidR="005A0029" w:rsidRDefault="00F83EB4">
      <w:r>
        <w:rPr>
          <w:b/>
          <w:color w:val="B08D3A"/>
        </w:rPr>
        <w:lastRenderedPageBreak/>
        <w:t xml:space="preserve">TODAY'S DECLARATION  </w:t>
      </w:r>
      <w:r>
        <w:t>I will meet unprocessed trauma and the lens with truth, faith, and practiced peace.</w:t>
      </w:r>
    </w:p>
    <w:p w14:paraId="653AE1CE" w14:textId="77777777" w:rsidR="005A0029" w:rsidRDefault="00F83EB4">
      <w:r>
        <w:br w:type="page"/>
      </w:r>
    </w:p>
    <w:p w14:paraId="1EF57BAC" w14:textId="77777777" w:rsidR="005A0029" w:rsidRDefault="00F83EB4">
      <w:pPr>
        <w:pStyle w:val="Heading2"/>
      </w:pPr>
      <w:r>
        <w:lastRenderedPageBreak/>
        <w:t>DAY 16</w:t>
      </w:r>
    </w:p>
    <w:p w14:paraId="4A96352C" w14:textId="77777777" w:rsidR="005A0029" w:rsidRDefault="00F83EB4">
      <w:pPr>
        <w:pStyle w:val="Heading1"/>
      </w:pPr>
      <w:r>
        <w:t>Naming the Trigger</w:t>
      </w:r>
    </w:p>
    <w:p w14:paraId="7F82C1F5" w14:textId="77777777" w:rsidR="005A0029" w:rsidRDefault="00F83EB4">
      <w:r>
        <w:rPr>
          <w:b/>
          <w:color w:val="B08D3A"/>
        </w:rPr>
        <w:t xml:space="preserve">ANCHOR SCRIPTURE  </w:t>
      </w:r>
      <w:r>
        <w:t>Psalm 139:23-24</w:t>
      </w:r>
    </w:p>
    <w:p w14:paraId="5657C033" w14:textId="77777777" w:rsidR="005A0029" w:rsidRDefault="00F83EB4">
      <w:pPr>
        <w:pStyle w:val="Heading2"/>
      </w:pPr>
      <w:r>
        <w:t>Guided Reflection</w:t>
      </w:r>
    </w:p>
    <w:p w14:paraId="7F754974" w14:textId="77777777" w:rsidR="005A0029" w:rsidRDefault="00F83EB4">
      <w:r>
        <w:t>Today, consider what “naming the trigger”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truth is pr</w:t>
      </w:r>
      <w:r>
        <w:t>acticed repeatedly, especially when circumstances remain unresolved.</w:t>
      </w:r>
    </w:p>
    <w:p w14:paraId="518FDAAE" w14:textId="77777777" w:rsidR="005A0029" w:rsidRDefault="00F83EB4">
      <w:pPr>
        <w:pStyle w:val="Heading2"/>
      </w:pPr>
      <w:r>
        <w:t>Pause &amp; Notice</w:t>
      </w:r>
    </w:p>
    <w:p w14:paraId="16C522A6" w14:textId="77777777" w:rsidR="005A0029" w:rsidRDefault="00F83EB4">
      <w:r>
        <w:t>What is this theme revealing about my heart, thoughts, relationships, or current circumstances today?</w:t>
      </w:r>
    </w:p>
    <w:p w14:paraId="23CF0130" w14:textId="77777777" w:rsidR="005A0029" w:rsidRDefault="00F83EB4">
      <w:pPr>
        <w:pStyle w:val="Heading2"/>
      </w:pPr>
      <w:r>
        <w:t>Peace Practice</w:t>
      </w:r>
    </w:p>
    <w:p w14:paraId="576D61D5" w14:textId="77777777" w:rsidR="005A0029" w:rsidRDefault="00F83EB4">
      <w:r>
        <w:t>Draw two columns: 'What I can control' and 'What I must release.' Place each concern in the appropriate column and pray over both.</w:t>
      </w:r>
    </w:p>
    <w:p w14:paraId="1A4F0897" w14:textId="77777777" w:rsidR="005A0029" w:rsidRDefault="00F83EB4">
      <w:pPr>
        <w:pStyle w:val="Heading2"/>
      </w:pPr>
      <w:r>
        <w:t>My Thoughts &amp; Prayers</w:t>
      </w:r>
    </w:p>
    <w:p w14:paraId="65094505" w14:textId="77777777" w:rsidR="005A0029" w:rsidRDefault="00F83EB4">
      <w:pPr>
        <w:spacing w:after="60"/>
      </w:pPr>
      <w:r>
        <w:rPr>
          <w:color w:val="B4B4B4"/>
          <w:sz w:val="16"/>
        </w:rPr>
        <w:t>________________________________________________________</w:t>
      </w:r>
    </w:p>
    <w:p w14:paraId="2FA9CB8D" w14:textId="77777777" w:rsidR="005A0029" w:rsidRDefault="00F83EB4">
      <w:pPr>
        <w:spacing w:after="60"/>
      </w:pPr>
      <w:r>
        <w:rPr>
          <w:color w:val="B4B4B4"/>
          <w:sz w:val="16"/>
        </w:rPr>
        <w:t>________________________________________________________</w:t>
      </w:r>
    </w:p>
    <w:p w14:paraId="1FF2A7EE" w14:textId="77777777" w:rsidR="005A0029" w:rsidRDefault="00F83EB4">
      <w:pPr>
        <w:spacing w:after="60"/>
      </w:pPr>
      <w:r>
        <w:rPr>
          <w:color w:val="B4B4B4"/>
          <w:sz w:val="16"/>
        </w:rPr>
        <w:t>________________________________________________________</w:t>
      </w:r>
    </w:p>
    <w:p w14:paraId="3B2128C8" w14:textId="77777777" w:rsidR="005A0029" w:rsidRDefault="00F83EB4">
      <w:pPr>
        <w:spacing w:after="60"/>
      </w:pPr>
      <w:r>
        <w:rPr>
          <w:color w:val="B4B4B4"/>
          <w:sz w:val="16"/>
        </w:rPr>
        <w:t>________________________________________________________</w:t>
      </w:r>
    </w:p>
    <w:p w14:paraId="022659E6" w14:textId="77777777" w:rsidR="005A0029" w:rsidRDefault="00F83EB4">
      <w:pPr>
        <w:spacing w:after="60"/>
      </w:pPr>
      <w:r>
        <w:rPr>
          <w:color w:val="B4B4B4"/>
          <w:sz w:val="16"/>
        </w:rPr>
        <w:t>________________________________________________________</w:t>
      </w:r>
    </w:p>
    <w:p w14:paraId="14538CD9" w14:textId="77777777" w:rsidR="005A0029" w:rsidRDefault="00F83EB4">
      <w:pPr>
        <w:pStyle w:val="Heading2"/>
      </w:pPr>
      <w:r>
        <w:t>Prayer</w:t>
      </w:r>
    </w:p>
    <w:p w14:paraId="644F0E77" w14:textId="77777777" w:rsidR="005A0029" w:rsidRDefault="00F83EB4">
      <w:r>
        <w:t>Father, meet me in this practice of naming the trigger.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7EACD76" w14:textId="77777777" w:rsidR="005A0029" w:rsidRDefault="00F83EB4">
      <w:r>
        <w:rPr>
          <w:b/>
          <w:color w:val="B08D3A"/>
        </w:rPr>
        <w:lastRenderedPageBreak/>
        <w:t xml:space="preserve">TODAY'S DECLARATION  </w:t>
      </w:r>
      <w:r>
        <w:t>I will meet naming the trigger with truth, faith, and practiced peace.</w:t>
      </w:r>
    </w:p>
    <w:p w14:paraId="15D906BB" w14:textId="77777777" w:rsidR="005A0029" w:rsidRDefault="00F83EB4">
      <w:r>
        <w:br w:type="page"/>
      </w:r>
    </w:p>
    <w:p w14:paraId="41E3E5C3" w14:textId="77777777" w:rsidR="005A0029" w:rsidRDefault="00F83EB4">
      <w:pPr>
        <w:pStyle w:val="Heading2"/>
      </w:pPr>
      <w:r>
        <w:lastRenderedPageBreak/>
        <w:t>DAY 17</w:t>
      </w:r>
    </w:p>
    <w:p w14:paraId="5EF23BA9" w14:textId="77777777" w:rsidR="005A0029" w:rsidRDefault="00F83EB4">
      <w:pPr>
        <w:pStyle w:val="Heading1"/>
      </w:pPr>
      <w:r>
        <w:t>Grounding in the Present</w:t>
      </w:r>
    </w:p>
    <w:p w14:paraId="0DE7A9B9" w14:textId="77777777" w:rsidR="005A0029" w:rsidRDefault="00F83EB4">
      <w:r>
        <w:rPr>
          <w:b/>
          <w:color w:val="B08D3A"/>
        </w:rPr>
        <w:t xml:space="preserve">ANCHOR SCRIPTURE  </w:t>
      </w:r>
      <w:r>
        <w:t>Matthew 6:34</w:t>
      </w:r>
    </w:p>
    <w:p w14:paraId="0B66E432" w14:textId="77777777" w:rsidR="005A0029" w:rsidRDefault="00F83EB4">
      <w:pPr>
        <w:pStyle w:val="Heading2"/>
      </w:pPr>
      <w:r>
        <w:t>Guided Reflection</w:t>
      </w:r>
    </w:p>
    <w:p w14:paraId="054CF84E" w14:textId="77777777" w:rsidR="005A0029" w:rsidRDefault="00F83EB4">
      <w:r>
        <w:t>Today, consider what “grounding in the present”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truth</w:t>
      </w:r>
      <w:r>
        <w:t xml:space="preserve"> is practiced repeatedly, especially when circumstances remain unresolved.</w:t>
      </w:r>
    </w:p>
    <w:p w14:paraId="74DE8D44" w14:textId="77777777" w:rsidR="005A0029" w:rsidRDefault="00F83EB4">
      <w:pPr>
        <w:pStyle w:val="Heading2"/>
      </w:pPr>
      <w:r>
        <w:t>Pause &amp; Notice</w:t>
      </w:r>
    </w:p>
    <w:p w14:paraId="18DE6E1B" w14:textId="77777777" w:rsidR="005A0029" w:rsidRDefault="00F83EB4">
      <w:r>
        <w:t>What is this theme revealing about my heart, thoughts, relationships, or current circumstances today?</w:t>
      </w:r>
    </w:p>
    <w:p w14:paraId="2832B3CA" w14:textId="77777777" w:rsidR="005A0029" w:rsidRDefault="00F83EB4">
      <w:pPr>
        <w:pStyle w:val="Heading2"/>
      </w:pPr>
      <w:r>
        <w:t>Peace Practice</w:t>
      </w:r>
    </w:p>
    <w:p w14:paraId="3C2805C7" w14:textId="77777777" w:rsidR="005A0029" w:rsidRDefault="00F83EB4">
      <w:r>
        <w:t>Take five slow breaths. With each inhale, receive God's presence; with each exhale, release one pressure you have been carrying.</w:t>
      </w:r>
    </w:p>
    <w:p w14:paraId="66728260" w14:textId="77777777" w:rsidR="005A0029" w:rsidRDefault="00F83EB4">
      <w:pPr>
        <w:pStyle w:val="Heading2"/>
      </w:pPr>
      <w:r>
        <w:t>My Thoughts &amp; Prayers</w:t>
      </w:r>
    </w:p>
    <w:p w14:paraId="520089F8" w14:textId="77777777" w:rsidR="005A0029" w:rsidRDefault="00F83EB4">
      <w:pPr>
        <w:spacing w:after="60"/>
      </w:pPr>
      <w:r>
        <w:rPr>
          <w:color w:val="B4B4B4"/>
          <w:sz w:val="16"/>
        </w:rPr>
        <w:t>________________________________________________________</w:t>
      </w:r>
    </w:p>
    <w:p w14:paraId="79B9DAEA" w14:textId="77777777" w:rsidR="005A0029" w:rsidRDefault="00F83EB4">
      <w:pPr>
        <w:spacing w:after="60"/>
      </w:pPr>
      <w:r>
        <w:rPr>
          <w:color w:val="B4B4B4"/>
          <w:sz w:val="16"/>
        </w:rPr>
        <w:t>________________________________________________________</w:t>
      </w:r>
    </w:p>
    <w:p w14:paraId="6A102B75" w14:textId="77777777" w:rsidR="005A0029" w:rsidRDefault="00F83EB4">
      <w:pPr>
        <w:spacing w:after="60"/>
      </w:pPr>
      <w:r>
        <w:rPr>
          <w:color w:val="B4B4B4"/>
          <w:sz w:val="16"/>
        </w:rPr>
        <w:t>________________________________________________________</w:t>
      </w:r>
    </w:p>
    <w:p w14:paraId="09600970" w14:textId="77777777" w:rsidR="005A0029" w:rsidRDefault="00F83EB4">
      <w:pPr>
        <w:spacing w:after="60"/>
      </w:pPr>
      <w:r>
        <w:rPr>
          <w:color w:val="B4B4B4"/>
          <w:sz w:val="16"/>
        </w:rPr>
        <w:t>________________________________________________________</w:t>
      </w:r>
    </w:p>
    <w:p w14:paraId="4456D0AC" w14:textId="77777777" w:rsidR="005A0029" w:rsidRDefault="00F83EB4">
      <w:pPr>
        <w:spacing w:after="60"/>
      </w:pPr>
      <w:r>
        <w:rPr>
          <w:color w:val="B4B4B4"/>
          <w:sz w:val="16"/>
        </w:rPr>
        <w:t>________________________________________________________</w:t>
      </w:r>
    </w:p>
    <w:p w14:paraId="51903F29" w14:textId="77777777" w:rsidR="005A0029" w:rsidRDefault="00F83EB4">
      <w:pPr>
        <w:pStyle w:val="Heading2"/>
      </w:pPr>
      <w:r>
        <w:t>Prayer</w:t>
      </w:r>
    </w:p>
    <w:p w14:paraId="25D3D838" w14:textId="77777777" w:rsidR="005A0029" w:rsidRDefault="00F83EB4">
      <w:r>
        <w:t>Father, meet me in this practice of grounding in the present.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B1AAB65" w14:textId="77777777" w:rsidR="005A0029" w:rsidRDefault="00F83EB4">
      <w:r>
        <w:rPr>
          <w:b/>
          <w:color w:val="B08D3A"/>
        </w:rPr>
        <w:lastRenderedPageBreak/>
        <w:t xml:space="preserve">TODAY'S DECLARATION  </w:t>
      </w:r>
      <w:r>
        <w:t>I will meet grounding in the present with truth, faith, and practiced peace.</w:t>
      </w:r>
    </w:p>
    <w:p w14:paraId="592E0D5E" w14:textId="77777777" w:rsidR="005A0029" w:rsidRDefault="00F83EB4">
      <w:r>
        <w:br w:type="page"/>
      </w:r>
    </w:p>
    <w:p w14:paraId="56C3BA85" w14:textId="77777777" w:rsidR="005A0029" w:rsidRDefault="00F83EB4">
      <w:pPr>
        <w:pStyle w:val="Heading2"/>
      </w:pPr>
      <w:r>
        <w:lastRenderedPageBreak/>
        <w:t>DAY 18</w:t>
      </w:r>
    </w:p>
    <w:p w14:paraId="2DD76552" w14:textId="77777777" w:rsidR="005A0029" w:rsidRDefault="00F83EB4">
      <w:pPr>
        <w:pStyle w:val="Heading1"/>
      </w:pPr>
      <w:r>
        <w:t>Challenge the Assumption</w:t>
      </w:r>
    </w:p>
    <w:p w14:paraId="3B56CEEF" w14:textId="77777777" w:rsidR="005A0029" w:rsidRDefault="00F83EB4">
      <w:r>
        <w:rPr>
          <w:b/>
          <w:color w:val="B08D3A"/>
        </w:rPr>
        <w:t xml:space="preserve">ANCHOR SCRIPTURE  </w:t>
      </w:r>
      <w:r>
        <w:t>Philippians 4:8</w:t>
      </w:r>
    </w:p>
    <w:p w14:paraId="0C4D7FFE" w14:textId="77777777" w:rsidR="005A0029" w:rsidRDefault="00F83EB4">
      <w:pPr>
        <w:pStyle w:val="Heading2"/>
      </w:pPr>
      <w:r>
        <w:t>Guided Reflection</w:t>
      </w:r>
    </w:p>
    <w:p w14:paraId="1433EC99" w14:textId="77777777" w:rsidR="005A0029" w:rsidRDefault="00F83EB4">
      <w:r>
        <w:t>Today, consider what “challenge the assumption”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truth</w:t>
      </w:r>
      <w:r>
        <w:t xml:space="preserve"> is practiced repeatedly, especially when circumstances remain unresolved.</w:t>
      </w:r>
    </w:p>
    <w:p w14:paraId="27085B56" w14:textId="77777777" w:rsidR="005A0029" w:rsidRDefault="00F83EB4">
      <w:pPr>
        <w:pStyle w:val="Heading2"/>
      </w:pPr>
      <w:r>
        <w:t>Pause &amp; Notice</w:t>
      </w:r>
    </w:p>
    <w:p w14:paraId="06A4BD19" w14:textId="77777777" w:rsidR="005A0029" w:rsidRDefault="00F83EB4">
      <w:r>
        <w:t>What is this theme revealing about my heart, thoughts, relationships, or current circumstances today?</w:t>
      </w:r>
    </w:p>
    <w:p w14:paraId="78F72D2A" w14:textId="77777777" w:rsidR="005A0029" w:rsidRDefault="00F83EB4">
      <w:pPr>
        <w:pStyle w:val="Heading2"/>
      </w:pPr>
      <w:r>
        <w:t>Peace Practice</w:t>
      </w:r>
    </w:p>
    <w:p w14:paraId="3D8C903B" w14:textId="77777777" w:rsidR="005A0029" w:rsidRDefault="00F83EB4">
      <w:r>
        <w:t>Write one recurring fearful thought. Under it, write a Scripture-shaped response that is more truthful and life-giving.</w:t>
      </w:r>
    </w:p>
    <w:p w14:paraId="5485F788" w14:textId="77777777" w:rsidR="005A0029" w:rsidRDefault="00F83EB4">
      <w:pPr>
        <w:pStyle w:val="Heading2"/>
      </w:pPr>
      <w:r>
        <w:t>My Thoughts &amp; Prayers</w:t>
      </w:r>
    </w:p>
    <w:p w14:paraId="3275FCEA" w14:textId="77777777" w:rsidR="005A0029" w:rsidRDefault="00F83EB4">
      <w:pPr>
        <w:spacing w:after="60"/>
      </w:pPr>
      <w:r>
        <w:rPr>
          <w:color w:val="B4B4B4"/>
          <w:sz w:val="16"/>
        </w:rPr>
        <w:t>________________________________________________________</w:t>
      </w:r>
    </w:p>
    <w:p w14:paraId="7374750C" w14:textId="77777777" w:rsidR="005A0029" w:rsidRDefault="00F83EB4">
      <w:pPr>
        <w:spacing w:after="60"/>
      </w:pPr>
      <w:r>
        <w:rPr>
          <w:color w:val="B4B4B4"/>
          <w:sz w:val="16"/>
        </w:rPr>
        <w:t>________________________________________________________</w:t>
      </w:r>
    </w:p>
    <w:p w14:paraId="55BB379B" w14:textId="77777777" w:rsidR="005A0029" w:rsidRDefault="00F83EB4">
      <w:pPr>
        <w:spacing w:after="60"/>
      </w:pPr>
      <w:r>
        <w:rPr>
          <w:color w:val="B4B4B4"/>
          <w:sz w:val="16"/>
        </w:rPr>
        <w:t>________________________________________________________</w:t>
      </w:r>
    </w:p>
    <w:p w14:paraId="0A512508" w14:textId="77777777" w:rsidR="005A0029" w:rsidRDefault="00F83EB4">
      <w:pPr>
        <w:spacing w:after="60"/>
      </w:pPr>
      <w:r>
        <w:rPr>
          <w:color w:val="B4B4B4"/>
          <w:sz w:val="16"/>
        </w:rPr>
        <w:t>________________________________________________________</w:t>
      </w:r>
    </w:p>
    <w:p w14:paraId="660650B6" w14:textId="77777777" w:rsidR="005A0029" w:rsidRDefault="00F83EB4">
      <w:pPr>
        <w:spacing w:after="60"/>
      </w:pPr>
      <w:r>
        <w:rPr>
          <w:color w:val="B4B4B4"/>
          <w:sz w:val="16"/>
        </w:rPr>
        <w:t>________________________________________________________</w:t>
      </w:r>
    </w:p>
    <w:p w14:paraId="1B5347C9" w14:textId="77777777" w:rsidR="005A0029" w:rsidRDefault="00F83EB4">
      <w:pPr>
        <w:pStyle w:val="Heading2"/>
      </w:pPr>
      <w:r>
        <w:t>Prayer</w:t>
      </w:r>
    </w:p>
    <w:p w14:paraId="64F5B28C" w14:textId="77777777" w:rsidR="005A0029" w:rsidRDefault="00F83EB4">
      <w:r>
        <w:t>Father, meet me in this practice of challenge the assumption.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0CF9E78" w14:textId="77777777" w:rsidR="005A0029" w:rsidRDefault="00F83EB4">
      <w:r>
        <w:rPr>
          <w:b/>
          <w:color w:val="B08D3A"/>
        </w:rPr>
        <w:lastRenderedPageBreak/>
        <w:t xml:space="preserve">TODAY'S DECLARATION  </w:t>
      </w:r>
      <w:r>
        <w:t>I will meet challenge the assumption with truth, faith, and practiced peace.</w:t>
      </w:r>
    </w:p>
    <w:p w14:paraId="77FF33DD" w14:textId="77777777" w:rsidR="005A0029" w:rsidRDefault="00F83EB4">
      <w:r>
        <w:br w:type="page"/>
      </w:r>
    </w:p>
    <w:p w14:paraId="14759010" w14:textId="77777777" w:rsidR="005A0029" w:rsidRDefault="00F83EB4">
      <w:pPr>
        <w:pStyle w:val="Heading2"/>
      </w:pPr>
      <w:r>
        <w:lastRenderedPageBreak/>
        <w:t>DAY 19</w:t>
      </w:r>
    </w:p>
    <w:p w14:paraId="7D246324" w14:textId="77777777" w:rsidR="005A0029" w:rsidRDefault="00F83EB4">
      <w:pPr>
        <w:pStyle w:val="Heading1"/>
      </w:pPr>
      <w:r>
        <w:t>What Does Love See?</w:t>
      </w:r>
    </w:p>
    <w:p w14:paraId="77FC5828" w14:textId="77777777" w:rsidR="005A0029" w:rsidRDefault="00F83EB4">
      <w:r>
        <w:rPr>
          <w:b/>
          <w:color w:val="B08D3A"/>
        </w:rPr>
        <w:t xml:space="preserve">ANCHOR SCRIPTURE  </w:t>
      </w:r>
      <w:r>
        <w:t>1 Corinthians 13:5</w:t>
      </w:r>
    </w:p>
    <w:p w14:paraId="26CEEEF1" w14:textId="77777777" w:rsidR="005A0029" w:rsidRDefault="00F83EB4">
      <w:pPr>
        <w:pStyle w:val="Heading2"/>
      </w:pPr>
      <w:r>
        <w:t>Guided Reflection</w:t>
      </w:r>
    </w:p>
    <w:p w14:paraId="6BB1697E" w14:textId="77777777" w:rsidR="005A0029" w:rsidRDefault="00F83EB4">
      <w:r>
        <w:t>Today, consider what “what does love see?”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truth is p</w:t>
      </w:r>
      <w:r>
        <w:t>racticed repeatedly, especially when circumstances remain unresolved.</w:t>
      </w:r>
    </w:p>
    <w:p w14:paraId="1028EDBA" w14:textId="77777777" w:rsidR="005A0029" w:rsidRDefault="00F83EB4">
      <w:pPr>
        <w:pStyle w:val="Heading2"/>
      </w:pPr>
      <w:r>
        <w:t>Pause &amp; Notice</w:t>
      </w:r>
    </w:p>
    <w:p w14:paraId="0D34C23A" w14:textId="77777777" w:rsidR="005A0029" w:rsidRDefault="00F83EB4">
      <w:r>
        <w:t>What is this theme revealing about my heart, thoughts, relationships, or current circumstances today?</w:t>
      </w:r>
    </w:p>
    <w:p w14:paraId="3C0BF3C0" w14:textId="77777777" w:rsidR="005A0029" w:rsidRDefault="00F83EB4">
      <w:pPr>
        <w:pStyle w:val="Heading2"/>
      </w:pPr>
      <w:r>
        <w:t>Peace Practice</w:t>
      </w:r>
    </w:p>
    <w:p w14:paraId="3192EDEF" w14:textId="77777777" w:rsidR="005A0029" w:rsidRDefault="00F83EB4">
      <w:r>
        <w:t>Identify one small action that would create greater peace today. Make it specific enough to complete before the day ends.</w:t>
      </w:r>
    </w:p>
    <w:p w14:paraId="6CBEB3DA" w14:textId="77777777" w:rsidR="005A0029" w:rsidRDefault="00F83EB4">
      <w:pPr>
        <w:pStyle w:val="Heading2"/>
      </w:pPr>
      <w:r>
        <w:t>My Thoughts &amp; Prayers</w:t>
      </w:r>
    </w:p>
    <w:p w14:paraId="6B069DB7" w14:textId="77777777" w:rsidR="005A0029" w:rsidRDefault="00F83EB4">
      <w:pPr>
        <w:spacing w:after="60"/>
      </w:pPr>
      <w:r>
        <w:rPr>
          <w:color w:val="B4B4B4"/>
          <w:sz w:val="16"/>
        </w:rPr>
        <w:t>________________________________________________________</w:t>
      </w:r>
    </w:p>
    <w:p w14:paraId="77DD687E" w14:textId="77777777" w:rsidR="005A0029" w:rsidRDefault="00F83EB4">
      <w:pPr>
        <w:spacing w:after="60"/>
      </w:pPr>
      <w:r>
        <w:rPr>
          <w:color w:val="B4B4B4"/>
          <w:sz w:val="16"/>
        </w:rPr>
        <w:t>________________________________________________________</w:t>
      </w:r>
    </w:p>
    <w:p w14:paraId="03FEA316" w14:textId="77777777" w:rsidR="005A0029" w:rsidRDefault="00F83EB4">
      <w:pPr>
        <w:spacing w:after="60"/>
      </w:pPr>
      <w:r>
        <w:rPr>
          <w:color w:val="B4B4B4"/>
          <w:sz w:val="16"/>
        </w:rPr>
        <w:t>________________________________________________________</w:t>
      </w:r>
    </w:p>
    <w:p w14:paraId="5AC33977" w14:textId="77777777" w:rsidR="005A0029" w:rsidRDefault="00F83EB4">
      <w:pPr>
        <w:spacing w:after="60"/>
      </w:pPr>
      <w:r>
        <w:rPr>
          <w:color w:val="B4B4B4"/>
          <w:sz w:val="16"/>
        </w:rPr>
        <w:t>________________________________________________________</w:t>
      </w:r>
    </w:p>
    <w:p w14:paraId="0E806619" w14:textId="77777777" w:rsidR="005A0029" w:rsidRDefault="00F83EB4">
      <w:pPr>
        <w:spacing w:after="60"/>
      </w:pPr>
      <w:r>
        <w:rPr>
          <w:color w:val="B4B4B4"/>
          <w:sz w:val="16"/>
        </w:rPr>
        <w:t>________________________________________________________</w:t>
      </w:r>
    </w:p>
    <w:p w14:paraId="6ED974B7" w14:textId="77777777" w:rsidR="005A0029" w:rsidRDefault="00F83EB4">
      <w:pPr>
        <w:pStyle w:val="Heading2"/>
      </w:pPr>
      <w:r>
        <w:t>Prayer</w:t>
      </w:r>
    </w:p>
    <w:p w14:paraId="275F940E" w14:textId="77777777" w:rsidR="005A0029" w:rsidRDefault="00F83EB4">
      <w:r>
        <w:t>Father, meet me in this practice of what does love see?.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8BFB56E" w14:textId="77777777" w:rsidR="005A0029" w:rsidRDefault="00F83EB4">
      <w:r>
        <w:rPr>
          <w:b/>
          <w:color w:val="B08D3A"/>
        </w:rPr>
        <w:lastRenderedPageBreak/>
        <w:t xml:space="preserve">TODAY'S DECLARATION  </w:t>
      </w:r>
      <w:r>
        <w:t>I will meet what does love see? with truth, faith, and practiced peace.</w:t>
      </w:r>
    </w:p>
    <w:p w14:paraId="0D9FF65C" w14:textId="77777777" w:rsidR="005A0029" w:rsidRDefault="00F83EB4">
      <w:r>
        <w:br w:type="page"/>
      </w:r>
    </w:p>
    <w:p w14:paraId="4CBAE024" w14:textId="77777777" w:rsidR="005A0029" w:rsidRDefault="00F83EB4">
      <w:pPr>
        <w:pStyle w:val="Heading2"/>
      </w:pPr>
      <w:r>
        <w:lastRenderedPageBreak/>
        <w:t>DAY 20</w:t>
      </w:r>
    </w:p>
    <w:p w14:paraId="3835B22D" w14:textId="77777777" w:rsidR="005A0029" w:rsidRDefault="00F83EB4">
      <w:pPr>
        <w:pStyle w:val="Heading1"/>
      </w:pPr>
      <w:r>
        <w:t>What Does Wisdom Say?</w:t>
      </w:r>
    </w:p>
    <w:p w14:paraId="7F012DCD" w14:textId="77777777" w:rsidR="005A0029" w:rsidRDefault="00F83EB4">
      <w:r>
        <w:rPr>
          <w:b/>
          <w:color w:val="B08D3A"/>
        </w:rPr>
        <w:t xml:space="preserve">ANCHOR SCRIPTURE  </w:t>
      </w:r>
      <w:r>
        <w:t>Proverbs 2:6</w:t>
      </w:r>
    </w:p>
    <w:p w14:paraId="6B472049" w14:textId="77777777" w:rsidR="005A0029" w:rsidRDefault="00F83EB4">
      <w:pPr>
        <w:pStyle w:val="Heading2"/>
      </w:pPr>
      <w:r>
        <w:t>Guided Reflection</w:t>
      </w:r>
    </w:p>
    <w:p w14:paraId="22AE7274" w14:textId="77777777" w:rsidR="005A0029" w:rsidRDefault="00F83EB4">
      <w:r>
        <w:t>Today, consider what “what does wisdom say?”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truth is</w:t>
      </w:r>
      <w:r>
        <w:t xml:space="preserve"> practiced repeatedly, especially when circumstances remain unresolved.</w:t>
      </w:r>
    </w:p>
    <w:p w14:paraId="19698F34" w14:textId="77777777" w:rsidR="005A0029" w:rsidRDefault="00F83EB4">
      <w:pPr>
        <w:pStyle w:val="Heading2"/>
      </w:pPr>
      <w:r>
        <w:t>Pause &amp; Notice</w:t>
      </w:r>
    </w:p>
    <w:p w14:paraId="01A7872D" w14:textId="77777777" w:rsidR="005A0029" w:rsidRDefault="00F83EB4">
      <w:r>
        <w:t>What is this theme revealing about my heart, thoughts, relationships, or current circumstances today?</w:t>
      </w:r>
    </w:p>
    <w:p w14:paraId="12F96F31" w14:textId="77777777" w:rsidR="005A0029" w:rsidRDefault="00F83EB4">
      <w:pPr>
        <w:pStyle w:val="Heading2"/>
      </w:pPr>
      <w:r>
        <w:t>Peace Practice</w:t>
      </w:r>
    </w:p>
    <w:p w14:paraId="062B53DE" w14:textId="77777777" w:rsidR="005A0029" w:rsidRDefault="00F83EB4">
      <w:r>
        <w:t>Reach out to one trusted, mature person. Share one thing you have been carrying silently and allow yourself to receive support.</w:t>
      </w:r>
    </w:p>
    <w:p w14:paraId="473D18F1" w14:textId="77777777" w:rsidR="005A0029" w:rsidRDefault="00F83EB4">
      <w:pPr>
        <w:pStyle w:val="Heading2"/>
      </w:pPr>
      <w:r>
        <w:t>My Thoughts &amp; Prayers</w:t>
      </w:r>
    </w:p>
    <w:p w14:paraId="0DF2BAF8" w14:textId="77777777" w:rsidR="005A0029" w:rsidRDefault="00F83EB4">
      <w:pPr>
        <w:spacing w:after="60"/>
      </w:pPr>
      <w:r>
        <w:rPr>
          <w:color w:val="B4B4B4"/>
          <w:sz w:val="16"/>
        </w:rPr>
        <w:t>________________________________________________________</w:t>
      </w:r>
    </w:p>
    <w:p w14:paraId="33FB7CFC" w14:textId="77777777" w:rsidR="005A0029" w:rsidRDefault="00F83EB4">
      <w:pPr>
        <w:spacing w:after="60"/>
      </w:pPr>
      <w:r>
        <w:rPr>
          <w:color w:val="B4B4B4"/>
          <w:sz w:val="16"/>
        </w:rPr>
        <w:t>________________________________________________________</w:t>
      </w:r>
    </w:p>
    <w:p w14:paraId="51F68E90" w14:textId="77777777" w:rsidR="005A0029" w:rsidRDefault="00F83EB4">
      <w:pPr>
        <w:spacing w:after="60"/>
      </w:pPr>
      <w:r>
        <w:rPr>
          <w:color w:val="B4B4B4"/>
          <w:sz w:val="16"/>
        </w:rPr>
        <w:t>________________________________________________________</w:t>
      </w:r>
    </w:p>
    <w:p w14:paraId="7AC7FAEF" w14:textId="77777777" w:rsidR="005A0029" w:rsidRDefault="00F83EB4">
      <w:pPr>
        <w:spacing w:after="60"/>
      </w:pPr>
      <w:r>
        <w:rPr>
          <w:color w:val="B4B4B4"/>
          <w:sz w:val="16"/>
        </w:rPr>
        <w:t>________________________________________________________</w:t>
      </w:r>
    </w:p>
    <w:p w14:paraId="64F28DBF" w14:textId="77777777" w:rsidR="005A0029" w:rsidRDefault="00F83EB4">
      <w:pPr>
        <w:spacing w:after="60"/>
      </w:pPr>
      <w:r>
        <w:rPr>
          <w:color w:val="B4B4B4"/>
          <w:sz w:val="16"/>
        </w:rPr>
        <w:t>________________________________________________________</w:t>
      </w:r>
    </w:p>
    <w:p w14:paraId="4834BA05" w14:textId="77777777" w:rsidR="005A0029" w:rsidRDefault="00F83EB4">
      <w:pPr>
        <w:pStyle w:val="Heading2"/>
      </w:pPr>
      <w:r>
        <w:t>Prayer</w:t>
      </w:r>
    </w:p>
    <w:p w14:paraId="29D11F4B" w14:textId="77777777" w:rsidR="005A0029" w:rsidRDefault="00F83EB4">
      <w:r>
        <w:t>Father, meet me in this practice of what does wisdom say?.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6AA530A" w14:textId="77777777" w:rsidR="005A0029" w:rsidRDefault="00F83EB4">
      <w:r>
        <w:rPr>
          <w:b/>
          <w:color w:val="B08D3A"/>
        </w:rPr>
        <w:lastRenderedPageBreak/>
        <w:t xml:space="preserve">TODAY'S DECLARATION  </w:t>
      </w:r>
      <w:r>
        <w:t>I will meet what does wisdom say? with truth, faith, and practiced peace.</w:t>
      </w:r>
    </w:p>
    <w:p w14:paraId="5F409BD2" w14:textId="77777777" w:rsidR="005A0029" w:rsidRDefault="00F83EB4">
      <w:r>
        <w:br w:type="page"/>
      </w:r>
    </w:p>
    <w:p w14:paraId="4CA6A46D" w14:textId="77777777" w:rsidR="005A0029" w:rsidRDefault="00F83EB4">
      <w:pPr>
        <w:pStyle w:val="Heading2"/>
      </w:pPr>
      <w:r>
        <w:lastRenderedPageBreak/>
        <w:t>DAY 21</w:t>
      </w:r>
    </w:p>
    <w:p w14:paraId="2FFEBAF9" w14:textId="77777777" w:rsidR="005A0029" w:rsidRDefault="00F83EB4">
      <w:pPr>
        <w:pStyle w:val="Heading1"/>
      </w:pPr>
      <w:r>
        <w:t>Clarity and Boundaries</w:t>
      </w:r>
    </w:p>
    <w:p w14:paraId="5A579FF9" w14:textId="77777777" w:rsidR="005A0029" w:rsidRDefault="00F83EB4">
      <w:r>
        <w:rPr>
          <w:b/>
          <w:color w:val="B08D3A"/>
        </w:rPr>
        <w:t xml:space="preserve">ANCHOR SCRIPTURE  </w:t>
      </w:r>
      <w:r>
        <w:t>Proverbs 4:23</w:t>
      </w:r>
    </w:p>
    <w:p w14:paraId="6EA0F22A" w14:textId="77777777" w:rsidR="005A0029" w:rsidRDefault="00F83EB4">
      <w:pPr>
        <w:pStyle w:val="Heading2"/>
      </w:pPr>
      <w:r>
        <w:t>Guided Reflection</w:t>
      </w:r>
    </w:p>
    <w:p w14:paraId="2F7725E0" w14:textId="77777777" w:rsidR="005A0029" w:rsidRDefault="00F83EB4">
      <w:r>
        <w:t>Today, consider what “clarity and boundaries”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truth i</w:t>
      </w:r>
      <w:r>
        <w:t>s practiced repeatedly, especially when circumstances remain unresolved.</w:t>
      </w:r>
    </w:p>
    <w:p w14:paraId="08F4DC84" w14:textId="77777777" w:rsidR="005A0029" w:rsidRDefault="00F83EB4">
      <w:pPr>
        <w:pStyle w:val="Heading2"/>
      </w:pPr>
      <w:r>
        <w:t>Pause &amp; Notice</w:t>
      </w:r>
    </w:p>
    <w:p w14:paraId="34BC7B23" w14:textId="77777777" w:rsidR="005A0029" w:rsidRDefault="00F83EB4">
      <w:r>
        <w:t>What is this theme revealing about my heart, thoughts, relationships, or current circumstances today?</w:t>
      </w:r>
    </w:p>
    <w:p w14:paraId="3DCCB69F" w14:textId="77777777" w:rsidR="005A0029" w:rsidRDefault="00F83EB4">
      <w:pPr>
        <w:pStyle w:val="Heading2"/>
      </w:pPr>
      <w:r>
        <w:t>Peace Practice</w:t>
      </w:r>
    </w:p>
    <w:p w14:paraId="7186C17C" w14:textId="77777777" w:rsidR="005A0029" w:rsidRDefault="00F83EB4">
      <w:r>
        <w:t>Practice a ten-minute quiet period without your phone. Notice what surfaces, then bring it honestly into prayer.</w:t>
      </w:r>
    </w:p>
    <w:p w14:paraId="59B99613" w14:textId="77777777" w:rsidR="005A0029" w:rsidRDefault="00F83EB4">
      <w:pPr>
        <w:pStyle w:val="Heading2"/>
      </w:pPr>
      <w:r>
        <w:t>My Thoughts &amp; Prayers</w:t>
      </w:r>
    </w:p>
    <w:p w14:paraId="3FBF43A0" w14:textId="77777777" w:rsidR="005A0029" w:rsidRDefault="00F83EB4">
      <w:pPr>
        <w:spacing w:after="60"/>
      </w:pPr>
      <w:r>
        <w:rPr>
          <w:color w:val="B4B4B4"/>
          <w:sz w:val="16"/>
        </w:rPr>
        <w:t>________________________________________________________</w:t>
      </w:r>
    </w:p>
    <w:p w14:paraId="27921A1B" w14:textId="77777777" w:rsidR="005A0029" w:rsidRDefault="00F83EB4">
      <w:pPr>
        <w:spacing w:after="60"/>
      </w:pPr>
      <w:r>
        <w:rPr>
          <w:color w:val="B4B4B4"/>
          <w:sz w:val="16"/>
        </w:rPr>
        <w:t>________________________________________________________</w:t>
      </w:r>
    </w:p>
    <w:p w14:paraId="2B005481" w14:textId="77777777" w:rsidR="005A0029" w:rsidRDefault="00F83EB4">
      <w:pPr>
        <w:spacing w:after="60"/>
      </w:pPr>
      <w:r>
        <w:rPr>
          <w:color w:val="B4B4B4"/>
          <w:sz w:val="16"/>
        </w:rPr>
        <w:t>________________________________________________________</w:t>
      </w:r>
    </w:p>
    <w:p w14:paraId="46B69268" w14:textId="77777777" w:rsidR="005A0029" w:rsidRDefault="00F83EB4">
      <w:pPr>
        <w:spacing w:after="60"/>
      </w:pPr>
      <w:r>
        <w:rPr>
          <w:color w:val="B4B4B4"/>
          <w:sz w:val="16"/>
        </w:rPr>
        <w:t>________________________________________________________</w:t>
      </w:r>
    </w:p>
    <w:p w14:paraId="651B8CCD" w14:textId="77777777" w:rsidR="005A0029" w:rsidRDefault="00F83EB4">
      <w:pPr>
        <w:spacing w:after="60"/>
      </w:pPr>
      <w:r>
        <w:rPr>
          <w:color w:val="B4B4B4"/>
          <w:sz w:val="16"/>
        </w:rPr>
        <w:t>________________________________________________________</w:t>
      </w:r>
    </w:p>
    <w:p w14:paraId="6CF57953" w14:textId="77777777" w:rsidR="005A0029" w:rsidRDefault="00F83EB4">
      <w:pPr>
        <w:pStyle w:val="Heading2"/>
      </w:pPr>
      <w:r>
        <w:t>Prayer</w:t>
      </w:r>
    </w:p>
    <w:p w14:paraId="203C51BA" w14:textId="77777777" w:rsidR="005A0029" w:rsidRDefault="00F83EB4">
      <w:r>
        <w:t>Father, meet me in this practice of clarity and boundaries.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51807B0" w14:textId="77777777" w:rsidR="005A0029" w:rsidRDefault="00F83EB4">
      <w:r>
        <w:rPr>
          <w:b/>
          <w:color w:val="B08D3A"/>
        </w:rPr>
        <w:lastRenderedPageBreak/>
        <w:t xml:space="preserve">TODAY'S DECLARATION  </w:t>
      </w:r>
      <w:r>
        <w:t>I will meet clarity and boundaries with truth, faith, and practiced peace.</w:t>
      </w:r>
    </w:p>
    <w:p w14:paraId="45EBD0D7" w14:textId="77777777" w:rsidR="005A0029" w:rsidRDefault="00F83EB4">
      <w:r>
        <w:br w:type="page"/>
      </w:r>
    </w:p>
    <w:p w14:paraId="02B7A326" w14:textId="77777777" w:rsidR="005A0029" w:rsidRDefault="00F83EB4">
      <w:pPr>
        <w:pStyle w:val="Heading2"/>
      </w:pPr>
      <w:r>
        <w:lastRenderedPageBreak/>
        <w:t>DAY 22</w:t>
      </w:r>
    </w:p>
    <w:p w14:paraId="59FA9084" w14:textId="77777777" w:rsidR="005A0029" w:rsidRDefault="00F83EB4">
      <w:pPr>
        <w:pStyle w:val="Heading1"/>
      </w:pPr>
      <w:r>
        <w:t>When You Need Professional Support</w:t>
      </w:r>
    </w:p>
    <w:p w14:paraId="7C86FC22" w14:textId="77777777" w:rsidR="005A0029" w:rsidRDefault="00F83EB4">
      <w:r>
        <w:rPr>
          <w:b/>
          <w:color w:val="B08D3A"/>
        </w:rPr>
        <w:t xml:space="preserve">ANCHOR SCRIPTURE  </w:t>
      </w:r>
      <w:r>
        <w:t>Proverbs 15:22</w:t>
      </w:r>
    </w:p>
    <w:p w14:paraId="61838F92" w14:textId="77777777" w:rsidR="005A0029" w:rsidRDefault="00F83EB4">
      <w:pPr>
        <w:pStyle w:val="Heading2"/>
      </w:pPr>
      <w:r>
        <w:t>Guided Reflection</w:t>
      </w:r>
    </w:p>
    <w:p w14:paraId="0F27D18C" w14:textId="77777777" w:rsidR="005A0029" w:rsidRDefault="00F83EB4">
      <w:r>
        <w:t xml:space="preserve">Today, consider what “when you need professional support”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059EA4DB" w14:textId="77777777" w:rsidR="005A0029" w:rsidRDefault="00F83EB4">
      <w:pPr>
        <w:pStyle w:val="Heading2"/>
      </w:pPr>
      <w:r>
        <w:t>Pause &amp; Notice</w:t>
      </w:r>
    </w:p>
    <w:p w14:paraId="3227137E" w14:textId="77777777" w:rsidR="005A0029" w:rsidRDefault="00F83EB4">
      <w:r>
        <w:t>What is this theme revealing about my heart, thoughts, relationships, or current circumstances today?</w:t>
      </w:r>
    </w:p>
    <w:p w14:paraId="20238984" w14:textId="77777777" w:rsidR="005A0029" w:rsidRDefault="00F83EB4">
      <w:pPr>
        <w:pStyle w:val="Heading2"/>
      </w:pPr>
      <w:r>
        <w:t>Peace Practice</w:t>
      </w:r>
    </w:p>
    <w:p w14:paraId="0E5F3E09" w14:textId="77777777" w:rsidR="005A0029" w:rsidRDefault="00F83EB4">
      <w:r>
        <w:t>Sit quietly for three minutes. Name what you feel without judging it. Then write one truth you want to carry into the day.</w:t>
      </w:r>
    </w:p>
    <w:p w14:paraId="76DB91C5" w14:textId="77777777" w:rsidR="005A0029" w:rsidRDefault="00F83EB4">
      <w:pPr>
        <w:pStyle w:val="Heading2"/>
      </w:pPr>
      <w:r>
        <w:t>My Thoughts &amp; Prayers</w:t>
      </w:r>
    </w:p>
    <w:p w14:paraId="60741CBD" w14:textId="77777777" w:rsidR="005A0029" w:rsidRDefault="00F83EB4">
      <w:pPr>
        <w:spacing w:after="60"/>
      </w:pPr>
      <w:r>
        <w:rPr>
          <w:color w:val="B4B4B4"/>
          <w:sz w:val="16"/>
        </w:rPr>
        <w:t>________________________________________________________</w:t>
      </w:r>
    </w:p>
    <w:p w14:paraId="617F6755" w14:textId="77777777" w:rsidR="005A0029" w:rsidRDefault="00F83EB4">
      <w:pPr>
        <w:spacing w:after="60"/>
      </w:pPr>
      <w:r>
        <w:rPr>
          <w:color w:val="B4B4B4"/>
          <w:sz w:val="16"/>
        </w:rPr>
        <w:t>________________________________________________________</w:t>
      </w:r>
    </w:p>
    <w:p w14:paraId="6FAC1E90" w14:textId="77777777" w:rsidR="005A0029" w:rsidRDefault="00F83EB4">
      <w:pPr>
        <w:spacing w:after="60"/>
      </w:pPr>
      <w:r>
        <w:rPr>
          <w:color w:val="B4B4B4"/>
          <w:sz w:val="16"/>
        </w:rPr>
        <w:t>________________________________________________________</w:t>
      </w:r>
    </w:p>
    <w:p w14:paraId="391D6FBA" w14:textId="77777777" w:rsidR="005A0029" w:rsidRDefault="00F83EB4">
      <w:pPr>
        <w:spacing w:after="60"/>
      </w:pPr>
      <w:r>
        <w:rPr>
          <w:color w:val="B4B4B4"/>
          <w:sz w:val="16"/>
        </w:rPr>
        <w:t>________________________________________________________</w:t>
      </w:r>
    </w:p>
    <w:p w14:paraId="3953FE53" w14:textId="77777777" w:rsidR="005A0029" w:rsidRDefault="00F83EB4">
      <w:pPr>
        <w:spacing w:after="60"/>
      </w:pPr>
      <w:r>
        <w:rPr>
          <w:color w:val="B4B4B4"/>
          <w:sz w:val="16"/>
        </w:rPr>
        <w:t>________________________________________________________</w:t>
      </w:r>
    </w:p>
    <w:p w14:paraId="66508221" w14:textId="77777777" w:rsidR="005A0029" w:rsidRDefault="00F83EB4">
      <w:pPr>
        <w:pStyle w:val="Heading2"/>
      </w:pPr>
      <w:r>
        <w:t>Prayer</w:t>
      </w:r>
    </w:p>
    <w:p w14:paraId="399D0CDF" w14:textId="77777777" w:rsidR="005A0029" w:rsidRDefault="00F83EB4">
      <w:r>
        <w:t>Father, meet me in this practice of when you need professional support.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9039B88" w14:textId="77777777" w:rsidR="005A0029" w:rsidRDefault="00F83EB4">
      <w:r>
        <w:rPr>
          <w:b/>
          <w:color w:val="B08D3A"/>
        </w:rPr>
        <w:lastRenderedPageBreak/>
        <w:t xml:space="preserve">TODAY'S DECLARATION  </w:t>
      </w:r>
      <w:r>
        <w:t>I will meet when you need professional support with truth, faith, and practiced peace.</w:t>
      </w:r>
    </w:p>
    <w:p w14:paraId="7A72860C" w14:textId="77777777" w:rsidR="005A0029" w:rsidRDefault="00F83EB4">
      <w:r>
        <w:br w:type="page"/>
      </w:r>
    </w:p>
    <w:p w14:paraId="168D6BCE" w14:textId="77777777" w:rsidR="005A0029" w:rsidRDefault="00F83EB4">
      <w:pPr>
        <w:pStyle w:val="Heading2"/>
      </w:pPr>
      <w:r>
        <w:lastRenderedPageBreak/>
        <w:t>DAY 23</w:t>
      </w:r>
    </w:p>
    <w:p w14:paraId="4A6D719C" w14:textId="77777777" w:rsidR="005A0029" w:rsidRDefault="00F83EB4">
      <w:pPr>
        <w:pStyle w:val="Heading1"/>
      </w:pPr>
      <w:r>
        <w:t>The Gift of Mature Voices</w:t>
      </w:r>
    </w:p>
    <w:p w14:paraId="63AC5B37" w14:textId="77777777" w:rsidR="005A0029" w:rsidRDefault="00F83EB4">
      <w:r>
        <w:rPr>
          <w:b/>
          <w:color w:val="B08D3A"/>
        </w:rPr>
        <w:t xml:space="preserve">ANCHOR SCRIPTURE  </w:t>
      </w:r>
      <w:r>
        <w:t>Proverbs 27:17</w:t>
      </w:r>
    </w:p>
    <w:p w14:paraId="66343C3F" w14:textId="77777777" w:rsidR="005A0029" w:rsidRDefault="00F83EB4">
      <w:pPr>
        <w:pStyle w:val="Heading2"/>
      </w:pPr>
      <w:r>
        <w:t>Guided Reflection</w:t>
      </w:r>
    </w:p>
    <w:p w14:paraId="7CF832F8" w14:textId="77777777" w:rsidR="005A0029" w:rsidRDefault="00F83EB4">
      <w:r>
        <w:t>Today, consider what “the gift of mature voices”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trut</w:t>
      </w:r>
      <w:r>
        <w:t>h is practiced repeatedly, especially when circumstances remain unresolved.</w:t>
      </w:r>
    </w:p>
    <w:p w14:paraId="58C85E7C" w14:textId="77777777" w:rsidR="005A0029" w:rsidRDefault="00F83EB4">
      <w:pPr>
        <w:pStyle w:val="Heading2"/>
      </w:pPr>
      <w:r>
        <w:t>Pause &amp; Notice</w:t>
      </w:r>
    </w:p>
    <w:p w14:paraId="19DDA7C5" w14:textId="77777777" w:rsidR="005A0029" w:rsidRDefault="00F83EB4">
      <w:r>
        <w:t>What is this theme revealing about my heart, thoughts, relationships, or current circumstances today?</w:t>
      </w:r>
    </w:p>
    <w:p w14:paraId="6779F98B" w14:textId="77777777" w:rsidR="005A0029" w:rsidRDefault="00F83EB4">
      <w:pPr>
        <w:pStyle w:val="Heading2"/>
      </w:pPr>
      <w:r>
        <w:t>Peace Practice</w:t>
      </w:r>
    </w:p>
    <w:p w14:paraId="4D67468D" w14:textId="77777777" w:rsidR="005A0029" w:rsidRDefault="00F83EB4">
      <w:r>
        <w:t>Draw two columns: 'What I can control' and 'What I must release.' Place each concern in the appropriate column and pray over both.</w:t>
      </w:r>
    </w:p>
    <w:p w14:paraId="0E0A6F22" w14:textId="77777777" w:rsidR="005A0029" w:rsidRDefault="00F83EB4">
      <w:pPr>
        <w:pStyle w:val="Heading2"/>
      </w:pPr>
      <w:r>
        <w:t>My Thoughts &amp; Prayers</w:t>
      </w:r>
    </w:p>
    <w:p w14:paraId="41563202" w14:textId="77777777" w:rsidR="005A0029" w:rsidRDefault="00F83EB4">
      <w:pPr>
        <w:spacing w:after="60"/>
      </w:pPr>
      <w:r>
        <w:rPr>
          <w:color w:val="B4B4B4"/>
          <w:sz w:val="16"/>
        </w:rPr>
        <w:t>________________________________________________________</w:t>
      </w:r>
    </w:p>
    <w:p w14:paraId="22C95B95" w14:textId="77777777" w:rsidR="005A0029" w:rsidRDefault="00F83EB4">
      <w:pPr>
        <w:spacing w:after="60"/>
      </w:pPr>
      <w:r>
        <w:rPr>
          <w:color w:val="B4B4B4"/>
          <w:sz w:val="16"/>
        </w:rPr>
        <w:t>________________________________________________________</w:t>
      </w:r>
    </w:p>
    <w:p w14:paraId="21CB2957" w14:textId="77777777" w:rsidR="005A0029" w:rsidRDefault="00F83EB4">
      <w:pPr>
        <w:spacing w:after="60"/>
      </w:pPr>
      <w:r>
        <w:rPr>
          <w:color w:val="B4B4B4"/>
          <w:sz w:val="16"/>
        </w:rPr>
        <w:t>________________________________________________________</w:t>
      </w:r>
    </w:p>
    <w:p w14:paraId="09FDA9A7" w14:textId="77777777" w:rsidR="005A0029" w:rsidRDefault="00F83EB4">
      <w:pPr>
        <w:spacing w:after="60"/>
      </w:pPr>
      <w:r>
        <w:rPr>
          <w:color w:val="B4B4B4"/>
          <w:sz w:val="16"/>
        </w:rPr>
        <w:t>________________________________________________________</w:t>
      </w:r>
    </w:p>
    <w:p w14:paraId="6362243D" w14:textId="77777777" w:rsidR="005A0029" w:rsidRDefault="00F83EB4">
      <w:pPr>
        <w:spacing w:after="60"/>
      </w:pPr>
      <w:r>
        <w:rPr>
          <w:color w:val="B4B4B4"/>
          <w:sz w:val="16"/>
        </w:rPr>
        <w:t>________________________________________________________</w:t>
      </w:r>
    </w:p>
    <w:p w14:paraId="47151752" w14:textId="77777777" w:rsidR="005A0029" w:rsidRDefault="00F83EB4">
      <w:pPr>
        <w:pStyle w:val="Heading2"/>
      </w:pPr>
      <w:r>
        <w:t>Prayer</w:t>
      </w:r>
    </w:p>
    <w:p w14:paraId="0F2C727E" w14:textId="77777777" w:rsidR="005A0029" w:rsidRDefault="00F83EB4">
      <w:r>
        <w:t>Father, meet me in this practice of the gift of mature voices.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7310D1D" w14:textId="77777777" w:rsidR="005A0029" w:rsidRDefault="00F83EB4">
      <w:r>
        <w:rPr>
          <w:b/>
          <w:color w:val="B08D3A"/>
        </w:rPr>
        <w:lastRenderedPageBreak/>
        <w:t xml:space="preserve">TODAY'S DECLARATION  </w:t>
      </w:r>
      <w:r>
        <w:t>I will meet the gift of mature voices with truth, faith, and practiced peace.</w:t>
      </w:r>
    </w:p>
    <w:p w14:paraId="6FD0D3FE" w14:textId="77777777" w:rsidR="005A0029" w:rsidRDefault="00F83EB4">
      <w:r>
        <w:br w:type="page"/>
      </w:r>
    </w:p>
    <w:p w14:paraId="3961BBE6" w14:textId="77777777" w:rsidR="005A0029" w:rsidRDefault="00F83EB4">
      <w:pPr>
        <w:pStyle w:val="Heading2"/>
      </w:pPr>
      <w:r>
        <w:lastRenderedPageBreak/>
        <w:t>DAY 24</w:t>
      </w:r>
    </w:p>
    <w:p w14:paraId="75722D82" w14:textId="77777777" w:rsidR="005A0029" w:rsidRDefault="00F83EB4">
      <w:pPr>
        <w:pStyle w:val="Heading1"/>
      </w:pPr>
      <w:r>
        <w:t>Clarity Requires Honesty</w:t>
      </w:r>
    </w:p>
    <w:p w14:paraId="3848D4F4" w14:textId="77777777" w:rsidR="005A0029" w:rsidRDefault="00F83EB4">
      <w:r>
        <w:rPr>
          <w:b/>
          <w:color w:val="B08D3A"/>
        </w:rPr>
        <w:t xml:space="preserve">ANCHOR SCRIPTURE  </w:t>
      </w:r>
      <w:r>
        <w:t>Psalm 51:6</w:t>
      </w:r>
    </w:p>
    <w:p w14:paraId="5D1E70E0" w14:textId="77777777" w:rsidR="005A0029" w:rsidRDefault="00F83EB4">
      <w:pPr>
        <w:pStyle w:val="Heading2"/>
      </w:pPr>
      <w:r>
        <w:t>Guided Reflection</w:t>
      </w:r>
    </w:p>
    <w:p w14:paraId="73DD3237" w14:textId="77777777" w:rsidR="005A0029" w:rsidRDefault="00F83EB4">
      <w:r>
        <w:t>Today, consider what “clarity requires honesty”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truth</w:t>
      </w:r>
      <w:r>
        <w:t xml:space="preserve"> is practiced repeatedly, especially when circumstances remain unresolved.</w:t>
      </w:r>
    </w:p>
    <w:p w14:paraId="07DC56F4" w14:textId="77777777" w:rsidR="005A0029" w:rsidRDefault="00F83EB4">
      <w:pPr>
        <w:pStyle w:val="Heading2"/>
      </w:pPr>
      <w:r>
        <w:t>Pause &amp; Notice</w:t>
      </w:r>
    </w:p>
    <w:p w14:paraId="2B008291" w14:textId="77777777" w:rsidR="005A0029" w:rsidRDefault="00F83EB4">
      <w:r>
        <w:t>What is this theme revealing about my heart, thoughts, relationships, or current circumstances today?</w:t>
      </w:r>
    </w:p>
    <w:p w14:paraId="4D9DC9CB" w14:textId="77777777" w:rsidR="005A0029" w:rsidRDefault="00F83EB4">
      <w:pPr>
        <w:pStyle w:val="Heading2"/>
      </w:pPr>
      <w:r>
        <w:t>Peace Practice</w:t>
      </w:r>
    </w:p>
    <w:p w14:paraId="395357C6" w14:textId="77777777" w:rsidR="005A0029" w:rsidRDefault="00F83EB4">
      <w:r>
        <w:t>Take five slow breaths. With each inhale, receive God's presence; with each exhale, release one pressure you have been carrying.</w:t>
      </w:r>
    </w:p>
    <w:p w14:paraId="4D5B1767" w14:textId="77777777" w:rsidR="005A0029" w:rsidRDefault="00F83EB4">
      <w:pPr>
        <w:pStyle w:val="Heading2"/>
      </w:pPr>
      <w:r>
        <w:t>My Thoughts &amp; Prayers</w:t>
      </w:r>
    </w:p>
    <w:p w14:paraId="3A9DA768" w14:textId="77777777" w:rsidR="005A0029" w:rsidRDefault="00F83EB4">
      <w:pPr>
        <w:spacing w:after="60"/>
      </w:pPr>
      <w:r>
        <w:rPr>
          <w:color w:val="B4B4B4"/>
          <w:sz w:val="16"/>
        </w:rPr>
        <w:t>________________________________________________________</w:t>
      </w:r>
    </w:p>
    <w:p w14:paraId="4D2C0437" w14:textId="77777777" w:rsidR="005A0029" w:rsidRDefault="00F83EB4">
      <w:pPr>
        <w:spacing w:after="60"/>
      </w:pPr>
      <w:r>
        <w:rPr>
          <w:color w:val="B4B4B4"/>
          <w:sz w:val="16"/>
        </w:rPr>
        <w:t>________________________________________________________</w:t>
      </w:r>
    </w:p>
    <w:p w14:paraId="2CAA9E1A" w14:textId="77777777" w:rsidR="005A0029" w:rsidRDefault="00F83EB4">
      <w:pPr>
        <w:spacing w:after="60"/>
      </w:pPr>
      <w:r>
        <w:rPr>
          <w:color w:val="B4B4B4"/>
          <w:sz w:val="16"/>
        </w:rPr>
        <w:t>________________________________________________________</w:t>
      </w:r>
    </w:p>
    <w:p w14:paraId="28802968" w14:textId="77777777" w:rsidR="005A0029" w:rsidRDefault="00F83EB4">
      <w:pPr>
        <w:spacing w:after="60"/>
      </w:pPr>
      <w:r>
        <w:rPr>
          <w:color w:val="B4B4B4"/>
          <w:sz w:val="16"/>
        </w:rPr>
        <w:t>________________________________________________________</w:t>
      </w:r>
    </w:p>
    <w:p w14:paraId="57C14C14" w14:textId="77777777" w:rsidR="005A0029" w:rsidRDefault="00F83EB4">
      <w:pPr>
        <w:spacing w:after="60"/>
      </w:pPr>
      <w:r>
        <w:rPr>
          <w:color w:val="B4B4B4"/>
          <w:sz w:val="16"/>
        </w:rPr>
        <w:t>________________________________________________________</w:t>
      </w:r>
    </w:p>
    <w:p w14:paraId="2D90782E" w14:textId="77777777" w:rsidR="005A0029" w:rsidRDefault="00F83EB4">
      <w:pPr>
        <w:pStyle w:val="Heading2"/>
      </w:pPr>
      <w:r>
        <w:t>Prayer</w:t>
      </w:r>
    </w:p>
    <w:p w14:paraId="1A5F392E" w14:textId="77777777" w:rsidR="005A0029" w:rsidRDefault="00F83EB4">
      <w:r>
        <w:t>Father, meet me in this practice of clarity requires honesty.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2216397" w14:textId="77777777" w:rsidR="005A0029" w:rsidRDefault="00F83EB4">
      <w:r>
        <w:rPr>
          <w:b/>
          <w:color w:val="B08D3A"/>
        </w:rPr>
        <w:lastRenderedPageBreak/>
        <w:t xml:space="preserve">TODAY'S DECLARATION  </w:t>
      </w:r>
      <w:r>
        <w:t>I will meet clarity requires honesty with truth, faith, and practiced peace.</w:t>
      </w:r>
    </w:p>
    <w:p w14:paraId="65F67570" w14:textId="77777777" w:rsidR="005A0029" w:rsidRDefault="00F83EB4">
      <w:r>
        <w:br w:type="page"/>
      </w:r>
    </w:p>
    <w:p w14:paraId="3B0444DF" w14:textId="77777777" w:rsidR="005A0029" w:rsidRDefault="00F83EB4">
      <w:pPr>
        <w:pStyle w:val="Heading2"/>
      </w:pPr>
      <w:r>
        <w:lastRenderedPageBreak/>
        <w:t>DAY 25</w:t>
      </w:r>
    </w:p>
    <w:p w14:paraId="2DD2EA2B" w14:textId="77777777" w:rsidR="005A0029" w:rsidRDefault="00F83EB4">
      <w:pPr>
        <w:pStyle w:val="Heading1"/>
      </w:pPr>
      <w:r>
        <w:t>Forgive the Past, See the Present</w:t>
      </w:r>
    </w:p>
    <w:p w14:paraId="0F6E2E38" w14:textId="77777777" w:rsidR="005A0029" w:rsidRDefault="00F83EB4">
      <w:r>
        <w:rPr>
          <w:b/>
          <w:color w:val="B08D3A"/>
        </w:rPr>
        <w:t xml:space="preserve">ANCHOR SCRIPTURE  </w:t>
      </w:r>
      <w:r>
        <w:t>Ephesians 4:32</w:t>
      </w:r>
    </w:p>
    <w:p w14:paraId="10EFCF79" w14:textId="77777777" w:rsidR="005A0029" w:rsidRDefault="00F83EB4">
      <w:pPr>
        <w:pStyle w:val="Heading2"/>
      </w:pPr>
      <w:r>
        <w:t>Guided Reflection</w:t>
      </w:r>
    </w:p>
    <w:p w14:paraId="5AF7001D" w14:textId="77777777" w:rsidR="005A0029" w:rsidRDefault="00F83EB4">
      <w:r>
        <w:t>Today, consider what “forgive the past, see the present”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w:t>
      </w:r>
      <w:r>
        <w:t>hen truth is practiced repeatedly, especially when circumstances remain unresolved.</w:t>
      </w:r>
    </w:p>
    <w:p w14:paraId="50CC4A5A" w14:textId="77777777" w:rsidR="005A0029" w:rsidRDefault="00F83EB4">
      <w:pPr>
        <w:pStyle w:val="Heading2"/>
      </w:pPr>
      <w:r>
        <w:t>Pause &amp; Notice</w:t>
      </w:r>
    </w:p>
    <w:p w14:paraId="484D352A" w14:textId="77777777" w:rsidR="005A0029" w:rsidRDefault="00F83EB4">
      <w:r>
        <w:t>What is this theme revealing about my heart, thoughts, relationships, or current circumstances today?</w:t>
      </w:r>
    </w:p>
    <w:p w14:paraId="54FD5743" w14:textId="77777777" w:rsidR="005A0029" w:rsidRDefault="00F83EB4">
      <w:pPr>
        <w:pStyle w:val="Heading2"/>
      </w:pPr>
      <w:r>
        <w:t>Peace Practice</w:t>
      </w:r>
    </w:p>
    <w:p w14:paraId="1609785D" w14:textId="77777777" w:rsidR="005A0029" w:rsidRDefault="00F83EB4">
      <w:r>
        <w:t>Write one recurring fearful thought. Under it, write a Scripture-shaped response that is more truthful and life-giving.</w:t>
      </w:r>
    </w:p>
    <w:p w14:paraId="045B4528" w14:textId="77777777" w:rsidR="005A0029" w:rsidRDefault="00F83EB4">
      <w:pPr>
        <w:pStyle w:val="Heading2"/>
      </w:pPr>
      <w:r>
        <w:t>My Thoughts &amp; Prayers</w:t>
      </w:r>
    </w:p>
    <w:p w14:paraId="3C78B9F1" w14:textId="77777777" w:rsidR="005A0029" w:rsidRDefault="00F83EB4">
      <w:pPr>
        <w:spacing w:after="60"/>
      </w:pPr>
      <w:r>
        <w:rPr>
          <w:color w:val="B4B4B4"/>
          <w:sz w:val="16"/>
        </w:rPr>
        <w:t>________________________________________________________</w:t>
      </w:r>
    </w:p>
    <w:p w14:paraId="7E82250B" w14:textId="77777777" w:rsidR="005A0029" w:rsidRDefault="00F83EB4">
      <w:pPr>
        <w:spacing w:after="60"/>
      </w:pPr>
      <w:r>
        <w:rPr>
          <w:color w:val="B4B4B4"/>
          <w:sz w:val="16"/>
        </w:rPr>
        <w:t>________________________________________________________</w:t>
      </w:r>
    </w:p>
    <w:p w14:paraId="61D416AC" w14:textId="77777777" w:rsidR="005A0029" w:rsidRDefault="00F83EB4">
      <w:pPr>
        <w:spacing w:after="60"/>
      </w:pPr>
      <w:r>
        <w:rPr>
          <w:color w:val="B4B4B4"/>
          <w:sz w:val="16"/>
        </w:rPr>
        <w:t>________________________________________________________</w:t>
      </w:r>
    </w:p>
    <w:p w14:paraId="2076B21B" w14:textId="77777777" w:rsidR="005A0029" w:rsidRDefault="00F83EB4">
      <w:pPr>
        <w:spacing w:after="60"/>
      </w:pPr>
      <w:r>
        <w:rPr>
          <w:color w:val="B4B4B4"/>
          <w:sz w:val="16"/>
        </w:rPr>
        <w:t>________________________________________________________</w:t>
      </w:r>
    </w:p>
    <w:p w14:paraId="049B85B0" w14:textId="77777777" w:rsidR="005A0029" w:rsidRDefault="00F83EB4">
      <w:pPr>
        <w:spacing w:after="60"/>
      </w:pPr>
      <w:r>
        <w:rPr>
          <w:color w:val="B4B4B4"/>
          <w:sz w:val="16"/>
        </w:rPr>
        <w:t>________________________________________________________</w:t>
      </w:r>
    </w:p>
    <w:p w14:paraId="5D64562D" w14:textId="77777777" w:rsidR="005A0029" w:rsidRDefault="00F83EB4">
      <w:pPr>
        <w:pStyle w:val="Heading2"/>
      </w:pPr>
      <w:r>
        <w:t>Prayer</w:t>
      </w:r>
    </w:p>
    <w:p w14:paraId="6D4AE0C0" w14:textId="77777777" w:rsidR="005A0029" w:rsidRDefault="00F83EB4">
      <w:r>
        <w:t>Father, meet me in this practice of forgive the past, see the present.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C9D0EDF" w14:textId="77777777" w:rsidR="005A0029" w:rsidRDefault="00F83EB4">
      <w:r>
        <w:rPr>
          <w:b/>
          <w:color w:val="B08D3A"/>
        </w:rPr>
        <w:lastRenderedPageBreak/>
        <w:t xml:space="preserve">TODAY'S DECLARATION  </w:t>
      </w:r>
      <w:r>
        <w:t>I will meet forgive the past, see the present with truth, faith, and practiced peace.</w:t>
      </w:r>
    </w:p>
    <w:p w14:paraId="60507B38" w14:textId="77777777" w:rsidR="005A0029" w:rsidRDefault="00F83EB4">
      <w:r>
        <w:br w:type="page"/>
      </w:r>
    </w:p>
    <w:p w14:paraId="0A93F714" w14:textId="77777777" w:rsidR="005A0029" w:rsidRDefault="00F83EB4">
      <w:pPr>
        <w:pStyle w:val="Heading2"/>
      </w:pPr>
      <w:r>
        <w:lastRenderedPageBreak/>
        <w:t>DAY 26</w:t>
      </w:r>
    </w:p>
    <w:p w14:paraId="697A64AC" w14:textId="77777777" w:rsidR="005A0029" w:rsidRDefault="00F83EB4">
      <w:pPr>
        <w:pStyle w:val="Heading1"/>
      </w:pPr>
      <w:r>
        <w:t>Making Decisions From Peace</w:t>
      </w:r>
    </w:p>
    <w:p w14:paraId="17751359" w14:textId="77777777" w:rsidR="005A0029" w:rsidRDefault="00F83EB4">
      <w:r>
        <w:rPr>
          <w:b/>
          <w:color w:val="B08D3A"/>
        </w:rPr>
        <w:t xml:space="preserve">ANCHOR SCRIPTURE  </w:t>
      </w:r>
      <w:r>
        <w:t>James 3:17</w:t>
      </w:r>
    </w:p>
    <w:p w14:paraId="0173F04A" w14:textId="77777777" w:rsidR="005A0029" w:rsidRDefault="00F83EB4">
      <w:pPr>
        <w:pStyle w:val="Heading2"/>
      </w:pPr>
      <w:r>
        <w:t>Guided Reflection</w:t>
      </w:r>
    </w:p>
    <w:p w14:paraId="57D5E7C6" w14:textId="77777777" w:rsidR="005A0029" w:rsidRDefault="00F83EB4">
      <w:r>
        <w:t>Today, consider what “making decisions from peace”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w:t>
      </w:r>
      <w:r>
        <w:t>uth is practiced repeatedly, especially when circumstances remain unresolved.</w:t>
      </w:r>
    </w:p>
    <w:p w14:paraId="44298D2B" w14:textId="77777777" w:rsidR="005A0029" w:rsidRDefault="00F83EB4">
      <w:pPr>
        <w:pStyle w:val="Heading2"/>
      </w:pPr>
      <w:r>
        <w:t>Pause &amp; Notice</w:t>
      </w:r>
    </w:p>
    <w:p w14:paraId="091981B1" w14:textId="77777777" w:rsidR="005A0029" w:rsidRDefault="00F83EB4">
      <w:r>
        <w:t>What is this theme revealing about my heart, thoughts, relationships, or current circumstances today?</w:t>
      </w:r>
    </w:p>
    <w:p w14:paraId="32911953" w14:textId="77777777" w:rsidR="005A0029" w:rsidRDefault="00F83EB4">
      <w:pPr>
        <w:pStyle w:val="Heading2"/>
      </w:pPr>
      <w:r>
        <w:t>Peace Practice</w:t>
      </w:r>
    </w:p>
    <w:p w14:paraId="03855D92" w14:textId="77777777" w:rsidR="005A0029" w:rsidRDefault="00F83EB4">
      <w:r>
        <w:t>Identify one small action that would create greater peace today. Make it specific enough to complete before the day ends.</w:t>
      </w:r>
    </w:p>
    <w:p w14:paraId="2E636A67" w14:textId="77777777" w:rsidR="005A0029" w:rsidRDefault="00F83EB4">
      <w:pPr>
        <w:pStyle w:val="Heading2"/>
      </w:pPr>
      <w:r>
        <w:t>My Thoughts &amp; Prayers</w:t>
      </w:r>
    </w:p>
    <w:p w14:paraId="36F5CC62" w14:textId="77777777" w:rsidR="005A0029" w:rsidRDefault="00F83EB4">
      <w:pPr>
        <w:spacing w:after="60"/>
      </w:pPr>
      <w:r>
        <w:rPr>
          <w:color w:val="B4B4B4"/>
          <w:sz w:val="16"/>
        </w:rPr>
        <w:t>________________________________________________________</w:t>
      </w:r>
    </w:p>
    <w:p w14:paraId="0EAE92B6" w14:textId="77777777" w:rsidR="005A0029" w:rsidRDefault="00F83EB4">
      <w:pPr>
        <w:spacing w:after="60"/>
      </w:pPr>
      <w:r>
        <w:rPr>
          <w:color w:val="B4B4B4"/>
          <w:sz w:val="16"/>
        </w:rPr>
        <w:t>________________________________________________________</w:t>
      </w:r>
    </w:p>
    <w:p w14:paraId="5A3F120E" w14:textId="77777777" w:rsidR="005A0029" w:rsidRDefault="00F83EB4">
      <w:pPr>
        <w:spacing w:after="60"/>
      </w:pPr>
      <w:r>
        <w:rPr>
          <w:color w:val="B4B4B4"/>
          <w:sz w:val="16"/>
        </w:rPr>
        <w:t>________________________________________________________</w:t>
      </w:r>
    </w:p>
    <w:p w14:paraId="40A476EE" w14:textId="77777777" w:rsidR="005A0029" w:rsidRDefault="00F83EB4">
      <w:pPr>
        <w:spacing w:after="60"/>
      </w:pPr>
      <w:r>
        <w:rPr>
          <w:color w:val="B4B4B4"/>
          <w:sz w:val="16"/>
        </w:rPr>
        <w:t>________________________________________________________</w:t>
      </w:r>
    </w:p>
    <w:p w14:paraId="00736C1F" w14:textId="77777777" w:rsidR="005A0029" w:rsidRDefault="00F83EB4">
      <w:pPr>
        <w:spacing w:after="60"/>
      </w:pPr>
      <w:r>
        <w:rPr>
          <w:color w:val="B4B4B4"/>
          <w:sz w:val="16"/>
        </w:rPr>
        <w:t>________________________________________________________</w:t>
      </w:r>
    </w:p>
    <w:p w14:paraId="670784B3" w14:textId="77777777" w:rsidR="005A0029" w:rsidRDefault="00F83EB4">
      <w:pPr>
        <w:pStyle w:val="Heading2"/>
      </w:pPr>
      <w:r>
        <w:t>Prayer</w:t>
      </w:r>
    </w:p>
    <w:p w14:paraId="267AC403" w14:textId="77777777" w:rsidR="005A0029" w:rsidRDefault="00F83EB4">
      <w:r>
        <w:t>Father, meet me in this practice of making decisions from peace.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EBE6521" w14:textId="77777777" w:rsidR="005A0029" w:rsidRDefault="00F83EB4">
      <w:r>
        <w:rPr>
          <w:b/>
          <w:color w:val="B08D3A"/>
        </w:rPr>
        <w:lastRenderedPageBreak/>
        <w:t xml:space="preserve">TODAY'S DECLARATION  </w:t>
      </w:r>
      <w:r>
        <w:t>I will meet making decisions from peace with truth, faith, and practiced peace.</w:t>
      </w:r>
    </w:p>
    <w:p w14:paraId="793A8C1C" w14:textId="77777777" w:rsidR="005A0029" w:rsidRDefault="00F83EB4">
      <w:r>
        <w:br w:type="page"/>
      </w:r>
    </w:p>
    <w:p w14:paraId="561E084E" w14:textId="77777777" w:rsidR="005A0029" w:rsidRDefault="00F83EB4">
      <w:pPr>
        <w:pStyle w:val="Heading2"/>
      </w:pPr>
      <w:r>
        <w:lastRenderedPageBreak/>
        <w:t>DAY 27</w:t>
      </w:r>
    </w:p>
    <w:p w14:paraId="5931752C" w14:textId="77777777" w:rsidR="005A0029" w:rsidRDefault="00F83EB4">
      <w:pPr>
        <w:pStyle w:val="Heading1"/>
      </w:pPr>
      <w:r>
        <w:t>Trusting the Next Step</w:t>
      </w:r>
    </w:p>
    <w:p w14:paraId="5968F4D8" w14:textId="77777777" w:rsidR="005A0029" w:rsidRDefault="00F83EB4">
      <w:r>
        <w:rPr>
          <w:b/>
          <w:color w:val="B08D3A"/>
        </w:rPr>
        <w:t xml:space="preserve">ANCHOR SCRIPTURE  </w:t>
      </w:r>
      <w:r>
        <w:t>Psalm 32:8</w:t>
      </w:r>
    </w:p>
    <w:p w14:paraId="2A85F6D6" w14:textId="77777777" w:rsidR="005A0029" w:rsidRDefault="00F83EB4">
      <w:pPr>
        <w:pStyle w:val="Heading2"/>
      </w:pPr>
      <w:r>
        <w:t>Guided Reflection</w:t>
      </w:r>
    </w:p>
    <w:p w14:paraId="705B2696" w14:textId="77777777" w:rsidR="005A0029" w:rsidRDefault="00F83EB4">
      <w:r>
        <w:t>Today, consider what “trusting the next step”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truth i</w:t>
      </w:r>
      <w:r>
        <w:t>s practiced repeatedly, especially when circumstances remain unresolved.</w:t>
      </w:r>
    </w:p>
    <w:p w14:paraId="73E44731" w14:textId="77777777" w:rsidR="005A0029" w:rsidRDefault="00F83EB4">
      <w:pPr>
        <w:pStyle w:val="Heading2"/>
      </w:pPr>
      <w:r>
        <w:t>Pause &amp; Notice</w:t>
      </w:r>
    </w:p>
    <w:p w14:paraId="178C2900" w14:textId="77777777" w:rsidR="005A0029" w:rsidRDefault="00F83EB4">
      <w:r>
        <w:t>What is this theme revealing about my heart, thoughts, relationships, or current circumstances today?</w:t>
      </w:r>
    </w:p>
    <w:p w14:paraId="770DA4C3" w14:textId="77777777" w:rsidR="005A0029" w:rsidRDefault="00F83EB4">
      <w:pPr>
        <w:pStyle w:val="Heading2"/>
      </w:pPr>
      <w:r>
        <w:t>Peace Practice</w:t>
      </w:r>
    </w:p>
    <w:p w14:paraId="6176BCC8" w14:textId="77777777" w:rsidR="005A0029" w:rsidRDefault="00F83EB4">
      <w:r>
        <w:t>Reach out to one trusted, mature person. Share one thing you have been carrying silently and allow yourself to receive support.</w:t>
      </w:r>
    </w:p>
    <w:p w14:paraId="23352CE2" w14:textId="77777777" w:rsidR="005A0029" w:rsidRDefault="00F83EB4">
      <w:pPr>
        <w:pStyle w:val="Heading2"/>
      </w:pPr>
      <w:r>
        <w:t>My Thoughts &amp; Prayers</w:t>
      </w:r>
    </w:p>
    <w:p w14:paraId="4A07A6FA" w14:textId="77777777" w:rsidR="005A0029" w:rsidRDefault="00F83EB4">
      <w:pPr>
        <w:spacing w:after="60"/>
      </w:pPr>
      <w:r>
        <w:rPr>
          <w:color w:val="B4B4B4"/>
          <w:sz w:val="16"/>
        </w:rPr>
        <w:t>________________________________________________________</w:t>
      </w:r>
    </w:p>
    <w:p w14:paraId="229DAC99" w14:textId="77777777" w:rsidR="005A0029" w:rsidRDefault="00F83EB4">
      <w:pPr>
        <w:spacing w:after="60"/>
      </w:pPr>
      <w:r>
        <w:rPr>
          <w:color w:val="B4B4B4"/>
          <w:sz w:val="16"/>
        </w:rPr>
        <w:t>________________________________________________________</w:t>
      </w:r>
    </w:p>
    <w:p w14:paraId="15F33304" w14:textId="77777777" w:rsidR="005A0029" w:rsidRDefault="00F83EB4">
      <w:pPr>
        <w:spacing w:after="60"/>
      </w:pPr>
      <w:r>
        <w:rPr>
          <w:color w:val="B4B4B4"/>
          <w:sz w:val="16"/>
        </w:rPr>
        <w:t>________________________________________________________</w:t>
      </w:r>
    </w:p>
    <w:p w14:paraId="2DF8D43B" w14:textId="77777777" w:rsidR="005A0029" w:rsidRDefault="00F83EB4">
      <w:pPr>
        <w:spacing w:after="60"/>
      </w:pPr>
      <w:r>
        <w:rPr>
          <w:color w:val="B4B4B4"/>
          <w:sz w:val="16"/>
        </w:rPr>
        <w:t>________________________________________________________</w:t>
      </w:r>
    </w:p>
    <w:p w14:paraId="3DF2A29E" w14:textId="77777777" w:rsidR="005A0029" w:rsidRDefault="00F83EB4">
      <w:pPr>
        <w:spacing w:after="60"/>
      </w:pPr>
      <w:r>
        <w:rPr>
          <w:color w:val="B4B4B4"/>
          <w:sz w:val="16"/>
        </w:rPr>
        <w:t>________________________________________________________</w:t>
      </w:r>
    </w:p>
    <w:p w14:paraId="2055504E" w14:textId="77777777" w:rsidR="005A0029" w:rsidRDefault="00F83EB4">
      <w:pPr>
        <w:pStyle w:val="Heading2"/>
      </w:pPr>
      <w:r>
        <w:t>Prayer</w:t>
      </w:r>
    </w:p>
    <w:p w14:paraId="03F69010" w14:textId="77777777" w:rsidR="005A0029" w:rsidRDefault="00F83EB4">
      <w:r>
        <w:t>Father, meet me in this practice of trusting the next step.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501737B" w14:textId="77777777" w:rsidR="005A0029" w:rsidRDefault="00F83EB4">
      <w:r>
        <w:rPr>
          <w:b/>
          <w:color w:val="B08D3A"/>
        </w:rPr>
        <w:lastRenderedPageBreak/>
        <w:t xml:space="preserve">TODAY'S DECLARATION  </w:t>
      </w:r>
      <w:r>
        <w:t>I will meet trusting the next step with truth, faith, and practiced peace.</w:t>
      </w:r>
    </w:p>
    <w:p w14:paraId="43B7FBF7" w14:textId="77777777" w:rsidR="005A0029" w:rsidRDefault="00F83EB4">
      <w:r>
        <w:br w:type="page"/>
      </w:r>
    </w:p>
    <w:p w14:paraId="044A1B1C" w14:textId="77777777" w:rsidR="005A0029" w:rsidRDefault="00F83EB4">
      <w:pPr>
        <w:pStyle w:val="Heading2"/>
      </w:pPr>
      <w:r>
        <w:lastRenderedPageBreak/>
        <w:t>DAY 28</w:t>
      </w:r>
    </w:p>
    <w:p w14:paraId="29FEB5A0" w14:textId="77777777" w:rsidR="005A0029" w:rsidRDefault="00F83EB4">
      <w:pPr>
        <w:pStyle w:val="Heading1"/>
      </w:pPr>
      <w:r>
        <w:t>Light for Today</w:t>
      </w:r>
    </w:p>
    <w:p w14:paraId="2B8A744C" w14:textId="77777777" w:rsidR="005A0029" w:rsidRDefault="00F83EB4">
      <w:r>
        <w:rPr>
          <w:b/>
          <w:color w:val="B08D3A"/>
        </w:rPr>
        <w:t xml:space="preserve">ANCHOR SCRIPTURE  </w:t>
      </w:r>
      <w:r>
        <w:t>Psalm 119:105</w:t>
      </w:r>
    </w:p>
    <w:p w14:paraId="799C51C9" w14:textId="77777777" w:rsidR="005A0029" w:rsidRDefault="00F83EB4">
      <w:pPr>
        <w:pStyle w:val="Heading2"/>
      </w:pPr>
      <w:r>
        <w:t>Guided Reflection</w:t>
      </w:r>
    </w:p>
    <w:p w14:paraId="7CFA857A" w14:textId="77777777" w:rsidR="005A0029" w:rsidRDefault="00F83EB4">
      <w:r>
        <w:t>Today, consider what “light for today”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truth is pract</w:t>
      </w:r>
      <w:r>
        <w:t>iced repeatedly, especially when circumstances remain unresolved.</w:t>
      </w:r>
    </w:p>
    <w:p w14:paraId="31DF8418" w14:textId="77777777" w:rsidR="005A0029" w:rsidRDefault="00F83EB4">
      <w:pPr>
        <w:pStyle w:val="Heading2"/>
      </w:pPr>
      <w:r>
        <w:t>Pause &amp; Notice</w:t>
      </w:r>
    </w:p>
    <w:p w14:paraId="66DB6069" w14:textId="77777777" w:rsidR="005A0029" w:rsidRDefault="00F83EB4">
      <w:r>
        <w:t>What is this theme revealing about my heart, thoughts, relationships, or current circumstances today?</w:t>
      </w:r>
    </w:p>
    <w:p w14:paraId="090E983B" w14:textId="77777777" w:rsidR="005A0029" w:rsidRDefault="00F83EB4">
      <w:pPr>
        <w:pStyle w:val="Heading2"/>
      </w:pPr>
      <w:r>
        <w:t>Peace Practice</w:t>
      </w:r>
    </w:p>
    <w:p w14:paraId="0FF2BB1F" w14:textId="77777777" w:rsidR="005A0029" w:rsidRDefault="00F83EB4">
      <w:r>
        <w:t>Practice a ten-minute quiet period without your phone. Notice what surfaces, then bring it honestly into prayer.</w:t>
      </w:r>
    </w:p>
    <w:p w14:paraId="6E0143C4" w14:textId="77777777" w:rsidR="005A0029" w:rsidRDefault="00F83EB4">
      <w:pPr>
        <w:pStyle w:val="Heading2"/>
      </w:pPr>
      <w:r>
        <w:t>My Thoughts &amp; Prayers</w:t>
      </w:r>
    </w:p>
    <w:p w14:paraId="41919630" w14:textId="77777777" w:rsidR="005A0029" w:rsidRDefault="00F83EB4">
      <w:pPr>
        <w:spacing w:after="60"/>
      </w:pPr>
      <w:r>
        <w:rPr>
          <w:color w:val="B4B4B4"/>
          <w:sz w:val="16"/>
        </w:rPr>
        <w:t>________________________________________________________</w:t>
      </w:r>
    </w:p>
    <w:p w14:paraId="093B7D24" w14:textId="77777777" w:rsidR="005A0029" w:rsidRDefault="00F83EB4">
      <w:pPr>
        <w:spacing w:after="60"/>
      </w:pPr>
      <w:r>
        <w:rPr>
          <w:color w:val="B4B4B4"/>
          <w:sz w:val="16"/>
        </w:rPr>
        <w:t>________________________________________________________</w:t>
      </w:r>
    </w:p>
    <w:p w14:paraId="4A3C8F6A" w14:textId="77777777" w:rsidR="005A0029" w:rsidRDefault="00F83EB4">
      <w:pPr>
        <w:spacing w:after="60"/>
      </w:pPr>
      <w:r>
        <w:rPr>
          <w:color w:val="B4B4B4"/>
          <w:sz w:val="16"/>
        </w:rPr>
        <w:t>________________________________________________________</w:t>
      </w:r>
    </w:p>
    <w:p w14:paraId="1056BE56" w14:textId="77777777" w:rsidR="005A0029" w:rsidRDefault="00F83EB4">
      <w:pPr>
        <w:spacing w:after="60"/>
      </w:pPr>
      <w:r>
        <w:rPr>
          <w:color w:val="B4B4B4"/>
          <w:sz w:val="16"/>
        </w:rPr>
        <w:t>________________________________________________________</w:t>
      </w:r>
    </w:p>
    <w:p w14:paraId="6AD0A123" w14:textId="77777777" w:rsidR="005A0029" w:rsidRDefault="00F83EB4">
      <w:pPr>
        <w:spacing w:after="60"/>
      </w:pPr>
      <w:r>
        <w:rPr>
          <w:color w:val="B4B4B4"/>
          <w:sz w:val="16"/>
        </w:rPr>
        <w:t>________________________________________________________</w:t>
      </w:r>
    </w:p>
    <w:p w14:paraId="60C2A8E2" w14:textId="77777777" w:rsidR="005A0029" w:rsidRDefault="00F83EB4">
      <w:pPr>
        <w:pStyle w:val="Heading2"/>
      </w:pPr>
      <w:r>
        <w:t>Prayer</w:t>
      </w:r>
    </w:p>
    <w:p w14:paraId="26D5D8F8" w14:textId="77777777" w:rsidR="005A0029" w:rsidRDefault="00F83EB4">
      <w:r>
        <w:t>Father, meet me in this practice of light for today.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4F16706" w14:textId="77777777" w:rsidR="005A0029" w:rsidRDefault="00F83EB4">
      <w:r>
        <w:rPr>
          <w:b/>
          <w:color w:val="B08D3A"/>
        </w:rPr>
        <w:lastRenderedPageBreak/>
        <w:t xml:space="preserve">TODAY'S DECLARATION  </w:t>
      </w:r>
      <w:r>
        <w:t>I will meet light for today with truth, faith, and practiced peace.</w:t>
      </w:r>
    </w:p>
    <w:p w14:paraId="6C0A5593" w14:textId="77777777" w:rsidR="005A0029" w:rsidRDefault="00F83EB4">
      <w:r>
        <w:br w:type="page"/>
      </w:r>
    </w:p>
    <w:p w14:paraId="6381E71B" w14:textId="77777777" w:rsidR="005A0029" w:rsidRDefault="00F83EB4">
      <w:pPr>
        <w:pStyle w:val="Heading2"/>
      </w:pPr>
      <w:r>
        <w:lastRenderedPageBreak/>
        <w:t>DAY 29</w:t>
      </w:r>
    </w:p>
    <w:p w14:paraId="098BD6A5" w14:textId="77777777" w:rsidR="005A0029" w:rsidRDefault="00F83EB4">
      <w:pPr>
        <w:pStyle w:val="Heading1"/>
      </w:pPr>
      <w:r>
        <w:t>A Clearer Heart</w:t>
      </w:r>
    </w:p>
    <w:p w14:paraId="54B637A1" w14:textId="77777777" w:rsidR="005A0029" w:rsidRDefault="00F83EB4">
      <w:r>
        <w:rPr>
          <w:b/>
          <w:color w:val="B08D3A"/>
        </w:rPr>
        <w:t xml:space="preserve">ANCHOR SCRIPTURE  </w:t>
      </w:r>
      <w:r>
        <w:t>Psalm 51:10</w:t>
      </w:r>
    </w:p>
    <w:p w14:paraId="6D810476" w14:textId="77777777" w:rsidR="005A0029" w:rsidRDefault="00F83EB4">
      <w:pPr>
        <w:pStyle w:val="Heading2"/>
      </w:pPr>
      <w:r>
        <w:t>Guided Reflection</w:t>
      </w:r>
    </w:p>
    <w:p w14:paraId="09950F11" w14:textId="77777777" w:rsidR="005A0029" w:rsidRDefault="00F83EB4">
      <w:r>
        <w:t>Today, consider what “a clearer heart”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truth is pract</w:t>
      </w:r>
      <w:r>
        <w:t>iced repeatedly, especially when circumstances remain unresolved.</w:t>
      </w:r>
    </w:p>
    <w:p w14:paraId="366FBDBE" w14:textId="77777777" w:rsidR="005A0029" w:rsidRDefault="00F83EB4">
      <w:pPr>
        <w:pStyle w:val="Heading2"/>
      </w:pPr>
      <w:r>
        <w:t>Pause &amp; Notice</w:t>
      </w:r>
    </w:p>
    <w:p w14:paraId="77CEEF32" w14:textId="77777777" w:rsidR="005A0029" w:rsidRDefault="00F83EB4">
      <w:r>
        <w:t>What is this theme revealing about my heart, thoughts, relationships, or current circumstances today?</w:t>
      </w:r>
    </w:p>
    <w:p w14:paraId="58BB54D0" w14:textId="77777777" w:rsidR="005A0029" w:rsidRDefault="00F83EB4">
      <w:pPr>
        <w:pStyle w:val="Heading2"/>
      </w:pPr>
      <w:r>
        <w:t>Peace Practice</w:t>
      </w:r>
    </w:p>
    <w:p w14:paraId="25B18EF3" w14:textId="77777777" w:rsidR="005A0029" w:rsidRDefault="00F83EB4">
      <w:r>
        <w:t>Sit quietly for three minutes. Name what you feel without judging it. Then write one truth you want to carry into the day.</w:t>
      </w:r>
    </w:p>
    <w:p w14:paraId="27C5BC86" w14:textId="77777777" w:rsidR="005A0029" w:rsidRDefault="00F83EB4">
      <w:pPr>
        <w:pStyle w:val="Heading2"/>
      </w:pPr>
      <w:r>
        <w:t>My Thoughts &amp; Prayers</w:t>
      </w:r>
    </w:p>
    <w:p w14:paraId="67DE15A7" w14:textId="77777777" w:rsidR="005A0029" w:rsidRDefault="00F83EB4">
      <w:pPr>
        <w:spacing w:after="60"/>
      </w:pPr>
      <w:r>
        <w:rPr>
          <w:color w:val="B4B4B4"/>
          <w:sz w:val="16"/>
        </w:rPr>
        <w:t>________________________________________________________</w:t>
      </w:r>
    </w:p>
    <w:p w14:paraId="4DF1919E" w14:textId="77777777" w:rsidR="005A0029" w:rsidRDefault="00F83EB4">
      <w:pPr>
        <w:spacing w:after="60"/>
      </w:pPr>
      <w:r>
        <w:rPr>
          <w:color w:val="B4B4B4"/>
          <w:sz w:val="16"/>
        </w:rPr>
        <w:t>________________________________________________________</w:t>
      </w:r>
    </w:p>
    <w:p w14:paraId="476C2E18" w14:textId="77777777" w:rsidR="005A0029" w:rsidRDefault="00F83EB4">
      <w:pPr>
        <w:spacing w:after="60"/>
      </w:pPr>
      <w:r>
        <w:rPr>
          <w:color w:val="B4B4B4"/>
          <w:sz w:val="16"/>
        </w:rPr>
        <w:t>________________________________________________________</w:t>
      </w:r>
    </w:p>
    <w:p w14:paraId="1C312470" w14:textId="77777777" w:rsidR="005A0029" w:rsidRDefault="00F83EB4">
      <w:pPr>
        <w:spacing w:after="60"/>
      </w:pPr>
      <w:r>
        <w:rPr>
          <w:color w:val="B4B4B4"/>
          <w:sz w:val="16"/>
        </w:rPr>
        <w:t>________________________________________________________</w:t>
      </w:r>
    </w:p>
    <w:p w14:paraId="244FAEBC" w14:textId="77777777" w:rsidR="005A0029" w:rsidRDefault="00F83EB4">
      <w:pPr>
        <w:spacing w:after="60"/>
      </w:pPr>
      <w:r>
        <w:rPr>
          <w:color w:val="B4B4B4"/>
          <w:sz w:val="16"/>
        </w:rPr>
        <w:t>________________________________________________________</w:t>
      </w:r>
    </w:p>
    <w:p w14:paraId="1FEF382B" w14:textId="77777777" w:rsidR="005A0029" w:rsidRDefault="00F83EB4">
      <w:pPr>
        <w:pStyle w:val="Heading2"/>
      </w:pPr>
      <w:r>
        <w:t>Prayer</w:t>
      </w:r>
    </w:p>
    <w:p w14:paraId="374A833E" w14:textId="77777777" w:rsidR="005A0029" w:rsidRDefault="00F83EB4">
      <w:r>
        <w:t>Father, meet me in this practice of a clearer heart.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099AF26" w14:textId="77777777" w:rsidR="005A0029" w:rsidRDefault="00F83EB4">
      <w:r>
        <w:rPr>
          <w:b/>
          <w:color w:val="B08D3A"/>
        </w:rPr>
        <w:lastRenderedPageBreak/>
        <w:t xml:space="preserve">TODAY'S DECLARATION  </w:t>
      </w:r>
      <w:r>
        <w:t>I will meet a clearer heart with truth, faith, and practiced peace.</w:t>
      </w:r>
    </w:p>
    <w:p w14:paraId="62E12589" w14:textId="77777777" w:rsidR="005A0029" w:rsidRDefault="00F83EB4">
      <w:r>
        <w:br w:type="page"/>
      </w:r>
    </w:p>
    <w:p w14:paraId="7269E5B6" w14:textId="77777777" w:rsidR="005A0029" w:rsidRDefault="00F83EB4">
      <w:pPr>
        <w:pStyle w:val="Heading2"/>
      </w:pPr>
      <w:r>
        <w:lastRenderedPageBreak/>
        <w:t>DAY 30</w:t>
      </w:r>
    </w:p>
    <w:p w14:paraId="639E7B5D" w14:textId="77777777" w:rsidR="005A0029" w:rsidRDefault="00F83EB4">
      <w:pPr>
        <w:pStyle w:val="Heading1"/>
      </w:pPr>
      <w:r>
        <w:t>Walking in Clarity</w:t>
      </w:r>
    </w:p>
    <w:p w14:paraId="51EF8F8D" w14:textId="77777777" w:rsidR="005A0029" w:rsidRDefault="00F83EB4">
      <w:r>
        <w:rPr>
          <w:b/>
          <w:color w:val="B08D3A"/>
        </w:rPr>
        <w:t xml:space="preserve">ANCHOR SCRIPTURE  </w:t>
      </w:r>
      <w:r>
        <w:t>Isaiah 30:21</w:t>
      </w:r>
    </w:p>
    <w:p w14:paraId="6E62FC38" w14:textId="77777777" w:rsidR="005A0029" w:rsidRDefault="00F83EB4">
      <w:pPr>
        <w:pStyle w:val="Heading2"/>
      </w:pPr>
      <w:r>
        <w:t>Guided Reflection</w:t>
      </w:r>
    </w:p>
    <w:p w14:paraId="6672F50A" w14:textId="77777777" w:rsidR="005A0029" w:rsidRDefault="00F83EB4">
      <w:r>
        <w:t>Today, consider what “walking in clarity” means in the season you are living through. The work of peace is rarely accomplished by denying what is difficult. It grows as you bring your real thoughts, emotions, and questions into the light of God's presence. In clarity after confusion, the invitation is not to force an immediate answer, but to become attentive: to what is happening within you, to what Scripture is revealing, and to the next faithful step available today. Peace becomes durable when truth is pr</w:t>
      </w:r>
      <w:r>
        <w:t>acticed repeatedly, especially when circumstances remain unresolved.</w:t>
      </w:r>
    </w:p>
    <w:p w14:paraId="632F74D8" w14:textId="77777777" w:rsidR="005A0029" w:rsidRDefault="00F83EB4">
      <w:pPr>
        <w:pStyle w:val="Heading2"/>
      </w:pPr>
      <w:r>
        <w:t>Pause &amp; Notice</w:t>
      </w:r>
    </w:p>
    <w:p w14:paraId="2EA2781C" w14:textId="77777777" w:rsidR="005A0029" w:rsidRDefault="00F83EB4">
      <w:r>
        <w:t>What is this theme revealing about my heart, thoughts, relationships, or current circumstances today?</w:t>
      </w:r>
    </w:p>
    <w:p w14:paraId="29E68465" w14:textId="77777777" w:rsidR="005A0029" w:rsidRDefault="00F83EB4">
      <w:pPr>
        <w:pStyle w:val="Heading2"/>
      </w:pPr>
      <w:r>
        <w:t>Peace Practice</w:t>
      </w:r>
    </w:p>
    <w:p w14:paraId="0B71CF57" w14:textId="77777777" w:rsidR="005A0029" w:rsidRDefault="00F83EB4">
      <w:r>
        <w:t>Draw two columns: 'What I can control' and 'What I must release.' Place each concern in the appropriate column and pray over both.</w:t>
      </w:r>
    </w:p>
    <w:p w14:paraId="282BFC5F" w14:textId="77777777" w:rsidR="005A0029" w:rsidRDefault="00F83EB4">
      <w:pPr>
        <w:pStyle w:val="Heading2"/>
      </w:pPr>
      <w:r>
        <w:t>My Thoughts &amp; Prayers</w:t>
      </w:r>
    </w:p>
    <w:p w14:paraId="3A7D9218" w14:textId="77777777" w:rsidR="005A0029" w:rsidRDefault="00F83EB4">
      <w:pPr>
        <w:spacing w:after="60"/>
      </w:pPr>
      <w:r>
        <w:rPr>
          <w:color w:val="B4B4B4"/>
          <w:sz w:val="16"/>
        </w:rPr>
        <w:t>________________________________________________________</w:t>
      </w:r>
    </w:p>
    <w:p w14:paraId="7E5A646D" w14:textId="77777777" w:rsidR="005A0029" w:rsidRDefault="00F83EB4">
      <w:pPr>
        <w:spacing w:after="60"/>
      </w:pPr>
      <w:r>
        <w:rPr>
          <w:color w:val="B4B4B4"/>
          <w:sz w:val="16"/>
        </w:rPr>
        <w:t>________________________________________________________</w:t>
      </w:r>
    </w:p>
    <w:p w14:paraId="6CCBB543" w14:textId="77777777" w:rsidR="005A0029" w:rsidRDefault="00F83EB4">
      <w:pPr>
        <w:spacing w:after="60"/>
      </w:pPr>
      <w:r>
        <w:rPr>
          <w:color w:val="B4B4B4"/>
          <w:sz w:val="16"/>
        </w:rPr>
        <w:t>________________________________________________________</w:t>
      </w:r>
    </w:p>
    <w:p w14:paraId="5DF5BB5B" w14:textId="77777777" w:rsidR="005A0029" w:rsidRDefault="00F83EB4">
      <w:pPr>
        <w:spacing w:after="60"/>
      </w:pPr>
      <w:r>
        <w:rPr>
          <w:color w:val="B4B4B4"/>
          <w:sz w:val="16"/>
        </w:rPr>
        <w:t>________________________________________________________</w:t>
      </w:r>
    </w:p>
    <w:p w14:paraId="3721812E" w14:textId="77777777" w:rsidR="005A0029" w:rsidRDefault="00F83EB4">
      <w:pPr>
        <w:spacing w:after="60"/>
      </w:pPr>
      <w:r>
        <w:rPr>
          <w:color w:val="B4B4B4"/>
          <w:sz w:val="16"/>
        </w:rPr>
        <w:t>________________________________________________________</w:t>
      </w:r>
    </w:p>
    <w:p w14:paraId="1B658380" w14:textId="77777777" w:rsidR="005A0029" w:rsidRDefault="00F83EB4">
      <w:pPr>
        <w:pStyle w:val="Heading2"/>
      </w:pPr>
      <w:r>
        <w:t>Prayer</w:t>
      </w:r>
    </w:p>
    <w:p w14:paraId="20728B69" w14:textId="77777777" w:rsidR="005A0029" w:rsidRDefault="00F83EB4">
      <w:r>
        <w:t>Father, meet me in this practice of walking in clarity.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55B00AD" w14:textId="77777777" w:rsidR="005A0029" w:rsidRDefault="00F83EB4">
      <w:r>
        <w:rPr>
          <w:b/>
          <w:color w:val="B08D3A"/>
        </w:rPr>
        <w:lastRenderedPageBreak/>
        <w:t xml:space="preserve">TODAY'S DECLARATION  </w:t>
      </w:r>
      <w:r>
        <w:t>I will meet walking in clarity with truth, faith, and practiced peace.</w:t>
      </w:r>
    </w:p>
    <w:p w14:paraId="6F35DC43" w14:textId="77777777" w:rsidR="005A0029" w:rsidRDefault="00F83EB4">
      <w:r>
        <w:br w:type="page"/>
      </w:r>
    </w:p>
    <w:p w14:paraId="004FFA5E" w14:textId="77777777" w:rsidR="005A0029" w:rsidRDefault="00F83EB4">
      <w:pPr>
        <w:pStyle w:val="Heading1"/>
      </w:pPr>
      <w:r>
        <w:lastRenderedPageBreak/>
        <w:t>CLARITY AFTER CONFUSION: End-of-Month Reflection</w:t>
      </w:r>
    </w:p>
    <w:p w14:paraId="17449DBA" w14:textId="77777777" w:rsidR="005A0029" w:rsidRDefault="00F83EB4">
      <w:pPr>
        <w:pStyle w:val="Heading3"/>
      </w:pPr>
      <w:r>
        <w:t>What changed within me this month?</w:t>
      </w:r>
    </w:p>
    <w:p w14:paraId="3E63972D" w14:textId="77777777" w:rsidR="005A0029" w:rsidRDefault="00F83EB4">
      <w:pPr>
        <w:spacing w:after="60"/>
      </w:pPr>
      <w:r>
        <w:rPr>
          <w:color w:val="B4B4B4"/>
          <w:sz w:val="16"/>
        </w:rPr>
        <w:t>________________________________________________________</w:t>
      </w:r>
    </w:p>
    <w:p w14:paraId="0DAB80CF" w14:textId="77777777" w:rsidR="005A0029" w:rsidRDefault="00F83EB4">
      <w:pPr>
        <w:spacing w:after="60"/>
      </w:pPr>
      <w:r>
        <w:rPr>
          <w:color w:val="B4B4B4"/>
          <w:sz w:val="16"/>
        </w:rPr>
        <w:t>________________________________________________________</w:t>
      </w:r>
    </w:p>
    <w:p w14:paraId="07793AA0" w14:textId="77777777" w:rsidR="005A0029" w:rsidRDefault="00F83EB4">
      <w:pPr>
        <w:pStyle w:val="Heading3"/>
      </w:pPr>
      <w:r>
        <w:t>Which practice helped me most?</w:t>
      </w:r>
    </w:p>
    <w:p w14:paraId="50CAD328" w14:textId="77777777" w:rsidR="005A0029" w:rsidRDefault="00F83EB4">
      <w:pPr>
        <w:spacing w:after="60"/>
      </w:pPr>
      <w:r>
        <w:rPr>
          <w:color w:val="B4B4B4"/>
          <w:sz w:val="16"/>
        </w:rPr>
        <w:t>________________________________________________________</w:t>
      </w:r>
    </w:p>
    <w:p w14:paraId="101386DE" w14:textId="77777777" w:rsidR="005A0029" w:rsidRDefault="00F83EB4">
      <w:pPr>
        <w:spacing w:after="60"/>
      </w:pPr>
      <w:r>
        <w:rPr>
          <w:color w:val="B4B4B4"/>
          <w:sz w:val="16"/>
        </w:rPr>
        <w:t>________________________________________________________</w:t>
      </w:r>
    </w:p>
    <w:p w14:paraId="5829A440" w14:textId="77777777" w:rsidR="005A0029" w:rsidRDefault="00F83EB4">
      <w:pPr>
        <w:pStyle w:val="Heading3"/>
      </w:pPr>
      <w:r>
        <w:t>Which Scripture became an anchor?</w:t>
      </w:r>
    </w:p>
    <w:p w14:paraId="508F0E88" w14:textId="77777777" w:rsidR="005A0029" w:rsidRDefault="00F83EB4">
      <w:pPr>
        <w:spacing w:after="60"/>
      </w:pPr>
      <w:r>
        <w:rPr>
          <w:color w:val="B4B4B4"/>
          <w:sz w:val="16"/>
        </w:rPr>
        <w:t>________________________________________________________</w:t>
      </w:r>
    </w:p>
    <w:p w14:paraId="1B2D44BC" w14:textId="77777777" w:rsidR="005A0029" w:rsidRDefault="00F83EB4">
      <w:pPr>
        <w:spacing w:after="60"/>
      </w:pPr>
      <w:r>
        <w:rPr>
          <w:color w:val="B4B4B4"/>
          <w:sz w:val="16"/>
        </w:rPr>
        <w:t>________________________________________________________</w:t>
      </w:r>
    </w:p>
    <w:p w14:paraId="32B2A528" w14:textId="77777777" w:rsidR="005A0029" w:rsidRDefault="00F83EB4">
      <w:pPr>
        <w:pStyle w:val="Heading3"/>
      </w:pPr>
      <w:r>
        <w:t>What am I ready to release?</w:t>
      </w:r>
    </w:p>
    <w:p w14:paraId="0A76C69A" w14:textId="77777777" w:rsidR="005A0029" w:rsidRDefault="00F83EB4">
      <w:pPr>
        <w:spacing w:after="60"/>
      </w:pPr>
      <w:r>
        <w:rPr>
          <w:color w:val="B4B4B4"/>
          <w:sz w:val="16"/>
        </w:rPr>
        <w:t>________________________________________________________</w:t>
      </w:r>
    </w:p>
    <w:p w14:paraId="09ADB7F9" w14:textId="77777777" w:rsidR="005A0029" w:rsidRDefault="00F83EB4">
      <w:pPr>
        <w:spacing w:after="60"/>
      </w:pPr>
      <w:r>
        <w:rPr>
          <w:color w:val="B4B4B4"/>
          <w:sz w:val="16"/>
        </w:rPr>
        <w:t>________________________________________________________</w:t>
      </w:r>
    </w:p>
    <w:p w14:paraId="68777D82" w14:textId="77777777" w:rsidR="005A0029" w:rsidRDefault="00F83EB4">
      <w:pPr>
        <w:pStyle w:val="Heading3"/>
      </w:pPr>
      <w:r>
        <w:t>What will I carry into the next month?</w:t>
      </w:r>
    </w:p>
    <w:p w14:paraId="4B16CAF4" w14:textId="77777777" w:rsidR="005A0029" w:rsidRDefault="00F83EB4">
      <w:pPr>
        <w:spacing w:after="60"/>
      </w:pPr>
      <w:r>
        <w:rPr>
          <w:color w:val="B4B4B4"/>
          <w:sz w:val="16"/>
        </w:rPr>
        <w:t>________________________________________________________</w:t>
      </w:r>
    </w:p>
    <w:p w14:paraId="4474CD9B" w14:textId="77777777" w:rsidR="005A0029" w:rsidRDefault="00F83EB4">
      <w:pPr>
        <w:spacing w:after="60"/>
      </w:pPr>
      <w:r>
        <w:rPr>
          <w:color w:val="B4B4B4"/>
          <w:sz w:val="16"/>
        </w:rPr>
        <w:t>________________________________________________________</w:t>
      </w:r>
    </w:p>
    <w:p w14:paraId="50007A6A" w14:textId="77777777" w:rsidR="005A0029" w:rsidRDefault="00F83EB4">
      <w:r>
        <w:br w:type="page"/>
      </w:r>
    </w:p>
    <w:p w14:paraId="3D651CCF" w14:textId="77777777" w:rsidR="005A0029" w:rsidRDefault="00F83EB4">
      <w:pPr>
        <w:pStyle w:val="Heading2"/>
      </w:pPr>
      <w:r>
        <w:lastRenderedPageBreak/>
        <w:t>MONTH EIGHT</w:t>
      </w:r>
    </w:p>
    <w:p w14:paraId="6B0F050B" w14:textId="77777777" w:rsidR="005A0029" w:rsidRDefault="00F83EB4">
      <w:pPr>
        <w:jc w:val="center"/>
      </w:pPr>
      <w:r>
        <w:rPr>
          <w:b/>
          <w:color w:val="17324D"/>
          <w:sz w:val="48"/>
        </w:rPr>
        <w:t>REBUILDING FROM THE INSIDE OUT</w:t>
      </w:r>
    </w:p>
    <w:p w14:paraId="3A415AA7" w14:textId="77777777" w:rsidR="005A0029" w:rsidRDefault="00F83EB4">
      <w:pPr>
        <w:jc w:val="center"/>
      </w:pPr>
      <w:r>
        <w:rPr>
          <w:i/>
          <w:color w:val="B08D3A"/>
          <w:sz w:val="24"/>
        </w:rPr>
        <w:t>Restoration, Forgiveness, and a New Foundation</w:t>
      </w:r>
    </w:p>
    <w:p w14:paraId="783F829E" w14:textId="77777777" w:rsidR="005A0029" w:rsidRDefault="00F83EB4">
      <w:pPr>
        <w:jc w:val="center"/>
      </w:pPr>
      <w:r>
        <w:rPr>
          <w:color w:val="B08D3A"/>
          <w:sz w:val="24"/>
        </w:rPr>
        <w:t>—  ◆  —</w:t>
      </w:r>
    </w:p>
    <w:p w14:paraId="3782F251" w14:textId="77777777" w:rsidR="005A0029" w:rsidRDefault="00F83EB4">
      <w:r>
        <w:t>Monthly intention: Spend these thirty days practicing restoration, forgiveness, and a new foundation. Notice patterns without condemnation, return to Scripture, and choose one faithful practice at a time.</w:t>
      </w:r>
    </w:p>
    <w:p w14:paraId="3596DE46" w14:textId="77777777" w:rsidR="005A0029" w:rsidRDefault="00F83EB4">
      <w:pPr>
        <w:pStyle w:val="Heading2"/>
      </w:pPr>
      <w:r>
        <w:t>Monthly Check-In</w:t>
      </w:r>
    </w:p>
    <w:p w14:paraId="77D9FCE4" w14:textId="77777777" w:rsidR="005A0029" w:rsidRDefault="00F83EB4">
      <w:r>
        <w:t>What feels heaviest as I begin this month?</w:t>
      </w:r>
    </w:p>
    <w:p w14:paraId="00C7B264" w14:textId="77777777" w:rsidR="005A0029" w:rsidRDefault="00F83EB4">
      <w:pPr>
        <w:spacing w:after="60"/>
      </w:pPr>
      <w:r>
        <w:rPr>
          <w:color w:val="B4B4B4"/>
          <w:sz w:val="16"/>
        </w:rPr>
        <w:t>________________________________________________________</w:t>
      </w:r>
    </w:p>
    <w:p w14:paraId="081347AD" w14:textId="77777777" w:rsidR="005A0029" w:rsidRDefault="00F83EB4">
      <w:pPr>
        <w:spacing w:after="60"/>
      </w:pPr>
      <w:r>
        <w:rPr>
          <w:color w:val="B4B4B4"/>
          <w:sz w:val="16"/>
        </w:rPr>
        <w:t>________________________________________________________</w:t>
      </w:r>
    </w:p>
    <w:p w14:paraId="66B164CE" w14:textId="77777777" w:rsidR="005A0029" w:rsidRDefault="00F83EB4">
      <w:r>
        <w:t>What kind of peace am I asking God to cultivate in me?</w:t>
      </w:r>
    </w:p>
    <w:p w14:paraId="3E751794" w14:textId="77777777" w:rsidR="005A0029" w:rsidRDefault="00F83EB4">
      <w:pPr>
        <w:spacing w:after="60"/>
      </w:pPr>
      <w:r>
        <w:rPr>
          <w:color w:val="B4B4B4"/>
          <w:sz w:val="16"/>
        </w:rPr>
        <w:t>________________________________________________________</w:t>
      </w:r>
    </w:p>
    <w:p w14:paraId="2D1657BE" w14:textId="77777777" w:rsidR="005A0029" w:rsidRDefault="00F83EB4">
      <w:pPr>
        <w:spacing w:after="60"/>
      </w:pPr>
      <w:r>
        <w:rPr>
          <w:color w:val="B4B4B4"/>
          <w:sz w:val="16"/>
        </w:rPr>
        <w:t>________________________________________________________</w:t>
      </w:r>
    </w:p>
    <w:p w14:paraId="4D30D8BB" w14:textId="77777777" w:rsidR="005A0029" w:rsidRDefault="00F83EB4">
      <w:r>
        <w:br w:type="page"/>
      </w:r>
    </w:p>
    <w:p w14:paraId="65F76D6D" w14:textId="77777777" w:rsidR="005A0029" w:rsidRDefault="00F83EB4">
      <w:pPr>
        <w:pStyle w:val="Heading2"/>
      </w:pPr>
      <w:r>
        <w:lastRenderedPageBreak/>
        <w:t>DAY 1</w:t>
      </w:r>
    </w:p>
    <w:p w14:paraId="602DD33A" w14:textId="77777777" w:rsidR="005A0029" w:rsidRDefault="00F83EB4">
      <w:pPr>
        <w:pStyle w:val="Heading1"/>
      </w:pPr>
      <w:r>
        <w:t>Start With the Foundation</w:t>
      </w:r>
    </w:p>
    <w:p w14:paraId="590D2FBC" w14:textId="77777777" w:rsidR="005A0029" w:rsidRDefault="00F83EB4">
      <w:r>
        <w:rPr>
          <w:b/>
          <w:color w:val="B08D3A"/>
        </w:rPr>
        <w:t xml:space="preserve">ANCHOR SCRIPTURE  </w:t>
      </w:r>
      <w:r>
        <w:t>Matthew 7:24-25</w:t>
      </w:r>
    </w:p>
    <w:p w14:paraId="69ED2D11" w14:textId="77777777" w:rsidR="005A0029" w:rsidRDefault="00F83EB4">
      <w:pPr>
        <w:pStyle w:val="Heading2"/>
      </w:pPr>
      <w:r>
        <w:t>Guided Reflection</w:t>
      </w:r>
    </w:p>
    <w:p w14:paraId="4AE6C2FC" w14:textId="77777777" w:rsidR="005A0029" w:rsidRDefault="00F83EB4">
      <w:r>
        <w:t>Today, consider what “start with the foundation”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wh</w:t>
      </w:r>
      <w:r>
        <w:t>en truth is practiced repeatedly, especially when circumstances remain unresolved.</w:t>
      </w:r>
    </w:p>
    <w:p w14:paraId="11D32746" w14:textId="77777777" w:rsidR="005A0029" w:rsidRDefault="00F83EB4">
      <w:pPr>
        <w:pStyle w:val="Heading2"/>
      </w:pPr>
      <w:r>
        <w:t>Pause &amp; Notice</w:t>
      </w:r>
    </w:p>
    <w:p w14:paraId="6C966738" w14:textId="77777777" w:rsidR="005A0029" w:rsidRDefault="00F83EB4">
      <w:r>
        <w:t>What is this theme revealing about my heart, thoughts, relationships, or current circumstances today?</w:t>
      </w:r>
    </w:p>
    <w:p w14:paraId="6102B16C" w14:textId="77777777" w:rsidR="005A0029" w:rsidRDefault="00F83EB4">
      <w:pPr>
        <w:pStyle w:val="Heading2"/>
      </w:pPr>
      <w:r>
        <w:t>Peace Practice</w:t>
      </w:r>
    </w:p>
    <w:p w14:paraId="3F5D7398" w14:textId="77777777" w:rsidR="005A0029" w:rsidRDefault="00F83EB4">
      <w:r>
        <w:t>Sit quietly for three minutes. Name what you feel without judging it. Then write one truth you want to carry into the day.</w:t>
      </w:r>
    </w:p>
    <w:p w14:paraId="7F28759E" w14:textId="77777777" w:rsidR="005A0029" w:rsidRDefault="00F83EB4">
      <w:pPr>
        <w:pStyle w:val="Heading2"/>
      </w:pPr>
      <w:r>
        <w:t>My Thoughts &amp; Prayers</w:t>
      </w:r>
    </w:p>
    <w:p w14:paraId="4E3521B6" w14:textId="77777777" w:rsidR="005A0029" w:rsidRDefault="00F83EB4">
      <w:pPr>
        <w:spacing w:after="60"/>
      </w:pPr>
      <w:r>
        <w:rPr>
          <w:color w:val="B4B4B4"/>
          <w:sz w:val="16"/>
        </w:rPr>
        <w:t>________________________________________________________</w:t>
      </w:r>
    </w:p>
    <w:p w14:paraId="675B31EF" w14:textId="77777777" w:rsidR="005A0029" w:rsidRDefault="00F83EB4">
      <w:pPr>
        <w:spacing w:after="60"/>
      </w:pPr>
      <w:r>
        <w:rPr>
          <w:color w:val="B4B4B4"/>
          <w:sz w:val="16"/>
        </w:rPr>
        <w:t>________________________________________________________</w:t>
      </w:r>
    </w:p>
    <w:p w14:paraId="30979077" w14:textId="77777777" w:rsidR="005A0029" w:rsidRDefault="00F83EB4">
      <w:pPr>
        <w:spacing w:after="60"/>
      </w:pPr>
      <w:r>
        <w:rPr>
          <w:color w:val="B4B4B4"/>
          <w:sz w:val="16"/>
        </w:rPr>
        <w:t>________________________________________________________</w:t>
      </w:r>
    </w:p>
    <w:p w14:paraId="418DFB9F" w14:textId="77777777" w:rsidR="005A0029" w:rsidRDefault="00F83EB4">
      <w:pPr>
        <w:spacing w:after="60"/>
      </w:pPr>
      <w:r>
        <w:rPr>
          <w:color w:val="B4B4B4"/>
          <w:sz w:val="16"/>
        </w:rPr>
        <w:t>________________________________________________________</w:t>
      </w:r>
    </w:p>
    <w:p w14:paraId="7EFAED28" w14:textId="77777777" w:rsidR="005A0029" w:rsidRDefault="00F83EB4">
      <w:pPr>
        <w:spacing w:after="60"/>
      </w:pPr>
      <w:r>
        <w:rPr>
          <w:color w:val="B4B4B4"/>
          <w:sz w:val="16"/>
        </w:rPr>
        <w:t>________________________________________________________</w:t>
      </w:r>
    </w:p>
    <w:p w14:paraId="7B691508" w14:textId="77777777" w:rsidR="005A0029" w:rsidRDefault="00F83EB4">
      <w:pPr>
        <w:pStyle w:val="Heading2"/>
      </w:pPr>
      <w:r>
        <w:t>Prayer</w:t>
      </w:r>
    </w:p>
    <w:p w14:paraId="0958DDB4" w14:textId="77777777" w:rsidR="005A0029" w:rsidRDefault="00F83EB4">
      <w:r>
        <w:t>Father, meet me in this practice of start with the foundation.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13DF75E" w14:textId="77777777" w:rsidR="005A0029" w:rsidRDefault="00F83EB4">
      <w:r>
        <w:rPr>
          <w:b/>
          <w:color w:val="B08D3A"/>
        </w:rPr>
        <w:lastRenderedPageBreak/>
        <w:t xml:space="preserve">TODAY'S DECLARATION  </w:t>
      </w:r>
      <w:r>
        <w:t>I will meet start with the foundation with truth, faith, and practiced peace.</w:t>
      </w:r>
    </w:p>
    <w:p w14:paraId="314794BC" w14:textId="77777777" w:rsidR="005A0029" w:rsidRDefault="00F83EB4">
      <w:r>
        <w:br w:type="page"/>
      </w:r>
    </w:p>
    <w:p w14:paraId="2221C3FE" w14:textId="77777777" w:rsidR="005A0029" w:rsidRDefault="00F83EB4">
      <w:pPr>
        <w:pStyle w:val="Heading2"/>
      </w:pPr>
      <w:r>
        <w:lastRenderedPageBreak/>
        <w:t>DAY 2</w:t>
      </w:r>
    </w:p>
    <w:p w14:paraId="0468BCFF" w14:textId="77777777" w:rsidR="005A0029" w:rsidRDefault="00F83EB4">
      <w:pPr>
        <w:pStyle w:val="Heading1"/>
      </w:pPr>
      <w:r>
        <w:t>What Needs Rebuilding?</w:t>
      </w:r>
    </w:p>
    <w:p w14:paraId="41272E52" w14:textId="77777777" w:rsidR="005A0029" w:rsidRDefault="00F83EB4">
      <w:r>
        <w:rPr>
          <w:b/>
          <w:color w:val="B08D3A"/>
        </w:rPr>
        <w:t xml:space="preserve">ANCHOR SCRIPTURE  </w:t>
      </w:r>
      <w:r>
        <w:t>Nehemiah 2:18</w:t>
      </w:r>
    </w:p>
    <w:p w14:paraId="1728D5A9" w14:textId="77777777" w:rsidR="005A0029" w:rsidRDefault="00F83EB4">
      <w:pPr>
        <w:pStyle w:val="Heading2"/>
      </w:pPr>
      <w:r>
        <w:t>Guided Reflection</w:t>
      </w:r>
    </w:p>
    <w:p w14:paraId="14996E04" w14:textId="77777777" w:rsidR="005A0029" w:rsidRDefault="00F83EB4">
      <w:r>
        <w:t xml:space="preserve">Today, consider what “what needs rebuilding?”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5D1E5D14" w14:textId="77777777" w:rsidR="005A0029" w:rsidRDefault="00F83EB4">
      <w:pPr>
        <w:pStyle w:val="Heading2"/>
      </w:pPr>
      <w:r>
        <w:t>Pause &amp; Notice</w:t>
      </w:r>
    </w:p>
    <w:p w14:paraId="70E5A8FF" w14:textId="77777777" w:rsidR="005A0029" w:rsidRDefault="00F83EB4">
      <w:r>
        <w:t>What is this theme revealing about my heart, thoughts, relationships, or current circumstances today?</w:t>
      </w:r>
    </w:p>
    <w:p w14:paraId="35912B95" w14:textId="77777777" w:rsidR="005A0029" w:rsidRDefault="00F83EB4">
      <w:pPr>
        <w:pStyle w:val="Heading2"/>
      </w:pPr>
      <w:r>
        <w:t>Peace Practice</w:t>
      </w:r>
    </w:p>
    <w:p w14:paraId="1D41D12B" w14:textId="77777777" w:rsidR="005A0029" w:rsidRDefault="00F83EB4">
      <w:r>
        <w:t>Draw two columns: 'What I can control' and 'What I must release.' Place each concern in the appropriate column and pray over both.</w:t>
      </w:r>
    </w:p>
    <w:p w14:paraId="01021087" w14:textId="77777777" w:rsidR="005A0029" w:rsidRDefault="00F83EB4">
      <w:pPr>
        <w:pStyle w:val="Heading2"/>
      </w:pPr>
      <w:r>
        <w:t>My Thoughts &amp; Prayers</w:t>
      </w:r>
    </w:p>
    <w:p w14:paraId="4740BD78" w14:textId="77777777" w:rsidR="005A0029" w:rsidRDefault="00F83EB4">
      <w:pPr>
        <w:spacing w:after="60"/>
      </w:pPr>
      <w:r>
        <w:rPr>
          <w:color w:val="B4B4B4"/>
          <w:sz w:val="16"/>
        </w:rPr>
        <w:t>________________________________________________________</w:t>
      </w:r>
    </w:p>
    <w:p w14:paraId="19B187CD" w14:textId="77777777" w:rsidR="005A0029" w:rsidRDefault="00F83EB4">
      <w:pPr>
        <w:spacing w:after="60"/>
      </w:pPr>
      <w:r>
        <w:rPr>
          <w:color w:val="B4B4B4"/>
          <w:sz w:val="16"/>
        </w:rPr>
        <w:t>________________________________________________________</w:t>
      </w:r>
    </w:p>
    <w:p w14:paraId="4AB3954B" w14:textId="77777777" w:rsidR="005A0029" w:rsidRDefault="00F83EB4">
      <w:pPr>
        <w:spacing w:after="60"/>
      </w:pPr>
      <w:r>
        <w:rPr>
          <w:color w:val="B4B4B4"/>
          <w:sz w:val="16"/>
        </w:rPr>
        <w:t>________________________________________________________</w:t>
      </w:r>
    </w:p>
    <w:p w14:paraId="66734592" w14:textId="77777777" w:rsidR="005A0029" w:rsidRDefault="00F83EB4">
      <w:pPr>
        <w:spacing w:after="60"/>
      </w:pPr>
      <w:r>
        <w:rPr>
          <w:color w:val="B4B4B4"/>
          <w:sz w:val="16"/>
        </w:rPr>
        <w:t>________________________________________________________</w:t>
      </w:r>
    </w:p>
    <w:p w14:paraId="6F40DE62" w14:textId="77777777" w:rsidR="005A0029" w:rsidRDefault="00F83EB4">
      <w:pPr>
        <w:spacing w:after="60"/>
      </w:pPr>
      <w:r>
        <w:rPr>
          <w:color w:val="B4B4B4"/>
          <w:sz w:val="16"/>
        </w:rPr>
        <w:t>________________________________________________________</w:t>
      </w:r>
    </w:p>
    <w:p w14:paraId="26A04878" w14:textId="77777777" w:rsidR="005A0029" w:rsidRDefault="00F83EB4">
      <w:pPr>
        <w:pStyle w:val="Heading2"/>
      </w:pPr>
      <w:r>
        <w:t>Prayer</w:t>
      </w:r>
    </w:p>
    <w:p w14:paraId="6E08E89A" w14:textId="77777777" w:rsidR="005A0029" w:rsidRDefault="00F83EB4">
      <w:r>
        <w:t>Father, meet me in this practice of what needs rebuilding?.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6D040F2" w14:textId="77777777" w:rsidR="005A0029" w:rsidRDefault="00F83EB4">
      <w:r>
        <w:rPr>
          <w:b/>
          <w:color w:val="B08D3A"/>
        </w:rPr>
        <w:lastRenderedPageBreak/>
        <w:t xml:space="preserve">TODAY'S DECLARATION  </w:t>
      </w:r>
      <w:r>
        <w:t>I will meet what needs rebuilding? with truth, faith, and practiced peace.</w:t>
      </w:r>
    </w:p>
    <w:p w14:paraId="5E587E6C" w14:textId="77777777" w:rsidR="005A0029" w:rsidRDefault="00F83EB4">
      <w:r>
        <w:br w:type="page"/>
      </w:r>
    </w:p>
    <w:p w14:paraId="03F6CE67" w14:textId="77777777" w:rsidR="005A0029" w:rsidRDefault="00F83EB4">
      <w:pPr>
        <w:pStyle w:val="Heading2"/>
      </w:pPr>
      <w:r>
        <w:lastRenderedPageBreak/>
        <w:t>DAY 3</w:t>
      </w:r>
    </w:p>
    <w:p w14:paraId="2E58FEBD" w14:textId="77777777" w:rsidR="005A0029" w:rsidRDefault="00F83EB4">
      <w:pPr>
        <w:pStyle w:val="Heading1"/>
      </w:pPr>
      <w:r>
        <w:t>Heal What Hurts</w:t>
      </w:r>
    </w:p>
    <w:p w14:paraId="273170C7" w14:textId="77777777" w:rsidR="005A0029" w:rsidRDefault="00F83EB4">
      <w:r>
        <w:rPr>
          <w:b/>
          <w:color w:val="B08D3A"/>
        </w:rPr>
        <w:t xml:space="preserve">ANCHOR SCRIPTURE  </w:t>
      </w:r>
      <w:r>
        <w:t>Psalm 147:3</w:t>
      </w:r>
    </w:p>
    <w:p w14:paraId="2EC04D26" w14:textId="77777777" w:rsidR="005A0029" w:rsidRDefault="00F83EB4">
      <w:pPr>
        <w:pStyle w:val="Heading2"/>
      </w:pPr>
      <w:r>
        <w:t>Guided Reflection</w:t>
      </w:r>
    </w:p>
    <w:p w14:paraId="225C6FE4" w14:textId="77777777" w:rsidR="005A0029" w:rsidRDefault="00F83EB4">
      <w:r>
        <w:t>Today, consider what “heal what hurts”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when truth i</w:t>
      </w:r>
      <w:r>
        <w:t>s practiced repeatedly, especially when circumstances remain unresolved.</w:t>
      </w:r>
    </w:p>
    <w:p w14:paraId="4F3D4370" w14:textId="77777777" w:rsidR="005A0029" w:rsidRDefault="00F83EB4">
      <w:pPr>
        <w:pStyle w:val="Heading2"/>
      </w:pPr>
      <w:r>
        <w:t>Pause &amp; Notice</w:t>
      </w:r>
    </w:p>
    <w:p w14:paraId="7C50EFB5" w14:textId="77777777" w:rsidR="005A0029" w:rsidRDefault="00F83EB4">
      <w:r>
        <w:t>What is this theme revealing about my heart, thoughts, relationships, or current circumstances today?</w:t>
      </w:r>
    </w:p>
    <w:p w14:paraId="4808F2A8" w14:textId="77777777" w:rsidR="005A0029" w:rsidRDefault="00F83EB4">
      <w:pPr>
        <w:pStyle w:val="Heading2"/>
      </w:pPr>
      <w:r>
        <w:t>Peace Practice</w:t>
      </w:r>
    </w:p>
    <w:p w14:paraId="1A51F345" w14:textId="77777777" w:rsidR="005A0029" w:rsidRDefault="00F83EB4">
      <w:r>
        <w:t>Take five slow breaths. With each inhale, receive God's presence; with each exhale, release one pressure you have been carrying.</w:t>
      </w:r>
    </w:p>
    <w:p w14:paraId="54EE688B" w14:textId="77777777" w:rsidR="005A0029" w:rsidRDefault="00F83EB4">
      <w:pPr>
        <w:pStyle w:val="Heading2"/>
      </w:pPr>
      <w:r>
        <w:t>My Thoughts &amp; Prayers</w:t>
      </w:r>
    </w:p>
    <w:p w14:paraId="592D8B77" w14:textId="77777777" w:rsidR="005A0029" w:rsidRDefault="00F83EB4">
      <w:pPr>
        <w:spacing w:after="60"/>
      </w:pPr>
      <w:r>
        <w:rPr>
          <w:color w:val="B4B4B4"/>
          <w:sz w:val="16"/>
        </w:rPr>
        <w:t>________________________________________________________</w:t>
      </w:r>
    </w:p>
    <w:p w14:paraId="434C2E72" w14:textId="77777777" w:rsidR="005A0029" w:rsidRDefault="00F83EB4">
      <w:pPr>
        <w:spacing w:after="60"/>
      </w:pPr>
      <w:r>
        <w:rPr>
          <w:color w:val="B4B4B4"/>
          <w:sz w:val="16"/>
        </w:rPr>
        <w:t>________________________________________________________</w:t>
      </w:r>
    </w:p>
    <w:p w14:paraId="5C9E9990" w14:textId="77777777" w:rsidR="005A0029" w:rsidRDefault="00F83EB4">
      <w:pPr>
        <w:spacing w:after="60"/>
      </w:pPr>
      <w:r>
        <w:rPr>
          <w:color w:val="B4B4B4"/>
          <w:sz w:val="16"/>
        </w:rPr>
        <w:t>________________________________________________________</w:t>
      </w:r>
    </w:p>
    <w:p w14:paraId="4B761476" w14:textId="77777777" w:rsidR="005A0029" w:rsidRDefault="00F83EB4">
      <w:pPr>
        <w:spacing w:after="60"/>
      </w:pPr>
      <w:r>
        <w:rPr>
          <w:color w:val="B4B4B4"/>
          <w:sz w:val="16"/>
        </w:rPr>
        <w:t>________________________________________________________</w:t>
      </w:r>
    </w:p>
    <w:p w14:paraId="0BFBC2F8" w14:textId="77777777" w:rsidR="005A0029" w:rsidRDefault="00F83EB4">
      <w:pPr>
        <w:spacing w:after="60"/>
      </w:pPr>
      <w:r>
        <w:rPr>
          <w:color w:val="B4B4B4"/>
          <w:sz w:val="16"/>
        </w:rPr>
        <w:t>________________________________________________________</w:t>
      </w:r>
    </w:p>
    <w:p w14:paraId="54735E3D" w14:textId="77777777" w:rsidR="005A0029" w:rsidRDefault="00F83EB4">
      <w:pPr>
        <w:pStyle w:val="Heading2"/>
      </w:pPr>
      <w:r>
        <w:t>Prayer</w:t>
      </w:r>
    </w:p>
    <w:p w14:paraId="68F32233" w14:textId="77777777" w:rsidR="005A0029" w:rsidRDefault="00F83EB4">
      <w:r>
        <w:t>Father, meet me in this practice of heal what hurts.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273E8C6" w14:textId="77777777" w:rsidR="005A0029" w:rsidRDefault="00F83EB4">
      <w:r>
        <w:rPr>
          <w:b/>
          <w:color w:val="B08D3A"/>
        </w:rPr>
        <w:lastRenderedPageBreak/>
        <w:t xml:space="preserve">TODAY'S DECLARATION  </w:t>
      </w:r>
      <w:r>
        <w:t>I will meet heal what hurts with truth, faith, and practiced peace.</w:t>
      </w:r>
    </w:p>
    <w:p w14:paraId="43B5E37F" w14:textId="77777777" w:rsidR="005A0029" w:rsidRDefault="00F83EB4">
      <w:r>
        <w:br w:type="page"/>
      </w:r>
    </w:p>
    <w:p w14:paraId="33E56ABC" w14:textId="77777777" w:rsidR="005A0029" w:rsidRDefault="00F83EB4">
      <w:pPr>
        <w:pStyle w:val="Heading2"/>
      </w:pPr>
      <w:r>
        <w:lastRenderedPageBreak/>
        <w:t>DAY 4</w:t>
      </w:r>
    </w:p>
    <w:p w14:paraId="033C81D9" w14:textId="77777777" w:rsidR="005A0029" w:rsidRDefault="00F83EB4">
      <w:pPr>
        <w:pStyle w:val="Heading1"/>
      </w:pPr>
      <w:r>
        <w:t>Identity Before Achievement</w:t>
      </w:r>
    </w:p>
    <w:p w14:paraId="434E0340" w14:textId="77777777" w:rsidR="005A0029" w:rsidRDefault="00F83EB4">
      <w:r>
        <w:rPr>
          <w:b/>
          <w:color w:val="B08D3A"/>
        </w:rPr>
        <w:t xml:space="preserve">ANCHOR SCRIPTURE  </w:t>
      </w:r>
      <w:r>
        <w:t>Ephesians 2:10</w:t>
      </w:r>
    </w:p>
    <w:p w14:paraId="22DF888B" w14:textId="77777777" w:rsidR="005A0029" w:rsidRDefault="00F83EB4">
      <w:pPr>
        <w:pStyle w:val="Heading2"/>
      </w:pPr>
      <w:r>
        <w:t>Guided Reflection</w:t>
      </w:r>
    </w:p>
    <w:p w14:paraId="74860240" w14:textId="77777777" w:rsidR="005A0029" w:rsidRDefault="00F83EB4">
      <w:r>
        <w:t xml:space="preserve">Today, consider what “identity before achievement”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54115593" w14:textId="77777777" w:rsidR="005A0029" w:rsidRDefault="00F83EB4">
      <w:pPr>
        <w:pStyle w:val="Heading2"/>
      </w:pPr>
      <w:r>
        <w:t>Pause &amp; Notice</w:t>
      </w:r>
    </w:p>
    <w:p w14:paraId="380CB9DA" w14:textId="77777777" w:rsidR="005A0029" w:rsidRDefault="00F83EB4">
      <w:r>
        <w:t>What is this theme revealing about my heart, thoughts, relationships, or current circumstances today?</w:t>
      </w:r>
    </w:p>
    <w:p w14:paraId="5B42A4AE" w14:textId="77777777" w:rsidR="005A0029" w:rsidRDefault="00F83EB4">
      <w:pPr>
        <w:pStyle w:val="Heading2"/>
      </w:pPr>
      <w:r>
        <w:t>Peace Practice</w:t>
      </w:r>
    </w:p>
    <w:p w14:paraId="26B481CD" w14:textId="77777777" w:rsidR="005A0029" w:rsidRDefault="00F83EB4">
      <w:r>
        <w:t>Write one recurring fearful thought. Under it, write a Scripture-shaped response that is more truthful and life-giving.</w:t>
      </w:r>
    </w:p>
    <w:p w14:paraId="75E46019" w14:textId="77777777" w:rsidR="005A0029" w:rsidRDefault="00F83EB4">
      <w:pPr>
        <w:pStyle w:val="Heading2"/>
      </w:pPr>
      <w:r>
        <w:t>My Thoughts &amp; Prayers</w:t>
      </w:r>
    </w:p>
    <w:p w14:paraId="55479BFD" w14:textId="77777777" w:rsidR="005A0029" w:rsidRDefault="00F83EB4">
      <w:pPr>
        <w:spacing w:after="60"/>
      </w:pPr>
      <w:r>
        <w:rPr>
          <w:color w:val="B4B4B4"/>
          <w:sz w:val="16"/>
        </w:rPr>
        <w:t>________________________________________________________</w:t>
      </w:r>
    </w:p>
    <w:p w14:paraId="37380AF5" w14:textId="77777777" w:rsidR="005A0029" w:rsidRDefault="00F83EB4">
      <w:pPr>
        <w:spacing w:after="60"/>
      </w:pPr>
      <w:r>
        <w:rPr>
          <w:color w:val="B4B4B4"/>
          <w:sz w:val="16"/>
        </w:rPr>
        <w:t>________________________________________________________</w:t>
      </w:r>
    </w:p>
    <w:p w14:paraId="7C092EDE" w14:textId="77777777" w:rsidR="005A0029" w:rsidRDefault="00F83EB4">
      <w:pPr>
        <w:spacing w:after="60"/>
      </w:pPr>
      <w:r>
        <w:rPr>
          <w:color w:val="B4B4B4"/>
          <w:sz w:val="16"/>
        </w:rPr>
        <w:t>________________________________________________________</w:t>
      </w:r>
    </w:p>
    <w:p w14:paraId="07580100" w14:textId="77777777" w:rsidR="005A0029" w:rsidRDefault="00F83EB4">
      <w:pPr>
        <w:spacing w:after="60"/>
      </w:pPr>
      <w:r>
        <w:rPr>
          <w:color w:val="B4B4B4"/>
          <w:sz w:val="16"/>
        </w:rPr>
        <w:t>________________________________________________________</w:t>
      </w:r>
    </w:p>
    <w:p w14:paraId="562B0456" w14:textId="77777777" w:rsidR="005A0029" w:rsidRDefault="00F83EB4">
      <w:pPr>
        <w:spacing w:after="60"/>
      </w:pPr>
      <w:r>
        <w:rPr>
          <w:color w:val="B4B4B4"/>
          <w:sz w:val="16"/>
        </w:rPr>
        <w:t>________________________________________________________</w:t>
      </w:r>
    </w:p>
    <w:p w14:paraId="4B523EF1" w14:textId="77777777" w:rsidR="005A0029" w:rsidRDefault="00F83EB4">
      <w:pPr>
        <w:pStyle w:val="Heading2"/>
      </w:pPr>
      <w:r>
        <w:t>Prayer</w:t>
      </w:r>
    </w:p>
    <w:p w14:paraId="2D458C60" w14:textId="77777777" w:rsidR="005A0029" w:rsidRDefault="00F83EB4">
      <w:r>
        <w:t>Father, meet me in this practice of identity before achievement.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0271D22" w14:textId="77777777" w:rsidR="005A0029" w:rsidRDefault="00F83EB4">
      <w:r>
        <w:rPr>
          <w:b/>
          <w:color w:val="B08D3A"/>
        </w:rPr>
        <w:lastRenderedPageBreak/>
        <w:t xml:space="preserve">TODAY'S DECLARATION  </w:t>
      </w:r>
      <w:r>
        <w:t>I will meet identity before achievement with truth, faith, and practiced peace.</w:t>
      </w:r>
    </w:p>
    <w:p w14:paraId="57958E85" w14:textId="77777777" w:rsidR="005A0029" w:rsidRDefault="00F83EB4">
      <w:r>
        <w:br w:type="page"/>
      </w:r>
    </w:p>
    <w:p w14:paraId="1F89771C" w14:textId="77777777" w:rsidR="005A0029" w:rsidRDefault="00F83EB4">
      <w:pPr>
        <w:pStyle w:val="Heading2"/>
      </w:pPr>
      <w:r>
        <w:lastRenderedPageBreak/>
        <w:t>DAY 5</w:t>
      </w:r>
    </w:p>
    <w:p w14:paraId="77AB2B22" w14:textId="77777777" w:rsidR="005A0029" w:rsidRDefault="00F83EB4">
      <w:pPr>
        <w:pStyle w:val="Heading1"/>
      </w:pPr>
      <w:r>
        <w:t>Rebuilding Trust</w:t>
      </w:r>
    </w:p>
    <w:p w14:paraId="7CA2BFDE" w14:textId="77777777" w:rsidR="005A0029" w:rsidRDefault="00F83EB4">
      <w:r>
        <w:rPr>
          <w:b/>
          <w:color w:val="B08D3A"/>
        </w:rPr>
        <w:t xml:space="preserve">ANCHOR SCRIPTURE  </w:t>
      </w:r>
      <w:r>
        <w:t>Proverbs 3:5</w:t>
      </w:r>
    </w:p>
    <w:p w14:paraId="0AA7A60E" w14:textId="77777777" w:rsidR="005A0029" w:rsidRDefault="00F83EB4">
      <w:pPr>
        <w:pStyle w:val="Heading2"/>
      </w:pPr>
      <w:r>
        <w:t>Guided Reflection</w:t>
      </w:r>
    </w:p>
    <w:p w14:paraId="5C9A2B0B" w14:textId="77777777" w:rsidR="005A0029" w:rsidRDefault="00F83EB4">
      <w:r>
        <w:t xml:space="preserve">Today, consider what “rebuilding trust”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when truth </w:t>
      </w:r>
      <w:r>
        <w:t>is practiced repeatedly, especially when circumstances remain unresolved.</w:t>
      </w:r>
    </w:p>
    <w:p w14:paraId="21723B89" w14:textId="77777777" w:rsidR="005A0029" w:rsidRDefault="00F83EB4">
      <w:pPr>
        <w:pStyle w:val="Heading2"/>
      </w:pPr>
      <w:r>
        <w:t>Pause &amp; Notice</w:t>
      </w:r>
    </w:p>
    <w:p w14:paraId="3662B7E2" w14:textId="77777777" w:rsidR="005A0029" w:rsidRDefault="00F83EB4">
      <w:r>
        <w:t>What is this theme revealing about my heart, thoughts, relationships, or current circumstances today?</w:t>
      </w:r>
    </w:p>
    <w:p w14:paraId="04352D06" w14:textId="77777777" w:rsidR="005A0029" w:rsidRDefault="00F83EB4">
      <w:pPr>
        <w:pStyle w:val="Heading2"/>
      </w:pPr>
      <w:r>
        <w:t>Peace Practice</w:t>
      </w:r>
    </w:p>
    <w:p w14:paraId="070D0371" w14:textId="77777777" w:rsidR="005A0029" w:rsidRDefault="00F83EB4">
      <w:r>
        <w:t>Identify one small action that would create greater peace today. Make it specific enough to complete before the day ends.</w:t>
      </w:r>
    </w:p>
    <w:p w14:paraId="1949CBBD" w14:textId="77777777" w:rsidR="005A0029" w:rsidRDefault="00F83EB4">
      <w:pPr>
        <w:pStyle w:val="Heading2"/>
      </w:pPr>
      <w:r>
        <w:t>My Thoughts &amp; Prayers</w:t>
      </w:r>
    </w:p>
    <w:p w14:paraId="3F19C24A" w14:textId="77777777" w:rsidR="005A0029" w:rsidRDefault="00F83EB4">
      <w:pPr>
        <w:spacing w:after="60"/>
      </w:pPr>
      <w:r>
        <w:rPr>
          <w:color w:val="B4B4B4"/>
          <w:sz w:val="16"/>
        </w:rPr>
        <w:t>________________________________________________________</w:t>
      </w:r>
    </w:p>
    <w:p w14:paraId="5A3F664D" w14:textId="77777777" w:rsidR="005A0029" w:rsidRDefault="00F83EB4">
      <w:pPr>
        <w:spacing w:after="60"/>
      </w:pPr>
      <w:r>
        <w:rPr>
          <w:color w:val="B4B4B4"/>
          <w:sz w:val="16"/>
        </w:rPr>
        <w:t>________________________________________________________</w:t>
      </w:r>
    </w:p>
    <w:p w14:paraId="4D447482" w14:textId="77777777" w:rsidR="005A0029" w:rsidRDefault="00F83EB4">
      <w:pPr>
        <w:spacing w:after="60"/>
      </w:pPr>
      <w:r>
        <w:rPr>
          <w:color w:val="B4B4B4"/>
          <w:sz w:val="16"/>
        </w:rPr>
        <w:t>________________________________________________________</w:t>
      </w:r>
    </w:p>
    <w:p w14:paraId="56368594" w14:textId="77777777" w:rsidR="005A0029" w:rsidRDefault="00F83EB4">
      <w:pPr>
        <w:spacing w:after="60"/>
      </w:pPr>
      <w:r>
        <w:rPr>
          <w:color w:val="B4B4B4"/>
          <w:sz w:val="16"/>
        </w:rPr>
        <w:t>________________________________________________________</w:t>
      </w:r>
    </w:p>
    <w:p w14:paraId="04AF5D41" w14:textId="77777777" w:rsidR="005A0029" w:rsidRDefault="00F83EB4">
      <w:pPr>
        <w:spacing w:after="60"/>
      </w:pPr>
      <w:r>
        <w:rPr>
          <w:color w:val="B4B4B4"/>
          <w:sz w:val="16"/>
        </w:rPr>
        <w:t>________________________________________________________</w:t>
      </w:r>
    </w:p>
    <w:p w14:paraId="56993BF6" w14:textId="77777777" w:rsidR="005A0029" w:rsidRDefault="00F83EB4">
      <w:pPr>
        <w:pStyle w:val="Heading2"/>
      </w:pPr>
      <w:r>
        <w:t>Prayer</w:t>
      </w:r>
    </w:p>
    <w:p w14:paraId="4F9E32CB" w14:textId="77777777" w:rsidR="005A0029" w:rsidRDefault="00F83EB4">
      <w:r>
        <w:t>Father, meet me in this practice of rebuilding trust.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30F7B34" w14:textId="77777777" w:rsidR="005A0029" w:rsidRDefault="00F83EB4">
      <w:r>
        <w:rPr>
          <w:b/>
          <w:color w:val="B08D3A"/>
        </w:rPr>
        <w:lastRenderedPageBreak/>
        <w:t xml:space="preserve">TODAY'S DECLARATION  </w:t>
      </w:r>
      <w:r>
        <w:t>I will meet rebuilding trust with truth, faith, and practiced peace.</w:t>
      </w:r>
    </w:p>
    <w:p w14:paraId="03F62B1F" w14:textId="77777777" w:rsidR="005A0029" w:rsidRDefault="00F83EB4">
      <w:r>
        <w:br w:type="page"/>
      </w:r>
    </w:p>
    <w:p w14:paraId="15E104B5" w14:textId="77777777" w:rsidR="005A0029" w:rsidRDefault="00F83EB4">
      <w:pPr>
        <w:pStyle w:val="Heading2"/>
      </w:pPr>
      <w:r>
        <w:lastRenderedPageBreak/>
        <w:t>DAY 6</w:t>
      </w:r>
    </w:p>
    <w:p w14:paraId="747E3FF3" w14:textId="77777777" w:rsidR="005A0029" w:rsidRDefault="00F83EB4">
      <w:pPr>
        <w:pStyle w:val="Heading1"/>
      </w:pPr>
      <w:r>
        <w:t>Small Stones Matter</w:t>
      </w:r>
    </w:p>
    <w:p w14:paraId="2A6844AD" w14:textId="77777777" w:rsidR="005A0029" w:rsidRDefault="00F83EB4">
      <w:r>
        <w:rPr>
          <w:b/>
          <w:color w:val="B08D3A"/>
        </w:rPr>
        <w:t xml:space="preserve">ANCHOR SCRIPTURE  </w:t>
      </w:r>
      <w:r>
        <w:t>Zechariah 4:10</w:t>
      </w:r>
    </w:p>
    <w:p w14:paraId="7D1F7896" w14:textId="77777777" w:rsidR="005A0029" w:rsidRDefault="00F83EB4">
      <w:pPr>
        <w:pStyle w:val="Heading2"/>
      </w:pPr>
      <w:r>
        <w:t>Guided Reflection</w:t>
      </w:r>
    </w:p>
    <w:p w14:paraId="3B62073B" w14:textId="77777777" w:rsidR="005A0029" w:rsidRDefault="00F83EB4">
      <w:r>
        <w:t>Today, consider what “small stones matter”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3ABC3C46" w14:textId="77777777" w:rsidR="005A0029" w:rsidRDefault="00F83EB4">
      <w:pPr>
        <w:pStyle w:val="Heading2"/>
      </w:pPr>
      <w:r>
        <w:t>Pause &amp; Notice</w:t>
      </w:r>
    </w:p>
    <w:p w14:paraId="62611B1A" w14:textId="77777777" w:rsidR="005A0029" w:rsidRDefault="00F83EB4">
      <w:r>
        <w:t>What is this theme revealing about my heart, thoughts, relationships, or current circumstances today?</w:t>
      </w:r>
    </w:p>
    <w:p w14:paraId="42598DD6" w14:textId="77777777" w:rsidR="005A0029" w:rsidRDefault="00F83EB4">
      <w:pPr>
        <w:pStyle w:val="Heading2"/>
      </w:pPr>
      <w:r>
        <w:t>Peace Practice</w:t>
      </w:r>
    </w:p>
    <w:p w14:paraId="00A318F9" w14:textId="77777777" w:rsidR="005A0029" w:rsidRDefault="00F83EB4">
      <w:r>
        <w:t>Reach out to one trusted, mature person. Share one thing you have been carrying silently and allow yourself to receive support.</w:t>
      </w:r>
    </w:p>
    <w:p w14:paraId="0C01ADDA" w14:textId="77777777" w:rsidR="005A0029" w:rsidRDefault="00F83EB4">
      <w:pPr>
        <w:pStyle w:val="Heading2"/>
      </w:pPr>
      <w:r>
        <w:t>My Thoughts &amp; Prayers</w:t>
      </w:r>
    </w:p>
    <w:p w14:paraId="377729D0" w14:textId="77777777" w:rsidR="005A0029" w:rsidRDefault="00F83EB4">
      <w:pPr>
        <w:spacing w:after="60"/>
      </w:pPr>
      <w:r>
        <w:rPr>
          <w:color w:val="B4B4B4"/>
          <w:sz w:val="16"/>
        </w:rPr>
        <w:t>________________________________________________________</w:t>
      </w:r>
    </w:p>
    <w:p w14:paraId="718BD695" w14:textId="77777777" w:rsidR="005A0029" w:rsidRDefault="00F83EB4">
      <w:pPr>
        <w:spacing w:after="60"/>
      </w:pPr>
      <w:r>
        <w:rPr>
          <w:color w:val="B4B4B4"/>
          <w:sz w:val="16"/>
        </w:rPr>
        <w:t>________________________________________________________</w:t>
      </w:r>
    </w:p>
    <w:p w14:paraId="1CB3F556" w14:textId="77777777" w:rsidR="005A0029" w:rsidRDefault="00F83EB4">
      <w:pPr>
        <w:spacing w:after="60"/>
      </w:pPr>
      <w:r>
        <w:rPr>
          <w:color w:val="B4B4B4"/>
          <w:sz w:val="16"/>
        </w:rPr>
        <w:t>________________________________________________________</w:t>
      </w:r>
    </w:p>
    <w:p w14:paraId="3ED7AA9A" w14:textId="77777777" w:rsidR="005A0029" w:rsidRDefault="00F83EB4">
      <w:pPr>
        <w:spacing w:after="60"/>
      </w:pPr>
      <w:r>
        <w:rPr>
          <w:color w:val="B4B4B4"/>
          <w:sz w:val="16"/>
        </w:rPr>
        <w:t>________________________________________________________</w:t>
      </w:r>
    </w:p>
    <w:p w14:paraId="72B89EEC" w14:textId="77777777" w:rsidR="005A0029" w:rsidRDefault="00F83EB4">
      <w:pPr>
        <w:spacing w:after="60"/>
      </w:pPr>
      <w:r>
        <w:rPr>
          <w:color w:val="B4B4B4"/>
          <w:sz w:val="16"/>
        </w:rPr>
        <w:t>________________________________________________________</w:t>
      </w:r>
    </w:p>
    <w:p w14:paraId="2FB5C0CB" w14:textId="77777777" w:rsidR="005A0029" w:rsidRDefault="00F83EB4">
      <w:pPr>
        <w:pStyle w:val="Heading2"/>
      </w:pPr>
      <w:r>
        <w:t>Prayer</w:t>
      </w:r>
    </w:p>
    <w:p w14:paraId="6AB1E55D" w14:textId="77777777" w:rsidR="005A0029" w:rsidRDefault="00F83EB4">
      <w:r>
        <w:t>Father, meet me in this practice of small stones matter.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5B914C6" w14:textId="77777777" w:rsidR="005A0029" w:rsidRDefault="00F83EB4">
      <w:r>
        <w:rPr>
          <w:b/>
          <w:color w:val="B08D3A"/>
        </w:rPr>
        <w:lastRenderedPageBreak/>
        <w:t xml:space="preserve">TODAY'S DECLARATION  </w:t>
      </w:r>
      <w:r>
        <w:t>I will meet small stones matter with truth, faith, and practiced peace.</w:t>
      </w:r>
    </w:p>
    <w:p w14:paraId="685ED0A9" w14:textId="77777777" w:rsidR="005A0029" w:rsidRDefault="00F83EB4">
      <w:r>
        <w:br w:type="page"/>
      </w:r>
    </w:p>
    <w:p w14:paraId="1877D058" w14:textId="77777777" w:rsidR="005A0029" w:rsidRDefault="00F83EB4">
      <w:pPr>
        <w:pStyle w:val="Heading2"/>
      </w:pPr>
      <w:r>
        <w:lastRenderedPageBreak/>
        <w:t>DAY 7</w:t>
      </w:r>
    </w:p>
    <w:p w14:paraId="4780777E" w14:textId="77777777" w:rsidR="005A0029" w:rsidRDefault="00F83EB4">
      <w:pPr>
        <w:pStyle w:val="Heading1"/>
      </w:pPr>
      <w:r>
        <w:t>Consistency Over Intensity</w:t>
      </w:r>
    </w:p>
    <w:p w14:paraId="2674E71B" w14:textId="77777777" w:rsidR="005A0029" w:rsidRDefault="00F83EB4">
      <w:r>
        <w:rPr>
          <w:b/>
          <w:color w:val="B08D3A"/>
        </w:rPr>
        <w:t xml:space="preserve">ANCHOR SCRIPTURE  </w:t>
      </w:r>
      <w:r>
        <w:t>Galatians 6:9</w:t>
      </w:r>
    </w:p>
    <w:p w14:paraId="6DD2B17A" w14:textId="77777777" w:rsidR="005A0029" w:rsidRDefault="00F83EB4">
      <w:pPr>
        <w:pStyle w:val="Heading2"/>
      </w:pPr>
      <w:r>
        <w:t>Guided Reflection</w:t>
      </w:r>
    </w:p>
    <w:p w14:paraId="46EF77C7" w14:textId="77777777" w:rsidR="005A0029" w:rsidRDefault="00F83EB4">
      <w:r>
        <w:t>Today, consider what “consistency over intensity”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w:t>
      </w:r>
      <w:r>
        <w:t>hen truth is practiced repeatedly, especially when circumstances remain unresolved.</w:t>
      </w:r>
    </w:p>
    <w:p w14:paraId="6BD2DAD7" w14:textId="77777777" w:rsidR="005A0029" w:rsidRDefault="00F83EB4">
      <w:pPr>
        <w:pStyle w:val="Heading2"/>
      </w:pPr>
      <w:r>
        <w:t>Pause &amp; Notice</w:t>
      </w:r>
    </w:p>
    <w:p w14:paraId="13226A3C" w14:textId="77777777" w:rsidR="005A0029" w:rsidRDefault="00F83EB4">
      <w:r>
        <w:t>What is this theme revealing about my heart, thoughts, relationships, or current circumstances today?</w:t>
      </w:r>
    </w:p>
    <w:p w14:paraId="2A524AA7" w14:textId="77777777" w:rsidR="005A0029" w:rsidRDefault="00F83EB4">
      <w:pPr>
        <w:pStyle w:val="Heading2"/>
      </w:pPr>
      <w:r>
        <w:t>Peace Practice</w:t>
      </w:r>
    </w:p>
    <w:p w14:paraId="3206ADC1" w14:textId="77777777" w:rsidR="005A0029" w:rsidRDefault="00F83EB4">
      <w:r>
        <w:t>Practice a ten-minute quiet period without your phone. Notice what surfaces, then bring it honestly into prayer.</w:t>
      </w:r>
    </w:p>
    <w:p w14:paraId="45448AB9" w14:textId="77777777" w:rsidR="005A0029" w:rsidRDefault="00F83EB4">
      <w:pPr>
        <w:pStyle w:val="Heading2"/>
      </w:pPr>
      <w:r>
        <w:t>My Thoughts &amp; Prayers</w:t>
      </w:r>
    </w:p>
    <w:p w14:paraId="718AAB3A" w14:textId="77777777" w:rsidR="005A0029" w:rsidRDefault="00F83EB4">
      <w:pPr>
        <w:spacing w:after="60"/>
      </w:pPr>
      <w:r>
        <w:rPr>
          <w:color w:val="B4B4B4"/>
          <w:sz w:val="16"/>
        </w:rPr>
        <w:t>________________________________________________________</w:t>
      </w:r>
    </w:p>
    <w:p w14:paraId="6FD7CFF8" w14:textId="77777777" w:rsidR="005A0029" w:rsidRDefault="00F83EB4">
      <w:pPr>
        <w:spacing w:after="60"/>
      </w:pPr>
      <w:r>
        <w:rPr>
          <w:color w:val="B4B4B4"/>
          <w:sz w:val="16"/>
        </w:rPr>
        <w:t>________________________________________________________</w:t>
      </w:r>
    </w:p>
    <w:p w14:paraId="45525FB2" w14:textId="77777777" w:rsidR="005A0029" w:rsidRDefault="00F83EB4">
      <w:pPr>
        <w:spacing w:after="60"/>
      </w:pPr>
      <w:r>
        <w:rPr>
          <w:color w:val="B4B4B4"/>
          <w:sz w:val="16"/>
        </w:rPr>
        <w:t>________________________________________________________</w:t>
      </w:r>
    </w:p>
    <w:p w14:paraId="042DFA39" w14:textId="77777777" w:rsidR="005A0029" w:rsidRDefault="00F83EB4">
      <w:pPr>
        <w:spacing w:after="60"/>
      </w:pPr>
      <w:r>
        <w:rPr>
          <w:color w:val="B4B4B4"/>
          <w:sz w:val="16"/>
        </w:rPr>
        <w:t>________________________________________________________</w:t>
      </w:r>
    </w:p>
    <w:p w14:paraId="72E505EA" w14:textId="77777777" w:rsidR="005A0029" w:rsidRDefault="00F83EB4">
      <w:pPr>
        <w:spacing w:after="60"/>
      </w:pPr>
      <w:r>
        <w:rPr>
          <w:color w:val="B4B4B4"/>
          <w:sz w:val="16"/>
        </w:rPr>
        <w:t>________________________________________________________</w:t>
      </w:r>
    </w:p>
    <w:p w14:paraId="5720DE76" w14:textId="77777777" w:rsidR="005A0029" w:rsidRDefault="00F83EB4">
      <w:pPr>
        <w:pStyle w:val="Heading2"/>
      </w:pPr>
      <w:r>
        <w:t>Prayer</w:t>
      </w:r>
    </w:p>
    <w:p w14:paraId="230349D5" w14:textId="77777777" w:rsidR="005A0029" w:rsidRDefault="00F83EB4">
      <w:r>
        <w:t>Father, meet me in this practice of consistency over intensity.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034389C" w14:textId="77777777" w:rsidR="005A0029" w:rsidRDefault="00F83EB4">
      <w:r>
        <w:rPr>
          <w:b/>
          <w:color w:val="B08D3A"/>
        </w:rPr>
        <w:lastRenderedPageBreak/>
        <w:t xml:space="preserve">TODAY'S DECLARATION  </w:t>
      </w:r>
      <w:r>
        <w:t>I will meet consistency over intensity with truth, faith, and practiced peace.</w:t>
      </w:r>
    </w:p>
    <w:p w14:paraId="7E6C9667" w14:textId="77777777" w:rsidR="005A0029" w:rsidRDefault="00F83EB4">
      <w:r>
        <w:br w:type="page"/>
      </w:r>
    </w:p>
    <w:p w14:paraId="26D2F68A" w14:textId="77777777" w:rsidR="005A0029" w:rsidRDefault="00F83EB4">
      <w:pPr>
        <w:pStyle w:val="Heading2"/>
      </w:pPr>
      <w:r>
        <w:lastRenderedPageBreak/>
        <w:t>DAY 8</w:t>
      </w:r>
    </w:p>
    <w:p w14:paraId="0648CF33" w14:textId="77777777" w:rsidR="005A0029" w:rsidRDefault="00F83EB4">
      <w:pPr>
        <w:pStyle w:val="Heading1"/>
      </w:pPr>
      <w:r>
        <w:t>A New Foundation of Truth</w:t>
      </w:r>
    </w:p>
    <w:p w14:paraId="32417A72" w14:textId="77777777" w:rsidR="005A0029" w:rsidRDefault="00F83EB4">
      <w:r>
        <w:rPr>
          <w:b/>
          <w:color w:val="B08D3A"/>
        </w:rPr>
        <w:t xml:space="preserve">ANCHOR SCRIPTURE  </w:t>
      </w:r>
      <w:r>
        <w:t>John 8:32</w:t>
      </w:r>
    </w:p>
    <w:p w14:paraId="1503339E" w14:textId="77777777" w:rsidR="005A0029" w:rsidRDefault="00F83EB4">
      <w:pPr>
        <w:pStyle w:val="Heading2"/>
      </w:pPr>
      <w:r>
        <w:t>Guided Reflection</w:t>
      </w:r>
    </w:p>
    <w:p w14:paraId="36E003D3" w14:textId="77777777" w:rsidR="005A0029" w:rsidRDefault="00F83EB4">
      <w:r>
        <w:t>Today, consider what “a new foundation of truth”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wh</w:t>
      </w:r>
      <w:r>
        <w:t>en truth is practiced repeatedly, especially when circumstances remain unresolved.</w:t>
      </w:r>
    </w:p>
    <w:p w14:paraId="4AFF7DCF" w14:textId="77777777" w:rsidR="005A0029" w:rsidRDefault="00F83EB4">
      <w:pPr>
        <w:pStyle w:val="Heading2"/>
      </w:pPr>
      <w:r>
        <w:t>Pause &amp; Notice</w:t>
      </w:r>
    </w:p>
    <w:p w14:paraId="468A44F7" w14:textId="77777777" w:rsidR="005A0029" w:rsidRDefault="00F83EB4">
      <w:r>
        <w:t>What is this theme revealing about my heart, thoughts, relationships, or current circumstances today?</w:t>
      </w:r>
    </w:p>
    <w:p w14:paraId="41849E9B" w14:textId="77777777" w:rsidR="005A0029" w:rsidRDefault="00F83EB4">
      <w:pPr>
        <w:pStyle w:val="Heading2"/>
      </w:pPr>
      <w:r>
        <w:t>Peace Practice</w:t>
      </w:r>
    </w:p>
    <w:p w14:paraId="17C58936" w14:textId="77777777" w:rsidR="005A0029" w:rsidRDefault="00F83EB4">
      <w:r>
        <w:t>Sit quietly for three minutes. Name what you feel without judging it. Then write one truth you want to carry into the day.</w:t>
      </w:r>
    </w:p>
    <w:p w14:paraId="102D9B7C" w14:textId="77777777" w:rsidR="005A0029" w:rsidRDefault="00F83EB4">
      <w:pPr>
        <w:pStyle w:val="Heading2"/>
      </w:pPr>
      <w:r>
        <w:t>My Thoughts &amp; Prayers</w:t>
      </w:r>
    </w:p>
    <w:p w14:paraId="40B2A6BC" w14:textId="77777777" w:rsidR="005A0029" w:rsidRDefault="00F83EB4">
      <w:pPr>
        <w:spacing w:after="60"/>
      </w:pPr>
      <w:r>
        <w:rPr>
          <w:color w:val="B4B4B4"/>
          <w:sz w:val="16"/>
        </w:rPr>
        <w:t>________________________________________________________</w:t>
      </w:r>
    </w:p>
    <w:p w14:paraId="20B3471A" w14:textId="77777777" w:rsidR="005A0029" w:rsidRDefault="00F83EB4">
      <w:pPr>
        <w:spacing w:after="60"/>
      </w:pPr>
      <w:r>
        <w:rPr>
          <w:color w:val="B4B4B4"/>
          <w:sz w:val="16"/>
        </w:rPr>
        <w:t>________________________________________________________</w:t>
      </w:r>
    </w:p>
    <w:p w14:paraId="18BB6AE4" w14:textId="77777777" w:rsidR="005A0029" w:rsidRDefault="00F83EB4">
      <w:pPr>
        <w:spacing w:after="60"/>
      </w:pPr>
      <w:r>
        <w:rPr>
          <w:color w:val="B4B4B4"/>
          <w:sz w:val="16"/>
        </w:rPr>
        <w:t>________________________________________________________</w:t>
      </w:r>
    </w:p>
    <w:p w14:paraId="69007A60" w14:textId="77777777" w:rsidR="005A0029" w:rsidRDefault="00F83EB4">
      <w:pPr>
        <w:spacing w:after="60"/>
      </w:pPr>
      <w:r>
        <w:rPr>
          <w:color w:val="B4B4B4"/>
          <w:sz w:val="16"/>
        </w:rPr>
        <w:t>________________________________________________________</w:t>
      </w:r>
    </w:p>
    <w:p w14:paraId="5263B500" w14:textId="77777777" w:rsidR="005A0029" w:rsidRDefault="00F83EB4">
      <w:pPr>
        <w:spacing w:after="60"/>
      </w:pPr>
      <w:r>
        <w:rPr>
          <w:color w:val="B4B4B4"/>
          <w:sz w:val="16"/>
        </w:rPr>
        <w:t>________________________________________________________</w:t>
      </w:r>
    </w:p>
    <w:p w14:paraId="5623B211" w14:textId="77777777" w:rsidR="005A0029" w:rsidRDefault="00F83EB4">
      <w:pPr>
        <w:pStyle w:val="Heading2"/>
      </w:pPr>
      <w:r>
        <w:t>Prayer</w:t>
      </w:r>
    </w:p>
    <w:p w14:paraId="327313B0" w14:textId="77777777" w:rsidR="005A0029" w:rsidRDefault="00F83EB4">
      <w:r>
        <w:t>Father, meet me in this practice of a new foundation of truth.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3C714CB" w14:textId="77777777" w:rsidR="005A0029" w:rsidRDefault="00F83EB4">
      <w:r>
        <w:rPr>
          <w:b/>
          <w:color w:val="B08D3A"/>
        </w:rPr>
        <w:lastRenderedPageBreak/>
        <w:t xml:space="preserve">TODAY'S DECLARATION  </w:t>
      </w:r>
      <w:r>
        <w:t>I will meet a new foundation of truth with truth, faith, and practiced peace.</w:t>
      </w:r>
    </w:p>
    <w:p w14:paraId="077558A9" w14:textId="77777777" w:rsidR="005A0029" w:rsidRDefault="00F83EB4">
      <w:r>
        <w:br w:type="page"/>
      </w:r>
    </w:p>
    <w:p w14:paraId="3BD7059D" w14:textId="77777777" w:rsidR="005A0029" w:rsidRDefault="00F83EB4">
      <w:pPr>
        <w:pStyle w:val="Heading2"/>
      </w:pPr>
      <w:r>
        <w:lastRenderedPageBreak/>
        <w:t>DAY 9</w:t>
      </w:r>
    </w:p>
    <w:p w14:paraId="42FF370B" w14:textId="77777777" w:rsidR="005A0029" w:rsidRDefault="00F83EB4">
      <w:pPr>
        <w:pStyle w:val="Heading1"/>
      </w:pPr>
      <w:r>
        <w:t>Confidence After Crisis</w:t>
      </w:r>
    </w:p>
    <w:p w14:paraId="53EF871F" w14:textId="77777777" w:rsidR="005A0029" w:rsidRDefault="00F83EB4">
      <w:r>
        <w:rPr>
          <w:b/>
          <w:color w:val="B08D3A"/>
        </w:rPr>
        <w:t xml:space="preserve">ANCHOR SCRIPTURE  </w:t>
      </w:r>
      <w:r>
        <w:t>Psalm 27:3</w:t>
      </w:r>
    </w:p>
    <w:p w14:paraId="271FA035" w14:textId="77777777" w:rsidR="005A0029" w:rsidRDefault="00F83EB4">
      <w:pPr>
        <w:pStyle w:val="Heading2"/>
      </w:pPr>
      <w:r>
        <w:t>Guided Reflection</w:t>
      </w:r>
    </w:p>
    <w:p w14:paraId="0351D2F8" w14:textId="77777777" w:rsidR="005A0029" w:rsidRDefault="00F83EB4">
      <w:r>
        <w:t>Today, consider what “confidence after crisis”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when</w:t>
      </w:r>
      <w:r>
        <w:t xml:space="preserve"> truth is practiced repeatedly, especially when circumstances remain unresolved.</w:t>
      </w:r>
    </w:p>
    <w:p w14:paraId="75173308" w14:textId="77777777" w:rsidR="005A0029" w:rsidRDefault="00F83EB4">
      <w:pPr>
        <w:pStyle w:val="Heading2"/>
      </w:pPr>
      <w:r>
        <w:t>Pause &amp; Notice</w:t>
      </w:r>
    </w:p>
    <w:p w14:paraId="160DA9EE" w14:textId="77777777" w:rsidR="005A0029" w:rsidRDefault="00F83EB4">
      <w:r>
        <w:t>What is this theme revealing about my heart, thoughts, relationships, or current circumstances today?</w:t>
      </w:r>
    </w:p>
    <w:p w14:paraId="253CC8C8" w14:textId="77777777" w:rsidR="005A0029" w:rsidRDefault="00F83EB4">
      <w:pPr>
        <w:pStyle w:val="Heading2"/>
      </w:pPr>
      <w:r>
        <w:t>Peace Practice</w:t>
      </w:r>
    </w:p>
    <w:p w14:paraId="27EF78C6" w14:textId="77777777" w:rsidR="005A0029" w:rsidRDefault="00F83EB4">
      <w:r>
        <w:t>Draw two columns: 'What I can control' and 'What I must release.' Place each concern in the appropriate column and pray over both.</w:t>
      </w:r>
    </w:p>
    <w:p w14:paraId="28F90EC9" w14:textId="77777777" w:rsidR="005A0029" w:rsidRDefault="00F83EB4">
      <w:pPr>
        <w:pStyle w:val="Heading2"/>
      </w:pPr>
      <w:r>
        <w:t>My Thoughts &amp; Prayers</w:t>
      </w:r>
    </w:p>
    <w:p w14:paraId="75B8FA1A" w14:textId="77777777" w:rsidR="005A0029" w:rsidRDefault="00F83EB4">
      <w:pPr>
        <w:spacing w:after="60"/>
      </w:pPr>
      <w:r>
        <w:rPr>
          <w:color w:val="B4B4B4"/>
          <w:sz w:val="16"/>
        </w:rPr>
        <w:t>________________________________________________________</w:t>
      </w:r>
    </w:p>
    <w:p w14:paraId="545FA36B" w14:textId="77777777" w:rsidR="005A0029" w:rsidRDefault="00F83EB4">
      <w:pPr>
        <w:spacing w:after="60"/>
      </w:pPr>
      <w:r>
        <w:rPr>
          <w:color w:val="B4B4B4"/>
          <w:sz w:val="16"/>
        </w:rPr>
        <w:t>________________________________________________________</w:t>
      </w:r>
    </w:p>
    <w:p w14:paraId="740D0FF7" w14:textId="77777777" w:rsidR="005A0029" w:rsidRDefault="00F83EB4">
      <w:pPr>
        <w:spacing w:after="60"/>
      </w:pPr>
      <w:r>
        <w:rPr>
          <w:color w:val="B4B4B4"/>
          <w:sz w:val="16"/>
        </w:rPr>
        <w:t>________________________________________________________</w:t>
      </w:r>
    </w:p>
    <w:p w14:paraId="342A7D9A" w14:textId="77777777" w:rsidR="005A0029" w:rsidRDefault="00F83EB4">
      <w:pPr>
        <w:spacing w:after="60"/>
      </w:pPr>
      <w:r>
        <w:rPr>
          <w:color w:val="B4B4B4"/>
          <w:sz w:val="16"/>
        </w:rPr>
        <w:t>________________________________________________________</w:t>
      </w:r>
    </w:p>
    <w:p w14:paraId="5D2154FC" w14:textId="77777777" w:rsidR="005A0029" w:rsidRDefault="00F83EB4">
      <w:pPr>
        <w:spacing w:after="60"/>
      </w:pPr>
      <w:r>
        <w:rPr>
          <w:color w:val="B4B4B4"/>
          <w:sz w:val="16"/>
        </w:rPr>
        <w:t>________________________________________________________</w:t>
      </w:r>
    </w:p>
    <w:p w14:paraId="62C631CB" w14:textId="77777777" w:rsidR="005A0029" w:rsidRDefault="00F83EB4">
      <w:pPr>
        <w:pStyle w:val="Heading2"/>
      </w:pPr>
      <w:r>
        <w:t>Prayer</w:t>
      </w:r>
    </w:p>
    <w:p w14:paraId="68712850" w14:textId="77777777" w:rsidR="005A0029" w:rsidRDefault="00F83EB4">
      <w:r>
        <w:t>Father, meet me in this practice of confidence after crisis.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82470A9" w14:textId="77777777" w:rsidR="005A0029" w:rsidRDefault="00F83EB4">
      <w:r>
        <w:rPr>
          <w:b/>
          <w:color w:val="B08D3A"/>
        </w:rPr>
        <w:lastRenderedPageBreak/>
        <w:t xml:space="preserve">TODAY'S DECLARATION  </w:t>
      </w:r>
      <w:r>
        <w:t>I will meet confidence after crisis with truth, faith, and practiced peace.</w:t>
      </w:r>
    </w:p>
    <w:p w14:paraId="0902D6F1" w14:textId="77777777" w:rsidR="005A0029" w:rsidRDefault="00F83EB4">
      <w:r>
        <w:br w:type="page"/>
      </w:r>
    </w:p>
    <w:p w14:paraId="4CFCA355" w14:textId="77777777" w:rsidR="005A0029" w:rsidRDefault="00F83EB4">
      <w:pPr>
        <w:pStyle w:val="Heading2"/>
      </w:pPr>
      <w:r>
        <w:lastRenderedPageBreak/>
        <w:t>DAY 10</w:t>
      </w:r>
    </w:p>
    <w:p w14:paraId="1312CE2C" w14:textId="77777777" w:rsidR="005A0029" w:rsidRDefault="00F83EB4">
      <w:pPr>
        <w:pStyle w:val="Heading1"/>
      </w:pPr>
      <w:r>
        <w:t>Grace for the Builder</w:t>
      </w:r>
    </w:p>
    <w:p w14:paraId="537C1CBD" w14:textId="77777777" w:rsidR="005A0029" w:rsidRDefault="00F83EB4">
      <w:r>
        <w:rPr>
          <w:b/>
          <w:color w:val="B08D3A"/>
        </w:rPr>
        <w:t xml:space="preserve">ANCHOR SCRIPTURE  </w:t>
      </w:r>
      <w:r>
        <w:t>2 Corinthians 12:9</w:t>
      </w:r>
    </w:p>
    <w:p w14:paraId="5B6765AF" w14:textId="77777777" w:rsidR="005A0029" w:rsidRDefault="00F83EB4">
      <w:pPr>
        <w:pStyle w:val="Heading2"/>
      </w:pPr>
      <w:r>
        <w:t>Guided Reflection</w:t>
      </w:r>
    </w:p>
    <w:p w14:paraId="28B4E16A" w14:textId="77777777" w:rsidR="005A0029" w:rsidRDefault="00F83EB4">
      <w:r>
        <w:t>Today, consider what “grace for the builder”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when t</w:t>
      </w:r>
      <w:r>
        <w:t>ruth is practiced repeatedly, especially when circumstances remain unresolved.</w:t>
      </w:r>
    </w:p>
    <w:p w14:paraId="3E385622" w14:textId="77777777" w:rsidR="005A0029" w:rsidRDefault="00F83EB4">
      <w:pPr>
        <w:pStyle w:val="Heading2"/>
      </w:pPr>
      <w:r>
        <w:t>Pause &amp; Notice</w:t>
      </w:r>
    </w:p>
    <w:p w14:paraId="124D19CA" w14:textId="77777777" w:rsidR="005A0029" w:rsidRDefault="00F83EB4">
      <w:r>
        <w:t>What is this theme revealing about my heart, thoughts, relationships, or current circumstances today?</w:t>
      </w:r>
    </w:p>
    <w:p w14:paraId="32E32024" w14:textId="77777777" w:rsidR="005A0029" w:rsidRDefault="00F83EB4">
      <w:pPr>
        <w:pStyle w:val="Heading2"/>
      </w:pPr>
      <w:r>
        <w:t>Peace Practice</w:t>
      </w:r>
    </w:p>
    <w:p w14:paraId="4E54E30A" w14:textId="77777777" w:rsidR="005A0029" w:rsidRDefault="00F83EB4">
      <w:r>
        <w:t>Take five slow breaths. With each inhale, receive God's presence; with each exhale, release one pressure you have been carrying.</w:t>
      </w:r>
    </w:p>
    <w:p w14:paraId="2996C7EF" w14:textId="77777777" w:rsidR="005A0029" w:rsidRDefault="00F83EB4">
      <w:pPr>
        <w:pStyle w:val="Heading2"/>
      </w:pPr>
      <w:r>
        <w:t>My Thoughts &amp; Prayers</w:t>
      </w:r>
    </w:p>
    <w:p w14:paraId="1880D260" w14:textId="77777777" w:rsidR="005A0029" w:rsidRDefault="00F83EB4">
      <w:pPr>
        <w:spacing w:after="60"/>
      </w:pPr>
      <w:r>
        <w:rPr>
          <w:color w:val="B4B4B4"/>
          <w:sz w:val="16"/>
        </w:rPr>
        <w:t>________________________________________________________</w:t>
      </w:r>
    </w:p>
    <w:p w14:paraId="21136958" w14:textId="77777777" w:rsidR="005A0029" w:rsidRDefault="00F83EB4">
      <w:pPr>
        <w:spacing w:after="60"/>
      </w:pPr>
      <w:r>
        <w:rPr>
          <w:color w:val="B4B4B4"/>
          <w:sz w:val="16"/>
        </w:rPr>
        <w:t>________________________________________________________</w:t>
      </w:r>
    </w:p>
    <w:p w14:paraId="00BD1EDA" w14:textId="77777777" w:rsidR="005A0029" w:rsidRDefault="00F83EB4">
      <w:pPr>
        <w:spacing w:after="60"/>
      </w:pPr>
      <w:r>
        <w:rPr>
          <w:color w:val="B4B4B4"/>
          <w:sz w:val="16"/>
        </w:rPr>
        <w:t>________________________________________________________</w:t>
      </w:r>
    </w:p>
    <w:p w14:paraId="7255486A" w14:textId="77777777" w:rsidR="005A0029" w:rsidRDefault="00F83EB4">
      <w:pPr>
        <w:spacing w:after="60"/>
      </w:pPr>
      <w:r>
        <w:rPr>
          <w:color w:val="B4B4B4"/>
          <w:sz w:val="16"/>
        </w:rPr>
        <w:t>________________________________________________________</w:t>
      </w:r>
    </w:p>
    <w:p w14:paraId="4CC805B1" w14:textId="77777777" w:rsidR="005A0029" w:rsidRDefault="00F83EB4">
      <w:pPr>
        <w:spacing w:after="60"/>
      </w:pPr>
      <w:r>
        <w:rPr>
          <w:color w:val="B4B4B4"/>
          <w:sz w:val="16"/>
        </w:rPr>
        <w:t>________________________________________________________</w:t>
      </w:r>
    </w:p>
    <w:p w14:paraId="308F2DFE" w14:textId="77777777" w:rsidR="005A0029" w:rsidRDefault="00F83EB4">
      <w:pPr>
        <w:pStyle w:val="Heading2"/>
      </w:pPr>
      <w:r>
        <w:t>Prayer</w:t>
      </w:r>
    </w:p>
    <w:p w14:paraId="7FE4492E" w14:textId="77777777" w:rsidR="005A0029" w:rsidRDefault="00F83EB4">
      <w:r>
        <w:t>Father, meet me in this practice of grace for the builder.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3D856BB" w14:textId="77777777" w:rsidR="005A0029" w:rsidRDefault="00F83EB4">
      <w:r>
        <w:rPr>
          <w:b/>
          <w:color w:val="B08D3A"/>
        </w:rPr>
        <w:lastRenderedPageBreak/>
        <w:t xml:space="preserve">TODAY'S DECLARATION  </w:t>
      </w:r>
      <w:r>
        <w:t>I will meet grace for the builder with truth, faith, and practiced peace.</w:t>
      </w:r>
    </w:p>
    <w:p w14:paraId="4D8428DD" w14:textId="77777777" w:rsidR="005A0029" w:rsidRDefault="00F83EB4">
      <w:r>
        <w:br w:type="page"/>
      </w:r>
    </w:p>
    <w:p w14:paraId="62207389" w14:textId="77777777" w:rsidR="005A0029" w:rsidRDefault="00F83EB4">
      <w:pPr>
        <w:pStyle w:val="Heading2"/>
      </w:pPr>
      <w:r>
        <w:lastRenderedPageBreak/>
        <w:t>DAY 11</w:t>
      </w:r>
    </w:p>
    <w:p w14:paraId="11FD3307" w14:textId="77777777" w:rsidR="005A0029" w:rsidRDefault="00F83EB4">
      <w:pPr>
        <w:pStyle w:val="Heading1"/>
      </w:pPr>
      <w:r>
        <w:t>Guilt: Receiving Grace</w:t>
      </w:r>
    </w:p>
    <w:p w14:paraId="399B485E" w14:textId="77777777" w:rsidR="005A0029" w:rsidRDefault="00F83EB4">
      <w:r>
        <w:rPr>
          <w:b/>
          <w:color w:val="B08D3A"/>
        </w:rPr>
        <w:t xml:space="preserve">ANCHOR SCRIPTURE  </w:t>
      </w:r>
      <w:r>
        <w:t>Romans 8:1</w:t>
      </w:r>
    </w:p>
    <w:p w14:paraId="15341A2A" w14:textId="77777777" w:rsidR="005A0029" w:rsidRDefault="00F83EB4">
      <w:pPr>
        <w:pStyle w:val="Heading2"/>
      </w:pPr>
      <w:r>
        <w:t>Guided Reflection</w:t>
      </w:r>
    </w:p>
    <w:p w14:paraId="0ADC72D6" w14:textId="77777777" w:rsidR="005A0029" w:rsidRDefault="00F83EB4">
      <w:r>
        <w:t xml:space="preserve">Today, consider what “guilt: receiving grace”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462E2A59" w14:textId="77777777" w:rsidR="005A0029" w:rsidRDefault="00F83EB4">
      <w:pPr>
        <w:pStyle w:val="Heading2"/>
      </w:pPr>
      <w:r>
        <w:t>Pause &amp; Notice</w:t>
      </w:r>
    </w:p>
    <w:p w14:paraId="741B716B" w14:textId="77777777" w:rsidR="005A0029" w:rsidRDefault="00F83EB4">
      <w:r>
        <w:t>What is this theme revealing about my heart, thoughts, relationships, or current circumstances today?</w:t>
      </w:r>
    </w:p>
    <w:p w14:paraId="5BDB14F3" w14:textId="77777777" w:rsidR="005A0029" w:rsidRDefault="00F83EB4">
      <w:pPr>
        <w:pStyle w:val="Heading2"/>
      </w:pPr>
      <w:r>
        <w:t>Peace Practice</w:t>
      </w:r>
    </w:p>
    <w:p w14:paraId="7EBF8A83" w14:textId="77777777" w:rsidR="005A0029" w:rsidRDefault="00F83EB4">
      <w:r>
        <w:t>Write one recurring fearful thought. Under it, write a Scripture-shaped response that is more truthful and life-giving.</w:t>
      </w:r>
    </w:p>
    <w:p w14:paraId="1531B46F" w14:textId="77777777" w:rsidR="005A0029" w:rsidRDefault="00F83EB4">
      <w:pPr>
        <w:pStyle w:val="Heading2"/>
      </w:pPr>
      <w:r>
        <w:t>My Thoughts &amp; Prayers</w:t>
      </w:r>
    </w:p>
    <w:p w14:paraId="2EE3CF15" w14:textId="77777777" w:rsidR="005A0029" w:rsidRDefault="00F83EB4">
      <w:pPr>
        <w:spacing w:after="60"/>
      </w:pPr>
      <w:r>
        <w:rPr>
          <w:color w:val="B4B4B4"/>
          <w:sz w:val="16"/>
        </w:rPr>
        <w:t>________________________________________________________</w:t>
      </w:r>
    </w:p>
    <w:p w14:paraId="748C1A6A" w14:textId="77777777" w:rsidR="005A0029" w:rsidRDefault="00F83EB4">
      <w:pPr>
        <w:spacing w:after="60"/>
      </w:pPr>
      <w:r>
        <w:rPr>
          <w:color w:val="B4B4B4"/>
          <w:sz w:val="16"/>
        </w:rPr>
        <w:t>________________________________________________________</w:t>
      </w:r>
    </w:p>
    <w:p w14:paraId="3DDE40C8" w14:textId="77777777" w:rsidR="005A0029" w:rsidRDefault="00F83EB4">
      <w:pPr>
        <w:spacing w:after="60"/>
      </w:pPr>
      <w:r>
        <w:rPr>
          <w:color w:val="B4B4B4"/>
          <w:sz w:val="16"/>
        </w:rPr>
        <w:t>________________________________________________________</w:t>
      </w:r>
    </w:p>
    <w:p w14:paraId="1267FE45" w14:textId="77777777" w:rsidR="005A0029" w:rsidRDefault="00F83EB4">
      <w:pPr>
        <w:spacing w:after="60"/>
      </w:pPr>
      <w:r>
        <w:rPr>
          <w:color w:val="B4B4B4"/>
          <w:sz w:val="16"/>
        </w:rPr>
        <w:t>________________________________________________________</w:t>
      </w:r>
    </w:p>
    <w:p w14:paraId="3A9246BA" w14:textId="77777777" w:rsidR="005A0029" w:rsidRDefault="00F83EB4">
      <w:pPr>
        <w:spacing w:after="60"/>
      </w:pPr>
      <w:r>
        <w:rPr>
          <w:color w:val="B4B4B4"/>
          <w:sz w:val="16"/>
        </w:rPr>
        <w:t>________________________________________________________</w:t>
      </w:r>
    </w:p>
    <w:p w14:paraId="18B0271D" w14:textId="77777777" w:rsidR="005A0029" w:rsidRDefault="00F83EB4">
      <w:pPr>
        <w:pStyle w:val="Heading2"/>
      </w:pPr>
      <w:r>
        <w:t>Prayer</w:t>
      </w:r>
    </w:p>
    <w:p w14:paraId="38D93956" w14:textId="77777777" w:rsidR="005A0029" w:rsidRDefault="00F83EB4">
      <w:r>
        <w:t>Father, meet me in this practice of guilt: receiving grace.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0795BC2" w14:textId="77777777" w:rsidR="005A0029" w:rsidRDefault="00F83EB4">
      <w:r>
        <w:rPr>
          <w:b/>
          <w:color w:val="B08D3A"/>
        </w:rPr>
        <w:lastRenderedPageBreak/>
        <w:t xml:space="preserve">TODAY'S DECLARATION  </w:t>
      </w:r>
      <w:r>
        <w:t>I will meet guilt: receiving grace with truth, faith, and practiced peace.</w:t>
      </w:r>
    </w:p>
    <w:p w14:paraId="4AC1C7D7" w14:textId="77777777" w:rsidR="005A0029" w:rsidRDefault="00F83EB4">
      <w:r>
        <w:br w:type="page"/>
      </w:r>
    </w:p>
    <w:p w14:paraId="071C5CF3" w14:textId="77777777" w:rsidR="005A0029" w:rsidRDefault="00F83EB4">
      <w:pPr>
        <w:pStyle w:val="Heading2"/>
      </w:pPr>
      <w:r>
        <w:lastRenderedPageBreak/>
        <w:t>DAY 12</w:t>
      </w:r>
    </w:p>
    <w:p w14:paraId="66268D0C" w14:textId="77777777" w:rsidR="005A0029" w:rsidRDefault="00F83EB4">
      <w:pPr>
        <w:pStyle w:val="Heading1"/>
      </w:pPr>
      <w:r>
        <w:t>Shame: You Are Not Your Failure</w:t>
      </w:r>
    </w:p>
    <w:p w14:paraId="6FFDFD18" w14:textId="77777777" w:rsidR="005A0029" w:rsidRDefault="00F83EB4">
      <w:r>
        <w:rPr>
          <w:b/>
          <w:color w:val="B08D3A"/>
        </w:rPr>
        <w:t xml:space="preserve">ANCHOR SCRIPTURE  </w:t>
      </w:r>
      <w:r>
        <w:t>Isaiah 54:4</w:t>
      </w:r>
    </w:p>
    <w:p w14:paraId="7DE36598" w14:textId="77777777" w:rsidR="005A0029" w:rsidRDefault="00F83EB4">
      <w:pPr>
        <w:pStyle w:val="Heading2"/>
      </w:pPr>
      <w:r>
        <w:t>Guided Reflection</w:t>
      </w:r>
    </w:p>
    <w:p w14:paraId="17BD7D5E" w14:textId="77777777" w:rsidR="005A0029" w:rsidRDefault="00F83EB4">
      <w:r>
        <w:t>Today, consider what “shame: you are not your failure”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w:t>
      </w:r>
      <w:r>
        <w:t>ble when truth is practiced repeatedly, especially when circumstances remain unresolved.</w:t>
      </w:r>
    </w:p>
    <w:p w14:paraId="5B7F5072" w14:textId="77777777" w:rsidR="005A0029" w:rsidRDefault="00F83EB4">
      <w:pPr>
        <w:pStyle w:val="Heading2"/>
      </w:pPr>
      <w:r>
        <w:t>Pause &amp; Notice</w:t>
      </w:r>
    </w:p>
    <w:p w14:paraId="3E3E0253" w14:textId="77777777" w:rsidR="005A0029" w:rsidRDefault="00F83EB4">
      <w:r>
        <w:t>What is this theme revealing about my heart, thoughts, relationships, or current circumstances today?</w:t>
      </w:r>
    </w:p>
    <w:p w14:paraId="6BEC0CFB" w14:textId="77777777" w:rsidR="005A0029" w:rsidRDefault="00F83EB4">
      <w:pPr>
        <w:pStyle w:val="Heading2"/>
      </w:pPr>
      <w:r>
        <w:t>Peace Practice</w:t>
      </w:r>
    </w:p>
    <w:p w14:paraId="59BAE96D" w14:textId="77777777" w:rsidR="005A0029" w:rsidRDefault="00F83EB4">
      <w:r>
        <w:t>Identify one small action that would create greater peace today. Make it specific enough to complete before the day ends.</w:t>
      </w:r>
    </w:p>
    <w:p w14:paraId="7299D855" w14:textId="77777777" w:rsidR="005A0029" w:rsidRDefault="00F83EB4">
      <w:pPr>
        <w:pStyle w:val="Heading2"/>
      </w:pPr>
      <w:r>
        <w:t>My Thoughts &amp; Prayers</w:t>
      </w:r>
    </w:p>
    <w:p w14:paraId="130D17A3" w14:textId="77777777" w:rsidR="005A0029" w:rsidRDefault="00F83EB4">
      <w:pPr>
        <w:spacing w:after="60"/>
      </w:pPr>
      <w:r>
        <w:rPr>
          <w:color w:val="B4B4B4"/>
          <w:sz w:val="16"/>
        </w:rPr>
        <w:t>________________________________________________________</w:t>
      </w:r>
    </w:p>
    <w:p w14:paraId="78508B46" w14:textId="77777777" w:rsidR="005A0029" w:rsidRDefault="00F83EB4">
      <w:pPr>
        <w:spacing w:after="60"/>
      </w:pPr>
      <w:r>
        <w:rPr>
          <w:color w:val="B4B4B4"/>
          <w:sz w:val="16"/>
        </w:rPr>
        <w:t>________________________________________________________</w:t>
      </w:r>
    </w:p>
    <w:p w14:paraId="44FBEC13" w14:textId="77777777" w:rsidR="005A0029" w:rsidRDefault="00F83EB4">
      <w:pPr>
        <w:spacing w:after="60"/>
      </w:pPr>
      <w:r>
        <w:rPr>
          <w:color w:val="B4B4B4"/>
          <w:sz w:val="16"/>
        </w:rPr>
        <w:t>________________________________________________________</w:t>
      </w:r>
    </w:p>
    <w:p w14:paraId="0F9C6142" w14:textId="77777777" w:rsidR="005A0029" w:rsidRDefault="00F83EB4">
      <w:pPr>
        <w:spacing w:after="60"/>
      </w:pPr>
      <w:r>
        <w:rPr>
          <w:color w:val="B4B4B4"/>
          <w:sz w:val="16"/>
        </w:rPr>
        <w:t>________________________________________________________</w:t>
      </w:r>
    </w:p>
    <w:p w14:paraId="7D4BD7F8" w14:textId="77777777" w:rsidR="005A0029" w:rsidRDefault="00F83EB4">
      <w:pPr>
        <w:spacing w:after="60"/>
      </w:pPr>
      <w:r>
        <w:rPr>
          <w:color w:val="B4B4B4"/>
          <w:sz w:val="16"/>
        </w:rPr>
        <w:t>________________________________________________________</w:t>
      </w:r>
    </w:p>
    <w:p w14:paraId="61A951BC" w14:textId="77777777" w:rsidR="005A0029" w:rsidRDefault="00F83EB4">
      <w:pPr>
        <w:pStyle w:val="Heading2"/>
      </w:pPr>
      <w:r>
        <w:t>Prayer</w:t>
      </w:r>
    </w:p>
    <w:p w14:paraId="37B170E4" w14:textId="77777777" w:rsidR="005A0029" w:rsidRDefault="00F83EB4">
      <w:r>
        <w:t>Father, meet me in this practice of shame: you are not your failure.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D449B45" w14:textId="77777777" w:rsidR="005A0029" w:rsidRDefault="00F83EB4">
      <w:r>
        <w:rPr>
          <w:b/>
          <w:color w:val="B08D3A"/>
        </w:rPr>
        <w:lastRenderedPageBreak/>
        <w:t xml:space="preserve">TODAY'S DECLARATION  </w:t>
      </w:r>
      <w:r>
        <w:t>I will meet shame: you are not your failure with truth, faith, and practiced peace.</w:t>
      </w:r>
    </w:p>
    <w:p w14:paraId="3C0561A3" w14:textId="77777777" w:rsidR="005A0029" w:rsidRDefault="00F83EB4">
      <w:r>
        <w:br w:type="page"/>
      </w:r>
    </w:p>
    <w:p w14:paraId="357F6D34" w14:textId="77777777" w:rsidR="005A0029" w:rsidRDefault="00F83EB4">
      <w:pPr>
        <w:pStyle w:val="Heading2"/>
      </w:pPr>
      <w:r>
        <w:lastRenderedPageBreak/>
        <w:t>DAY 13</w:t>
      </w:r>
    </w:p>
    <w:p w14:paraId="748D2633" w14:textId="77777777" w:rsidR="005A0029" w:rsidRDefault="00F83EB4">
      <w:pPr>
        <w:pStyle w:val="Heading1"/>
      </w:pPr>
      <w:r>
        <w:t>Bitterness: What Pain Leaves Behind</w:t>
      </w:r>
    </w:p>
    <w:p w14:paraId="65FF6936" w14:textId="77777777" w:rsidR="005A0029" w:rsidRDefault="00F83EB4">
      <w:r>
        <w:rPr>
          <w:b/>
          <w:color w:val="B08D3A"/>
        </w:rPr>
        <w:t xml:space="preserve">ANCHOR SCRIPTURE  </w:t>
      </w:r>
      <w:r>
        <w:t>Ephesians 4:31</w:t>
      </w:r>
    </w:p>
    <w:p w14:paraId="12743208" w14:textId="77777777" w:rsidR="005A0029" w:rsidRDefault="00F83EB4">
      <w:pPr>
        <w:pStyle w:val="Heading2"/>
      </w:pPr>
      <w:r>
        <w:t>Guided Reflection</w:t>
      </w:r>
    </w:p>
    <w:p w14:paraId="0EB02896" w14:textId="77777777" w:rsidR="005A0029" w:rsidRDefault="00F83EB4">
      <w:r>
        <w:t xml:space="preserve">Today, consider what “bitterness: what pain leaves behind”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w:t>
      </w:r>
      <w:r>
        <w:t>durable when truth is practiced repeatedly, especially when circumstances remain unresolved.</w:t>
      </w:r>
    </w:p>
    <w:p w14:paraId="1711C781" w14:textId="77777777" w:rsidR="005A0029" w:rsidRDefault="00F83EB4">
      <w:pPr>
        <w:pStyle w:val="Heading2"/>
      </w:pPr>
      <w:r>
        <w:t>Pause &amp; Notice</w:t>
      </w:r>
    </w:p>
    <w:p w14:paraId="201F5E81" w14:textId="77777777" w:rsidR="005A0029" w:rsidRDefault="00F83EB4">
      <w:r>
        <w:t>What is this theme revealing about my heart, thoughts, relationships, or current circumstances today?</w:t>
      </w:r>
    </w:p>
    <w:p w14:paraId="6E794F01" w14:textId="77777777" w:rsidR="005A0029" w:rsidRDefault="00F83EB4">
      <w:pPr>
        <w:pStyle w:val="Heading2"/>
      </w:pPr>
      <w:r>
        <w:t>Peace Practice</w:t>
      </w:r>
    </w:p>
    <w:p w14:paraId="3ED8D8E4" w14:textId="77777777" w:rsidR="005A0029" w:rsidRDefault="00F83EB4">
      <w:r>
        <w:t>Reach out to one trusted, mature person. Share one thing you have been carrying silently and allow yourself to receive support.</w:t>
      </w:r>
    </w:p>
    <w:p w14:paraId="200582AA" w14:textId="77777777" w:rsidR="005A0029" w:rsidRDefault="00F83EB4">
      <w:pPr>
        <w:pStyle w:val="Heading2"/>
      </w:pPr>
      <w:r>
        <w:t>My Thoughts &amp; Prayers</w:t>
      </w:r>
    </w:p>
    <w:p w14:paraId="0E727373" w14:textId="77777777" w:rsidR="005A0029" w:rsidRDefault="00F83EB4">
      <w:pPr>
        <w:spacing w:after="60"/>
      </w:pPr>
      <w:r>
        <w:rPr>
          <w:color w:val="B4B4B4"/>
          <w:sz w:val="16"/>
        </w:rPr>
        <w:t>________________________________________________________</w:t>
      </w:r>
    </w:p>
    <w:p w14:paraId="57C3C563" w14:textId="77777777" w:rsidR="005A0029" w:rsidRDefault="00F83EB4">
      <w:pPr>
        <w:spacing w:after="60"/>
      </w:pPr>
      <w:r>
        <w:rPr>
          <w:color w:val="B4B4B4"/>
          <w:sz w:val="16"/>
        </w:rPr>
        <w:t>________________________________________________________</w:t>
      </w:r>
    </w:p>
    <w:p w14:paraId="0C78532A" w14:textId="77777777" w:rsidR="005A0029" w:rsidRDefault="00F83EB4">
      <w:pPr>
        <w:spacing w:after="60"/>
      </w:pPr>
      <w:r>
        <w:rPr>
          <w:color w:val="B4B4B4"/>
          <w:sz w:val="16"/>
        </w:rPr>
        <w:t>________________________________________________________</w:t>
      </w:r>
    </w:p>
    <w:p w14:paraId="7F1B30D2" w14:textId="77777777" w:rsidR="005A0029" w:rsidRDefault="00F83EB4">
      <w:pPr>
        <w:spacing w:after="60"/>
      </w:pPr>
      <w:r>
        <w:rPr>
          <w:color w:val="B4B4B4"/>
          <w:sz w:val="16"/>
        </w:rPr>
        <w:t>________________________________________________________</w:t>
      </w:r>
    </w:p>
    <w:p w14:paraId="512CDBD4" w14:textId="77777777" w:rsidR="005A0029" w:rsidRDefault="00F83EB4">
      <w:pPr>
        <w:spacing w:after="60"/>
      </w:pPr>
      <w:r>
        <w:rPr>
          <w:color w:val="B4B4B4"/>
          <w:sz w:val="16"/>
        </w:rPr>
        <w:t>________________________________________________________</w:t>
      </w:r>
    </w:p>
    <w:p w14:paraId="40FA3174" w14:textId="77777777" w:rsidR="005A0029" w:rsidRDefault="00F83EB4">
      <w:pPr>
        <w:pStyle w:val="Heading2"/>
      </w:pPr>
      <w:r>
        <w:t>Prayer</w:t>
      </w:r>
    </w:p>
    <w:p w14:paraId="5947F606" w14:textId="77777777" w:rsidR="005A0029" w:rsidRDefault="00F83EB4">
      <w:r>
        <w:t>Father, meet me in this practice of bitterness: what pain leaves behind.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8B61793" w14:textId="77777777" w:rsidR="005A0029" w:rsidRDefault="00F83EB4">
      <w:r>
        <w:rPr>
          <w:b/>
          <w:color w:val="B08D3A"/>
        </w:rPr>
        <w:lastRenderedPageBreak/>
        <w:t xml:space="preserve">TODAY'S DECLARATION  </w:t>
      </w:r>
      <w:r>
        <w:t>I will meet bitterness: what pain leaves behind with truth, faith, and practiced peace.</w:t>
      </w:r>
    </w:p>
    <w:p w14:paraId="3CB3429C" w14:textId="77777777" w:rsidR="005A0029" w:rsidRDefault="00F83EB4">
      <w:r>
        <w:br w:type="page"/>
      </w:r>
    </w:p>
    <w:p w14:paraId="440F3D34" w14:textId="77777777" w:rsidR="005A0029" w:rsidRDefault="00F83EB4">
      <w:pPr>
        <w:pStyle w:val="Heading2"/>
      </w:pPr>
      <w:r>
        <w:lastRenderedPageBreak/>
        <w:t>DAY 14</w:t>
      </w:r>
    </w:p>
    <w:p w14:paraId="17ABC843" w14:textId="77777777" w:rsidR="005A0029" w:rsidRDefault="00F83EB4">
      <w:pPr>
        <w:pStyle w:val="Heading1"/>
      </w:pPr>
      <w:r>
        <w:t>Surrender: Putting Down the Weight</w:t>
      </w:r>
    </w:p>
    <w:p w14:paraId="342E7A0C" w14:textId="77777777" w:rsidR="005A0029" w:rsidRDefault="00F83EB4">
      <w:r>
        <w:rPr>
          <w:b/>
          <w:color w:val="B08D3A"/>
        </w:rPr>
        <w:t xml:space="preserve">ANCHOR SCRIPTURE  </w:t>
      </w:r>
      <w:r>
        <w:t>1 Peter 5:7</w:t>
      </w:r>
    </w:p>
    <w:p w14:paraId="760CF1AD" w14:textId="77777777" w:rsidR="005A0029" w:rsidRDefault="00F83EB4">
      <w:pPr>
        <w:pStyle w:val="Heading2"/>
      </w:pPr>
      <w:r>
        <w:t>Guided Reflection</w:t>
      </w:r>
    </w:p>
    <w:p w14:paraId="69A07973" w14:textId="77777777" w:rsidR="005A0029" w:rsidRDefault="00F83EB4">
      <w:r>
        <w:t>Today, consider what “surrender: putting down the weight”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w:t>
      </w:r>
      <w:r>
        <w:t>urable when truth is practiced repeatedly, especially when circumstances remain unresolved.</w:t>
      </w:r>
    </w:p>
    <w:p w14:paraId="4C601781" w14:textId="77777777" w:rsidR="005A0029" w:rsidRDefault="00F83EB4">
      <w:pPr>
        <w:pStyle w:val="Heading2"/>
      </w:pPr>
      <w:r>
        <w:t>Pause &amp; Notice</w:t>
      </w:r>
    </w:p>
    <w:p w14:paraId="1D728AD4" w14:textId="77777777" w:rsidR="005A0029" w:rsidRDefault="00F83EB4">
      <w:r>
        <w:t>What is this theme revealing about my heart, thoughts, relationships, or current circumstances today?</w:t>
      </w:r>
    </w:p>
    <w:p w14:paraId="4E44AE1F" w14:textId="77777777" w:rsidR="005A0029" w:rsidRDefault="00F83EB4">
      <w:pPr>
        <w:pStyle w:val="Heading2"/>
      </w:pPr>
      <w:r>
        <w:t>Peace Practice</w:t>
      </w:r>
    </w:p>
    <w:p w14:paraId="3BD8C390" w14:textId="77777777" w:rsidR="005A0029" w:rsidRDefault="00F83EB4">
      <w:r>
        <w:t>Practice a ten-minute quiet period without your phone. Notice what surfaces, then bring it honestly into prayer.</w:t>
      </w:r>
    </w:p>
    <w:p w14:paraId="05D33F29" w14:textId="77777777" w:rsidR="005A0029" w:rsidRDefault="00F83EB4">
      <w:pPr>
        <w:pStyle w:val="Heading2"/>
      </w:pPr>
      <w:r>
        <w:t>My Thoughts &amp; Prayers</w:t>
      </w:r>
    </w:p>
    <w:p w14:paraId="142AC530" w14:textId="77777777" w:rsidR="005A0029" w:rsidRDefault="00F83EB4">
      <w:pPr>
        <w:spacing w:after="60"/>
      </w:pPr>
      <w:r>
        <w:rPr>
          <w:color w:val="B4B4B4"/>
          <w:sz w:val="16"/>
        </w:rPr>
        <w:t>________________________________________________________</w:t>
      </w:r>
    </w:p>
    <w:p w14:paraId="47DB8C3E" w14:textId="77777777" w:rsidR="005A0029" w:rsidRDefault="00F83EB4">
      <w:pPr>
        <w:spacing w:after="60"/>
      </w:pPr>
      <w:r>
        <w:rPr>
          <w:color w:val="B4B4B4"/>
          <w:sz w:val="16"/>
        </w:rPr>
        <w:t>________________________________________________________</w:t>
      </w:r>
    </w:p>
    <w:p w14:paraId="4C9FFD24" w14:textId="77777777" w:rsidR="005A0029" w:rsidRDefault="00F83EB4">
      <w:pPr>
        <w:spacing w:after="60"/>
      </w:pPr>
      <w:r>
        <w:rPr>
          <w:color w:val="B4B4B4"/>
          <w:sz w:val="16"/>
        </w:rPr>
        <w:t>________________________________________________________</w:t>
      </w:r>
    </w:p>
    <w:p w14:paraId="30BF2705" w14:textId="77777777" w:rsidR="005A0029" w:rsidRDefault="00F83EB4">
      <w:pPr>
        <w:spacing w:after="60"/>
      </w:pPr>
      <w:r>
        <w:rPr>
          <w:color w:val="B4B4B4"/>
          <w:sz w:val="16"/>
        </w:rPr>
        <w:t>________________________________________________________</w:t>
      </w:r>
    </w:p>
    <w:p w14:paraId="3048B599" w14:textId="77777777" w:rsidR="005A0029" w:rsidRDefault="00F83EB4">
      <w:pPr>
        <w:spacing w:after="60"/>
      </w:pPr>
      <w:r>
        <w:rPr>
          <w:color w:val="B4B4B4"/>
          <w:sz w:val="16"/>
        </w:rPr>
        <w:t>________________________________________________________</w:t>
      </w:r>
    </w:p>
    <w:p w14:paraId="706B6CB2" w14:textId="77777777" w:rsidR="005A0029" w:rsidRDefault="00F83EB4">
      <w:pPr>
        <w:pStyle w:val="Heading2"/>
      </w:pPr>
      <w:r>
        <w:t>Prayer</w:t>
      </w:r>
    </w:p>
    <w:p w14:paraId="6435D8C1" w14:textId="77777777" w:rsidR="005A0029" w:rsidRDefault="00F83EB4">
      <w:r>
        <w:t>Father, meet me in this practice of surrender: putting down the weight.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0C95A21" w14:textId="77777777" w:rsidR="005A0029" w:rsidRDefault="00F83EB4">
      <w:r>
        <w:rPr>
          <w:b/>
          <w:color w:val="B08D3A"/>
        </w:rPr>
        <w:lastRenderedPageBreak/>
        <w:t xml:space="preserve">TODAY'S DECLARATION  </w:t>
      </w:r>
      <w:r>
        <w:t>I will meet surrender: putting down the weight with truth, faith, and practiced peace.</w:t>
      </w:r>
    </w:p>
    <w:p w14:paraId="47935AB0" w14:textId="77777777" w:rsidR="005A0029" w:rsidRDefault="00F83EB4">
      <w:r>
        <w:br w:type="page"/>
      </w:r>
    </w:p>
    <w:p w14:paraId="7B0ADC57" w14:textId="77777777" w:rsidR="005A0029" w:rsidRDefault="00F83EB4">
      <w:pPr>
        <w:pStyle w:val="Heading2"/>
      </w:pPr>
      <w:r>
        <w:lastRenderedPageBreak/>
        <w:t>DAY 15</w:t>
      </w:r>
    </w:p>
    <w:p w14:paraId="6AB3E911" w14:textId="77777777" w:rsidR="005A0029" w:rsidRDefault="00F83EB4">
      <w:pPr>
        <w:pStyle w:val="Heading1"/>
      </w:pPr>
      <w:r>
        <w:t>Unforgiveness: The Invisible Chain</w:t>
      </w:r>
    </w:p>
    <w:p w14:paraId="13012DEF" w14:textId="77777777" w:rsidR="005A0029" w:rsidRDefault="00F83EB4">
      <w:r>
        <w:rPr>
          <w:b/>
          <w:color w:val="B08D3A"/>
        </w:rPr>
        <w:t xml:space="preserve">ANCHOR SCRIPTURE  </w:t>
      </w:r>
      <w:r>
        <w:t>Hebrews 12:15</w:t>
      </w:r>
    </w:p>
    <w:p w14:paraId="2F4BEDDC" w14:textId="77777777" w:rsidR="005A0029" w:rsidRDefault="00F83EB4">
      <w:pPr>
        <w:pStyle w:val="Heading2"/>
      </w:pPr>
      <w:r>
        <w:t>Guided Reflection</w:t>
      </w:r>
    </w:p>
    <w:p w14:paraId="0EF0E811" w14:textId="77777777" w:rsidR="005A0029" w:rsidRDefault="00F83EB4">
      <w:r>
        <w:t>Today, consider what “unforgiveness: the invisible chain”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w:t>
      </w:r>
      <w:r>
        <w:t>urable when truth is practiced repeatedly, especially when circumstances remain unresolved.</w:t>
      </w:r>
    </w:p>
    <w:p w14:paraId="4B03912B" w14:textId="77777777" w:rsidR="005A0029" w:rsidRDefault="00F83EB4">
      <w:pPr>
        <w:pStyle w:val="Heading2"/>
      </w:pPr>
      <w:r>
        <w:t>Pause &amp; Notice</w:t>
      </w:r>
    </w:p>
    <w:p w14:paraId="62E4F2EA" w14:textId="77777777" w:rsidR="005A0029" w:rsidRDefault="00F83EB4">
      <w:r>
        <w:t>What is this theme revealing about my heart, thoughts, relationships, or current circumstances today?</w:t>
      </w:r>
    </w:p>
    <w:p w14:paraId="0447E21D" w14:textId="77777777" w:rsidR="005A0029" w:rsidRDefault="00F83EB4">
      <w:pPr>
        <w:pStyle w:val="Heading2"/>
      </w:pPr>
      <w:r>
        <w:t>Peace Practice</w:t>
      </w:r>
    </w:p>
    <w:p w14:paraId="54BA239D" w14:textId="77777777" w:rsidR="005A0029" w:rsidRDefault="00F83EB4">
      <w:r>
        <w:t>Sit quietly for three minutes. Name what you feel without judging it. Then write one truth you want to carry into the day.</w:t>
      </w:r>
    </w:p>
    <w:p w14:paraId="03F516E7" w14:textId="77777777" w:rsidR="005A0029" w:rsidRDefault="00F83EB4">
      <w:pPr>
        <w:pStyle w:val="Heading2"/>
      </w:pPr>
      <w:r>
        <w:t>My Thoughts &amp; Prayers</w:t>
      </w:r>
    </w:p>
    <w:p w14:paraId="6C7C5FBA" w14:textId="77777777" w:rsidR="005A0029" w:rsidRDefault="00F83EB4">
      <w:pPr>
        <w:spacing w:after="60"/>
      </w:pPr>
      <w:r>
        <w:rPr>
          <w:color w:val="B4B4B4"/>
          <w:sz w:val="16"/>
        </w:rPr>
        <w:t>________________________________________________________</w:t>
      </w:r>
    </w:p>
    <w:p w14:paraId="7A714B2B" w14:textId="77777777" w:rsidR="005A0029" w:rsidRDefault="00F83EB4">
      <w:pPr>
        <w:spacing w:after="60"/>
      </w:pPr>
      <w:r>
        <w:rPr>
          <w:color w:val="B4B4B4"/>
          <w:sz w:val="16"/>
        </w:rPr>
        <w:t>________________________________________________________</w:t>
      </w:r>
    </w:p>
    <w:p w14:paraId="675DA056" w14:textId="77777777" w:rsidR="005A0029" w:rsidRDefault="00F83EB4">
      <w:pPr>
        <w:spacing w:after="60"/>
      </w:pPr>
      <w:r>
        <w:rPr>
          <w:color w:val="B4B4B4"/>
          <w:sz w:val="16"/>
        </w:rPr>
        <w:t>________________________________________________________</w:t>
      </w:r>
    </w:p>
    <w:p w14:paraId="0DDCFCDB" w14:textId="77777777" w:rsidR="005A0029" w:rsidRDefault="00F83EB4">
      <w:pPr>
        <w:spacing w:after="60"/>
      </w:pPr>
      <w:r>
        <w:rPr>
          <w:color w:val="B4B4B4"/>
          <w:sz w:val="16"/>
        </w:rPr>
        <w:t>________________________________________________________</w:t>
      </w:r>
    </w:p>
    <w:p w14:paraId="71DD0977" w14:textId="77777777" w:rsidR="005A0029" w:rsidRDefault="00F83EB4">
      <w:pPr>
        <w:spacing w:after="60"/>
      </w:pPr>
      <w:r>
        <w:rPr>
          <w:color w:val="B4B4B4"/>
          <w:sz w:val="16"/>
        </w:rPr>
        <w:t>________________________________________________________</w:t>
      </w:r>
    </w:p>
    <w:p w14:paraId="47C10501" w14:textId="77777777" w:rsidR="005A0029" w:rsidRDefault="00F83EB4">
      <w:pPr>
        <w:pStyle w:val="Heading2"/>
      </w:pPr>
      <w:r>
        <w:t>Prayer</w:t>
      </w:r>
    </w:p>
    <w:p w14:paraId="52E9CB0F" w14:textId="77777777" w:rsidR="005A0029" w:rsidRDefault="00F83EB4">
      <w:r>
        <w:t>Father, meet me in this practice of unforgiveness: the invisible chain.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E1FD42A" w14:textId="77777777" w:rsidR="005A0029" w:rsidRDefault="00F83EB4">
      <w:r>
        <w:rPr>
          <w:b/>
          <w:color w:val="B08D3A"/>
        </w:rPr>
        <w:lastRenderedPageBreak/>
        <w:t xml:space="preserve">TODAY'S DECLARATION  </w:t>
      </w:r>
      <w:r>
        <w:t>I will meet unforgiveness: the invisible chain with truth, faith, and practiced peace.</w:t>
      </w:r>
    </w:p>
    <w:p w14:paraId="561B47AB" w14:textId="77777777" w:rsidR="005A0029" w:rsidRDefault="00F83EB4">
      <w:r>
        <w:br w:type="page"/>
      </w:r>
    </w:p>
    <w:p w14:paraId="6F994110" w14:textId="77777777" w:rsidR="005A0029" w:rsidRDefault="00F83EB4">
      <w:pPr>
        <w:pStyle w:val="Heading2"/>
      </w:pPr>
      <w:r>
        <w:lastRenderedPageBreak/>
        <w:t>DAY 16</w:t>
      </w:r>
    </w:p>
    <w:p w14:paraId="6561E9C3" w14:textId="77777777" w:rsidR="005A0029" w:rsidRDefault="00F83EB4">
      <w:pPr>
        <w:pStyle w:val="Heading1"/>
      </w:pPr>
      <w:r>
        <w:t>Forgiveness: Choosing Freedom</w:t>
      </w:r>
    </w:p>
    <w:p w14:paraId="7851CDDB" w14:textId="77777777" w:rsidR="005A0029" w:rsidRDefault="00F83EB4">
      <w:r>
        <w:rPr>
          <w:b/>
          <w:color w:val="B08D3A"/>
        </w:rPr>
        <w:t xml:space="preserve">ANCHOR SCRIPTURE  </w:t>
      </w:r>
      <w:r>
        <w:t>Ephesians 4:32</w:t>
      </w:r>
    </w:p>
    <w:p w14:paraId="75533999" w14:textId="77777777" w:rsidR="005A0029" w:rsidRDefault="00F83EB4">
      <w:pPr>
        <w:pStyle w:val="Heading2"/>
      </w:pPr>
      <w:r>
        <w:t>Guided Reflection</w:t>
      </w:r>
    </w:p>
    <w:p w14:paraId="14D5AA48" w14:textId="77777777" w:rsidR="005A0029" w:rsidRDefault="00F83EB4">
      <w:r>
        <w:t>Today, consider what “forgiveness: choosing freedom”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w:t>
      </w:r>
      <w:r>
        <w:t>e when truth is practiced repeatedly, especially when circumstances remain unresolved.</w:t>
      </w:r>
    </w:p>
    <w:p w14:paraId="63F23DD5" w14:textId="77777777" w:rsidR="005A0029" w:rsidRDefault="00F83EB4">
      <w:pPr>
        <w:pStyle w:val="Heading2"/>
      </w:pPr>
      <w:r>
        <w:t>Pause &amp; Notice</w:t>
      </w:r>
    </w:p>
    <w:p w14:paraId="5F3AFEA0" w14:textId="77777777" w:rsidR="005A0029" w:rsidRDefault="00F83EB4">
      <w:r>
        <w:t>What is this theme revealing about my heart, thoughts, relationships, or current circumstances today?</w:t>
      </w:r>
    </w:p>
    <w:p w14:paraId="75472FB1" w14:textId="77777777" w:rsidR="005A0029" w:rsidRDefault="00F83EB4">
      <w:pPr>
        <w:pStyle w:val="Heading2"/>
      </w:pPr>
      <w:r>
        <w:t>Peace Practice</w:t>
      </w:r>
    </w:p>
    <w:p w14:paraId="46FD84E6" w14:textId="77777777" w:rsidR="005A0029" w:rsidRDefault="00F83EB4">
      <w:r>
        <w:t>Draw two columns: 'What I can control' and 'What I must release.' Place each concern in the appropriate column and pray over both.</w:t>
      </w:r>
    </w:p>
    <w:p w14:paraId="06E03F1B" w14:textId="77777777" w:rsidR="005A0029" w:rsidRDefault="00F83EB4">
      <w:pPr>
        <w:pStyle w:val="Heading2"/>
      </w:pPr>
      <w:r>
        <w:t>My Thoughts &amp; Prayers</w:t>
      </w:r>
    </w:p>
    <w:p w14:paraId="63E1903A" w14:textId="77777777" w:rsidR="005A0029" w:rsidRDefault="00F83EB4">
      <w:pPr>
        <w:spacing w:after="60"/>
      </w:pPr>
      <w:r>
        <w:rPr>
          <w:color w:val="B4B4B4"/>
          <w:sz w:val="16"/>
        </w:rPr>
        <w:t>________________________________________________________</w:t>
      </w:r>
    </w:p>
    <w:p w14:paraId="5F66DB5B" w14:textId="77777777" w:rsidR="005A0029" w:rsidRDefault="00F83EB4">
      <w:pPr>
        <w:spacing w:after="60"/>
      </w:pPr>
      <w:r>
        <w:rPr>
          <w:color w:val="B4B4B4"/>
          <w:sz w:val="16"/>
        </w:rPr>
        <w:t>________________________________________________________</w:t>
      </w:r>
    </w:p>
    <w:p w14:paraId="07FA2D8B" w14:textId="77777777" w:rsidR="005A0029" w:rsidRDefault="00F83EB4">
      <w:pPr>
        <w:spacing w:after="60"/>
      </w:pPr>
      <w:r>
        <w:rPr>
          <w:color w:val="B4B4B4"/>
          <w:sz w:val="16"/>
        </w:rPr>
        <w:t>________________________________________________________</w:t>
      </w:r>
    </w:p>
    <w:p w14:paraId="23B1EE29" w14:textId="77777777" w:rsidR="005A0029" w:rsidRDefault="00F83EB4">
      <w:pPr>
        <w:spacing w:after="60"/>
      </w:pPr>
      <w:r>
        <w:rPr>
          <w:color w:val="B4B4B4"/>
          <w:sz w:val="16"/>
        </w:rPr>
        <w:t>________________________________________________________</w:t>
      </w:r>
    </w:p>
    <w:p w14:paraId="7C0A6B5D" w14:textId="77777777" w:rsidR="005A0029" w:rsidRDefault="00F83EB4">
      <w:pPr>
        <w:spacing w:after="60"/>
      </w:pPr>
      <w:r>
        <w:rPr>
          <w:color w:val="B4B4B4"/>
          <w:sz w:val="16"/>
        </w:rPr>
        <w:t>________________________________________________________</w:t>
      </w:r>
    </w:p>
    <w:p w14:paraId="36C5D223" w14:textId="77777777" w:rsidR="005A0029" w:rsidRDefault="00F83EB4">
      <w:pPr>
        <w:pStyle w:val="Heading2"/>
      </w:pPr>
      <w:r>
        <w:t>Prayer</w:t>
      </w:r>
    </w:p>
    <w:p w14:paraId="5E1B4C39" w14:textId="77777777" w:rsidR="005A0029" w:rsidRDefault="00F83EB4">
      <w:r>
        <w:t>Father, meet me in this practice of forgiveness: choosing freedom.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84819CC" w14:textId="77777777" w:rsidR="005A0029" w:rsidRDefault="00F83EB4">
      <w:r>
        <w:rPr>
          <w:b/>
          <w:color w:val="B08D3A"/>
        </w:rPr>
        <w:lastRenderedPageBreak/>
        <w:t xml:space="preserve">TODAY'S DECLARATION  </w:t>
      </w:r>
      <w:r>
        <w:t>I will meet forgiveness: choosing freedom with truth, faith, and practiced peace.</w:t>
      </w:r>
    </w:p>
    <w:p w14:paraId="611280F2" w14:textId="77777777" w:rsidR="005A0029" w:rsidRDefault="00F83EB4">
      <w:r>
        <w:br w:type="page"/>
      </w:r>
    </w:p>
    <w:p w14:paraId="1DE9BBF4" w14:textId="77777777" w:rsidR="005A0029" w:rsidRDefault="00F83EB4">
      <w:pPr>
        <w:pStyle w:val="Heading2"/>
      </w:pPr>
      <w:r>
        <w:lastRenderedPageBreak/>
        <w:t>DAY 17</w:t>
      </w:r>
    </w:p>
    <w:p w14:paraId="2ADC32AB" w14:textId="77777777" w:rsidR="005A0029" w:rsidRDefault="00F83EB4">
      <w:pPr>
        <w:pStyle w:val="Heading1"/>
      </w:pPr>
      <w:r>
        <w:t>Boundaries After Hurt</w:t>
      </w:r>
    </w:p>
    <w:p w14:paraId="5C909858" w14:textId="77777777" w:rsidR="005A0029" w:rsidRDefault="00F83EB4">
      <w:r>
        <w:rPr>
          <w:b/>
          <w:color w:val="B08D3A"/>
        </w:rPr>
        <w:t xml:space="preserve">ANCHOR SCRIPTURE  </w:t>
      </w:r>
      <w:r>
        <w:t>Proverbs 4:23</w:t>
      </w:r>
    </w:p>
    <w:p w14:paraId="32315A16" w14:textId="77777777" w:rsidR="005A0029" w:rsidRDefault="00F83EB4">
      <w:pPr>
        <w:pStyle w:val="Heading2"/>
      </w:pPr>
      <w:r>
        <w:t>Guided Reflection</w:t>
      </w:r>
    </w:p>
    <w:p w14:paraId="2A59C9F9" w14:textId="77777777" w:rsidR="005A0029" w:rsidRDefault="00F83EB4">
      <w:r>
        <w:t>Today, consider what “boundaries after hurt”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when t</w:t>
      </w:r>
      <w:r>
        <w:t>ruth is practiced repeatedly, especially when circumstances remain unresolved.</w:t>
      </w:r>
    </w:p>
    <w:p w14:paraId="51A60FFA" w14:textId="77777777" w:rsidR="005A0029" w:rsidRDefault="00F83EB4">
      <w:pPr>
        <w:pStyle w:val="Heading2"/>
      </w:pPr>
      <w:r>
        <w:t>Pause &amp; Notice</w:t>
      </w:r>
    </w:p>
    <w:p w14:paraId="6ABFBE56" w14:textId="77777777" w:rsidR="005A0029" w:rsidRDefault="00F83EB4">
      <w:r>
        <w:t>What is this theme revealing about my heart, thoughts, relationships, or current circumstances today?</w:t>
      </w:r>
    </w:p>
    <w:p w14:paraId="58F5E53F" w14:textId="77777777" w:rsidR="005A0029" w:rsidRDefault="00F83EB4">
      <w:pPr>
        <w:pStyle w:val="Heading2"/>
      </w:pPr>
      <w:r>
        <w:t>Peace Practice</w:t>
      </w:r>
    </w:p>
    <w:p w14:paraId="6C689353" w14:textId="77777777" w:rsidR="005A0029" w:rsidRDefault="00F83EB4">
      <w:r>
        <w:t>Take five slow breaths. With each inhale, receive God's presence; with each exhale, release one pressure you have been carrying.</w:t>
      </w:r>
    </w:p>
    <w:p w14:paraId="02E8D782" w14:textId="77777777" w:rsidR="005A0029" w:rsidRDefault="00F83EB4">
      <w:pPr>
        <w:pStyle w:val="Heading2"/>
      </w:pPr>
      <w:r>
        <w:t>My Thoughts &amp; Prayers</w:t>
      </w:r>
    </w:p>
    <w:p w14:paraId="39A04F8C" w14:textId="77777777" w:rsidR="005A0029" w:rsidRDefault="00F83EB4">
      <w:pPr>
        <w:spacing w:after="60"/>
      </w:pPr>
      <w:r>
        <w:rPr>
          <w:color w:val="B4B4B4"/>
          <w:sz w:val="16"/>
        </w:rPr>
        <w:t>________________________________________________________</w:t>
      </w:r>
    </w:p>
    <w:p w14:paraId="561885FA" w14:textId="77777777" w:rsidR="005A0029" w:rsidRDefault="00F83EB4">
      <w:pPr>
        <w:spacing w:after="60"/>
      </w:pPr>
      <w:r>
        <w:rPr>
          <w:color w:val="B4B4B4"/>
          <w:sz w:val="16"/>
        </w:rPr>
        <w:t>________________________________________________________</w:t>
      </w:r>
    </w:p>
    <w:p w14:paraId="05D8A9AE" w14:textId="77777777" w:rsidR="005A0029" w:rsidRDefault="00F83EB4">
      <w:pPr>
        <w:spacing w:after="60"/>
      </w:pPr>
      <w:r>
        <w:rPr>
          <w:color w:val="B4B4B4"/>
          <w:sz w:val="16"/>
        </w:rPr>
        <w:t>________________________________________________________</w:t>
      </w:r>
    </w:p>
    <w:p w14:paraId="63F2343A" w14:textId="77777777" w:rsidR="005A0029" w:rsidRDefault="00F83EB4">
      <w:pPr>
        <w:spacing w:after="60"/>
      </w:pPr>
      <w:r>
        <w:rPr>
          <w:color w:val="B4B4B4"/>
          <w:sz w:val="16"/>
        </w:rPr>
        <w:t>________________________________________________________</w:t>
      </w:r>
    </w:p>
    <w:p w14:paraId="5DCA81DD" w14:textId="77777777" w:rsidR="005A0029" w:rsidRDefault="00F83EB4">
      <w:pPr>
        <w:spacing w:after="60"/>
      </w:pPr>
      <w:r>
        <w:rPr>
          <w:color w:val="B4B4B4"/>
          <w:sz w:val="16"/>
        </w:rPr>
        <w:t>________________________________________________________</w:t>
      </w:r>
    </w:p>
    <w:p w14:paraId="3CE4F199" w14:textId="77777777" w:rsidR="005A0029" w:rsidRDefault="00F83EB4">
      <w:pPr>
        <w:pStyle w:val="Heading2"/>
      </w:pPr>
      <w:r>
        <w:t>Prayer</w:t>
      </w:r>
    </w:p>
    <w:p w14:paraId="36154D27" w14:textId="77777777" w:rsidR="005A0029" w:rsidRDefault="00F83EB4">
      <w:r>
        <w:t>Father, meet me in this practice of boundaries after hurt.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A3DB173" w14:textId="77777777" w:rsidR="005A0029" w:rsidRDefault="00F83EB4">
      <w:r>
        <w:rPr>
          <w:b/>
          <w:color w:val="B08D3A"/>
        </w:rPr>
        <w:lastRenderedPageBreak/>
        <w:t xml:space="preserve">TODAY'S DECLARATION  </w:t>
      </w:r>
      <w:r>
        <w:t>I will meet boundaries after hurt with truth, faith, and practiced peace.</w:t>
      </w:r>
    </w:p>
    <w:p w14:paraId="5BCD7246" w14:textId="77777777" w:rsidR="005A0029" w:rsidRDefault="00F83EB4">
      <w:r>
        <w:br w:type="page"/>
      </w:r>
    </w:p>
    <w:p w14:paraId="73A5DE0A" w14:textId="77777777" w:rsidR="005A0029" w:rsidRDefault="00F83EB4">
      <w:pPr>
        <w:pStyle w:val="Heading2"/>
      </w:pPr>
      <w:r>
        <w:lastRenderedPageBreak/>
        <w:t>DAY 18</w:t>
      </w:r>
    </w:p>
    <w:p w14:paraId="3D441414" w14:textId="77777777" w:rsidR="005A0029" w:rsidRDefault="00F83EB4">
      <w:pPr>
        <w:pStyle w:val="Heading1"/>
      </w:pPr>
      <w:r>
        <w:t>Rebuilding Relationships Wisely</w:t>
      </w:r>
    </w:p>
    <w:p w14:paraId="77C31336" w14:textId="77777777" w:rsidR="005A0029" w:rsidRDefault="00F83EB4">
      <w:r>
        <w:rPr>
          <w:b/>
          <w:color w:val="B08D3A"/>
        </w:rPr>
        <w:t xml:space="preserve">ANCHOR SCRIPTURE  </w:t>
      </w:r>
      <w:r>
        <w:t>Romans 12:18</w:t>
      </w:r>
    </w:p>
    <w:p w14:paraId="11C4F78E" w14:textId="77777777" w:rsidR="005A0029" w:rsidRDefault="00F83EB4">
      <w:pPr>
        <w:pStyle w:val="Heading2"/>
      </w:pPr>
      <w:r>
        <w:t>Guided Reflection</w:t>
      </w:r>
    </w:p>
    <w:p w14:paraId="4C59BCA8" w14:textId="77777777" w:rsidR="005A0029" w:rsidRDefault="00F83EB4">
      <w:r>
        <w:t>Today, consider what “rebuilding relationships wisely”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w:t>
      </w:r>
      <w:r>
        <w:t>ble when truth is practiced repeatedly, especially when circumstances remain unresolved.</w:t>
      </w:r>
    </w:p>
    <w:p w14:paraId="29A74A1B" w14:textId="77777777" w:rsidR="005A0029" w:rsidRDefault="00F83EB4">
      <w:pPr>
        <w:pStyle w:val="Heading2"/>
      </w:pPr>
      <w:r>
        <w:t>Pause &amp; Notice</w:t>
      </w:r>
    </w:p>
    <w:p w14:paraId="11D2B5D1" w14:textId="77777777" w:rsidR="005A0029" w:rsidRDefault="00F83EB4">
      <w:r>
        <w:t>What is this theme revealing about my heart, thoughts, relationships, or current circumstances today?</w:t>
      </w:r>
    </w:p>
    <w:p w14:paraId="5B95DBC1" w14:textId="77777777" w:rsidR="005A0029" w:rsidRDefault="00F83EB4">
      <w:pPr>
        <w:pStyle w:val="Heading2"/>
      </w:pPr>
      <w:r>
        <w:t>Peace Practice</w:t>
      </w:r>
    </w:p>
    <w:p w14:paraId="1F1C6A3C" w14:textId="77777777" w:rsidR="005A0029" w:rsidRDefault="00F83EB4">
      <w:r>
        <w:t>Write one recurring fearful thought. Under it, write a Scripture-shaped response that is more truthful and life-giving.</w:t>
      </w:r>
    </w:p>
    <w:p w14:paraId="20244196" w14:textId="77777777" w:rsidR="005A0029" w:rsidRDefault="00F83EB4">
      <w:pPr>
        <w:pStyle w:val="Heading2"/>
      </w:pPr>
      <w:r>
        <w:t>My Thoughts &amp; Prayers</w:t>
      </w:r>
    </w:p>
    <w:p w14:paraId="29F4DD67" w14:textId="77777777" w:rsidR="005A0029" w:rsidRDefault="00F83EB4">
      <w:pPr>
        <w:spacing w:after="60"/>
      </w:pPr>
      <w:r>
        <w:rPr>
          <w:color w:val="B4B4B4"/>
          <w:sz w:val="16"/>
        </w:rPr>
        <w:t>________________________________________________________</w:t>
      </w:r>
    </w:p>
    <w:p w14:paraId="31DE7DF4" w14:textId="77777777" w:rsidR="005A0029" w:rsidRDefault="00F83EB4">
      <w:pPr>
        <w:spacing w:after="60"/>
      </w:pPr>
      <w:r>
        <w:rPr>
          <w:color w:val="B4B4B4"/>
          <w:sz w:val="16"/>
        </w:rPr>
        <w:t>________________________________________________________</w:t>
      </w:r>
    </w:p>
    <w:p w14:paraId="3F92C2B2" w14:textId="77777777" w:rsidR="005A0029" w:rsidRDefault="00F83EB4">
      <w:pPr>
        <w:spacing w:after="60"/>
      </w:pPr>
      <w:r>
        <w:rPr>
          <w:color w:val="B4B4B4"/>
          <w:sz w:val="16"/>
        </w:rPr>
        <w:t>________________________________________________________</w:t>
      </w:r>
    </w:p>
    <w:p w14:paraId="7C440452" w14:textId="77777777" w:rsidR="005A0029" w:rsidRDefault="00F83EB4">
      <w:pPr>
        <w:spacing w:after="60"/>
      </w:pPr>
      <w:r>
        <w:rPr>
          <w:color w:val="B4B4B4"/>
          <w:sz w:val="16"/>
        </w:rPr>
        <w:t>________________________________________________________</w:t>
      </w:r>
    </w:p>
    <w:p w14:paraId="5866BFF0" w14:textId="77777777" w:rsidR="005A0029" w:rsidRDefault="00F83EB4">
      <w:pPr>
        <w:spacing w:after="60"/>
      </w:pPr>
      <w:r>
        <w:rPr>
          <w:color w:val="B4B4B4"/>
          <w:sz w:val="16"/>
        </w:rPr>
        <w:t>________________________________________________________</w:t>
      </w:r>
    </w:p>
    <w:p w14:paraId="78DE47A8" w14:textId="77777777" w:rsidR="005A0029" w:rsidRDefault="00F83EB4">
      <w:pPr>
        <w:pStyle w:val="Heading2"/>
      </w:pPr>
      <w:r>
        <w:t>Prayer</w:t>
      </w:r>
    </w:p>
    <w:p w14:paraId="026FE056" w14:textId="77777777" w:rsidR="005A0029" w:rsidRDefault="00F83EB4">
      <w:r>
        <w:t>Father, meet me in this practice of rebuilding relationships wisely.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8FDF0BA" w14:textId="77777777" w:rsidR="005A0029" w:rsidRDefault="00F83EB4">
      <w:r>
        <w:rPr>
          <w:b/>
          <w:color w:val="B08D3A"/>
        </w:rPr>
        <w:lastRenderedPageBreak/>
        <w:t xml:space="preserve">TODAY'S DECLARATION  </w:t>
      </w:r>
      <w:r>
        <w:t>I will meet rebuilding relationships wisely with truth, faith, and practiced peace.</w:t>
      </w:r>
    </w:p>
    <w:p w14:paraId="6108CCDD" w14:textId="77777777" w:rsidR="005A0029" w:rsidRDefault="00F83EB4">
      <w:r>
        <w:br w:type="page"/>
      </w:r>
    </w:p>
    <w:p w14:paraId="29A81B18" w14:textId="77777777" w:rsidR="005A0029" w:rsidRDefault="00F83EB4">
      <w:pPr>
        <w:pStyle w:val="Heading2"/>
      </w:pPr>
      <w:r>
        <w:lastRenderedPageBreak/>
        <w:t>DAY 19</w:t>
      </w:r>
    </w:p>
    <w:p w14:paraId="31243545" w14:textId="77777777" w:rsidR="005A0029" w:rsidRDefault="00F83EB4">
      <w:pPr>
        <w:pStyle w:val="Heading1"/>
      </w:pPr>
      <w:r>
        <w:t>Restoring Spiritual Rhythms</w:t>
      </w:r>
    </w:p>
    <w:p w14:paraId="551C71D4" w14:textId="77777777" w:rsidR="005A0029" w:rsidRDefault="00F83EB4">
      <w:r>
        <w:rPr>
          <w:b/>
          <w:color w:val="B08D3A"/>
        </w:rPr>
        <w:t xml:space="preserve">ANCHOR SCRIPTURE  </w:t>
      </w:r>
      <w:r>
        <w:t>Acts 2:42</w:t>
      </w:r>
    </w:p>
    <w:p w14:paraId="3F47C315" w14:textId="77777777" w:rsidR="005A0029" w:rsidRDefault="00F83EB4">
      <w:pPr>
        <w:pStyle w:val="Heading2"/>
      </w:pPr>
      <w:r>
        <w:t>Guided Reflection</w:t>
      </w:r>
    </w:p>
    <w:p w14:paraId="3F13DA24" w14:textId="77777777" w:rsidR="005A0029" w:rsidRDefault="00F83EB4">
      <w:r>
        <w:t xml:space="preserve">Today, consider what “restoring spiritual rhythms”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77A464ED" w14:textId="77777777" w:rsidR="005A0029" w:rsidRDefault="00F83EB4">
      <w:pPr>
        <w:pStyle w:val="Heading2"/>
      </w:pPr>
      <w:r>
        <w:t>Pause &amp; Notice</w:t>
      </w:r>
    </w:p>
    <w:p w14:paraId="78C0CDBB" w14:textId="77777777" w:rsidR="005A0029" w:rsidRDefault="00F83EB4">
      <w:r>
        <w:t>What is this theme revealing about my heart, thoughts, relationships, or current circumstances today?</w:t>
      </w:r>
    </w:p>
    <w:p w14:paraId="17A18608" w14:textId="77777777" w:rsidR="005A0029" w:rsidRDefault="00F83EB4">
      <w:pPr>
        <w:pStyle w:val="Heading2"/>
      </w:pPr>
      <w:r>
        <w:t>Peace Practice</w:t>
      </w:r>
    </w:p>
    <w:p w14:paraId="2A9FA791" w14:textId="77777777" w:rsidR="005A0029" w:rsidRDefault="00F83EB4">
      <w:r>
        <w:t>Identify one small action that would create greater peace today. Make it specific enough to complete before the day ends.</w:t>
      </w:r>
    </w:p>
    <w:p w14:paraId="49EC242A" w14:textId="77777777" w:rsidR="005A0029" w:rsidRDefault="00F83EB4">
      <w:pPr>
        <w:pStyle w:val="Heading2"/>
      </w:pPr>
      <w:r>
        <w:t>My Thoughts &amp; Prayers</w:t>
      </w:r>
    </w:p>
    <w:p w14:paraId="03344BD5" w14:textId="77777777" w:rsidR="005A0029" w:rsidRDefault="00F83EB4">
      <w:pPr>
        <w:spacing w:after="60"/>
      </w:pPr>
      <w:r>
        <w:rPr>
          <w:color w:val="B4B4B4"/>
          <w:sz w:val="16"/>
        </w:rPr>
        <w:t>________________________________________________________</w:t>
      </w:r>
    </w:p>
    <w:p w14:paraId="084DE56D" w14:textId="77777777" w:rsidR="005A0029" w:rsidRDefault="00F83EB4">
      <w:pPr>
        <w:spacing w:after="60"/>
      </w:pPr>
      <w:r>
        <w:rPr>
          <w:color w:val="B4B4B4"/>
          <w:sz w:val="16"/>
        </w:rPr>
        <w:t>________________________________________________________</w:t>
      </w:r>
    </w:p>
    <w:p w14:paraId="2F673F2C" w14:textId="77777777" w:rsidR="005A0029" w:rsidRDefault="00F83EB4">
      <w:pPr>
        <w:spacing w:after="60"/>
      </w:pPr>
      <w:r>
        <w:rPr>
          <w:color w:val="B4B4B4"/>
          <w:sz w:val="16"/>
        </w:rPr>
        <w:t>________________________________________________________</w:t>
      </w:r>
    </w:p>
    <w:p w14:paraId="26EF4AC7" w14:textId="77777777" w:rsidR="005A0029" w:rsidRDefault="00F83EB4">
      <w:pPr>
        <w:spacing w:after="60"/>
      </w:pPr>
      <w:r>
        <w:rPr>
          <w:color w:val="B4B4B4"/>
          <w:sz w:val="16"/>
        </w:rPr>
        <w:t>________________________________________________________</w:t>
      </w:r>
    </w:p>
    <w:p w14:paraId="451469AE" w14:textId="77777777" w:rsidR="005A0029" w:rsidRDefault="00F83EB4">
      <w:pPr>
        <w:spacing w:after="60"/>
      </w:pPr>
      <w:r>
        <w:rPr>
          <w:color w:val="B4B4B4"/>
          <w:sz w:val="16"/>
        </w:rPr>
        <w:t>________________________________________________________</w:t>
      </w:r>
    </w:p>
    <w:p w14:paraId="3B270EF1" w14:textId="77777777" w:rsidR="005A0029" w:rsidRDefault="00F83EB4">
      <w:pPr>
        <w:pStyle w:val="Heading2"/>
      </w:pPr>
      <w:r>
        <w:t>Prayer</w:t>
      </w:r>
    </w:p>
    <w:p w14:paraId="647503B9" w14:textId="77777777" w:rsidR="005A0029" w:rsidRDefault="00F83EB4">
      <w:r>
        <w:t>Father, meet me in this practice of restoring spiritual rhythms.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81CB7AE" w14:textId="77777777" w:rsidR="005A0029" w:rsidRDefault="00F83EB4">
      <w:r>
        <w:rPr>
          <w:b/>
          <w:color w:val="B08D3A"/>
        </w:rPr>
        <w:lastRenderedPageBreak/>
        <w:t xml:space="preserve">TODAY'S DECLARATION  </w:t>
      </w:r>
      <w:r>
        <w:t>I will meet restoring spiritual rhythms with truth, faith, and practiced peace.</w:t>
      </w:r>
    </w:p>
    <w:p w14:paraId="00BF8880" w14:textId="77777777" w:rsidR="005A0029" w:rsidRDefault="00F83EB4">
      <w:r>
        <w:br w:type="page"/>
      </w:r>
    </w:p>
    <w:p w14:paraId="4EE43465" w14:textId="77777777" w:rsidR="005A0029" w:rsidRDefault="00F83EB4">
      <w:pPr>
        <w:pStyle w:val="Heading2"/>
      </w:pPr>
      <w:r>
        <w:lastRenderedPageBreak/>
        <w:t>DAY 20</w:t>
      </w:r>
    </w:p>
    <w:p w14:paraId="23BAF2BE" w14:textId="77777777" w:rsidR="005A0029" w:rsidRDefault="00F83EB4">
      <w:pPr>
        <w:pStyle w:val="Heading1"/>
      </w:pPr>
      <w:r>
        <w:t>Habits That Hold You</w:t>
      </w:r>
    </w:p>
    <w:p w14:paraId="55FF1F1D" w14:textId="77777777" w:rsidR="005A0029" w:rsidRDefault="00F83EB4">
      <w:r>
        <w:rPr>
          <w:b/>
          <w:color w:val="B08D3A"/>
        </w:rPr>
        <w:t xml:space="preserve">ANCHOR SCRIPTURE  </w:t>
      </w:r>
      <w:r>
        <w:t>Daniel 6:10</w:t>
      </w:r>
    </w:p>
    <w:p w14:paraId="37598F4D" w14:textId="77777777" w:rsidR="005A0029" w:rsidRDefault="00F83EB4">
      <w:pPr>
        <w:pStyle w:val="Heading2"/>
      </w:pPr>
      <w:r>
        <w:t>Guided Reflection</w:t>
      </w:r>
    </w:p>
    <w:p w14:paraId="01DB48CE" w14:textId="77777777" w:rsidR="005A0029" w:rsidRDefault="00F83EB4">
      <w:r>
        <w:t>Today, consider what “habits that hold you”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when tr</w:t>
      </w:r>
      <w:r>
        <w:t>uth is practiced repeatedly, especially when circumstances remain unresolved.</w:t>
      </w:r>
    </w:p>
    <w:p w14:paraId="5484B36B" w14:textId="77777777" w:rsidR="005A0029" w:rsidRDefault="00F83EB4">
      <w:pPr>
        <w:pStyle w:val="Heading2"/>
      </w:pPr>
      <w:r>
        <w:t>Pause &amp; Notice</w:t>
      </w:r>
    </w:p>
    <w:p w14:paraId="01E3ECA4" w14:textId="77777777" w:rsidR="005A0029" w:rsidRDefault="00F83EB4">
      <w:r>
        <w:t>What is this theme revealing about my heart, thoughts, relationships, or current circumstances today?</w:t>
      </w:r>
    </w:p>
    <w:p w14:paraId="1FF9EEC0" w14:textId="77777777" w:rsidR="005A0029" w:rsidRDefault="00F83EB4">
      <w:pPr>
        <w:pStyle w:val="Heading2"/>
      </w:pPr>
      <w:r>
        <w:t>Peace Practice</w:t>
      </w:r>
    </w:p>
    <w:p w14:paraId="524904CE" w14:textId="77777777" w:rsidR="005A0029" w:rsidRDefault="00F83EB4">
      <w:r>
        <w:t>Reach out to one trusted, mature person. Share one thing you have been carrying silently and allow yourself to receive support.</w:t>
      </w:r>
    </w:p>
    <w:p w14:paraId="564A4780" w14:textId="77777777" w:rsidR="005A0029" w:rsidRDefault="00F83EB4">
      <w:pPr>
        <w:pStyle w:val="Heading2"/>
      </w:pPr>
      <w:r>
        <w:t>My Thoughts &amp; Prayers</w:t>
      </w:r>
    </w:p>
    <w:p w14:paraId="7AA5CC38" w14:textId="77777777" w:rsidR="005A0029" w:rsidRDefault="00F83EB4">
      <w:pPr>
        <w:spacing w:after="60"/>
      </w:pPr>
      <w:r>
        <w:rPr>
          <w:color w:val="B4B4B4"/>
          <w:sz w:val="16"/>
        </w:rPr>
        <w:t>________________________________________________________</w:t>
      </w:r>
    </w:p>
    <w:p w14:paraId="45986E90" w14:textId="77777777" w:rsidR="005A0029" w:rsidRDefault="00F83EB4">
      <w:pPr>
        <w:spacing w:after="60"/>
      </w:pPr>
      <w:r>
        <w:rPr>
          <w:color w:val="B4B4B4"/>
          <w:sz w:val="16"/>
        </w:rPr>
        <w:t>________________________________________________________</w:t>
      </w:r>
    </w:p>
    <w:p w14:paraId="03D66BA6" w14:textId="77777777" w:rsidR="005A0029" w:rsidRDefault="00F83EB4">
      <w:pPr>
        <w:spacing w:after="60"/>
      </w:pPr>
      <w:r>
        <w:rPr>
          <w:color w:val="B4B4B4"/>
          <w:sz w:val="16"/>
        </w:rPr>
        <w:t>________________________________________________________</w:t>
      </w:r>
    </w:p>
    <w:p w14:paraId="53EC70E8" w14:textId="77777777" w:rsidR="005A0029" w:rsidRDefault="00F83EB4">
      <w:pPr>
        <w:spacing w:after="60"/>
      </w:pPr>
      <w:r>
        <w:rPr>
          <w:color w:val="B4B4B4"/>
          <w:sz w:val="16"/>
        </w:rPr>
        <w:t>________________________________________________________</w:t>
      </w:r>
    </w:p>
    <w:p w14:paraId="30B45790" w14:textId="77777777" w:rsidR="005A0029" w:rsidRDefault="00F83EB4">
      <w:pPr>
        <w:spacing w:after="60"/>
      </w:pPr>
      <w:r>
        <w:rPr>
          <w:color w:val="B4B4B4"/>
          <w:sz w:val="16"/>
        </w:rPr>
        <w:t>________________________________________________________</w:t>
      </w:r>
    </w:p>
    <w:p w14:paraId="118FFCA4" w14:textId="77777777" w:rsidR="005A0029" w:rsidRDefault="00F83EB4">
      <w:pPr>
        <w:pStyle w:val="Heading2"/>
      </w:pPr>
      <w:r>
        <w:t>Prayer</w:t>
      </w:r>
    </w:p>
    <w:p w14:paraId="5BDBE470" w14:textId="77777777" w:rsidR="005A0029" w:rsidRDefault="00F83EB4">
      <w:r>
        <w:t>Father, meet me in this practice of habits that hold you.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DD773C2" w14:textId="77777777" w:rsidR="005A0029" w:rsidRDefault="00F83EB4">
      <w:r>
        <w:rPr>
          <w:b/>
          <w:color w:val="B08D3A"/>
        </w:rPr>
        <w:lastRenderedPageBreak/>
        <w:t xml:space="preserve">TODAY'S DECLARATION  </w:t>
      </w:r>
      <w:r>
        <w:t>I will meet habits that hold you with truth, faith, and practiced peace.</w:t>
      </w:r>
    </w:p>
    <w:p w14:paraId="6D808F7F" w14:textId="77777777" w:rsidR="005A0029" w:rsidRDefault="00F83EB4">
      <w:r>
        <w:br w:type="page"/>
      </w:r>
    </w:p>
    <w:p w14:paraId="780DF9EA" w14:textId="77777777" w:rsidR="005A0029" w:rsidRDefault="00F83EB4">
      <w:pPr>
        <w:pStyle w:val="Heading2"/>
      </w:pPr>
      <w:r>
        <w:lastRenderedPageBreak/>
        <w:t>DAY 21</w:t>
      </w:r>
    </w:p>
    <w:p w14:paraId="4B396CBC" w14:textId="77777777" w:rsidR="005A0029" w:rsidRDefault="00F83EB4">
      <w:pPr>
        <w:pStyle w:val="Heading1"/>
      </w:pPr>
      <w:r>
        <w:t>Rebuilding Confidence</w:t>
      </w:r>
    </w:p>
    <w:p w14:paraId="750D4355" w14:textId="77777777" w:rsidR="005A0029" w:rsidRDefault="00F83EB4">
      <w:r>
        <w:rPr>
          <w:b/>
          <w:color w:val="B08D3A"/>
        </w:rPr>
        <w:t xml:space="preserve">ANCHOR SCRIPTURE  </w:t>
      </w:r>
      <w:r>
        <w:t>Psalm 71:5</w:t>
      </w:r>
    </w:p>
    <w:p w14:paraId="18DD0852" w14:textId="77777777" w:rsidR="005A0029" w:rsidRDefault="00F83EB4">
      <w:pPr>
        <w:pStyle w:val="Heading2"/>
      </w:pPr>
      <w:r>
        <w:t>Guided Reflection</w:t>
      </w:r>
    </w:p>
    <w:p w14:paraId="7294EFC1" w14:textId="77777777" w:rsidR="005A0029" w:rsidRDefault="00F83EB4">
      <w:r>
        <w:t>Today, consider what “rebuilding confidence”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when t</w:t>
      </w:r>
      <w:r>
        <w:t>ruth is practiced repeatedly, especially when circumstances remain unresolved.</w:t>
      </w:r>
    </w:p>
    <w:p w14:paraId="56BEA145" w14:textId="77777777" w:rsidR="005A0029" w:rsidRDefault="00F83EB4">
      <w:pPr>
        <w:pStyle w:val="Heading2"/>
      </w:pPr>
      <w:r>
        <w:t>Pause &amp; Notice</w:t>
      </w:r>
    </w:p>
    <w:p w14:paraId="6A3DAC1B" w14:textId="77777777" w:rsidR="005A0029" w:rsidRDefault="00F83EB4">
      <w:r>
        <w:t>What is this theme revealing about my heart, thoughts, relationships, or current circumstances today?</w:t>
      </w:r>
    </w:p>
    <w:p w14:paraId="5B00720E" w14:textId="77777777" w:rsidR="005A0029" w:rsidRDefault="00F83EB4">
      <w:pPr>
        <w:pStyle w:val="Heading2"/>
      </w:pPr>
      <w:r>
        <w:t>Peace Practice</w:t>
      </w:r>
    </w:p>
    <w:p w14:paraId="3B2472A8" w14:textId="77777777" w:rsidR="005A0029" w:rsidRDefault="00F83EB4">
      <w:r>
        <w:t>Practice a ten-minute quiet period without your phone. Notice what surfaces, then bring it honestly into prayer.</w:t>
      </w:r>
    </w:p>
    <w:p w14:paraId="004F5C45" w14:textId="77777777" w:rsidR="005A0029" w:rsidRDefault="00F83EB4">
      <w:pPr>
        <w:pStyle w:val="Heading2"/>
      </w:pPr>
      <w:r>
        <w:t>My Thoughts &amp; Prayers</w:t>
      </w:r>
    </w:p>
    <w:p w14:paraId="7F93703F" w14:textId="77777777" w:rsidR="005A0029" w:rsidRDefault="00F83EB4">
      <w:pPr>
        <w:spacing w:after="60"/>
      </w:pPr>
      <w:r>
        <w:rPr>
          <w:color w:val="B4B4B4"/>
          <w:sz w:val="16"/>
        </w:rPr>
        <w:t>________________________________________________________</w:t>
      </w:r>
    </w:p>
    <w:p w14:paraId="56460F08" w14:textId="77777777" w:rsidR="005A0029" w:rsidRDefault="00F83EB4">
      <w:pPr>
        <w:spacing w:after="60"/>
      </w:pPr>
      <w:r>
        <w:rPr>
          <w:color w:val="B4B4B4"/>
          <w:sz w:val="16"/>
        </w:rPr>
        <w:t>________________________________________________________</w:t>
      </w:r>
    </w:p>
    <w:p w14:paraId="58BB8E94" w14:textId="77777777" w:rsidR="005A0029" w:rsidRDefault="00F83EB4">
      <w:pPr>
        <w:spacing w:after="60"/>
      </w:pPr>
      <w:r>
        <w:rPr>
          <w:color w:val="B4B4B4"/>
          <w:sz w:val="16"/>
        </w:rPr>
        <w:t>________________________________________________________</w:t>
      </w:r>
    </w:p>
    <w:p w14:paraId="2E59BA74" w14:textId="77777777" w:rsidR="005A0029" w:rsidRDefault="00F83EB4">
      <w:pPr>
        <w:spacing w:after="60"/>
      </w:pPr>
      <w:r>
        <w:rPr>
          <w:color w:val="B4B4B4"/>
          <w:sz w:val="16"/>
        </w:rPr>
        <w:t>________________________________________________________</w:t>
      </w:r>
    </w:p>
    <w:p w14:paraId="4352C331" w14:textId="77777777" w:rsidR="005A0029" w:rsidRDefault="00F83EB4">
      <w:pPr>
        <w:spacing w:after="60"/>
      </w:pPr>
      <w:r>
        <w:rPr>
          <w:color w:val="B4B4B4"/>
          <w:sz w:val="16"/>
        </w:rPr>
        <w:t>________________________________________________________</w:t>
      </w:r>
    </w:p>
    <w:p w14:paraId="5916FA7A" w14:textId="77777777" w:rsidR="005A0029" w:rsidRDefault="00F83EB4">
      <w:pPr>
        <w:pStyle w:val="Heading2"/>
      </w:pPr>
      <w:r>
        <w:t>Prayer</w:t>
      </w:r>
    </w:p>
    <w:p w14:paraId="619405B1" w14:textId="77777777" w:rsidR="005A0029" w:rsidRDefault="00F83EB4">
      <w:r>
        <w:t>Father, meet me in this practice of rebuilding confidence.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6AB3C4F" w14:textId="77777777" w:rsidR="005A0029" w:rsidRDefault="00F83EB4">
      <w:r>
        <w:rPr>
          <w:b/>
          <w:color w:val="B08D3A"/>
        </w:rPr>
        <w:lastRenderedPageBreak/>
        <w:t xml:space="preserve">TODAY'S DECLARATION  </w:t>
      </w:r>
      <w:r>
        <w:t>I will meet rebuilding confidence with truth, faith, and practiced peace.</w:t>
      </w:r>
    </w:p>
    <w:p w14:paraId="7235507A" w14:textId="77777777" w:rsidR="005A0029" w:rsidRDefault="00F83EB4">
      <w:r>
        <w:br w:type="page"/>
      </w:r>
    </w:p>
    <w:p w14:paraId="025D57DA" w14:textId="77777777" w:rsidR="005A0029" w:rsidRDefault="00F83EB4">
      <w:pPr>
        <w:pStyle w:val="Heading2"/>
      </w:pPr>
      <w:r>
        <w:lastRenderedPageBreak/>
        <w:t>DAY 22</w:t>
      </w:r>
    </w:p>
    <w:p w14:paraId="51FFFFAA" w14:textId="77777777" w:rsidR="005A0029" w:rsidRDefault="00F83EB4">
      <w:pPr>
        <w:pStyle w:val="Heading1"/>
      </w:pPr>
      <w:r>
        <w:t>Courage to Try Again</w:t>
      </w:r>
    </w:p>
    <w:p w14:paraId="650002D0" w14:textId="77777777" w:rsidR="005A0029" w:rsidRDefault="00F83EB4">
      <w:r>
        <w:rPr>
          <w:b/>
          <w:color w:val="B08D3A"/>
        </w:rPr>
        <w:t xml:space="preserve">ANCHOR SCRIPTURE  </w:t>
      </w:r>
      <w:r>
        <w:t>Isaiah 43:19</w:t>
      </w:r>
    </w:p>
    <w:p w14:paraId="4C78BF2D" w14:textId="77777777" w:rsidR="005A0029" w:rsidRDefault="00F83EB4">
      <w:pPr>
        <w:pStyle w:val="Heading2"/>
      </w:pPr>
      <w:r>
        <w:t>Guided Reflection</w:t>
      </w:r>
    </w:p>
    <w:p w14:paraId="4F4B047A" w14:textId="77777777" w:rsidR="005A0029" w:rsidRDefault="00F83EB4">
      <w:r>
        <w:t>Today, consider what “courage to try again”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when tr</w:t>
      </w:r>
      <w:r>
        <w:t>uth is practiced repeatedly, especially when circumstances remain unresolved.</w:t>
      </w:r>
    </w:p>
    <w:p w14:paraId="0BF7A214" w14:textId="77777777" w:rsidR="005A0029" w:rsidRDefault="00F83EB4">
      <w:pPr>
        <w:pStyle w:val="Heading2"/>
      </w:pPr>
      <w:r>
        <w:t>Pause &amp; Notice</w:t>
      </w:r>
    </w:p>
    <w:p w14:paraId="36118001" w14:textId="77777777" w:rsidR="005A0029" w:rsidRDefault="00F83EB4">
      <w:r>
        <w:t>What is this theme revealing about my heart, thoughts, relationships, or current circumstances today?</w:t>
      </w:r>
    </w:p>
    <w:p w14:paraId="58687CAE" w14:textId="77777777" w:rsidR="005A0029" w:rsidRDefault="00F83EB4">
      <w:pPr>
        <w:pStyle w:val="Heading2"/>
      </w:pPr>
      <w:r>
        <w:t>Peace Practice</w:t>
      </w:r>
    </w:p>
    <w:p w14:paraId="3B8402A4" w14:textId="77777777" w:rsidR="005A0029" w:rsidRDefault="00F83EB4">
      <w:r>
        <w:t>Sit quietly for three minutes. Name what you feel without judging it. Then write one truth you want to carry into the day.</w:t>
      </w:r>
    </w:p>
    <w:p w14:paraId="526628D7" w14:textId="77777777" w:rsidR="005A0029" w:rsidRDefault="00F83EB4">
      <w:pPr>
        <w:pStyle w:val="Heading2"/>
      </w:pPr>
      <w:r>
        <w:t>My Thoughts &amp; Prayers</w:t>
      </w:r>
    </w:p>
    <w:p w14:paraId="3439A316" w14:textId="77777777" w:rsidR="005A0029" w:rsidRDefault="00F83EB4">
      <w:pPr>
        <w:spacing w:after="60"/>
      </w:pPr>
      <w:r>
        <w:rPr>
          <w:color w:val="B4B4B4"/>
          <w:sz w:val="16"/>
        </w:rPr>
        <w:t>________________________________________________________</w:t>
      </w:r>
    </w:p>
    <w:p w14:paraId="22325ACF" w14:textId="77777777" w:rsidR="005A0029" w:rsidRDefault="00F83EB4">
      <w:pPr>
        <w:spacing w:after="60"/>
      </w:pPr>
      <w:r>
        <w:rPr>
          <w:color w:val="B4B4B4"/>
          <w:sz w:val="16"/>
        </w:rPr>
        <w:t>________________________________________________________</w:t>
      </w:r>
    </w:p>
    <w:p w14:paraId="00D28C8C" w14:textId="77777777" w:rsidR="005A0029" w:rsidRDefault="00F83EB4">
      <w:pPr>
        <w:spacing w:after="60"/>
      </w:pPr>
      <w:r>
        <w:rPr>
          <w:color w:val="B4B4B4"/>
          <w:sz w:val="16"/>
        </w:rPr>
        <w:t>________________________________________________________</w:t>
      </w:r>
    </w:p>
    <w:p w14:paraId="28668611" w14:textId="77777777" w:rsidR="005A0029" w:rsidRDefault="00F83EB4">
      <w:pPr>
        <w:spacing w:after="60"/>
      </w:pPr>
      <w:r>
        <w:rPr>
          <w:color w:val="B4B4B4"/>
          <w:sz w:val="16"/>
        </w:rPr>
        <w:t>________________________________________________________</w:t>
      </w:r>
    </w:p>
    <w:p w14:paraId="0031FE4A" w14:textId="77777777" w:rsidR="005A0029" w:rsidRDefault="00F83EB4">
      <w:pPr>
        <w:spacing w:after="60"/>
      </w:pPr>
      <w:r>
        <w:rPr>
          <w:color w:val="B4B4B4"/>
          <w:sz w:val="16"/>
        </w:rPr>
        <w:t>________________________________________________________</w:t>
      </w:r>
    </w:p>
    <w:p w14:paraId="18F52022" w14:textId="77777777" w:rsidR="005A0029" w:rsidRDefault="00F83EB4">
      <w:pPr>
        <w:pStyle w:val="Heading2"/>
      </w:pPr>
      <w:r>
        <w:t>Prayer</w:t>
      </w:r>
    </w:p>
    <w:p w14:paraId="0EDE7FE0" w14:textId="77777777" w:rsidR="005A0029" w:rsidRDefault="00F83EB4">
      <w:r>
        <w:t>Father, meet me in this practice of courage to try again.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8DC7177" w14:textId="77777777" w:rsidR="005A0029" w:rsidRDefault="00F83EB4">
      <w:r>
        <w:rPr>
          <w:b/>
          <w:color w:val="B08D3A"/>
        </w:rPr>
        <w:lastRenderedPageBreak/>
        <w:t xml:space="preserve">TODAY'S DECLARATION  </w:t>
      </w:r>
      <w:r>
        <w:t>I will meet courage to try again with truth, faith, and practiced peace.</w:t>
      </w:r>
    </w:p>
    <w:p w14:paraId="0BF98F49" w14:textId="77777777" w:rsidR="005A0029" w:rsidRDefault="00F83EB4">
      <w:r>
        <w:br w:type="page"/>
      </w:r>
    </w:p>
    <w:p w14:paraId="7FFA9583" w14:textId="77777777" w:rsidR="005A0029" w:rsidRDefault="00F83EB4">
      <w:pPr>
        <w:pStyle w:val="Heading2"/>
      </w:pPr>
      <w:r>
        <w:lastRenderedPageBreak/>
        <w:t>DAY 23</w:t>
      </w:r>
    </w:p>
    <w:p w14:paraId="4B46C0DD" w14:textId="77777777" w:rsidR="005A0029" w:rsidRDefault="00F83EB4">
      <w:pPr>
        <w:pStyle w:val="Heading1"/>
      </w:pPr>
      <w:r>
        <w:t>Patience With the Process</w:t>
      </w:r>
    </w:p>
    <w:p w14:paraId="7461B2E0" w14:textId="77777777" w:rsidR="005A0029" w:rsidRDefault="00F83EB4">
      <w:r>
        <w:rPr>
          <w:b/>
          <w:color w:val="B08D3A"/>
        </w:rPr>
        <w:t xml:space="preserve">ANCHOR SCRIPTURE  </w:t>
      </w:r>
      <w:r>
        <w:t>Philippians 1:6</w:t>
      </w:r>
    </w:p>
    <w:p w14:paraId="63183E59" w14:textId="77777777" w:rsidR="005A0029" w:rsidRDefault="00F83EB4">
      <w:pPr>
        <w:pStyle w:val="Heading2"/>
      </w:pPr>
      <w:r>
        <w:t>Guided Reflection</w:t>
      </w:r>
    </w:p>
    <w:p w14:paraId="341CC9A7" w14:textId="77777777" w:rsidR="005A0029" w:rsidRDefault="00F83EB4">
      <w:r>
        <w:t>Today, consider what “patience with the process”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wh</w:t>
      </w:r>
      <w:r>
        <w:t>en truth is practiced repeatedly, especially when circumstances remain unresolved.</w:t>
      </w:r>
    </w:p>
    <w:p w14:paraId="4F70E608" w14:textId="77777777" w:rsidR="005A0029" w:rsidRDefault="00F83EB4">
      <w:pPr>
        <w:pStyle w:val="Heading2"/>
      </w:pPr>
      <w:r>
        <w:t>Pause &amp; Notice</w:t>
      </w:r>
    </w:p>
    <w:p w14:paraId="39359CFE" w14:textId="77777777" w:rsidR="005A0029" w:rsidRDefault="00F83EB4">
      <w:r>
        <w:t>What is this theme revealing about my heart, thoughts, relationships, or current circumstances today?</w:t>
      </w:r>
    </w:p>
    <w:p w14:paraId="58D49F2D" w14:textId="77777777" w:rsidR="005A0029" w:rsidRDefault="00F83EB4">
      <w:pPr>
        <w:pStyle w:val="Heading2"/>
      </w:pPr>
      <w:r>
        <w:t>Peace Practice</w:t>
      </w:r>
    </w:p>
    <w:p w14:paraId="6FEB788E" w14:textId="77777777" w:rsidR="005A0029" w:rsidRDefault="00F83EB4">
      <w:r>
        <w:t>Draw two columns: 'What I can control' and 'What I must release.' Place each concern in the appropriate column and pray over both.</w:t>
      </w:r>
    </w:p>
    <w:p w14:paraId="377CDF6A" w14:textId="77777777" w:rsidR="005A0029" w:rsidRDefault="00F83EB4">
      <w:pPr>
        <w:pStyle w:val="Heading2"/>
      </w:pPr>
      <w:r>
        <w:t>My Thoughts &amp; Prayers</w:t>
      </w:r>
    </w:p>
    <w:p w14:paraId="4C93BADA" w14:textId="77777777" w:rsidR="005A0029" w:rsidRDefault="00F83EB4">
      <w:pPr>
        <w:spacing w:after="60"/>
      </w:pPr>
      <w:r>
        <w:rPr>
          <w:color w:val="B4B4B4"/>
          <w:sz w:val="16"/>
        </w:rPr>
        <w:t>________________________________________________________</w:t>
      </w:r>
    </w:p>
    <w:p w14:paraId="5A7412C3" w14:textId="77777777" w:rsidR="005A0029" w:rsidRDefault="00F83EB4">
      <w:pPr>
        <w:spacing w:after="60"/>
      </w:pPr>
      <w:r>
        <w:rPr>
          <w:color w:val="B4B4B4"/>
          <w:sz w:val="16"/>
        </w:rPr>
        <w:t>________________________________________________________</w:t>
      </w:r>
    </w:p>
    <w:p w14:paraId="3200AD50" w14:textId="77777777" w:rsidR="005A0029" w:rsidRDefault="00F83EB4">
      <w:pPr>
        <w:spacing w:after="60"/>
      </w:pPr>
      <w:r>
        <w:rPr>
          <w:color w:val="B4B4B4"/>
          <w:sz w:val="16"/>
        </w:rPr>
        <w:t>________________________________________________________</w:t>
      </w:r>
    </w:p>
    <w:p w14:paraId="5F05B42C" w14:textId="77777777" w:rsidR="005A0029" w:rsidRDefault="00F83EB4">
      <w:pPr>
        <w:spacing w:after="60"/>
      </w:pPr>
      <w:r>
        <w:rPr>
          <w:color w:val="B4B4B4"/>
          <w:sz w:val="16"/>
        </w:rPr>
        <w:t>________________________________________________________</w:t>
      </w:r>
    </w:p>
    <w:p w14:paraId="78DDDB37" w14:textId="77777777" w:rsidR="005A0029" w:rsidRDefault="00F83EB4">
      <w:pPr>
        <w:spacing w:after="60"/>
      </w:pPr>
      <w:r>
        <w:rPr>
          <w:color w:val="B4B4B4"/>
          <w:sz w:val="16"/>
        </w:rPr>
        <w:t>________________________________________________________</w:t>
      </w:r>
    </w:p>
    <w:p w14:paraId="722FC803" w14:textId="77777777" w:rsidR="005A0029" w:rsidRDefault="00F83EB4">
      <w:pPr>
        <w:pStyle w:val="Heading2"/>
      </w:pPr>
      <w:r>
        <w:t>Prayer</w:t>
      </w:r>
    </w:p>
    <w:p w14:paraId="2E18FED2" w14:textId="77777777" w:rsidR="005A0029" w:rsidRDefault="00F83EB4">
      <w:r>
        <w:t>Father, meet me in this practice of patience with the process.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FF48F24" w14:textId="77777777" w:rsidR="005A0029" w:rsidRDefault="00F83EB4">
      <w:r>
        <w:rPr>
          <w:b/>
          <w:color w:val="B08D3A"/>
        </w:rPr>
        <w:lastRenderedPageBreak/>
        <w:t xml:space="preserve">TODAY'S DECLARATION  </w:t>
      </w:r>
      <w:r>
        <w:t>I will meet patience with the process with truth, faith, and practiced peace.</w:t>
      </w:r>
    </w:p>
    <w:p w14:paraId="34240B2E" w14:textId="77777777" w:rsidR="005A0029" w:rsidRDefault="00F83EB4">
      <w:r>
        <w:br w:type="page"/>
      </w:r>
    </w:p>
    <w:p w14:paraId="65CDB8E7" w14:textId="77777777" w:rsidR="005A0029" w:rsidRDefault="00F83EB4">
      <w:pPr>
        <w:pStyle w:val="Heading2"/>
      </w:pPr>
      <w:r>
        <w:lastRenderedPageBreak/>
        <w:t>DAY 24</w:t>
      </w:r>
    </w:p>
    <w:p w14:paraId="203B63EA" w14:textId="77777777" w:rsidR="005A0029" w:rsidRDefault="00F83EB4">
      <w:pPr>
        <w:pStyle w:val="Heading1"/>
      </w:pPr>
      <w:r>
        <w:t>Do Not Rush the Foundation</w:t>
      </w:r>
    </w:p>
    <w:p w14:paraId="2174D45D" w14:textId="77777777" w:rsidR="005A0029" w:rsidRDefault="00F83EB4">
      <w:r>
        <w:rPr>
          <w:b/>
          <w:color w:val="B08D3A"/>
        </w:rPr>
        <w:t xml:space="preserve">ANCHOR SCRIPTURE  </w:t>
      </w:r>
      <w:r>
        <w:t>Luke 14:28</w:t>
      </w:r>
    </w:p>
    <w:p w14:paraId="1A03AAC9" w14:textId="77777777" w:rsidR="005A0029" w:rsidRDefault="00F83EB4">
      <w:pPr>
        <w:pStyle w:val="Heading2"/>
      </w:pPr>
      <w:r>
        <w:t>Guided Reflection</w:t>
      </w:r>
    </w:p>
    <w:p w14:paraId="19BBA0F0" w14:textId="77777777" w:rsidR="005A0029" w:rsidRDefault="00F83EB4">
      <w:r>
        <w:t>Today, consider what “do not rush the foundation”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w:t>
      </w:r>
      <w:r>
        <w:t>hen truth is practiced repeatedly, especially when circumstances remain unresolved.</w:t>
      </w:r>
    </w:p>
    <w:p w14:paraId="4E19C857" w14:textId="77777777" w:rsidR="005A0029" w:rsidRDefault="00F83EB4">
      <w:pPr>
        <w:pStyle w:val="Heading2"/>
      </w:pPr>
      <w:r>
        <w:t>Pause &amp; Notice</w:t>
      </w:r>
    </w:p>
    <w:p w14:paraId="4E279170" w14:textId="77777777" w:rsidR="005A0029" w:rsidRDefault="00F83EB4">
      <w:r>
        <w:t>What is this theme revealing about my heart, thoughts, relationships, or current circumstances today?</w:t>
      </w:r>
    </w:p>
    <w:p w14:paraId="5F035BBD" w14:textId="77777777" w:rsidR="005A0029" w:rsidRDefault="00F83EB4">
      <w:pPr>
        <w:pStyle w:val="Heading2"/>
      </w:pPr>
      <w:r>
        <w:t>Peace Practice</w:t>
      </w:r>
    </w:p>
    <w:p w14:paraId="1EE34AA3" w14:textId="77777777" w:rsidR="005A0029" w:rsidRDefault="00F83EB4">
      <w:r>
        <w:t>Take five slow breaths. With each inhale, receive God's presence; with each exhale, release one pressure you have been carrying.</w:t>
      </w:r>
    </w:p>
    <w:p w14:paraId="10B3150D" w14:textId="77777777" w:rsidR="005A0029" w:rsidRDefault="00F83EB4">
      <w:pPr>
        <w:pStyle w:val="Heading2"/>
      </w:pPr>
      <w:r>
        <w:t>My Thoughts &amp; Prayers</w:t>
      </w:r>
    </w:p>
    <w:p w14:paraId="413B524A" w14:textId="77777777" w:rsidR="005A0029" w:rsidRDefault="00F83EB4">
      <w:pPr>
        <w:spacing w:after="60"/>
      </w:pPr>
      <w:r>
        <w:rPr>
          <w:color w:val="B4B4B4"/>
          <w:sz w:val="16"/>
        </w:rPr>
        <w:t>________________________________________________________</w:t>
      </w:r>
    </w:p>
    <w:p w14:paraId="1BD0AE10" w14:textId="77777777" w:rsidR="005A0029" w:rsidRDefault="00F83EB4">
      <w:pPr>
        <w:spacing w:after="60"/>
      </w:pPr>
      <w:r>
        <w:rPr>
          <w:color w:val="B4B4B4"/>
          <w:sz w:val="16"/>
        </w:rPr>
        <w:t>________________________________________________________</w:t>
      </w:r>
    </w:p>
    <w:p w14:paraId="2FB252BC" w14:textId="77777777" w:rsidR="005A0029" w:rsidRDefault="00F83EB4">
      <w:pPr>
        <w:spacing w:after="60"/>
      </w:pPr>
      <w:r>
        <w:rPr>
          <w:color w:val="B4B4B4"/>
          <w:sz w:val="16"/>
        </w:rPr>
        <w:t>________________________________________________________</w:t>
      </w:r>
    </w:p>
    <w:p w14:paraId="671CD59B" w14:textId="77777777" w:rsidR="005A0029" w:rsidRDefault="00F83EB4">
      <w:pPr>
        <w:spacing w:after="60"/>
      </w:pPr>
      <w:r>
        <w:rPr>
          <w:color w:val="B4B4B4"/>
          <w:sz w:val="16"/>
        </w:rPr>
        <w:t>________________________________________________________</w:t>
      </w:r>
    </w:p>
    <w:p w14:paraId="583B76F2" w14:textId="77777777" w:rsidR="005A0029" w:rsidRDefault="00F83EB4">
      <w:pPr>
        <w:spacing w:after="60"/>
      </w:pPr>
      <w:r>
        <w:rPr>
          <w:color w:val="B4B4B4"/>
          <w:sz w:val="16"/>
        </w:rPr>
        <w:t>________________________________________________________</w:t>
      </w:r>
    </w:p>
    <w:p w14:paraId="7C4F015F" w14:textId="77777777" w:rsidR="005A0029" w:rsidRDefault="00F83EB4">
      <w:pPr>
        <w:pStyle w:val="Heading2"/>
      </w:pPr>
      <w:r>
        <w:t>Prayer</w:t>
      </w:r>
    </w:p>
    <w:p w14:paraId="7DF48315" w14:textId="77777777" w:rsidR="005A0029" w:rsidRDefault="00F83EB4">
      <w:r>
        <w:t>Father, meet me in this practice of do not rush the foundation.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855BA49" w14:textId="77777777" w:rsidR="005A0029" w:rsidRDefault="00F83EB4">
      <w:r>
        <w:rPr>
          <w:b/>
          <w:color w:val="B08D3A"/>
        </w:rPr>
        <w:lastRenderedPageBreak/>
        <w:t xml:space="preserve">TODAY'S DECLARATION  </w:t>
      </w:r>
      <w:r>
        <w:t>I will meet do not rush the foundation with truth, faith, and practiced peace.</w:t>
      </w:r>
    </w:p>
    <w:p w14:paraId="7BD84D85" w14:textId="77777777" w:rsidR="005A0029" w:rsidRDefault="00F83EB4">
      <w:r>
        <w:br w:type="page"/>
      </w:r>
    </w:p>
    <w:p w14:paraId="3422E0B4" w14:textId="77777777" w:rsidR="005A0029" w:rsidRDefault="00F83EB4">
      <w:pPr>
        <w:pStyle w:val="Heading2"/>
      </w:pPr>
      <w:r>
        <w:lastRenderedPageBreak/>
        <w:t>DAY 25</w:t>
      </w:r>
    </w:p>
    <w:p w14:paraId="391316C2" w14:textId="77777777" w:rsidR="005A0029" w:rsidRDefault="00F83EB4">
      <w:pPr>
        <w:pStyle w:val="Heading1"/>
      </w:pPr>
      <w:r>
        <w:t>Let God Restore the Hidden Places</w:t>
      </w:r>
    </w:p>
    <w:p w14:paraId="2C5CE140" w14:textId="77777777" w:rsidR="005A0029" w:rsidRDefault="00F83EB4">
      <w:r>
        <w:rPr>
          <w:b/>
          <w:color w:val="B08D3A"/>
        </w:rPr>
        <w:t xml:space="preserve">ANCHOR SCRIPTURE  </w:t>
      </w:r>
      <w:r>
        <w:t>Psalm 51:6</w:t>
      </w:r>
    </w:p>
    <w:p w14:paraId="023A26C0" w14:textId="77777777" w:rsidR="005A0029" w:rsidRDefault="00F83EB4">
      <w:pPr>
        <w:pStyle w:val="Heading2"/>
      </w:pPr>
      <w:r>
        <w:t>Guided Reflection</w:t>
      </w:r>
    </w:p>
    <w:p w14:paraId="0BED46B4" w14:textId="77777777" w:rsidR="005A0029" w:rsidRDefault="00F83EB4">
      <w:r>
        <w:t>Today, consider what “let god restore the hidden places”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w:t>
      </w:r>
      <w:r>
        <w:t>rable when truth is practiced repeatedly, especially when circumstances remain unresolved.</w:t>
      </w:r>
    </w:p>
    <w:p w14:paraId="28BE2EA7" w14:textId="77777777" w:rsidR="005A0029" w:rsidRDefault="00F83EB4">
      <w:pPr>
        <w:pStyle w:val="Heading2"/>
      </w:pPr>
      <w:r>
        <w:t>Pause &amp; Notice</w:t>
      </w:r>
    </w:p>
    <w:p w14:paraId="23107D2D" w14:textId="77777777" w:rsidR="005A0029" w:rsidRDefault="00F83EB4">
      <w:r>
        <w:t>What is this theme revealing about my heart, thoughts, relationships, or current circumstances today?</w:t>
      </w:r>
    </w:p>
    <w:p w14:paraId="4A9EDAA3" w14:textId="77777777" w:rsidR="005A0029" w:rsidRDefault="00F83EB4">
      <w:pPr>
        <w:pStyle w:val="Heading2"/>
      </w:pPr>
      <w:r>
        <w:t>Peace Practice</w:t>
      </w:r>
    </w:p>
    <w:p w14:paraId="4B3672A6" w14:textId="77777777" w:rsidR="005A0029" w:rsidRDefault="00F83EB4">
      <w:r>
        <w:t>Write one recurring fearful thought. Under it, write a Scripture-shaped response that is more truthful and life-giving.</w:t>
      </w:r>
    </w:p>
    <w:p w14:paraId="02D91AC8" w14:textId="77777777" w:rsidR="005A0029" w:rsidRDefault="00F83EB4">
      <w:pPr>
        <w:pStyle w:val="Heading2"/>
      </w:pPr>
      <w:r>
        <w:t>My Thoughts &amp; Prayers</w:t>
      </w:r>
    </w:p>
    <w:p w14:paraId="5DE52147" w14:textId="77777777" w:rsidR="005A0029" w:rsidRDefault="00F83EB4">
      <w:pPr>
        <w:spacing w:after="60"/>
      </w:pPr>
      <w:r>
        <w:rPr>
          <w:color w:val="B4B4B4"/>
          <w:sz w:val="16"/>
        </w:rPr>
        <w:t>________________________________________________________</w:t>
      </w:r>
    </w:p>
    <w:p w14:paraId="3A3A8A98" w14:textId="77777777" w:rsidR="005A0029" w:rsidRDefault="00F83EB4">
      <w:pPr>
        <w:spacing w:after="60"/>
      </w:pPr>
      <w:r>
        <w:rPr>
          <w:color w:val="B4B4B4"/>
          <w:sz w:val="16"/>
        </w:rPr>
        <w:t>________________________________________________________</w:t>
      </w:r>
    </w:p>
    <w:p w14:paraId="72E3C5FA" w14:textId="77777777" w:rsidR="005A0029" w:rsidRDefault="00F83EB4">
      <w:pPr>
        <w:spacing w:after="60"/>
      </w:pPr>
      <w:r>
        <w:rPr>
          <w:color w:val="B4B4B4"/>
          <w:sz w:val="16"/>
        </w:rPr>
        <w:t>________________________________________________________</w:t>
      </w:r>
    </w:p>
    <w:p w14:paraId="272F0314" w14:textId="77777777" w:rsidR="005A0029" w:rsidRDefault="00F83EB4">
      <w:pPr>
        <w:spacing w:after="60"/>
      </w:pPr>
      <w:r>
        <w:rPr>
          <w:color w:val="B4B4B4"/>
          <w:sz w:val="16"/>
        </w:rPr>
        <w:t>________________________________________________________</w:t>
      </w:r>
    </w:p>
    <w:p w14:paraId="5195E876" w14:textId="77777777" w:rsidR="005A0029" w:rsidRDefault="00F83EB4">
      <w:pPr>
        <w:spacing w:after="60"/>
      </w:pPr>
      <w:r>
        <w:rPr>
          <w:color w:val="B4B4B4"/>
          <w:sz w:val="16"/>
        </w:rPr>
        <w:t>________________________________________________________</w:t>
      </w:r>
    </w:p>
    <w:p w14:paraId="7F03DAAB" w14:textId="77777777" w:rsidR="005A0029" w:rsidRDefault="00F83EB4">
      <w:pPr>
        <w:pStyle w:val="Heading2"/>
      </w:pPr>
      <w:r>
        <w:t>Prayer</w:t>
      </w:r>
    </w:p>
    <w:p w14:paraId="51E8D03A" w14:textId="77777777" w:rsidR="005A0029" w:rsidRDefault="00F83EB4">
      <w:r>
        <w:t>Father, meet me in this practice of let god restore the hidden places.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B890F85" w14:textId="77777777" w:rsidR="005A0029" w:rsidRDefault="00F83EB4">
      <w:r>
        <w:rPr>
          <w:b/>
          <w:color w:val="B08D3A"/>
        </w:rPr>
        <w:lastRenderedPageBreak/>
        <w:t xml:space="preserve">TODAY'S DECLARATION  </w:t>
      </w:r>
      <w:r>
        <w:t>I will meet let god restore the hidden places with truth, faith, and practiced peace.</w:t>
      </w:r>
    </w:p>
    <w:p w14:paraId="042541FA" w14:textId="77777777" w:rsidR="005A0029" w:rsidRDefault="00F83EB4">
      <w:r>
        <w:br w:type="page"/>
      </w:r>
    </w:p>
    <w:p w14:paraId="2460D396" w14:textId="77777777" w:rsidR="005A0029" w:rsidRDefault="00F83EB4">
      <w:pPr>
        <w:pStyle w:val="Heading2"/>
      </w:pPr>
      <w:r>
        <w:lastRenderedPageBreak/>
        <w:t>DAY 26</w:t>
      </w:r>
    </w:p>
    <w:p w14:paraId="31A1EB13" w14:textId="77777777" w:rsidR="005A0029" w:rsidRDefault="00F83EB4">
      <w:pPr>
        <w:pStyle w:val="Heading1"/>
      </w:pPr>
      <w:r>
        <w:t>A Clean Heart</w:t>
      </w:r>
    </w:p>
    <w:p w14:paraId="2BC3F99E" w14:textId="77777777" w:rsidR="005A0029" w:rsidRDefault="00F83EB4">
      <w:r>
        <w:rPr>
          <w:b/>
          <w:color w:val="B08D3A"/>
        </w:rPr>
        <w:t xml:space="preserve">ANCHOR SCRIPTURE  </w:t>
      </w:r>
      <w:r>
        <w:t>Psalm 51:10</w:t>
      </w:r>
    </w:p>
    <w:p w14:paraId="184BE157" w14:textId="77777777" w:rsidR="005A0029" w:rsidRDefault="00F83EB4">
      <w:pPr>
        <w:pStyle w:val="Heading2"/>
      </w:pPr>
      <w:r>
        <w:t>Guided Reflection</w:t>
      </w:r>
    </w:p>
    <w:p w14:paraId="32109043" w14:textId="77777777" w:rsidR="005A0029" w:rsidRDefault="00F83EB4">
      <w:r>
        <w:t xml:space="preserve">Today, consider what “a clean heart”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when truth is </w:t>
      </w:r>
      <w:r>
        <w:t>practiced repeatedly, especially when circumstances remain unresolved.</w:t>
      </w:r>
    </w:p>
    <w:p w14:paraId="407B2305" w14:textId="77777777" w:rsidR="005A0029" w:rsidRDefault="00F83EB4">
      <w:pPr>
        <w:pStyle w:val="Heading2"/>
      </w:pPr>
      <w:r>
        <w:t>Pause &amp; Notice</w:t>
      </w:r>
    </w:p>
    <w:p w14:paraId="4EFB57FF" w14:textId="77777777" w:rsidR="005A0029" w:rsidRDefault="00F83EB4">
      <w:r>
        <w:t>What is this theme revealing about my heart, thoughts, relationships, or current circumstances today?</w:t>
      </w:r>
    </w:p>
    <w:p w14:paraId="1B6BC208" w14:textId="77777777" w:rsidR="005A0029" w:rsidRDefault="00F83EB4">
      <w:pPr>
        <w:pStyle w:val="Heading2"/>
      </w:pPr>
      <w:r>
        <w:t>Peace Practice</w:t>
      </w:r>
    </w:p>
    <w:p w14:paraId="0FFF7211" w14:textId="77777777" w:rsidR="005A0029" w:rsidRDefault="00F83EB4">
      <w:r>
        <w:t>Identify one small action that would create greater peace today. Make it specific enough to complete before the day ends.</w:t>
      </w:r>
    </w:p>
    <w:p w14:paraId="55C7C2C0" w14:textId="77777777" w:rsidR="005A0029" w:rsidRDefault="00F83EB4">
      <w:pPr>
        <w:pStyle w:val="Heading2"/>
      </w:pPr>
      <w:r>
        <w:t>My Thoughts &amp; Prayers</w:t>
      </w:r>
    </w:p>
    <w:p w14:paraId="6B873203" w14:textId="77777777" w:rsidR="005A0029" w:rsidRDefault="00F83EB4">
      <w:pPr>
        <w:spacing w:after="60"/>
      </w:pPr>
      <w:r>
        <w:rPr>
          <w:color w:val="B4B4B4"/>
          <w:sz w:val="16"/>
        </w:rPr>
        <w:t>________________________________________________________</w:t>
      </w:r>
    </w:p>
    <w:p w14:paraId="3C969D5E" w14:textId="77777777" w:rsidR="005A0029" w:rsidRDefault="00F83EB4">
      <w:pPr>
        <w:spacing w:after="60"/>
      </w:pPr>
      <w:r>
        <w:rPr>
          <w:color w:val="B4B4B4"/>
          <w:sz w:val="16"/>
        </w:rPr>
        <w:t>________________________________________________________</w:t>
      </w:r>
    </w:p>
    <w:p w14:paraId="791FF7C9" w14:textId="77777777" w:rsidR="005A0029" w:rsidRDefault="00F83EB4">
      <w:pPr>
        <w:spacing w:after="60"/>
      </w:pPr>
      <w:r>
        <w:rPr>
          <w:color w:val="B4B4B4"/>
          <w:sz w:val="16"/>
        </w:rPr>
        <w:t>________________________________________________________</w:t>
      </w:r>
    </w:p>
    <w:p w14:paraId="5A71D5A6" w14:textId="77777777" w:rsidR="005A0029" w:rsidRDefault="00F83EB4">
      <w:pPr>
        <w:spacing w:after="60"/>
      </w:pPr>
      <w:r>
        <w:rPr>
          <w:color w:val="B4B4B4"/>
          <w:sz w:val="16"/>
        </w:rPr>
        <w:t>________________________________________________________</w:t>
      </w:r>
    </w:p>
    <w:p w14:paraId="5C1E366B" w14:textId="77777777" w:rsidR="005A0029" w:rsidRDefault="00F83EB4">
      <w:pPr>
        <w:spacing w:after="60"/>
      </w:pPr>
      <w:r>
        <w:rPr>
          <w:color w:val="B4B4B4"/>
          <w:sz w:val="16"/>
        </w:rPr>
        <w:t>________________________________________________________</w:t>
      </w:r>
    </w:p>
    <w:p w14:paraId="0E1A7D0B" w14:textId="77777777" w:rsidR="005A0029" w:rsidRDefault="00F83EB4">
      <w:pPr>
        <w:pStyle w:val="Heading2"/>
      </w:pPr>
      <w:r>
        <w:t>Prayer</w:t>
      </w:r>
    </w:p>
    <w:p w14:paraId="293BBE21" w14:textId="77777777" w:rsidR="005A0029" w:rsidRDefault="00F83EB4">
      <w:r>
        <w:t>Father, meet me in this practice of a clean heart.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3F9B520" w14:textId="77777777" w:rsidR="005A0029" w:rsidRDefault="00F83EB4">
      <w:r>
        <w:rPr>
          <w:b/>
          <w:color w:val="B08D3A"/>
        </w:rPr>
        <w:lastRenderedPageBreak/>
        <w:t xml:space="preserve">TODAY'S DECLARATION  </w:t>
      </w:r>
      <w:r>
        <w:t>I will meet a clean heart with truth, faith, and practiced peace.</w:t>
      </w:r>
    </w:p>
    <w:p w14:paraId="4DA69538" w14:textId="77777777" w:rsidR="005A0029" w:rsidRDefault="00F83EB4">
      <w:r>
        <w:br w:type="page"/>
      </w:r>
    </w:p>
    <w:p w14:paraId="0AB76448" w14:textId="77777777" w:rsidR="005A0029" w:rsidRDefault="00F83EB4">
      <w:pPr>
        <w:pStyle w:val="Heading2"/>
      </w:pPr>
      <w:r>
        <w:lastRenderedPageBreak/>
        <w:t>DAY 27</w:t>
      </w:r>
    </w:p>
    <w:p w14:paraId="388ED6F4" w14:textId="77777777" w:rsidR="005A0029" w:rsidRDefault="00F83EB4">
      <w:pPr>
        <w:pStyle w:val="Heading1"/>
      </w:pPr>
      <w:r>
        <w:t>Rebuilding With Community</w:t>
      </w:r>
    </w:p>
    <w:p w14:paraId="5AD91C57" w14:textId="77777777" w:rsidR="005A0029" w:rsidRDefault="00F83EB4">
      <w:r>
        <w:rPr>
          <w:b/>
          <w:color w:val="B08D3A"/>
        </w:rPr>
        <w:t xml:space="preserve">ANCHOR SCRIPTURE  </w:t>
      </w:r>
      <w:r>
        <w:t>Ecclesiastes 4:9</w:t>
      </w:r>
    </w:p>
    <w:p w14:paraId="56211D4E" w14:textId="77777777" w:rsidR="005A0029" w:rsidRDefault="00F83EB4">
      <w:pPr>
        <w:pStyle w:val="Heading2"/>
      </w:pPr>
      <w:r>
        <w:t>Guided Reflection</w:t>
      </w:r>
    </w:p>
    <w:p w14:paraId="4F6E2229" w14:textId="77777777" w:rsidR="005A0029" w:rsidRDefault="00F83EB4">
      <w:r>
        <w:t>Today, consider what “rebuilding with community”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wh</w:t>
      </w:r>
      <w:r>
        <w:t>en truth is practiced repeatedly, especially when circumstances remain unresolved.</w:t>
      </w:r>
    </w:p>
    <w:p w14:paraId="4F215D27" w14:textId="77777777" w:rsidR="005A0029" w:rsidRDefault="00F83EB4">
      <w:pPr>
        <w:pStyle w:val="Heading2"/>
      </w:pPr>
      <w:r>
        <w:t>Pause &amp; Notice</w:t>
      </w:r>
    </w:p>
    <w:p w14:paraId="4DFF8E57" w14:textId="77777777" w:rsidR="005A0029" w:rsidRDefault="00F83EB4">
      <w:r>
        <w:t>What is this theme revealing about my heart, thoughts, relationships, or current circumstances today?</w:t>
      </w:r>
    </w:p>
    <w:p w14:paraId="60046C08" w14:textId="77777777" w:rsidR="005A0029" w:rsidRDefault="00F83EB4">
      <w:pPr>
        <w:pStyle w:val="Heading2"/>
      </w:pPr>
      <w:r>
        <w:t>Peace Practice</w:t>
      </w:r>
    </w:p>
    <w:p w14:paraId="24B1533D" w14:textId="77777777" w:rsidR="005A0029" w:rsidRDefault="00F83EB4">
      <w:r>
        <w:t>Reach out to one trusted, mature person. Share one thing you have been carrying silently and allow yourself to receive support.</w:t>
      </w:r>
    </w:p>
    <w:p w14:paraId="41D306F4" w14:textId="77777777" w:rsidR="005A0029" w:rsidRDefault="00F83EB4">
      <w:pPr>
        <w:pStyle w:val="Heading2"/>
      </w:pPr>
      <w:r>
        <w:t>My Thoughts &amp; Prayers</w:t>
      </w:r>
    </w:p>
    <w:p w14:paraId="57BE9688" w14:textId="77777777" w:rsidR="005A0029" w:rsidRDefault="00F83EB4">
      <w:pPr>
        <w:spacing w:after="60"/>
      </w:pPr>
      <w:r>
        <w:rPr>
          <w:color w:val="B4B4B4"/>
          <w:sz w:val="16"/>
        </w:rPr>
        <w:t>________________________________________________________</w:t>
      </w:r>
    </w:p>
    <w:p w14:paraId="45A1BBB8" w14:textId="77777777" w:rsidR="005A0029" w:rsidRDefault="00F83EB4">
      <w:pPr>
        <w:spacing w:after="60"/>
      </w:pPr>
      <w:r>
        <w:rPr>
          <w:color w:val="B4B4B4"/>
          <w:sz w:val="16"/>
        </w:rPr>
        <w:t>________________________________________________________</w:t>
      </w:r>
    </w:p>
    <w:p w14:paraId="68AB534A" w14:textId="77777777" w:rsidR="005A0029" w:rsidRDefault="00F83EB4">
      <w:pPr>
        <w:spacing w:after="60"/>
      </w:pPr>
      <w:r>
        <w:rPr>
          <w:color w:val="B4B4B4"/>
          <w:sz w:val="16"/>
        </w:rPr>
        <w:t>________________________________________________________</w:t>
      </w:r>
    </w:p>
    <w:p w14:paraId="0FA728BC" w14:textId="77777777" w:rsidR="005A0029" w:rsidRDefault="00F83EB4">
      <w:pPr>
        <w:spacing w:after="60"/>
      </w:pPr>
      <w:r>
        <w:rPr>
          <w:color w:val="B4B4B4"/>
          <w:sz w:val="16"/>
        </w:rPr>
        <w:t>________________________________________________________</w:t>
      </w:r>
    </w:p>
    <w:p w14:paraId="1AD26886" w14:textId="77777777" w:rsidR="005A0029" w:rsidRDefault="00F83EB4">
      <w:pPr>
        <w:spacing w:after="60"/>
      </w:pPr>
      <w:r>
        <w:rPr>
          <w:color w:val="B4B4B4"/>
          <w:sz w:val="16"/>
        </w:rPr>
        <w:t>________________________________________________________</w:t>
      </w:r>
    </w:p>
    <w:p w14:paraId="1500A750" w14:textId="77777777" w:rsidR="005A0029" w:rsidRDefault="00F83EB4">
      <w:pPr>
        <w:pStyle w:val="Heading2"/>
      </w:pPr>
      <w:r>
        <w:t>Prayer</w:t>
      </w:r>
    </w:p>
    <w:p w14:paraId="551F583E" w14:textId="77777777" w:rsidR="005A0029" w:rsidRDefault="00F83EB4">
      <w:r>
        <w:t>Father, meet me in this practice of rebuilding with community.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E89147F" w14:textId="77777777" w:rsidR="005A0029" w:rsidRDefault="00F83EB4">
      <w:r>
        <w:rPr>
          <w:b/>
          <w:color w:val="B08D3A"/>
        </w:rPr>
        <w:lastRenderedPageBreak/>
        <w:t xml:space="preserve">TODAY'S DECLARATION  </w:t>
      </w:r>
      <w:r>
        <w:t>I will meet rebuilding with community with truth, faith, and practiced peace.</w:t>
      </w:r>
    </w:p>
    <w:p w14:paraId="5BE41B09" w14:textId="77777777" w:rsidR="005A0029" w:rsidRDefault="00F83EB4">
      <w:r>
        <w:br w:type="page"/>
      </w:r>
    </w:p>
    <w:p w14:paraId="58EE0C5F" w14:textId="77777777" w:rsidR="005A0029" w:rsidRDefault="00F83EB4">
      <w:pPr>
        <w:pStyle w:val="Heading2"/>
      </w:pPr>
      <w:r>
        <w:lastRenderedPageBreak/>
        <w:t>DAY 28</w:t>
      </w:r>
    </w:p>
    <w:p w14:paraId="3F5D8C20" w14:textId="77777777" w:rsidR="005A0029" w:rsidRDefault="00F83EB4">
      <w:pPr>
        <w:pStyle w:val="Heading1"/>
      </w:pPr>
      <w:r>
        <w:t>Strengthening What Remains</w:t>
      </w:r>
    </w:p>
    <w:p w14:paraId="02D58BE2" w14:textId="77777777" w:rsidR="005A0029" w:rsidRDefault="00F83EB4">
      <w:r>
        <w:rPr>
          <w:b/>
          <w:color w:val="B08D3A"/>
        </w:rPr>
        <w:t xml:space="preserve">ANCHOR SCRIPTURE  </w:t>
      </w:r>
      <w:r>
        <w:t>Revelation 3:2</w:t>
      </w:r>
    </w:p>
    <w:p w14:paraId="556411ED" w14:textId="77777777" w:rsidR="005A0029" w:rsidRDefault="00F83EB4">
      <w:pPr>
        <w:pStyle w:val="Heading2"/>
      </w:pPr>
      <w:r>
        <w:t>Guided Reflection</w:t>
      </w:r>
    </w:p>
    <w:p w14:paraId="7B108D1C" w14:textId="77777777" w:rsidR="005A0029" w:rsidRDefault="00F83EB4">
      <w:r>
        <w:t>Today, consider what “strengthening what remains”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w:t>
      </w:r>
      <w:r>
        <w:t>hen truth is practiced repeatedly, especially when circumstances remain unresolved.</w:t>
      </w:r>
    </w:p>
    <w:p w14:paraId="45025E1D" w14:textId="77777777" w:rsidR="005A0029" w:rsidRDefault="00F83EB4">
      <w:pPr>
        <w:pStyle w:val="Heading2"/>
      </w:pPr>
      <w:r>
        <w:t>Pause &amp; Notice</w:t>
      </w:r>
    </w:p>
    <w:p w14:paraId="06E14A97" w14:textId="77777777" w:rsidR="005A0029" w:rsidRDefault="00F83EB4">
      <w:r>
        <w:t>What is this theme revealing about my heart, thoughts, relationships, or current circumstances today?</w:t>
      </w:r>
    </w:p>
    <w:p w14:paraId="0BF74459" w14:textId="77777777" w:rsidR="005A0029" w:rsidRDefault="00F83EB4">
      <w:pPr>
        <w:pStyle w:val="Heading2"/>
      </w:pPr>
      <w:r>
        <w:t>Peace Practice</w:t>
      </w:r>
    </w:p>
    <w:p w14:paraId="2805B45E" w14:textId="77777777" w:rsidR="005A0029" w:rsidRDefault="00F83EB4">
      <w:r>
        <w:t>Practice a ten-minute quiet period without your phone. Notice what surfaces, then bring it honestly into prayer.</w:t>
      </w:r>
    </w:p>
    <w:p w14:paraId="7DE5502A" w14:textId="77777777" w:rsidR="005A0029" w:rsidRDefault="00F83EB4">
      <w:pPr>
        <w:pStyle w:val="Heading2"/>
      </w:pPr>
      <w:r>
        <w:t>My Thoughts &amp; Prayers</w:t>
      </w:r>
    </w:p>
    <w:p w14:paraId="6141492D" w14:textId="77777777" w:rsidR="005A0029" w:rsidRDefault="00F83EB4">
      <w:pPr>
        <w:spacing w:after="60"/>
      </w:pPr>
      <w:r>
        <w:rPr>
          <w:color w:val="B4B4B4"/>
          <w:sz w:val="16"/>
        </w:rPr>
        <w:t>________________________________________________________</w:t>
      </w:r>
    </w:p>
    <w:p w14:paraId="20A12F2C" w14:textId="77777777" w:rsidR="005A0029" w:rsidRDefault="00F83EB4">
      <w:pPr>
        <w:spacing w:after="60"/>
      </w:pPr>
      <w:r>
        <w:rPr>
          <w:color w:val="B4B4B4"/>
          <w:sz w:val="16"/>
        </w:rPr>
        <w:t>________________________________________________________</w:t>
      </w:r>
    </w:p>
    <w:p w14:paraId="629B6D12" w14:textId="77777777" w:rsidR="005A0029" w:rsidRDefault="00F83EB4">
      <w:pPr>
        <w:spacing w:after="60"/>
      </w:pPr>
      <w:r>
        <w:rPr>
          <w:color w:val="B4B4B4"/>
          <w:sz w:val="16"/>
        </w:rPr>
        <w:t>________________________________________________________</w:t>
      </w:r>
    </w:p>
    <w:p w14:paraId="7FB42D51" w14:textId="77777777" w:rsidR="005A0029" w:rsidRDefault="00F83EB4">
      <w:pPr>
        <w:spacing w:after="60"/>
      </w:pPr>
      <w:r>
        <w:rPr>
          <w:color w:val="B4B4B4"/>
          <w:sz w:val="16"/>
        </w:rPr>
        <w:t>________________________________________________________</w:t>
      </w:r>
    </w:p>
    <w:p w14:paraId="3E3B7E34" w14:textId="77777777" w:rsidR="005A0029" w:rsidRDefault="00F83EB4">
      <w:pPr>
        <w:spacing w:after="60"/>
      </w:pPr>
      <w:r>
        <w:rPr>
          <w:color w:val="B4B4B4"/>
          <w:sz w:val="16"/>
        </w:rPr>
        <w:t>________________________________________________________</w:t>
      </w:r>
    </w:p>
    <w:p w14:paraId="0B655B73" w14:textId="77777777" w:rsidR="005A0029" w:rsidRDefault="00F83EB4">
      <w:pPr>
        <w:pStyle w:val="Heading2"/>
      </w:pPr>
      <w:r>
        <w:t>Prayer</w:t>
      </w:r>
    </w:p>
    <w:p w14:paraId="4A71F3FD" w14:textId="77777777" w:rsidR="005A0029" w:rsidRDefault="00F83EB4">
      <w:r>
        <w:t>Father, meet me in this practice of strengthening what remains.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0AA0702" w14:textId="77777777" w:rsidR="005A0029" w:rsidRDefault="00F83EB4">
      <w:r>
        <w:rPr>
          <w:b/>
          <w:color w:val="B08D3A"/>
        </w:rPr>
        <w:lastRenderedPageBreak/>
        <w:t xml:space="preserve">TODAY'S DECLARATION  </w:t>
      </w:r>
      <w:r>
        <w:t>I will meet strengthening what remains with truth, faith, and practiced peace.</w:t>
      </w:r>
    </w:p>
    <w:p w14:paraId="65DB7FE3" w14:textId="77777777" w:rsidR="005A0029" w:rsidRDefault="00F83EB4">
      <w:r>
        <w:br w:type="page"/>
      </w:r>
    </w:p>
    <w:p w14:paraId="30C60F18" w14:textId="77777777" w:rsidR="005A0029" w:rsidRDefault="00F83EB4">
      <w:pPr>
        <w:pStyle w:val="Heading2"/>
      </w:pPr>
      <w:r>
        <w:lastRenderedPageBreak/>
        <w:t>DAY 29</w:t>
      </w:r>
    </w:p>
    <w:p w14:paraId="393DC736" w14:textId="77777777" w:rsidR="005A0029" w:rsidRDefault="00F83EB4">
      <w:pPr>
        <w:pStyle w:val="Heading1"/>
      </w:pPr>
      <w:r>
        <w:t>New Foundations, New Future</w:t>
      </w:r>
    </w:p>
    <w:p w14:paraId="12104500" w14:textId="77777777" w:rsidR="005A0029" w:rsidRDefault="00F83EB4">
      <w:r>
        <w:rPr>
          <w:b/>
          <w:color w:val="B08D3A"/>
        </w:rPr>
        <w:t xml:space="preserve">ANCHOR SCRIPTURE  </w:t>
      </w:r>
      <w:r>
        <w:t>Jeremiah 29:11</w:t>
      </w:r>
    </w:p>
    <w:p w14:paraId="1533D76F" w14:textId="77777777" w:rsidR="005A0029" w:rsidRDefault="00F83EB4">
      <w:pPr>
        <w:pStyle w:val="Heading2"/>
      </w:pPr>
      <w:r>
        <w:t>Guided Reflection</w:t>
      </w:r>
    </w:p>
    <w:p w14:paraId="00DC8D47" w14:textId="77777777" w:rsidR="005A0029" w:rsidRDefault="00F83EB4">
      <w:r>
        <w:t xml:space="preserve">Today, consider what “new foundations, new future”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28248901" w14:textId="77777777" w:rsidR="005A0029" w:rsidRDefault="00F83EB4">
      <w:pPr>
        <w:pStyle w:val="Heading2"/>
      </w:pPr>
      <w:r>
        <w:t>Pause &amp; Notice</w:t>
      </w:r>
    </w:p>
    <w:p w14:paraId="1CA8A549" w14:textId="77777777" w:rsidR="005A0029" w:rsidRDefault="00F83EB4">
      <w:r>
        <w:t>What is this theme revealing about my heart, thoughts, relationships, or current circumstances today?</w:t>
      </w:r>
    </w:p>
    <w:p w14:paraId="0CD9B029" w14:textId="77777777" w:rsidR="005A0029" w:rsidRDefault="00F83EB4">
      <w:pPr>
        <w:pStyle w:val="Heading2"/>
      </w:pPr>
      <w:r>
        <w:t>Peace Practice</w:t>
      </w:r>
    </w:p>
    <w:p w14:paraId="1647CD6E" w14:textId="77777777" w:rsidR="005A0029" w:rsidRDefault="00F83EB4">
      <w:r>
        <w:t>Sit quietly for three minutes. Name what you feel without judging it. Then write one truth you want to carry into the day.</w:t>
      </w:r>
    </w:p>
    <w:p w14:paraId="5BA0BD74" w14:textId="77777777" w:rsidR="005A0029" w:rsidRDefault="00F83EB4">
      <w:pPr>
        <w:pStyle w:val="Heading2"/>
      </w:pPr>
      <w:r>
        <w:t>My Thoughts &amp; Prayers</w:t>
      </w:r>
    </w:p>
    <w:p w14:paraId="4090EE15" w14:textId="77777777" w:rsidR="005A0029" w:rsidRDefault="00F83EB4">
      <w:pPr>
        <w:spacing w:after="60"/>
      </w:pPr>
      <w:r>
        <w:rPr>
          <w:color w:val="B4B4B4"/>
          <w:sz w:val="16"/>
        </w:rPr>
        <w:t>________________________________________________________</w:t>
      </w:r>
    </w:p>
    <w:p w14:paraId="130A832F" w14:textId="77777777" w:rsidR="005A0029" w:rsidRDefault="00F83EB4">
      <w:pPr>
        <w:spacing w:after="60"/>
      </w:pPr>
      <w:r>
        <w:rPr>
          <w:color w:val="B4B4B4"/>
          <w:sz w:val="16"/>
        </w:rPr>
        <w:t>________________________________________________________</w:t>
      </w:r>
    </w:p>
    <w:p w14:paraId="1557569A" w14:textId="77777777" w:rsidR="005A0029" w:rsidRDefault="00F83EB4">
      <w:pPr>
        <w:spacing w:after="60"/>
      </w:pPr>
      <w:r>
        <w:rPr>
          <w:color w:val="B4B4B4"/>
          <w:sz w:val="16"/>
        </w:rPr>
        <w:t>________________________________________________________</w:t>
      </w:r>
    </w:p>
    <w:p w14:paraId="52A21215" w14:textId="77777777" w:rsidR="005A0029" w:rsidRDefault="00F83EB4">
      <w:pPr>
        <w:spacing w:after="60"/>
      </w:pPr>
      <w:r>
        <w:rPr>
          <w:color w:val="B4B4B4"/>
          <w:sz w:val="16"/>
        </w:rPr>
        <w:t>________________________________________________________</w:t>
      </w:r>
    </w:p>
    <w:p w14:paraId="2E9C9C0D" w14:textId="77777777" w:rsidR="005A0029" w:rsidRDefault="00F83EB4">
      <w:pPr>
        <w:spacing w:after="60"/>
      </w:pPr>
      <w:r>
        <w:rPr>
          <w:color w:val="B4B4B4"/>
          <w:sz w:val="16"/>
        </w:rPr>
        <w:t>________________________________________________________</w:t>
      </w:r>
    </w:p>
    <w:p w14:paraId="491B7231" w14:textId="77777777" w:rsidR="005A0029" w:rsidRDefault="00F83EB4">
      <w:pPr>
        <w:pStyle w:val="Heading2"/>
      </w:pPr>
      <w:r>
        <w:t>Prayer</w:t>
      </w:r>
    </w:p>
    <w:p w14:paraId="3CF8A8FA" w14:textId="77777777" w:rsidR="005A0029" w:rsidRDefault="00F83EB4">
      <w:r>
        <w:t>Father, meet me in this practice of new foundations, new future.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A775D3B" w14:textId="77777777" w:rsidR="005A0029" w:rsidRDefault="00F83EB4">
      <w:r>
        <w:rPr>
          <w:b/>
          <w:color w:val="B08D3A"/>
        </w:rPr>
        <w:lastRenderedPageBreak/>
        <w:t xml:space="preserve">TODAY'S DECLARATION  </w:t>
      </w:r>
      <w:r>
        <w:t>I will meet new foundations, new future with truth, faith, and practiced peace.</w:t>
      </w:r>
    </w:p>
    <w:p w14:paraId="4040752E" w14:textId="77777777" w:rsidR="005A0029" w:rsidRDefault="00F83EB4">
      <w:r>
        <w:br w:type="page"/>
      </w:r>
    </w:p>
    <w:p w14:paraId="03DC29E6" w14:textId="77777777" w:rsidR="005A0029" w:rsidRDefault="00F83EB4">
      <w:pPr>
        <w:pStyle w:val="Heading2"/>
      </w:pPr>
      <w:r>
        <w:lastRenderedPageBreak/>
        <w:t>DAY 30</w:t>
      </w:r>
    </w:p>
    <w:p w14:paraId="30401B45" w14:textId="77777777" w:rsidR="005A0029" w:rsidRDefault="00F83EB4">
      <w:pPr>
        <w:pStyle w:val="Heading1"/>
      </w:pPr>
      <w:r>
        <w:t>Built From the Inside Out</w:t>
      </w:r>
    </w:p>
    <w:p w14:paraId="2663012E" w14:textId="77777777" w:rsidR="005A0029" w:rsidRDefault="00F83EB4">
      <w:r>
        <w:rPr>
          <w:b/>
          <w:color w:val="B08D3A"/>
        </w:rPr>
        <w:t xml:space="preserve">ANCHOR SCRIPTURE  </w:t>
      </w:r>
      <w:r>
        <w:t>Isaiah 58:12</w:t>
      </w:r>
    </w:p>
    <w:p w14:paraId="3F3116C1" w14:textId="77777777" w:rsidR="005A0029" w:rsidRDefault="00F83EB4">
      <w:pPr>
        <w:pStyle w:val="Heading2"/>
      </w:pPr>
      <w:r>
        <w:t>Guided Reflection</w:t>
      </w:r>
    </w:p>
    <w:p w14:paraId="5942CA2C" w14:textId="77777777" w:rsidR="005A0029" w:rsidRDefault="00F83EB4">
      <w:r>
        <w:t>Today, consider what “built from the inside out” means in the season you are living through. The work of peace is rarely accomplished by denying what is difficult. It grows as you bring your real thoughts, emotions, and questions into the light of God's presence. In rebuilding from the inside out, the invitation is not to force an immediate answer, but to become attentive: to what is happening within you, to what Scripture is revealing, and to the next faithful step available today. Peace becomes durable wh</w:t>
      </w:r>
      <w:r>
        <w:t>en truth is practiced repeatedly, especially when circumstances remain unresolved.</w:t>
      </w:r>
    </w:p>
    <w:p w14:paraId="7252CE93" w14:textId="77777777" w:rsidR="005A0029" w:rsidRDefault="00F83EB4">
      <w:pPr>
        <w:pStyle w:val="Heading2"/>
      </w:pPr>
      <w:r>
        <w:t>Pause &amp; Notice</w:t>
      </w:r>
    </w:p>
    <w:p w14:paraId="6DCBE060" w14:textId="77777777" w:rsidR="005A0029" w:rsidRDefault="00F83EB4">
      <w:r>
        <w:t>What is this theme revealing about my heart, thoughts, relationships, or current circumstances today?</w:t>
      </w:r>
    </w:p>
    <w:p w14:paraId="416BB032" w14:textId="77777777" w:rsidR="005A0029" w:rsidRDefault="00F83EB4">
      <w:pPr>
        <w:pStyle w:val="Heading2"/>
      </w:pPr>
      <w:r>
        <w:t>Peace Practice</w:t>
      </w:r>
    </w:p>
    <w:p w14:paraId="5B53489A" w14:textId="77777777" w:rsidR="005A0029" w:rsidRDefault="00F83EB4">
      <w:r>
        <w:t>Draw two columns: 'What I can control' and 'What I must release.' Place each concern in the appropriate column and pray over both.</w:t>
      </w:r>
    </w:p>
    <w:p w14:paraId="25151F01" w14:textId="77777777" w:rsidR="005A0029" w:rsidRDefault="00F83EB4">
      <w:pPr>
        <w:pStyle w:val="Heading2"/>
      </w:pPr>
      <w:r>
        <w:t>My Thoughts &amp; Prayers</w:t>
      </w:r>
    </w:p>
    <w:p w14:paraId="365321C9" w14:textId="77777777" w:rsidR="005A0029" w:rsidRDefault="00F83EB4">
      <w:pPr>
        <w:spacing w:after="60"/>
      </w:pPr>
      <w:r>
        <w:rPr>
          <w:color w:val="B4B4B4"/>
          <w:sz w:val="16"/>
        </w:rPr>
        <w:t>________________________________________________________</w:t>
      </w:r>
    </w:p>
    <w:p w14:paraId="2E43ED3E" w14:textId="77777777" w:rsidR="005A0029" w:rsidRDefault="00F83EB4">
      <w:pPr>
        <w:spacing w:after="60"/>
      </w:pPr>
      <w:r>
        <w:rPr>
          <w:color w:val="B4B4B4"/>
          <w:sz w:val="16"/>
        </w:rPr>
        <w:t>________________________________________________________</w:t>
      </w:r>
    </w:p>
    <w:p w14:paraId="7EF13976" w14:textId="77777777" w:rsidR="005A0029" w:rsidRDefault="00F83EB4">
      <w:pPr>
        <w:spacing w:after="60"/>
      </w:pPr>
      <w:r>
        <w:rPr>
          <w:color w:val="B4B4B4"/>
          <w:sz w:val="16"/>
        </w:rPr>
        <w:t>________________________________________________________</w:t>
      </w:r>
    </w:p>
    <w:p w14:paraId="07367130" w14:textId="77777777" w:rsidR="005A0029" w:rsidRDefault="00F83EB4">
      <w:pPr>
        <w:spacing w:after="60"/>
      </w:pPr>
      <w:r>
        <w:rPr>
          <w:color w:val="B4B4B4"/>
          <w:sz w:val="16"/>
        </w:rPr>
        <w:t>________________________________________________________</w:t>
      </w:r>
    </w:p>
    <w:p w14:paraId="4EA0E1BA" w14:textId="77777777" w:rsidR="005A0029" w:rsidRDefault="00F83EB4">
      <w:pPr>
        <w:spacing w:after="60"/>
      </w:pPr>
      <w:r>
        <w:rPr>
          <w:color w:val="B4B4B4"/>
          <w:sz w:val="16"/>
        </w:rPr>
        <w:t>________________________________________________________</w:t>
      </w:r>
    </w:p>
    <w:p w14:paraId="0D008B9E" w14:textId="77777777" w:rsidR="005A0029" w:rsidRDefault="00F83EB4">
      <w:pPr>
        <w:pStyle w:val="Heading2"/>
      </w:pPr>
      <w:r>
        <w:t>Prayer</w:t>
      </w:r>
    </w:p>
    <w:p w14:paraId="68F8E737" w14:textId="77777777" w:rsidR="005A0029" w:rsidRDefault="00F83EB4">
      <w:r>
        <w:t>Father, meet me in this practice of built from the inside out.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FCB1960" w14:textId="77777777" w:rsidR="005A0029" w:rsidRDefault="00F83EB4">
      <w:r>
        <w:rPr>
          <w:b/>
          <w:color w:val="B08D3A"/>
        </w:rPr>
        <w:lastRenderedPageBreak/>
        <w:t xml:space="preserve">TODAY'S DECLARATION  </w:t>
      </w:r>
      <w:r>
        <w:t>I will meet built from the inside out with truth, faith, and practiced peace.</w:t>
      </w:r>
    </w:p>
    <w:p w14:paraId="1D993D09" w14:textId="77777777" w:rsidR="005A0029" w:rsidRDefault="00F83EB4">
      <w:r>
        <w:br w:type="page"/>
      </w:r>
    </w:p>
    <w:p w14:paraId="1AC74ED9" w14:textId="77777777" w:rsidR="005A0029" w:rsidRDefault="00F83EB4">
      <w:pPr>
        <w:pStyle w:val="Heading1"/>
      </w:pPr>
      <w:r>
        <w:lastRenderedPageBreak/>
        <w:t>REBUILDING FROM THE INSIDE OUT: End-of-Month Reflection</w:t>
      </w:r>
    </w:p>
    <w:p w14:paraId="6B28A6BB" w14:textId="77777777" w:rsidR="005A0029" w:rsidRDefault="00F83EB4">
      <w:pPr>
        <w:pStyle w:val="Heading3"/>
      </w:pPr>
      <w:r>
        <w:t>What changed within me this month?</w:t>
      </w:r>
    </w:p>
    <w:p w14:paraId="11915437" w14:textId="77777777" w:rsidR="005A0029" w:rsidRDefault="00F83EB4">
      <w:pPr>
        <w:spacing w:after="60"/>
      </w:pPr>
      <w:r>
        <w:rPr>
          <w:color w:val="B4B4B4"/>
          <w:sz w:val="16"/>
        </w:rPr>
        <w:t>________________________________________________________</w:t>
      </w:r>
    </w:p>
    <w:p w14:paraId="0F587443" w14:textId="77777777" w:rsidR="005A0029" w:rsidRDefault="00F83EB4">
      <w:pPr>
        <w:spacing w:after="60"/>
      </w:pPr>
      <w:r>
        <w:rPr>
          <w:color w:val="B4B4B4"/>
          <w:sz w:val="16"/>
        </w:rPr>
        <w:t>________________________________________________________</w:t>
      </w:r>
    </w:p>
    <w:p w14:paraId="4F70DD3F" w14:textId="77777777" w:rsidR="005A0029" w:rsidRDefault="00F83EB4">
      <w:pPr>
        <w:pStyle w:val="Heading3"/>
      </w:pPr>
      <w:r>
        <w:t>Which practice helped me most?</w:t>
      </w:r>
    </w:p>
    <w:p w14:paraId="37E4887D" w14:textId="77777777" w:rsidR="005A0029" w:rsidRDefault="00F83EB4">
      <w:pPr>
        <w:spacing w:after="60"/>
      </w:pPr>
      <w:r>
        <w:rPr>
          <w:color w:val="B4B4B4"/>
          <w:sz w:val="16"/>
        </w:rPr>
        <w:t>________________________________________________________</w:t>
      </w:r>
    </w:p>
    <w:p w14:paraId="5554EBA4" w14:textId="77777777" w:rsidR="005A0029" w:rsidRDefault="00F83EB4">
      <w:pPr>
        <w:spacing w:after="60"/>
      </w:pPr>
      <w:r>
        <w:rPr>
          <w:color w:val="B4B4B4"/>
          <w:sz w:val="16"/>
        </w:rPr>
        <w:t>________________________________________________________</w:t>
      </w:r>
    </w:p>
    <w:p w14:paraId="35E0D050" w14:textId="77777777" w:rsidR="005A0029" w:rsidRDefault="00F83EB4">
      <w:pPr>
        <w:pStyle w:val="Heading3"/>
      </w:pPr>
      <w:r>
        <w:t>Which Scripture became an anchor?</w:t>
      </w:r>
    </w:p>
    <w:p w14:paraId="0CA46FD2" w14:textId="77777777" w:rsidR="005A0029" w:rsidRDefault="00F83EB4">
      <w:pPr>
        <w:spacing w:after="60"/>
      </w:pPr>
      <w:r>
        <w:rPr>
          <w:color w:val="B4B4B4"/>
          <w:sz w:val="16"/>
        </w:rPr>
        <w:t>________________________________________________________</w:t>
      </w:r>
    </w:p>
    <w:p w14:paraId="1B628E34" w14:textId="77777777" w:rsidR="005A0029" w:rsidRDefault="00F83EB4">
      <w:pPr>
        <w:spacing w:after="60"/>
      </w:pPr>
      <w:r>
        <w:rPr>
          <w:color w:val="B4B4B4"/>
          <w:sz w:val="16"/>
        </w:rPr>
        <w:t>________________________________________________________</w:t>
      </w:r>
    </w:p>
    <w:p w14:paraId="2EF61C3C" w14:textId="77777777" w:rsidR="005A0029" w:rsidRDefault="00F83EB4">
      <w:pPr>
        <w:pStyle w:val="Heading3"/>
      </w:pPr>
      <w:r>
        <w:t>What am I ready to release?</w:t>
      </w:r>
    </w:p>
    <w:p w14:paraId="32A5FE3E" w14:textId="77777777" w:rsidR="005A0029" w:rsidRDefault="00F83EB4">
      <w:pPr>
        <w:spacing w:after="60"/>
      </w:pPr>
      <w:r>
        <w:rPr>
          <w:color w:val="B4B4B4"/>
          <w:sz w:val="16"/>
        </w:rPr>
        <w:t>________________________________________________________</w:t>
      </w:r>
    </w:p>
    <w:p w14:paraId="25175F33" w14:textId="77777777" w:rsidR="005A0029" w:rsidRDefault="00F83EB4">
      <w:pPr>
        <w:spacing w:after="60"/>
      </w:pPr>
      <w:r>
        <w:rPr>
          <w:color w:val="B4B4B4"/>
          <w:sz w:val="16"/>
        </w:rPr>
        <w:t>________________________________________________________</w:t>
      </w:r>
    </w:p>
    <w:p w14:paraId="0CABF6BB" w14:textId="77777777" w:rsidR="005A0029" w:rsidRDefault="00F83EB4">
      <w:pPr>
        <w:pStyle w:val="Heading3"/>
      </w:pPr>
      <w:r>
        <w:t>What will I carry into the next month?</w:t>
      </w:r>
    </w:p>
    <w:p w14:paraId="3C25172F" w14:textId="77777777" w:rsidR="005A0029" w:rsidRDefault="00F83EB4">
      <w:pPr>
        <w:spacing w:after="60"/>
      </w:pPr>
      <w:r>
        <w:rPr>
          <w:color w:val="B4B4B4"/>
          <w:sz w:val="16"/>
        </w:rPr>
        <w:t>________________________________________________________</w:t>
      </w:r>
    </w:p>
    <w:p w14:paraId="75F74934" w14:textId="77777777" w:rsidR="005A0029" w:rsidRDefault="00F83EB4">
      <w:pPr>
        <w:spacing w:after="60"/>
      </w:pPr>
      <w:r>
        <w:rPr>
          <w:color w:val="B4B4B4"/>
          <w:sz w:val="16"/>
        </w:rPr>
        <w:t>________________________________________________________</w:t>
      </w:r>
    </w:p>
    <w:p w14:paraId="2AC035A5" w14:textId="77777777" w:rsidR="005A0029" w:rsidRDefault="00F83EB4">
      <w:r>
        <w:br w:type="page"/>
      </w:r>
    </w:p>
    <w:p w14:paraId="2AD6C832" w14:textId="77777777" w:rsidR="005A0029" w:rsidRDefault="00F83EB4">
      <w:pPr>
        <w:pStyle w:val="Heading2"/>
      </w:pPr>
      <w:r>
        <w:lastRenderedPageBreak/>
        <w:t>MONTH NINE</w:t>
      </w:r>
    </w:p>
    <w:p w14:paraId="0CCAE40F" w14:textId="77777777" w:rsidR="005A0029" w:rsidRDefault="00F83EB4">
      <w:pPr>
        <w:jc w:val="center"/>
      </w:pPr>
      <w:r>
        <w:rPr>
          <w:b/>
          <w:color w:val="17324D"/>
          <w:sz w:val="48"/>
        </w:rPr>
        <w:t>A NEW WAY OF SEEING LIFE</w:t>
      </w:r>
    </w:p>
    <w:p w14:paraId="5E9BC846" w14:textId="77777777" w:rsidR="005A0029" w:rsidRDefault="00F83EB4">
      <w:pPr>
        <w:jc w:val="center"/>
      </w:pPr>
      <w:r>
        <w:rPr>
          <w:i/>
          <w:color w:val="B08D3A"/>
          <w:sz w:val="24"/>
        </w:rPr>
        <w:t>Perspective, Gratitude, and Purpose</w:t>
      </w:r>
    </w:p>
    <w:p w14:paraId="195F0172" w14:textId="77777777" w:rsidR="005A0029" w:rsidRDefault="00F83EB4">
      <w:pPr>
        <w:jc w:val="center"/>
      </w:pPr>
      <w:r>
        <w:rPr>
          <w:color w:val="B08D3A"/>
          <w:sz w:val="24"/>
        </w:rPr>
        <w:t>—  ◆  —</w:t>
      </w:r>
    </w:p>
    <w:p w14:paraId="6CC727FC" w14:textId="77777777" w:rsidR="005A0029" w:rsidRDefault="00F83EB4">
      <w:r>
        <w:t>Monthly intention: Spend these thirty days practicing perspective, gratitude, and purpose. Notice patterns without condemnation, return to Scripture, and choose one faithful practice at a time.</w:t>
      </w:r>
    </w:p>
    <w:p w14:paraId="2F55E9E1" w14:textId="77777777" w:rsidR="005A0029" w:rsidRDefault="00F83EB4">
      <w:pPr>
        <w:pStyle w:val="Heading2"/>
      </w:pPr>
      <w:r>
        <w:t>Monthly Check-In</w:t>
      </w:r>
    </w:p>
    <w:p w14:paraId="0DFA35FB" w14:textId="77777777" w:rsidR="005A0029" w:rsidRDefault="00F83EB4">
      <w:r>
        <w:t>What feels heaviest as I begin this month?</w:t>
      </w:r>
    </w:p>
    <w:p w14:paraId="52F59E79" w14:textId="77777777" w:rsidR="005A0029" w:rsidRDefault="00F83EB4">
      <w:pPr>
        <w:spacing w:after="60"/>
      </w:pPr>
      <w:r>
        <w:rPr>
          <w:color w:val="B4B4B4"/>
          <w:sz w:val="16"/>
        </w:rPr>
        <w:t>________________________________________________________</w:t>
      </w:r>
    </w:p>
    <w:p w14:paraId="33CD5BF4" w14:textId="77777777" w:rsidR="005A0029" w:rsidRDefault="00F83EB4">
      <w:pPr>
        <w:spacing w:after="60"/>
      </w:pPr>
      <w:r>
        <w:rPr>
          <w:color w:val="B4B4B4"/>
          <w:sz w:val="16"/>
        </w:rPr>
        <w:t>________________________________________________________</w:t>
      </w:r>
    </w:p>
    <w:p w14:paraId="684D6ADE" w14:textId="77777777" w:rsidR="005A0029" w:rsidRDefault="00F83EB4">
      <w:r>
        <w:t>What kind of peace am I asking God to cultivate in me?</w:t>
      </w:r>
    </w:p>
    <w:p w14:paraId="7D09AE92" w14:textId="77777777" w:rsidR="005A0029" w:rsidRDefault="00F83EB4">
      <w:pPr>
        <w:spacing w:after="60"/>
      </w:pPr>
      <w:r>
        <w:rPr>
          <w:color w:val="B4B4B4"/>
          <w:sz w:val="16"/>
        </w:rPr>
        <w:t>________________________________________________________</w:t>
      </w:r>
    </w:p>
    <w:p w14:paraId="777B14C4" w14:textId="77777777" w:rsidR="005A0029" w:rsidRDefault="00F83EB4">
      <w:pPr>
        <w:spacing w:after="60"/>
      </w:pPr>
      <w:r>
        <w:rPr>
          <w:color w:val="B4B4B4"/>
          <w:sz w:val="16"/>
        </w:rPr>
        <w:t>________________________________________________________</w:t>
      </w:r>
    </w:p>
    <w:p w14:paraId="47D89B9D" w14:textId="77777777" w:rsidR="005A0029" w:rsidRDefault="00F83EB4">
      <w:r>
        <w:br w:type="page"/>
      </w:r>
    </w:p>
    <w:p w14:paraId="5BD6ABFA" w14:textId="77777777" w:rsidR="005A0029" w:rsidRDefault="00F83EB4">
      <w:pPr>
        <w:pStyle w:val="Heading2"/>
      </w:pPr>
      <w:r>
        <w:lastRenderedPageBreak/>
        <w:t>DAY 1</w:t>
      </w:r>
    </w:p>
    <w:p w14:paraId="55907CC5" w14:textId="77777777" w:rsidR="005A0029" w:rsidRDefault="00F83EB4">
      <w:pPr>
        <w:pStyle w:val="Heading1"/>
      </w:pPr>
      <w:r>
        <w:t>A New Lens</w:t>
      </w:r>
    </w:p>
    <w:p w14:paraId="230F8170" w14:textId="77777777" w:rsidR="005A0029" w:rsidRDefault="00F83EB4">
      <w:r>
        <w:rPr>
          <w:b/>
          <w:color w:val="B08D3A"/>
        </w:rPr>
        <w:t xml:space="preserve">ANCHOR SCRIPTURE  </w:t>
      </w:r>
      <w:r>
        <w:t>Romans 12:2</w:t>
      </w:r>
    </w:p>
    <w:p w14:paraId="24E5606F" w14:textId="77777777" w:rsidR="005A0029" w:rsidRDefault="00F83EB4">
      <w:pPr>
        <w:pStyle w:val="Heading2"/>
      </w:pPr>
      <w:r>
        <w:t>Guided Reflection</w:t>
      </w:r>
    </w:p>
    <w:p w14:paraId="0EB14563" w14:textId="77777777" w:rsidR="005A0029" w:rsidRDefault="00F83EB4">
      <w:r>
        <w:t>Today, consider what “a new lens”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truth is practiced</w:t>
      </w:r>
      <w:r>
        <w:t xml:space="preserve"> repeatedly, especially when circumstances remain unresolved.</w:t>
      </w:r>
    </w:p>
    <w:p w14:paraId="41BFB03F" w14:textId="77777777" w:rsidR="005A0029" w:rsidRDefault="00F83EB4">
      <w:pPr>
        <w:pStyle w:val="Heading2"/>
      </w:pPr>
      <w:r>
        <w:t>Pause &amp; Notice</w:t>
      </w:r>
    </w:p>
    <w:p w14:paraId="71D92D16" w14:textId="77777777" w:rsidR="005A0029" w:rsidRDefault="00F83EB4">
      <w:r>
        <w:t>What is this theme revealing about my heart, thoughts, relationships, or current circumstances today?</w:t>
      </w:r>
    </w:p>
    <w:p w14:paraId="33A39AC8" w14:textId="77777777" w:rsidR="005A0029" w:rsidRDefault="00F83EB4">
      <w:pPr>
        <w:pStyle w:val="Heading2"/>
      </w:pPr>
      <w:r>
        <w:t>Peace Practice</w:t>
      </w:r>
    </w:p>
    <w:p w14:paraId="2675B2D0" w14:textId="77777777" w:rsidR="005A0029" w:rsidRDefault="00F83EB4">
      <w:r>
        <w:t>Sit quietly for three minutes. Name what you feel without judging it. Then write one truth you want to carry into the day.</w:t>
      </w:r>
    </w:p>
    <w:p w14:paraId="0C59AC55" w14:textId="77777777" w:rsidR="005A0029" w:rsidRDefault="00F83EB4">
      <w:pPr>
        <w:pStyle w:val="Heading2"/>
      </w:pPr>
      <w:r>
        <w:t>My Thoughts &amp; Prayers</w:t>
      </w:r>
    </w:p>
    <w:p w14:paraId="6734F964" w14:textId="77777777" w:rsidR="005A0029" w:rsidRDefault="00F83EB4">
      <w:pPr>
        <w:spacing w:after="60"/>
      </w:pPr>
      <w:r>
        <w:rPr>
          <w:color w:val="B4B4B4"/>
          <w:sz w:val="16"/>
        </w:rPr>
        <w:t>________________________________________________________</w:t>
      </w:r>
    </w:p>
    <w:p w14:paraId="76505A3A" w14:textId="77777777" w:rsidR="005A0029" w:rsidRDefault="00F83EB4">
      <w:pPr>
        <w:spacing w:after="60"/>
      </w:pPr>
      <w:r>
        <w:rPr>
          <w:color w:val="B4B4B4"/>
          <w:sz w:val="16"/>
        </w:rPr>
        <w:t>________________________________________________________</w:t>
      </w:r>
    </w:p>
    <w:p w14:paraId="03A2484D" w14:textId="77777777" w:rsidR="005A0029" w:rsidRDefault="00F83EB4">
      <w:pPr>
        <w:spacing w:after="60"/>
      </w:pPr>
      <w:r>
        <w:rPr>
          <w:color w:val="B4B4B4"/>
          <w:sz w:val="16"/>
        </w:rPr>
        <w:t>________________________________________________________</w:t>
      </w:r>
    </w:p>
    <w:p w14:paraId="03BC74BD" w14:textId="77777777" w:rsidR="005A0029" w:rsidRDefault="00F83EB4">
      <w:pPr>
        <w:spacing w:after="60"/>
      </w:pPr>
      <w:r>
        <w:rPr>
          <w:color w:val="B4B4B4"/>
          <w:sz w:val="16"/>
        </w:rPr>
        <w:t>________________________________________________________</w:t>
      </w:r>
    </w:p>
    <w:p w14:paraId="6FD72410" w14:textId="77777777" w:rsidR="005A0029" w:rsidRDefault="00F83EB4">
      <w:pPr>
        <w:spacing w:after="60"/>
      </w:pPr>
      <w:r>
        <w:rPr>
          <w:color w:val="B4B4B4"/>
          <w:sz w:val="16"/>
        </w:rPr>
        <w:t>________________________________________________________</w:t>
      </w:r>
    </w:p>
    <w:p w14:paraId="2B8F7CDD" w14:textId="77777777" w:rsidR="005A0029" w:rsidRDefault="00F83EB4">
      <w:pPr>
        <w:pStyle w:val="Heading2"/>
      </w:pPr>
      <w:r>
        <w:t>Prayer</w:t>
      </w:r>
    </w:p>
    <w:p w14:paraId="3AB5F849" w14:textId="77777777" w:rsidR="005A0029" w:rsidRDefault="00F83EB4">
      <w:r>
        <w:t>Father, meet me in this practice of a new lens.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202E5BA" w14:textId="77777777" w:rsidR="005A0029" w:rsidRDefault="00F83EB4">
      <w:r>
        <w:rPr>
          <w:b/>
          <w:color w:val="B08D3A"/>
        </w:rPr>
        <w:lastRenderedPageBreak/>
        <w:t xml:space="preserve">TODAY'S DECLARATION  </w:t>
      </w:r>
      <w:r>
        <w:t>I will meet a new lens with truth, faith, and practiced peace.</w:t>
      </w:r>
    </w:p>
    <w:p w14:paraId="74340F45" w14:textId="77777777" w:rsidR="005A0029" w:rsidRDefault="00F83EB4">
      <w:r>
        <w:br w:type="page"/>
      </w:r>
    </w:p>
    <w:p w14:paraId="0C3AD044" w14:textId="77777777" w:rsidR="005A0029" w:rsidRDefault="00F83EB4">
      <w:pPr>
        <w:pStyle w:val="Heading2"/>
      </w:pPr>
      <w:r>
        <w:lastRenderedPageBreak/>
        <w:t>DAY 2</w:t>
      </w:r>
    </w:p>
    <w:p w14:paraId="47548078" w14:textId="77777777" w:rsidR="005A0029" w:rsidRDefault="00F83EB4">
      <w:pPr>
        <w:pStyle w:val="Heading1"/>
      </w:pPr>
      <w:r>
        <w:t>Renew Your Mind</w:t>
      </w:r>
    </w:p>
    <w:p w14:paraId="0FD1452D" w14:textId="77777777" w:rsidR="005A0029" w:rsidRDefault="00F83EB4">
      <w:r>
        <w:rPr>
          <w:b/>
          <w:color w:val="B08D3A"/>
        </w:rPr>
        <w:t xml:space="preserve">ANCHOR SCRIPTURE  </w:t>
      </w:r>
      <w:r>
        <w:t>Romans 12:2</w:t>
      </w:r>
    </w:p>
    <w:p w14:paraId="6A57910F" w14:textId="77777777" w:rsidR="005A0029" w:rsidRDefault="00F83EB4">
      <w:pPr>
        <w:pStyle w:val="Heading2"/>
      </w:pPr>
      <w:r>
        <w:t>Guided Reflection</w:t>
      </w:r>
    </w:p>
    <w:p w14:paraId="3C64D1C1" w14:textId="77777777" w:rsidR="005A0029" w:rsidRDefault="00F83EB4">
      <w:r>
        <w:t>Today, consider what “renew your mind”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truth is prac</w:t>
      </w:r>
      <w:r>
        <w:t>ticed repeatedly, especially when circumstances remain unresolved.</w:t>
      </w:r>
    </w:p>
    <w:p w14:paraId="02CFA2C6" w14:textId="77777777" w:rsidR="005A0029" w:rsidRDefault="00F83EB4">
      <w:pPr>
        <w:pStyle w:val="Heading2"/>
      </w:pPr>
      <w:r>
        <w:t>Pause &amp; Notice</w:t>
      </w:r>
    </w:p>
    <w:p w14:paraId="72A4283E" w14:textId="77777777" w:rsidR="005A0029" w:rsidRDefault="00F83EB4">
      <w:r>
        <w:t>What is this theme revealing about my heart, thoughts, relationships, or current circumstances today?</w:t>
      </w:r>
    </w:p>
    <w:p w14:paraId="1EA8DA13" w14:textId="77777777" w:rsidR="005A0029" w:rsidRDefault="00F83EB4">
      <w:pPr>
        <w:pStyle w:val="Heading2"/>
      </w:pPr>
      <w:r>
        <w:t>Peace Practice</w:t>
      </w:r>
    </w:p>
    <w:p w14:paraId="4EC2C592" w14:textId="77777777" w:rsidR="005A0029" w:rsidRDefault="00F83EB4">
      <w:r>
        <w:t>Draw two columns: 'What I can control' and 'What I must release.' Place each concern in the appropriate column and pray over both.</w:t>
      </w:r>
    </w:p>
    <w:p w14:paraId="2122547F" w14:textId="77777777" w:rsidR="005A0029" w:rsidRDefault="00F83EB4">
      <w:pPr>
        <w:pStyle w:val="Heading2"/>
      </w:pPr>
      <w:r>
        <w:t>My Thoughts &amp; Prayers</w:t>
      </w:r>
    </w:p>
    <w:p w14:paraId="3D10598A" w14:textId="77777777" w:rsidR="005A0029" w:rsidRDefault="00F83EB4">
      <w:pPr>
        <w:spacing w:after="60"/>
      </w:pPr>
      <w:r>
        <w:rPr>
          <w:color w:val="B4B4B4"/>
          <w:sz w:val="16"/>
        </w:rPr>
        <w:t>________________________________________________________</w:t>
      </w:r>
    </w:p>
    <w:p w14:paraId="3747CEF6" w14:textId="77777777" w:rsidR="005A0029" w:rsidRDefault="00F83EB4">
      <w:pPr>
        <w:spacing w:after="60"/>
      </w:pPr>
      <w:r>
        <w:rPr>
          <w:color w:val="B4B4B4"/>
          <w:sz w:val="16"/>
        </w:rPr>
        <w:t>________________________________________________________</w:t>
      </w:r>
    </w:p>
    <w:p w14:paraId="58DB8650" w14:textId="77777777" w:rsidR="005A0029" w:rsidRDefault="00F83EB4">
      <w:pPr>
        <w:spacing w:after="60"/>
      </w:pPr>
      <w:r>
        <w:rPr>
          <w:color w:val="B4B4B4"/>
          <w:sz w:val="16"/>
        </w:rPr>
        <w:t>________________________________________________________</w:t>
      </w:r>
    </w:p>
    <w:p w14:paraId="78BC87D2" w14:textId="77777777" w:rsidR="005A0029" w:rsidRDefault="00F83EB4">
      <w:pPr>
        <w:spacing w:after="60"/>
      </w:pPr>
      <w:r>
        <w:rPr>
          <w:color w:val="B4B4B4"/>
          <w:sz w:val="16"/>
        </w:rPr>
        <w:t>________________________________________________________</w:t>
      </w:r>
    </w:p>
    <w:p w14:paraId="73B37E8B" w14:textId="77777777" w:rsidR="005A0029" w:rsidRDefault="00F83EB4">
      <w:pPr>
        <w:spacing w:after="60"/>
      </w:pPr>
      <w:r>
        <w:rPr>
          <w:color w:val="B4B4B4"/>
          <w:sz w:val="16"/>
        </w:rPr>
        <w:t>________________________________________________________</w:t>
      </w:r>
    </w:p>
    <w:p w14:paraId="480A930E" w14:textId="77777777" w:rsidR="005A0029" w:rsidRDefault="00F83EB4">
      <w:pPr>
        <w:pStyle w:val="Heading2"/>
      </w:pPr>
      <w:r>
        <w:t>Prayer</w:t>
      </w:r>
    </w:p>
    <w:p w14:paraId="58B863F7" w14:textId="77777777" w:rsidR="005A0029" w:rsidRDefault="00F83EB4">
      <w:r>
        <w:t>Father, meet me in this practice of renew your mind.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4DFD971" w14:textId="77777777" w:rsidR="005A0029" w:rsidRDefault="00F83EB4">
      <w:r>
        <w:rPr>
          <w:b/>
          <w:color w:val="B08D3A"/>
        </w:rPr>
        <w:lastRenderedPageBreak/>
        <w:t xml:space="preserve">TODAY'S DECLARATION  </w:t>
      </w:r>
      <w:r>
        <w:t>I will meet renew your mind with truth, faith, and practiced peace.</w:t>
      </w:r>
    </w:p>
    <w:p w14:paraId="0AA58E4F" w14:textId="77777777" w:rsidR="005A0029" w:rsidRDefault="00F83EB4">
      <w:r>
        <w:br w:type="page"/>
      </w:r>
    </w:p>
    <w:p w14:paraId="0C512067" w14:textId="77777777" w:rsidR="005A0029" w:rsidRDefault="00F83EB4">
      <w:pPr>
        <w:pStyle w:val="Heading2"/>
      </w:pPr>
      <w:r>
        <w:lastRenderedPageBreak/>
        <w:t>DAY 3</w:t>
      </w:r>
    </w:p>
    <w:p w14:paraId="1F54CFA2" w14:textId="77777777" w:rsidR="005A0029" w:rsidRDefault="00F83EB4">
      <w:pPr>
        <w:pStyle w:val="Heading1"/>
      </w:pPr>
      <w:r>
        <w:t>What Pain Taught You to Notice</w:t>
      </w:r>
    </w:p>
    <w:p w14:paraId="13AE46E2" w14:textId="77777777" w:rsidR="005A0029" w:rsidRDefault="00F83EB4">
      <w:r>
        <w:rPr>
          <w:b/>
          <w:color w:val="B08D3A"/>
        </w:rPr>
        <w:t xml:space="preserve">ANCHOR SCRIPTURE  </w:t>
      </w:r>
      <w:r>
        <w:t>Psalm 119:71</w:t>
      </w:r>
    </w:p>
    <w:p w14:paraId="1FE1F517" w14:textId="77777777" w:rsidR="005A0029" w:rsidRDefault="00F83EB4">
      <w:pPr>
        <w:pStyle w:val="Heading2"/>
      </w:pPr>
      <w:r>
        <w:t>Guided Reflection</w:t>
      </w:r>
    </w:p>
    <w:p w14:paraId="3A84348B" w14:textId="77777777" w:rsidR="005A0029" w:rsidRDefault="00F83EB4">
      <w:r>
        <w:t>Today, consider what “what pain taught you to notice”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w:t>
      </w:r>
      <w:r>
        <w:t>n truth is practiced repeatedly, especially when circumstances remain unresolved.</w:t>
      </w:r>
    </w:p>
    <w:p w14:paraId="7CE09361" w14:textId="77777777" w:rsidR="005A0029" w:rsidRDefault="00F83EB4">
      <w:pPr>
        <w:pStyle w:val="Heading2"/>
      </w:pPr>
      <w:r>
        <w:t>Pause &amp; Notice</w:t>
      </w:r>
    </w:p>
    <w:p w14:paraId="4E82FD1A" w14:textId="77777777" w:rsidR="005A0029" w:rsidRDefault="00F83EB4">
      <w:r>
        <w:t>What is this theme revealing about my heart, thoughts, relationships, or current circumstances today?</w:t>
      </w:r>
    </w:p>
    <w:p w14:paraId="1234BADF" w14:textId="77777777" w:rsidR="005A0029" w:rsidRDefault="00F83EB4">
      <w:pPr>
        <w:pStyle w:val="Heading2"/>
      </w:pPr>
      <w:r>
        <w:t>Peace Practice</w:t>
      </w:r>
    </w:p>
    <w:p w14:paraId="0BF1AA1F" w14:textId="77777777" w:rsidR="005A0029" w:rsidRDefault="00F83EB4">
      <w:r>
        <w:t>Take five slow breaths. With each inhale, receive God's presence; with each exhale, release one pressure you have been carrying.</w:t>
      </w:r>
    </w:p>
    <w:p w14:paraId="51182813" w14:textId="77777777" w:rsidR="005A0029" w:rsidRDefault="00F83EB4">
      <w:pPr>
        <w:pStyle w:val="Heading2"/>
      </w:pPr>
      <w:r>
        <w:t>My Thoughts &amp; Prayers</w:t>
      </w:r>
    </w:p>
    <w:p w14:paraId="26C63F50" w14:textId="77777777" w:rsidR="005A0029" w:rsidRDefault="00F83EB4">
      <w:pPr>
        <w:spacing w:after="60"/>
      </w:pPr>
      <w:r>
        <w:rPr>
          <w:color w:val="B4B4B4"/>
          <w:sz w:val="16"/>
        </w:rPr>
        <w:t>________________________________________________________</w:t>
      </w:r>
    </w:p>
    <w:p w14:paraId="1E77B4CF" w14:textId="77777777" w:rsidR="005A0029" w:rsidRDefault="00F83EB4">
      <w:pPr>
        <w:spacing w:after="60"/>
      </w:pPr>
      <w:r>
        <w:rPr>
          <w:color w:val="B4B4B4"/>
          <w:sz w:val="16"/>
        </w:rPr>
        <w:t>________________________________________________________</w:t>
      </w:r>
    </w:p>
    <w:p w14:paraId="71602D62" w14:textId="77777777" w:rsidR="005A0029" w:rsidRDefault="00F83EB4">
      <w:pPr>
        <w:spacing w:after="60"/>
      </w:pPr>
      <w:r>
        <w:rPr>
          <w:color w:val="B4B4B4"/>
          <w:sz w:val="16"/>
        </w:rPr>
        <w:t>________________________________________________________</w:t>
      </w:r>
    </w:p>
    <w:p w14:paraId="11B9EDAF" w14:textId="77777777" w:rsidR="005A0029" w:rsidRDefault="00F83EB4">
      <w:pPr>
        <w:spacing w:after="60"/>
      </w:pPr>
      <w:r>
        <w:rPr>
          <w:color w:val="B4B4B4"/>
          <w:sz w:val="16"/>
        </w:rPr>
        <w:t>________________________________________________________</w:t>
      </w:r>
    </w:p>
    <w:p w14:paraId="24E00767" w14:textId="77777777" w:rsidR="005A0029" w:rsidRDefault="00F83EB4">
      <w:pPr>
        <w:spacing w:after="60"/>
      </w:pPr>
      <w:r>
        <w:rPr>
          <w:color w:val="B4B4B4"/>
          <w:sz w:val="16"/>
        </w:rPr>
        <w:t>________________________________________________________</w:t>
      </w:r>
    </w:p>
    <w:p w14:paraId="4188B011" w14:textId="77777777" w:rsidR="005A0029" w:rsidRDefault="00F83EB4">
      <w:pPr>
        <w:pStyle w:val="Heading2"/>
      </w:pPr>
      <w:r>
        <w:t>Prayer</w:t>
      </w:r>
    </w:p>
    <w:p w14:paraId="33D7581D" w14:textId="77777777" w:rsidR="005A0029" w:rsidRDefault="00F83EB4">
      <w:r>
        <w:t>Father, meet me in this practice of what pain taught you to notice.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75C2580" w14:textId="77777777" w:rsidR="005A0029" w:rsidRDefault="00F83EB4">
      <w:r>
        <w:rPr>
          <w:b/>
          <w:color w:val="B08D3A"/>
        </w:rPr>
        <w:lastRenderedPageBreak/>
        <w:t xml:space="preserve">TODAY'S DECLARATION  </w:t>
      </w:r>
      <w:r>
        <w:t>I will meet what pain taught you to notice with truth, faith, and practiced peace.</w:t>
      </w:r>
    </w:p>
    <w:p w14:paraId="55179EF4" w14:textId="77777777" w:rsidR="005A0029" w:rsidRDefault="00F83EB4">
      <w:r>
        <w:br w:type="page"/>
      </w:r>
    </w:p>
    <w:p w14:paraId="0639CF5C" w14:textId="77777777" w:rsidR="005A0029" w:rsidRDefault="00F83EB4">
      <w:pPr>
        <w:pStyle w:val="Heading2"/>
      </w:pPr>
      <w:r>
        <w:lastRenderedPageBreak/>
        <w:t>DAY 4</w:t>
      </w:r>
    </w:p>
    <w:p w14:paraId="72D4B24B" w14:textId="77777777" w:rsidR="005A0029" w:rsidRDefault="00F83EB4">
      <w:pPr>
        <w:pStyle w:val="Heading1"/>
      </w:pPr>
      <w:r>
        <w:t>Greater Awareness Deepens Connection</w:t>
      </w:r>
    </w:p>
    <w:p w14:paraId="64C8D816" w14:textId="77777777" w:rsidR="005A0029" w:rsidRDefault="00F83EB4">
      <w:r>
        <w:rPr>
          <w:b/>
          <w:color w:val="B08D3A"/>
        </w:rPr>
        <w:t xml:space="preserve">ANCHOR SCRIPTURE  </w:t>
      </w:r>
      <w:r>
        <w:t>Philippians 2:4</w:t>
      </w:r>
    </w:p>
    <w:p w14:paraId="0816B31D" w14:textId="77777777" w:rsidR="005A0029" w:rsidRDefault="00F83EB4">
      <w:pPr>
        <w:pStyle w:val="Heading2"/>
      </w:pPr>
      <w:r>
        <w:t>Guided Reflection</w:t>
      </w:r>
    </w:p>
    <w:p w14:paraId="69E22152" w14:textId="77777777" w:rsidR="005A0029" w:rsidRDefault="00F83EB4">
      <w:r>
        <w:t>Today, consider what “greater awareness deepens connection”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w:t>
      </w:r>
      <w:r>
        <w:t>le when truth is practiced repeatedly, especially when circumstances remain unresolved.</w:t>
      </w:r>
    </w:p>
    <w:p w14:paraId="23253310" w14:textId="77777777" w:rsidR="005A0029" w:rsidRDefault="00F83EB4">
      <w:pPr>
        <w:pStyle w:val="Heading2"/>
      </w:pPr>
      <w:r>
        <w:t>Pause &amp; Notice</w:t>
      </w:r>
    </w:p>
    <w:p w14:paraId="6524B258" w14:textId="77777777" w:rsidR="005A0029" w:rsidRDefault="00F83EB4">
      <w:r>
        <w:t>What is this theme revealing about my heart, thoughts, relationships, or current circumstances today?</w:t>
      </w:r>
    </w:p>
    <w:p w14:paraId="4BDAC963" w14:textId="77777777" w:rsidR="005A0029" w:rsidRDefault="00F83EB4">
      <w:pPr>
        <w:pStyle w:val="Heading2"/>
      </w:pPr>
      <w:r>
        <w:t>Peace Practice</w:t>
      </w:r>
    </w:p>
    <w:p w14:paraId="236CB8A1" w14:textId="77777777" w:rsidR="005A0029" w:rsidRDefault="00F83EB4">
      <w:r>
        <w:t>Write one recurring fearful thought. Under it, write a Scripture-shaped response that is more truthful and life-giving.</w:t>
      </w:r>
    </w:p>
    <w:p w14:paraId="1CF3ADEA" w14:textId="77777777" w:rsidR="005A0029" w:rsidRDefault="00F83EB4">
      <w:pPr>
        <w:pStyle w:val="Heading2"/>
      </w:pPr>
      <w:r>
        <w:t>My Thoughts &amp; Prayers</w:t>
      </w:r>
    </w:p>
    <w:p w14:paraId="4B63B10A" w14:textId="77777777" w:rsidR="005A0029" w:rsidRDefault="00F83EB4">
      <w:pPr>
        <w:spacing w:after="60"/>
      </w:pPr>
      <w:r>
        <w:rPr>
          <w:color w:val="B4B4B4"/>
          <w:sz w:val="16"/>
        </w:rPr>
        <w:t>________________________________________________________</w:t>
      </w:r>
    </w:p>
    <w:p w14:paraId="4A8BADF7" w14:textId="77777777" w:rsidR="005A0029" w:rsidRDefault="00F83EB4">
      <w:pPr>
        <w:spacing w:after="60"/>
      </w:pPr>
      <w:r>
        <w:rPr>
          <w:color w:val="B4B4B4"/>
          <w:sz w:val="16"/>
        </w:rPr>
        <w:t>________________________________________________________</w:t>
      </w:r>
    </w:p>
    <w:p w14:paraId="6B9DB4B2" w14:textId="77777777" w:rsidR="005A0029" w:rsidRDefault="00F83EB4">
      <w:pPr>
        <w:spacing w:after="60"/>
      </w:pPr>
      <w:r>
        <w:rPr>
          <w:color w:val="B4B4B4"/>
          <w:sz w:val="16"/>
        </w:rPr>
        <w:t>________________________________________________________</w:t>
      </w:r>
    </w:p>
    <w:p w14:paraId="1C29F3F2" w14:textId="77777777" w:rsidR="005A0029" w:rsidRDefault="00F83EB4">
      <w:pPr>
        <w:spacing w:after="60"/>
      </w:pPr>
      <w:r>
        <w:rPr>
          <w:color w:val="B4B4B4"/>
          <w:sz w:val="16"/>
        </w:rPr>
        <w:t>________________________________________________________</w:t>
      </w:r>
    </w:p>
    <w:p w14:paraId="10805851" w14:textId="77777777" w:rsidR="005A0029" w:rsidRDefault="00F83EB4">
      <w:pPr>
        <w:spacing w:after="60"/>
      </w:pPr>
      <w:r>
        <w:rPr>
          <w:color w:val="B4B4B4"/>
          <w:sz w:val="16"/>
        </w:rPr>
        <w:t>________________________________________________________</w:t>
      </w:r>
    </w:p>
    <w:p w14:paraId="26C8E741" w14:textId="77777777" w:rsidR="005A0029" w:rsidRDefault="00F83EB4">
      <w:pPr>
        <w:pStyle w:val="Heading2"/>
      </w:pPr>
      <w:r>
        <w:t>Prayer</w:t>
      </w:r>
    </w:p>
    <w:p w14:paraId="045C7B90" w14:textId="77777777" w:rsidR="005A0029" w:rsidRDefault="00F83EB4">
      <w:r>
        <w:t xml:space="preserve">Father, meet me in this practice of greater awareness deepens connection. Give me courage to face what is true, grace to release what I cannot control, and wisdom for what I can do. Quiet the noise within me, anchor me in Your Word, and teach me to choose peace without denying reality. Strengthen my faith for </w:t>
      </w:r>
      <w:r>
        <w:lastRenderedPageBreak/>
        <w:t>this day and help me walk forward with clarity, humility, and hope. In Jesus' name, Amen.</w:t>
      </w:r>
    </w:p>
    <w:p w14:paraId="6AFCF9B5" w14:textId="77777777" w:rsidR="005A0029" w:rsidRDefault="00F83EB4">
      <w:r>
        <w:rPr>
          <w:b/>
          <w:color w:val="B08D3A"/>
        </w:rPr>
        <w:t xml:space="preserve">TODAY'S DECLARATION  </w:t>
      </w:r>
      <w:r>
        <w:t>I will meet greater awareness deepens connection with truth, faith, and practiced peace.</w:t>
      </w:r>
    </w:p>
    <w:p w14:paraId="06049004" w14:textId="77777777" w:rsidR="005A0029" w:rsidRDefault="00F83EB4">
      <w:r>
        <w:br w:type="page"/>
      </w:r>
    </w:p>
    <w:p w14:paraId="78159548" w14:textId="77777777" w:rsidR="005A0029" w:rsidRDefault="00F83EB4">
      <w:pPr>
        <w:pStyle w:val="Heading2"/>
      </w:pPr>
      <w:r>
        <w:lastRenderedPageBreak/>
        <w:t>DAY 5</w:t>
      </w:r>
    </w:p>
    <w:p w14:paraId="6F0CF552" w14:textId="77777777" w:rsidR="005A0029" w:rsidRDefault="00F83EB4">
      <w:pPr>
        <w:pStyle w:val="Heading1"/>
      </w:pPr>
      <w:r>
        <w:t>Gratitude and Grief Can Coexist</w:t>
      </w:r>
    </w:p>
    <w:p w14:paraId="5F2C48E4" w14:textId="77777777" w:rsidR="005A0029" w:rsidRDefault="00F83EB4">
      <w:r>
        <w:rPr>
          <w:b/>
          <w:color w:val="B08D3A"/>
        </w:rPr>
        <w:t xml:space="preserve">ANCHOR SCRIPTURE  </w:t>
      </w:r>
      <w:r>
        <w:t>1 Thessalonians 5:18</w:t>
      </w:r>
    </w:p>
    <w:p w14:paraId="40F547A4" w14:textId="77777777" w:rsidR="005A0029" w:rsidRDefault="00F83EB4">
      <w:pPr>
        <w:pStyle w:val="Heading2"/>
      </w:pPr>
      <w:r>
        <w:t>Guided Reflection</w:t>
      </w:r>
    </w:p>
    <w:p w14:paraId="1CCA3F3D" w14:textId="77777777" w:rsidR="005A0029" w:rsidRDefault="00F83EB4">
      <w:r>
        <w:t>Today, consider what “gratitude and grief can coexist”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w:t>
      </w:r>
      <w:r>
        <w:t>en truth is practiced repeatedly, especially when circumstances remain unresolved.</w:t>
      </w:r>
    </w:p>
    <w:p w14:paraId="15E8C6C7" w14:textId="77777777" w:rsidR="005A0029" w:rsidRDefault="00F83EB4">
      <w:pPr>
        <w:pStyle w:val="Heading2"/>
      </w:pPr>
      <w:r>
        <w:t>Pause &amp; Notice</w:t>
      </w:r>
    </w:p>
    <w:p w14:paraId="1E1E7BF0" w14:textId="77777777" w:rsidR="005A0029" w:rsidRDefault="00F83EB4">
      <w:r>
        <w:t>What is this theme revealing about my heart, thoughts, relationships, or current circumstances today?</w:t>
      </w:r>
    </w:p>
    <w:p w14:paraId="12857025" w14:textId="77777777" w:rsidR="005A0029" w:rsidRDefault="00F83EB4">
      <w:pPr>
        <w:pStyle w:val="Heading2"/>
      </w:pPr>
      <w:r>
        <w:t>Peace Practice</w:t>
      </w:r>
    </w:p>
    <w:p w14:paraId="242BF9A2" w14:textId="77777777" w:rsidR="005A0029" w:rsidRDefault="00F83EB4">
      <w:r>
        <w:t>Identify one small action that would create greater peace today. Make it specific enough to complete before the day ends.</w:t>
      </w:r>
    </w:p>
    <w:p w14:paraId="46148C8D" w14:textId="77777777" w:rsidR="005A0029" w:rsidRDefault="00F83EB4">
      <w:pPr>
        <w:pStyle w:val="Heading2"/>
      </w:pPr>
      <w:r>
        <w:t>My Thoughts &amp; Prayers</w:t>
      </w:r>
    </w:p>
    <w:p w14:paraId="1D60C8C1" w14:textId="77777777" w:rsidR="005A0029" w:rsidRDefault="00F83EB4">
      <w:pPr>
        <w:spacing w:after="60"/>
      </w:pPr>
      <w:r>
        <w:rPr>
          <w:color w:val="B4B4B4"/>
          <w:sz w:val="16"/>
        </w:rPr>
        <w:t>________________________________________________________</w:t>
      </w:r>
    </w:p>
    <w:p w14:paraId="25024B30" w14:textId="77777777" w:rsidR="005A0029" w:rsidRDefault="00F83EB4">
      <w:pPr>
        <w:spacing w:after="60"/>
      </w:pPr>
      <w:r>
        <w:rPr>
          <w:color w:val="B4B4B4"/>
          <w:sz w:val="16"/>
        </w:rPr>
        <w:t>________________________________________________________</w:t>
      </w:r>
    </w:p>
    <w:p w14:paraId="640B3751" w14:textId="77777777" w:rsidR="005A0029" w:rsidRDefault="00F83EB4">
      <w:pPr>
        <w:spacing w:after="60"/>
      </w:pPr>
      <w:r>
        <w:rPr>
          <w:color w:val="B4B4B4"/>
          <w:sz w:val="16"/>
        </w:rPr>
        <w:t>________________________________________________________</w:t>
      </w:r>
    </w:p>
    <w:p w14:paraId="1D561830" w14:textId="77777777" w:rsidR="005A0029" w:rsidRDefault="00F83EB4">
      <w:pPr>
        <w:spacing w:after="60"/>
      </w:pPr>
      <w:r>
        <w:rPr>
          <w:color w:val="B4B4B4"/>
          <w:sz w:val="16"/>
        </w:rPr>
        <w:t>________________________________________________________</w:t>
      </w:r>
    </w:p>
    <w:p w14:paraId="0AEAA349" w14:textId="77777777" w:rsidR="005A0029" w:rsidRDefault="00F83EB4">
      <w:pPr>
        <w:spacing w:after="60"/>
      </w:pPr>
      <w:r>
        <w:rPr>
          <w:color w:val="B4B4B4"/>
          <w:sz w:val="16"/>
        </w:rPr>
        <w:t>________________________________________________________</w:t>
      </w:r>
    </w:p>
    <w:p w14:paraId="6686E3AF" w14:textId="77777777" w:rsidR="005A0029" w:rsidRDefault="00F83EB4">
      <w:pPr>
        <w:pStyle w:val="Heading2"/>
      </w:pPr>
      <w:r>
        <w:t>Prayer</w:t>
      </w:r>
    </w:p>
    <w:p w14:paraId="5FD9AB4E" w14:textId="77777777" w:rsidR="005A0029" w:rsidRDefault="00F83EB4">
      <w:r>
        <w:t>Father, meet me in this practice of gratitude and grief can coexist.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C8DBD68" w14:textId="77777777" w:rsidR="005A0029" w:rsidRDefault="00F83EB4">
      <w:r>
        <w:rPr>
          <w:b/>
          <w:color w:val="B08D3A"/>
        </w:rPr>
        <w:lastRenderedPageBreak/>
        <w:t xml:space="preserve">TODAY'S DECLARATION  </w:t>
      </w:r>
      <w:r>
        <w:t>I will meet gratitude and grief can coexist with truth, faith, and practiced peace.</w:t>
      </w:r>
    </w:p>
    <w:p w14:paraId="24A8121A" w14:textId="77777777" w:rsidR="005A0029" w:rsidRDefault="00F83EB4">
      <w:r>
        <w:br w:type="page"/>
      </w:r>
    </w:p>
    <w:p w14:paraId="5ECB48AF" w14:textId="77777777" w:rsidR="005A0029" w:rsidRDefault="00F83EB4">
      <w:pPr>
        <w:pStyle w:val="Heading2"/>
      </w:pPr>
      <w:r>
        <w:lastRenderedPageBreak/>
        <w:t>DAY 6</w:t>
      </w:r>
    </w:p>
    <w:p w14:paraId="37B0483A" w14:textId="77777777" w:rsidR="005A0029" w:rsidRDefault="00F83EB4">
      <w:pPr>
        <w:pStyle w:val="Heading1"/>
      </w:pPr>
      <w:r>
        <w:t>People Matter More</w:t>
      </w:r>
    </w:p>
    <w:p w14:paraId="00CFAD12" w14:textId="77777777" w:rsidR="005A0029" w:rsidRDefault="00F83EB4">
      <w:r>
        <w:rPr>
          <w:b/>
          <w:color w:val="B08D3A"/>
        </w:rPr>
        <w:t xml:space="preserve">ANCHOR SCRIPTURE  </w:t>
      </w:r>
      <w:r>
        <w:t>John 13:34</w:t>
      </w:r>
    </w:p>
    <w:p w14:paraId="3A2F3068" w14:textId="77777777" w:rsidR="005A0029" w:rsidRDefault="00F83EB4">
      <w:pPr>
        <w:pStyle w:val="Heading2"/>
      </w:pPr>
      <w:r>
        <w:t>Guided Reflection</w:t>
      </w:r>
    </w:p>
    <w:p w14:paraId="3F60C758" w14:textId="77777777" w:rsidR="005A0029" w:rsidRDefault="00F83EB4">
      <w:r>
        <w:t>Today, consider what “people matter more”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truth is p</w:t>
      </w:r>
      <w:r>
        <w:t>racticed repeatedly, especially when circumstances remain unresolved.</w:t>
      </w:r>
    </w:p>
    <w:p w14:paraId="7ECC5DCC" w14:textId="77777777" w:rsidR="005A0029" w:rsidRDefault="00F83EB4">
      <w:pPr>
        <w:pStyle w:val="Heading2"/>
      </w:pPr>
      <w:r>
        <w:t>Pause &amp; Notice</w:t>
      </w:r>
    </w:p>
    <w:p w14:paraId="01374B5B" w14:textId="77777777" w:rsidR="005A0029" w:rsidRDefault="00F83EB4">
      <w:r>
        <w:t>What is this theme revealing about my heart, thoughts, relationships, or current circumstances today?</w:t>
      </w:r>
    </w:p>
    <w:p w14:paraId="4152996E" w14:textId="77777777" w:rsidR="005A0029" w:rsidRDefault="00F83EB4">
      <w:pPr>
        <w:pStyle w:val="Heading2"/>
      </w:pPr>
      <w:r>
        <w:t>Peace Practice</w:t>
      </w:r>
    </w:p>
    <w:p w14:paraId="18D4F3B8" w14:textId="77777777" w:rsidR="005A0029" w:rsidRDefault="00F83EB4">
      <w:r>
        <w:t>Reach out to one trusted, mature person. Share one thing you have been carrying silently and allow yourself to receive support.</w:t>
      </w:r>
    </w:p>
    <w:p w14:paraId="3C96A838" w14:textId="77777777" w:rsidR="005A0029" w:rsidRDefault="00F83EB4">
      <w:pPr>
        <w:pStyle w:val="Heading2"/>
      </w:pPr>
      <w:r>
        <w:t>My Thoughts &amp; Prayers</w:t>
      </w:r>
    </w:p>
    <w:p w14:paraId="7AC04608" w14:textId="77777777" w:rsidR="005A0029" w:rsidRDefault="00F83EB4">
      <w:pPr>
        <w:spacing w:after="60"/>
      </w:pPr>
      <w:r>
        <w:rPr>
          <w:color w:val="B4B4B4"/>
          <w:sz w:val="16"/>
        </w:rPr>
        <w:t>________________________________________________________</w:t>
      </w:r>
    </w:p>
    <w:p w14:paraId="3D4B8B01" w14:textId="77777777" w:rsidR="005A0029" w:rsidRDefault="00F83EB4">
      <w:pPr>
        <w:spacing w:after="60"/>
      </w:pPr>
      <w:r>
        <w:rPr>
          <w:color w:val="B4B4B4"/>
          <w:sz w:val="16"/>
        </w:rPr>
        <w:t>________________________________________________________</w:t>
      </w:r>
    </w:p>
    <w:p w14:paraId="162086FF" w14:textId="77777777" w:rsidR="005A0029" w:rsidRDefault="00F83EB4">
      <w:pPr>
        <w:spacing w:after="60"/>
      </w:pPr>
      <w:r>
        <w:rPr>
          <w:color w:val="B4B4B4"/>
          <w:sz w:val="16"/>
        </w:rPr>
        <w:t>________________________________________________________</w:t>
      </w:r>
    </w:p>
    <w:p w14:paraId="78E7B21C" w14:textId="77777777" w:rsidR="005A0029" w:rsidRDefault="00F83EB4">
      <w:pPr>
        <w:spacing w:after="60"/>
      </w:pPr>
      <w:r>
        <w:rPr>
          <w:color w:val="B4B4B4"/>
          <w:sz w:val="16"/>
        </w:rPr>
        <w:t>________________________________________________________</w:t>
      </w:r>
    </w:p>
    <w:p w14:paraId="6BA8D554" w14:textId="77777777" w:rsidR="005A0029" w:rsidRDefault="00F83EB4">
      <w:pPr>
        <w:spacing w:after="60"/>
      </w:pPr>
      <w:r>
        <w:rPr>
          <w:color w:val="B4B4B4"/>
          <w:sz w:val="16"/>
        </w:rPr>
        <w:t>________________________________________________________</w:t>
      </w:r>
    </w:p>
    <w:p w14:paraId="470CECC7" w14:textId="77777777" w:rsidR="005A0029" w:rsidRDefault="00F83EB4">
      <w:pPr>
        <w:pStyle w:val="Heading2"/>
      </w:pPr>
      <w:r>
        <w:t>Prayer</w:t>
      </w:r>
    </w:p>
    <w:p w14:paraId="55E47279" w14:textId="77777777" w:rsidR="005A0029" w:rsidRDefault="00F83EB4">
      <w:r>
        <w:t>Father, meet me in this practice of people matter more.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808602D" w14:textId="77777777" w:rsidR="005A0029" w:rsidRDefault="00F83EB4">
      <w:r>
        <w:rPr>
          <w:b/>
          <w:color w:val="B08D3A"/>
        </w:rPr>
        <w:lastRenderedPageBreak/>
        <w:t xml:space="preserve">TODAY'S DECLARATION  </w:t>
      </w:r>
      <w:r>
        <w:t>I will meet people matter more with truth, faith, and practiced peace.</w:t>
      </w:r>
    </w:p>
    <w:p w14:paraId="345E7E7B" w14:textId="77777777" w:rsidR="005A0029" w:rsidRDefault="00F83EB4">
      <w:r>
        <w:br w:type="page"/>
      </w:r>
    </w:p>
    <w:p w14:paraId="2827103F" w14:textId="77777777" w:rsidR="005A0029" w:rsidRDefault="00F83EB4">
      <w:pPr>
        <w:pStyle w:val="Heading2"/>
      </w:pPr>
      <w:r>
        <w:lastRenderedPageBreak/>
        <w:t>DAY 7</w:t>
      </w:r>
    </w:p>
    <w:p w14:paraId="7DA71960" w14:textId="77777777" w:rsidR="005A0029" w:rsidRDefault="00F83EB4">
      <w:pPr>
        <w:pStyle w:val="Heading1"/>
      </w:pPr>
      <w:r>
        <w:t>The Gift of Presence</w:t>
      </w:r>
    </w:p>
    <w:p w14:paraId="0E856593" w14:textId="77777777" w:rsidR="005A0029" w:rsidRDefault="00F83EB4">
      <w:r>
        <w:rPr>
          <w:b/>
          <w:color w:val="B08D3A"/>
        </w:rPr>
        <w:t xml:space="preserve">ANCHOR SCRIPTURE  </w:t>
      </w:r>
      <w:r>
        <w:t>Psalm 118:24</w:t>
      </w:r>
    </w:p>
    <w:p w14:paraId="2E9668E2" w14:textId="77777777" w:rsidR="005A0029" w:rsidRDefault="00F83EB4">
      <w:pPr>
        <w:pStyle w:val="Heading2"/>
      </w:pPr>
      <w:r>
        <w:t>Guided Reflection</w:t>
      </w:r>
    </w:p>
    <w:p w14:paraId="5B426D95" w14:textId="77777777" w:rsidR="005A0029" w:rsidRDefault="00F83EB4">
      <w:r>
        <w:t>Today, consider what “the gift of presence”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truth is</w:t>
      </w:r>
      <w:r>
        <w:t xml:space="preserve"> practiced repeatedly, especially when circumstances remain unresolved.</w:t>
      </w:r>
    </w:p>
    <w:p w14:paraId="1E72D1E9" w14:textId="77777777" w:rsidR="005A0029" w:rsidRDefault="00F83EB4">
      <w:pPr>
        <w:pStyle w:val="Heading2"/>
      </w:pPr>
      <w:r>
        <w:t>Pause &amp; Notice</w:t>
      </w:r>
    </w:p>
    <w:p w14:paraId="35EB96E3" w14:textId="77777777" w:rsidR="005A0029" w:rsidRDefault="00F83EB4">
      <w:r>
        <w:t>What is this theme revealing about my heart, thoughts, relationships, or current circumstances today?</w:t>
      </w:r>
    </w:p>
    <w:p w14:paraId="2A0841A2" w14:textId="77777777" w:rsidR="005A0029" w:rsidRDefault="00F83EB4">
      <w:pPr>
        <w:pStyle w:val="Heading2"/>
      </w:pPr>
      <w:r>
        <w:t>Peace Practice</w:t>
      </w:r>
    </w:p>
    <w:p w14:paraId="19CA9C0D" w14:textId="77777777" w:rsidR="005A0029" w:rsidRDefault="00F83EB4">
      <w:r>
        <w:t>Practice a ten-minute quiet period without your phone. Notice what surfaces, then bring it honestly into prayer.</w:t>
      </w:r>
    </w:p>
    <w:p w14:paraId="0CD15B0B" w14:textId="77777777" w:rsidR="005A0029" w:rsidRDefault="00F83EB4">
      <w:pPr>
        <w:pStyle w:val="Heading2"/>
      </w:pPr>
      <w:r>
        <w:t>My Thoughts &amp; Prayers</w:t>
      </w:r>
    </w:p>
    <w:p w14:paraId="569E70F0" w14:textId="77777777" w:rsidR="005A0029" w:rsidRDefault="00F83EB4">
      <w:pPr>
        <w:spacing w:after="60"/>
      </w:pPr>
      <w:r>
        <w:rPr>
          <w:color w:val="B4B4B4"/>
          <w:sz w:val="16"/>
        </w:rPr>
        <w:t>________________________________________________________</w:t>
      </w:r>
    </w:p>
    <w:p w14:paraId="175F8D05" w14:textId="77777777" w:rsidR="005A0029" w:rsidRDefault="00F83EB4">
      <w:pPr>
        <w:spacing w:after="60"/>
      </w:pPr>
      <w:r>
        <w:rPr>
          <w:color w:val="B4B4B4"/>
          <w:sz w:val="16"/>
        </w:rPr>
        <w:t>________________________________________________________</w:t>
      </w:r>
    </w:p>
    <w:p w14:paraId="47B1A686" w14:textId="77777777" w:rsidR="005A0029" w:rsidRDefault="00F83EB4">
      <w:pPr>
        <w:spacing w:after="60"/>
      </w:pPr>
      <w:r>
        <w:rPr>
          <w:color w:val="B4B4B4"/>
          <w:sz w:val="16"/>
        </w:rPr>
        <w:t>________________________________________________________</w:t>
      </w:r>
    </w:p>
    <w:p w14:paraId="054E34E1" w14:textId="77777777" w:rsidR="005A0029" w:rsidRDefault="00F83EB4">
      <w:pPr>
        <w:spacing w:after="60"/>
      </w:pPr>
      <w:r>
        <w:rPr>
          <w:color w:val="B4B4B4"/>
          <w:sz w:val="16"/>
        </w:rPr>
        <w:t>________________________________________________________</w:t>
      </w:r>
    </w:p>
    <w:p w14:paraId="244F592E" w14:textId="77777777" w:rsidR="005A0029" w:rsidRDefault="00F83EB4">
      <w:pPr>
        <w:spacing w:after="60"/>
      </w:pPr>
      <w:r>
        <w:rPr>
          <w:color w:val="B4B4B4"/>
          <w:sz w:val="16"/>
        </w:rPr>
        <w:t>________________________________________________________</w:t>
      </w:r>
    </w:p>
    <w:p w14:paraId="131D1174" w14:textId="77777777" w:rsidR="005A0029" w:rsidRDefault="00F83EB4">
      <w:pPr>
        <w:pStyle w:val="Heading2"/>
      </w:pPr>
      <w:r>
        <w:t>Prayer</w:t>
      </w:r>
    </w:p>
    <w:p w14:paraId="5D335D84" w14:textId="77777777" w:rsidR="005A0029" w:rsidRDefault="00F83EB4">
      <w:r>
        <w:t>Father, meet me in this practice of the gift of presence.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6976AA5" w14:textId="77777777" w:rsidR="005A0029" w:rsidRDefault="00F83EB4">
      <w:r>
        <w:rPr>
          <w:b/>
          <w:color w:val="B08D3A"/>
        </w:rPr>
        <w:lastRenderedPageBreak/>
        <w:t xml:space="preserve">TODAY'S DECLARATION  </w:t>
      </w:r>
      <w:r>
        <w:t>I will meet the gift of presence with truth, faith, and practiced peace.</w:t>
      </w:r>
    </w:p>
    <w:p w14:paraId="49E2FFAD" w14:textId="77777777" w:rsidR="005A0029" w:rsidRDefault="00F83EB4">
      <w:r>
        <w:br w:type="page"/>
      </w:r>
    </w:p>
    <w:p w14:paraId="2477717B" w14:textId="77777777" w:rsidR="005A0029" w:rsidRDefault="00F83EB4">
      <w:pPr>
        <w:pStyle w:val="Heading2"/>
      </w:pPr>
      <w:r>
        <w:lastRenderedPageBreak/>
        <w:t>DAY 8</w:t>
      </w:r>
    </w:p>
    <w:p w14:paraId="1549492A" w14:textId="77777777" w:rsidR="005A0029" w:rsidRDefault="00F83EB4">
      <w:pPr>
        <w:pStyle w:val="Heading1"/>
      </w:pPr>
      <w:r>
        <w:t>Reordering Priorities</w:t>
      </w:r>
    </w:p>
    <w:p w14:paraId="37887CB1" w14:textId="77777777" w:rsidR="005A0029" w:rsidRDefault="00F83EB4">
      <w:r>
        <w:rPr>
          <w:b/>
          <w:color w:val="B08D3A"/>
        </w:rPr>
        <w:t xml:space="preserve">ANCHOR SCRIPTURE  </w:t>
      </w:r>
      <w:r>
        <w:t>Matthew 6:33</w:t>
      </w:r>
    </w:p>
    <w:p w14:paraId="0A246121" w14:textId="77777777" w:rsidR="005A0029" w:rsidRDefault="00F83EB4">
      <w:pPr>
        <w:pStyle w:val="Heading2"/>
      </w:pPr>
      <w:r>
        <w:t>Guided Reflection</w:t>
      </w:r>
    </w:p>
    <w:p w14:paraId="30AEE5C3" w14:textId="77777777" w:rsidR="005A0029" w:rsidRDefault="00F83EB4">
      <w:r>
        <w:t>Today, consider what “reordering priorities”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truth i</w:t>
      </w:r>
      <w:r>
        <w:t>s practiced repeatedly, especially when circumstances remain unresolved.</w:t>
      </w:r>
    </w:p>
    <w:p w14:paraId="40B13B36" w14:textId="77777777" w:rsidR="005A0029" w:rsidRDefault="00F83EB4">
      <w:pPr>
        <w:pStyle w:val="Heading2"/>
      </w:pPr>
      <w:r>
        <w:t>Pause &amp; Notice</w:t>
      </w:r>
    </w:p>
    <w:p w14:paraId="6A396A7F" w14:textId="77777777" w:rsidR="005A0029" w:rsidRDefault="00F83EB4">
      <w:r>
        <w:t>What is this theme revealing about my heart, thoughts, relationships, or current circumstances today?</w:t>
      </w:r>
    </w:p>
    <w:p w14:paraId="37B768D9" w14:textId="77777777" w:rsidR="005A0029" w:rsidRDefault="00F83EB4">
      <w:pPr>
        <w:pStyle w:val="Heading2"/>
      </w:pPr>
      <w:r>
        <w:t>Peace Practice</w:t>
      </w:r>
    </w:p>
    <w:p w14:paraId="123E1717" w14:textId="77777777" w:rsidR="005A0029" w:rsidRDefault="00F83EB4">
      <w:r>
        <w:t>Sit quietly for three minutes. Name what you feel without judging it. Then write one truth you want to carry into the day.</w:t>
      </w:r>
    </w:p>
    <w:p w14:paraId="7308810E" w14:textId="77777777" w:rsidR="005A0029" w:rsidRDefault="00F83EB4">
      <w:pPr>
        <w:pStyle w:val="Heading2"/>
      </w:pPr>
      <w:r>
        <w:t>My Thoughts &amp; Prayers</w:t>
      </w:r>
    </w:p>
    <w:p w14:paraId="284BDCAA" w14:textId="77777777" w:rsidR="005A0029" w:rsidRDefault="00F83EB4">
      <w:pPr>
        <w:spacing w:after="60"/>
      </w:pPr>
      <w:r>
        <w:rPr>
          <w:color w:val="B4B4B4"/>
          <w:sz w:val="16"/>
        </w:rPr>
        <w:t>________________________________________________________</w:t>
      </w:r>
    </w:p>
    <w:p w14:paraId="015D32DD" w14:textId="77777777" w:rsidR="005A0029" w:rsidRDefault="00F83EB4">
      <w:pPr>
        <w:spacing w:after="60"/>
      </w:pPr>
      <w:r>
        <w:rPr>
          <w:color w:val="B4B4B4"/>
          <w:sz w:val="16"/>
        </w:rPr>
        <w:t>________________________________________________________</w:t>
      </w:r>
    </w:p>
    <w:p w14:paraId="6F74F83D" w14:textId="77777777" w:rsidR="005A0029" w:rsidRDefault="00F83EB4">
      <w:pPr>
        <w:spacing w:after="60"/>
      </w:pPr>
      <w:r>
        <w:rPr>
          <w:color w:val="B4B4B4"/>
          <w:sz w:val="16"/>
        </w:rPr>
        <w:t>________________________________________________________</w:t>
      </w:r>
    </w:p>
    <w:p w14:paraId="75641F97" w14:textId="77777777" w:rsidR="005A0029" w:rsidRDefault="00F83EB4">
      <w:pPr>
        <w:spacing w:after="60"/>
      </w:pPr>
      <w:r>
        <w:rPr>
          <w:color w:val="B4B4B4"/>
          <w:sz w:val="16"/>
        </w:rPr>
        <w:t>________________________________________________________</w:t>
      </w:r>
    </w:p>
    <w:p w14:paraId="1D1CCABC" w14:textId="77777777" w:rsidR="005A0029" w:rsidRDefault="00F83EB4">
      <w:pPr>
        <w:spacing w:after="60"/>
      </w:pPr>
      <w:r>
        <w:rPr>
          <w:color w:val="B4B4B4"/>
          <w:sz w:val="16"/>
        </w:rPr>
        <w:t>________________________________________________________</w:t>
      </w:r>
    </w:p>
    <w:p w14:paraId="749A50E8" w14:textId="77777777" w:rsidR="005A0029" w:rsidRDefault="00F83EB4">
      <w:pPr>
        <w:pStyle w:val="Heading2"/>
      </w:pPr>
      <w:r>
        <w:t>Prayer</w:t>
      </w:r>
    </w:p>
    <w:p w14:paraId="5F1EC07A" w14:textId="77777777" w:rsidR="005A0029" w:rsidRDefault="00F83EB4">
      <w:r>
        <w:t>Father, meet me in this practice of reordering priorities.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9CAED40" w14:textId="77777777" w:rsidR="005A0029" w:rsidRDefault="00F83EB4">
      <w:r>
        <w:rPr>
          <w:b/>
          <w:color w:val="B08D3A"/>
        </w:rPr>
        <w:lastRenderedPageBreak/>
        <w:t xml:space="preserve">TODAY'S DECLARATION  </w:t>
      </w:r>
      <w:r>
        <w:t>I will meet reordering priorities with truth, faith, and practiced peace.</w:t>
      </w:r>
    </w:p>
    <w:p w14:paraId="38FC7D6D" w14:textId="77777777" w:rsidR="005A0029" w:rsidRDefault="00F83EB4">
      <w:r>
        <w:br w:type="page"/>
      </w:r>
    </w:p>
    <w:p w14:paraId="49649BE2" w14:textId="77777777" w:rsidR="005A0029" w:rsidRDefault="00F83EB4">
      <w:pPr>
        <w:pStyle w:val="Heading2"/>
      </w:pPr>
      <w:r>
        <w:lastRenderedPageBreak/>
        <w:t>DAY 9</w:t>
      </w:r>
    </w:p>
    <w:p w14:paraId="33BD0C69" w14:textId="77777777" w:rsidR="005A0029" w:rsidRDefault="00F83EB4">
      <w:pPr>
        <w:pStyle w:val="Heading1"/>
      </w:pPr>
      <w:r>
        <w:t>Seeing With Compassion</w:t>
      </w:r>
    </w:p>
    <w:p w14:paraId="7691F3C7" w14:textId="77777777" w:rsidR="005A0029" w:rsidRDefault="00F83EB4">
      <w:r>
        <w:rPr>
          <w:b/>
          <w:color w:val="B08D3A"/>
        </w:rPr>
        <w:t xml:space="preserve">ANCHOR SCRIPTURE  </w:t>
      </w:r>
      <w:r>
        <w:t>Colossians 3:12</w:t>
      </w:r>
    </w:p>
    <w:p w14:paraId="58421F1D" w14:textId="77777777" w:rsidR="005A0029" w:rsidRDefault="00F83EB4">
      <w:pPr>
        <w:pStyle w:val="Heading2"/>
      </w:pPr>
      <w:r>
        <w:t>Guided Reflection</w:t>
      </w:r>
    </w:p>
    <w:p w14:paraId="7BB08541" w14:textId="77777777" w:rsidR="005A0029" w:rsidRDefault="00F83EB4">
      <w:r>
        <w:t xml:space="preserve">Today, consider what “seeing with compassion”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truth </w:t>
      </w:r>
      <w:r>
        <w:t>is practiced repeatedly, especially when circumstances remain unresolved.</w:t>
      </w:r>
    </w:p>
    <w:p w14:paraId="3DF51A21" w14:textId="77777777" w:rsidR="005A0029" w:rsidRDefault="00F83EB4">
      <w:pPr>
        <w:pStyle w:val="Heading2"/>
      </w:pPr>
      <w:r>
        <w:t>Pause &amp; Notice</w:t>
      </w:r>
    </w:p>
    <w:p w14:paraId="7EF84637" w14:textId="77777777" w:rsidR="005A0029" w:rsidRDefault="00F83EB4">
      <w:r>
        <w:t>What is this theme revealing about my heart, thoughts, relationships, or current circumstances today?</w:t>
      </w:r>
    </w:p>
    <w:p w14:paraId="15AAB135" w14:textId="77777777" w:rsidR="005A0029" w:rsidRDefault="00F83EB4">
      <w:pPr>
        <w:pStyle w:val="Heading2"/>
      </w:pPr>
      <w:r>
        <w:t>Peace Practice</w:t>
      </w:r>
    </w:p>
    <w:p w14:paraId="505CF03B" w14:textId="77777777" w:rsidR="005A0029" w:rsidRDefault="00F83EB4">
      <w:r>
        <w:t>Draw two columns: 'What I can control' and 'What I must release.' Place each concern in the appropriate column and pray over both.</w:t>
      </w:r>
    </w:p>
    <w:p w14:paraId="1878E732" w14:textId="77777777" w:rsidR="005A0029" w:rsidRDefault="00F83EB4">
      <w:pPr>
        <w:pStyle w:val="Heading2"/>
      </w:pPr>
      <w:r>
        <w:t>My Thoughts &amp; Prayers</w:t>
      </w:r>
    </w:p>
    <w:p w14:paraId="714A21E2" w14:textId="77777777" w:rsidR="005A0029" w:rsidRDefault="00F83EB4">
      <w:pPr>
        <w:spacing w:after="60"/>
      </w:pPr>
      <w:r>
        <w:rPr>
          <w:color w:val="B4B4B4"/>
          <w:sz w:val="16"/>
        </w:rPr>
        <w:t>________________________________________________________</w:t>
      </w:r>
    </w:p>
    <w:p w14:paraId="4402C832" w14:textId="77777777" w:rsidR="005A0029" w:rsidRDefault="00F83EB4">
      <w:pPr>
        <w:spacing w:after="60"/>
      </w:pPr>
      <w:r>
        <w:rPr>
          <w:color w:val="B4B4B4"/>
          <w:sz w:val="16"/>
        </w:rPr>
        <w:t>________________________________________________________</w:t>
      </w:r>
    </w:p>
    <w:p w14:paraId="39C711FD" w14:textId="77777777" w:rsidR="005A0029" w:rsidRDefault="00F83EB4">
      <w:pPr>
        <w:spacing w:after="60"/>
      </w:pPr>
      <w:r>
        <w:rPr>
          <w:color w:val="B4B4B4"/>
          <w:sz w:val="16"/>
        </w:rPr>
        <w:t>________________________________________________________</w:t>
      </w:r>
    </w:p>
    <w:p w14:paraId="2509D900" w14:textId="77777777" w:rsidR="005A0029" w:rsidRDefault="00F83EB4">
      <w:pPr>
        <w:spacing w:after="60"/>
      </w:pPr>
      <w:r>
        <w:rPr>
          <w:color w:val="B4B4B4"/>
          <w:sz w:val="16"/>
        </w:rPr>
        <w:t>________________________________________________________</w:t>
      </w:r>
    </w:p>
    <w:p w14:paraId="05D6906C" w14:textId="77777777" w:rsidR="005A0029" w:rsidRDefault="00F83EB4">
      <w:pPr>
        <w:spacing w:after="60"/>
      </w:pPr>
      <w:r>
        <w:rPr>
          <w:color w:val="B4B4B4"/>
          <w:sz w:val="16"/>
        </w:rPr>
        <w:t>________________________________________________________</w:t>
      </w:r>
    </w:p>
    <w:p w14:paraId="136F3449" w14:textId="77777777" w:rsidR="005A0029" w:rsidRDefault="00F83EB4">
      <w:pPr>
        <w:pStyle w:val="Heading2"/>
      </w:pPr>
      <w:r>
        <w:t>Prayer</w:t>
      </w:r>
    </w:p>
    <w:p w14:paraId="2C359F13" w14:textId="77777777" w:rsidR="005A0029" w:rsidRDefault="00F83EB4">
      <w:r>
        <w:t>Father, meet me in this practice of seeing with compassion.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0246B7A" w14:textId="77777777" w:rsidR="005A0029" w:rsidRDefault="00F83EB4">
      <w:r>
        <w:rPr>
          <w:b/>
          <w:color w:val="B08D3A"/>
        </w:rPr>
        <w:lastRenderedPageBreak/>
        <w:t xml:space="preserve">TODAY'S DECLARATION  </w:t>
      </w:r>
      <w:r>
        <w:t>I will meet seeing with compassion with truth, faith, and practiced peace.</w:t>
      </w:r>
    </w:p>
    <w:p w14:paraId="303BFD6A" w14:textId="77777777" w:rsidR="005A0029" w:rsidRDefault="00F83EB4">
      <w:r>
        <w:br w:type="page"/>
      </w:r>
    </w:p>
    <w:p w14:paraId="08759A09" w14:textId="77777777" w:rsidR="005A0029" w:rsidRDefault="00F83EB4">
      <w:pPr>
        <w:pStyle w:val="Heading2"/>
      </w:pPr>
      <w:r>
        <w:lastRenderedPageBreak/>
        <w:t>DAY 10</w:t>
      </w:r>
    </w:p>
    <w:p w14:paraId="22A30C89" w14:textId="77777777" w:rsidR="005A0029" w:rsidRDefault="00F83EB4">
      <w:pPr>
        <w:pStyle w:val="Heading1"/>
      </w:pPr>
      <w:r>
        <w:t>The Value of Today</w:t>
      </w:r>
    </w:p>
    <w:p w14:paraId="64249F43" w14:textId="77777777" w:rsidR="005A0029" w:rsidRDefault="00F83EB4">
      <w:r>
        <w:rPr>
          <w:b/>
          <w:color w:val="B08D3A"/>
        </w:rPr>
        <w:t xml:space="preserve">ANCHOR SCRIPTURE  </w:t>
      </w:r>
      <w:r>
        <w:t>James 4:14</w:t>
      </w:r>
    </w:p>
    <w:p w14:paraId="6BFEAFB8" w14:textId="77777777" w:rsidR="005A0029" w:rsidRDefault="00F83EB4">
      <w:pPr>
        <w:pStyle w:val="Heading2"/>
      </w:pPr>
      <w:r>
        <w:t>Guided Reflection</w:t>
      </w:r>
    </w:p>
    <w:p w14:paraId="24A812A4" w14:textId="77777777" w:rsidR="005A0029" w:rsidRDefault="00F83EB4">
      <w:r>
        <w:t>Today, consider what “the value of today”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truth is p</w:t>
      </w:r>
      <w:r>
        <w:t>racticed repeatedly, especially when circumstances remain unresolved.</w:t>
      </w:r>
    </w:p>
    <w:p w14:paraId="5EDFED86" w14:textId="77777777" w:rsidR="005A0029" w:rsidRDefault="00F83EB4">
      <w:pPr>
        <w:pStyle w:val="Heading2"/>
      </w:pPr>
      <w:r>
        <w:t>Pause &amp; Notice</w:t>
      </w:r>
    </w:p>
    <w:p w14:paraId="4FA8269D" w14:textId="77777777" w:rsidR="005A0029" w:rsidRDefault="00F83EB4">
      <w:r>
        <w:t>What is this theme revealing about my heart, thoughts, relationships, or current circumstances today?</w:t>
      </w:r>
    </w:p>
    <w:p w14:paraId="00DE3552" w14:textId="77777777" w:rsidR="005A0029" w:rsidRDefault="00F83EB4">
      <w:pPr>
        <w:pStyle w:val="Heading2"/>
      </w:pPr>
      <w:r>
        <w:t>Peace Practice</w:t>
      </w:r>
    </w:p>
    <w:p w14:paraId="67B04DEC" w14:textId="77777777" w:rsidR="005A0029" w:rsidRDefault="00F83EB4">
      <w:r>
        <w:t>Take five slow breaths. With each inhale, receive God's presence; with each exhale, release one pressure you have been carrying.</w:t>
      </w:r>
    </w:p>
    <w:p w14:paraId="71AA4D58" w14:textId="77777777" w:rsidR="005A0029" w:rsidRDefault="00F83EB4">
      <w:pPr>
        <w:pStyle w:val="Heading2"/>
      </w:pPr>
      <w:r>
        <w:t>My Thoughts &amp; Prayers</w:t>
      </w:r>
    </w:p>
    <w:p w14:paraId="2D6622E1" w14:textId="77777777" w:rsidR="005A0029" w:rsidRDefault="00F83EB4">
      <w:pPr>
        <w:spacing w:after="60"/>
      </w:pPr>
      <w:r>
        <w:rPr>
          <w:color w:val="B4B4B4"/>
          <w:sz w:val="16"/>
        </w:rPr>
        <w:t>________________________________________________________</w:t>
      </w:r>
    </w:p>
    <w:p w14:paraId="4254D998" w14:textId="77777777" w:rsidR="005A0029" w:rsidRDefault="00F83EB4">
      <w:pPr>
        <w:spacing w:after="60"/>
      </w:pPr>
      <w:r>
        <w:rPr>
          <w:color w:val="B4B4B4"/>
          <w:sz w:val="16"/>
        </w:rPr>
        <w:t>________________________________________________________</w:t>
      </w:r>
    </w:p>
    <w:p w14:paraId="4C2C7D7A" w14:textId="77777777" w:rsidR="005A0029" w:rsidRDefault="00F83EB4">
      <w:pPr>
        <w:spacing w:after="60"/>
      </w:pPr>
      <w:r>
        <w:rPr>
          <w:color w:val="B4B4B4"/>
          <w:sz w:val="16"/>
        </w:rPr>
        <w:t>________________________________________________________</w:t>
      </w:r>
    </w:p>
    <w:p w14:paraId="61D68251" w14:textId="77777777" w:rsidR="005A0029" w:rsidRDefault="00F83EB4">
      <w:pPr>
        <w:spacing w:after="60"/>
      </w:pPr>
      <w:r>
        <w:rPr>
          <w:color w:val="B4B4B4"/>
          <w:sz w:val="16"/>
        </w:rPr>
        <w:t>________________________________________________________</w:t>
      </w:r>
    </w:p>
    <w:p w14:paraId="7D5244D3" w14:textId="77777777" w:rsidR="005A0029" w:rsidRDefault="00F83EB4">
      <w:pPr>
        <w:spacing w:after="60"/>
      </w:pPr>
      <w:r>
        <w:rPr>
          <w:color w:val="B4B4B4"/>
          <w:sz w:val="16"/>
        </w:rPr>
        <w:t>________________________________________________________</w:t>
      </w:r>
    </w:p>
    <w:p w14:paraId="582745F7" w14:textId="77777777" w:rsidR="005A0029" w:rsidRDefault="00F83EB4">
      <w:pPr>
        <w:pStyle w:val="Heading2"/>
      </w:pPr>
      <w:r>
        <w:t>Prayer</w:t>
      </w:r>
    </w:p>
    <w:p w14:paraId="75B4038C" w14:textId="77777777" w:rsidR="005A0029" w:rsidRDefault="00F83EB4">
      <w:r>
        <w:t>Father, meet me in this practice of the value of today.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5F90481" w14:textId="77777777" w:rsidR="005A0029" w:rsidRDefault="00F83EB4">
      <w:r>
        <w:rPr>
          <w:b/>
          <w:color w:val="B08D3A"/>
        </w:rPr>
        <w:lastRenderedPageBreak/>
        <w:t xml:space="preserve">TODAY'S DECLARATION  </w:t>
      </w:r>
      <w:r>
        <w:t>I will meet the value of today with truth, faith, and practiced peace.</w:t>
      </w:r>
    </w:p>
    <w:p w14:paraId="0D2E790C" w14:textId="77777777" w:rsidR="005A0029" w:rsidRDefault="00F83EB4">
      <w:r>
        <w:br w:type="page"/>
      </w:r>
    </w:p>
    <w:p w14:paraId="4AE66CF8" w14:textId="77777777" w:rsidR="005A0029" w:rsidRDefault="00F83EB4">
      <w:pPr>
        <w:pStyle w:val="Heading2"/>
      </w:pPr>
      <w:r>
        <w:lastRenderedPageBreak/>
        <w:t>DAY 11</w:t>
      </w:r>
    </w:p>
    <w:p w14:paraId="04EF34FF" w14:textId="77777777" w:rsidR="005A0029" w:rsidRDefault="00F83EB4">
      <w:pPr>
        <w:pStyle w:val="Heading1"/>
      </w:pPr>
      <w:r>
        <w:t>Less Comparison, More Contentment</w:t>
      </w:r>
    </w:p>
    <w:p w14:paraId="67D0D860" w14:textId="77777777" w:rsidR="005A0029" w:rsidRDefault="00F83EB4">
      <w:r>
        <w:rPr>
          <w:b/>
          <w:color w:val="B08D3A"/>
        </w:rPr>
        <w:t xml:space="preserve">ANCHOR SCRIPTURE  </w:t>
      </w:r>
      <w:r>
        <w:t>Philippians 4:11</w:t>
      </w:r>
    </w:p>
    <w:p w14:paraId="5209CE7D" w14:textId="77777777" w:rsidR="005A0029" w:rsidRDefault="00F83EB4">
      <w:pPr>
        <w:pStyle w:val="Heading2"/>
      </w:pPr>
      <w:r>
        <w:t>Guided Reflection</w:t>
      </w:r>
    </w:p>
    <w:p w14:paraId="5D4375AA" w14:textId="77777777" w:rsidR="005A0029" w:rsidRDefault="00F83EB4">
      <w:r>
        <w:t xml:space="preserve">Today, consider what “less comparison, more contentment”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0005D5F3" w14:textId="77777777" w:rsidR="005A0029" w:rsidRDefault="00F83EB4">
      <w:pPr>
        <w:pStyle w:val="Heading2"/>
      </w:pPr>
      <w:r>
        <w:t>Pause &amp; Notice</w:t>
      </w:r>
    </w:p>
    <w:p w14:paraId="7AED80EC" w14:textId="77777777" w:rsidR="005A0029" w:rsidRDefault="00F83EB4">
      <w:r>
        <w:t>What is this theme revealing about my heart, thoughts, relationships, or current circumstances today?</w:t>
      </w:r>
    </w:p>
    <w:p w14:paraId="0477E00A" w14:textId="77777777" w:rsidR="005A0029" w:rsidRDefault="00F83EB4">
      <w:pPr>
        <w:pStyle w:val="Heading2"/>
      </w:pPr>
      <w:r>
        <w:t>Peace Practice</w:t>
      </w:r>
    </w:p>
    <w:p w14:paraId="05DA9C1B" w14:textId="77777777" w:rsidR="005A0029" w:rsidRDefault="00F83EB4">
      <w:r>
        <w:t>Write one recurring fearful thought. Under it, write a Scripture-shaped response that is more truthful and life-giving.</w:t>
      </w:r>
    </w:p>
    <w:p w14:paraId="2EA35B53" w14:textId="77777777" w:rsidR="005A0029" w:rsidRDefault="00F83EB4">
      <w:pPr>
        <w:pStyle w:val="Heading2"/>
      </w:pPr>
      <w:r>
        <w:t>My Thoughts &amp; Prayers</w:t>
      </w:r>
    </w:p>
    <w:p w14:paraId="4BF35CBD" w14:textId="77777777" w:rsidR="005A0029" w:rsidRDefault="00F83EB4">
      <w:pPr>
        <w:spacing w:after="60"/>
      </w:pPr>
      <w:r>
        <w:rPr>
          <w:color w:val="B4B4B4"/>
          <w:sz w:val="16"/>
        </w:rPr>
        <w:t>________________________________________________________</w:t>
      </w:r>
    </w:p>
    <w:p w14:paraId="5239937A" w14:textId="77777777" w:rsidR="005A0029" w:rsidRDefault="00F83EB4">
      <w:pPr>
        <w:spacing w:after="60"/>
      </w:pPr>
      <w:r>
        <w:rPr>
          <w:color w:val="B4B4B4"/>
          <w:sz w:val="16"/>
        </w:rPr>
        <w:t>________________________________________________________</w:t>
      </w:r>
    </w:p>
    <w:p w14:paraId="05DBA0D7" w14:textId="77777777" w:rsidR="005A0029" w:rsidRDefault="00F83EB4">
      <w:pPr>
        <w:spacing w:after="60"/>
      </w:pPr>
      <w:r>
        <w:rPr>
          <w:color w:val="B4B4B4"/>
          <w:sz w:val="16"/>
        </w:rPr>
        <w:t>________________________________________________________</w:t>
      </w:r>
    </w:p>
    <w:p w14:paraId="55B612B3" w14:textId="77777777" w:rsidR="005A0029" w:rsidRDefault="00F83EB4">
      <w:pPr>
        <w:spacing w:after="60"/>
      </w:pPr>
      <w:r>
        <w:rPr>
          <w:color w:val="B4B4B4"/>
          <w:sz w:val="16"/>
        </w:rPr>
        <w:t>________________________________________________________</w:t>
      </w:r>
    </w:p>
    <w:p w14:paraId="44F83884" w14:textId="77777777" w:rsidR="005A0029" w:rsidRDefault="00F83EB4">
      <w:pPr>
        <w:spacing w:after="60"/>
      </w:pPr>
      <w:r>
        <w:rPr>
          <w:color w:val="B4B4B4"/>
          <w:sz w:val="16"/>
        </w:rPr>
        <w:t>________________________________________________________</w:t>
      </w:r>
    </w:p>
    <w:p w14:paraId="019CF17B" w14:textId="77777777" w:rsidR="005A0029" w:rsidRDefault="00F83EB4">
      <w:pPr>
        <w:pStyle w:val="Heading2"/>
      </w:pPr>
      <w:r>
        <w:t>Prayer</w:t>
      </w:r>
    </w:p>
    <w:p w14:paraId="7CE8A0C5" w14:textId="77777777" w:rsidR="005A0029" w:rsidRDefault="00F83EB4">
      <w:r>
        <w:t>Father, meet me in this practice of less comparison, more contentment.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36CA267" w14:textId="77777777" w:rsidR="005A0029" w:rsidRDefault="00F83EB4">
      <w:r>
        <w:rPr>
          <w:b/>
          <w:color w:val="B08D3A"/>
        </w:rPr>
        <w:lastRenderedPageBreak/>
        <w:t xml:space="preserve">TODAY'S DECLARATION  </w:t>
      </w:r>
      <w:r>
        <w:t>I will meet less comparison, more contentment with truth, faith, and practiced peace.</w:t>
      </w:r>
    </w:p>
    <w:p w14:paraId="799EF998" w14:textId="77777777" w:rsidR="005A0029" w:rsidRDefault="00F83EB4">
      <w:r>
        <w:br w:type="page"/>
      </w:r>
    </w:p>
    <w:p w14:paraId="62DA348D" w14:textId="77777777" w:rsidR="005A0029" w:rsidRDefault="00F83EB4">
      <w:pPr>
        <w:pStyle w:val="Heading2"/>
      </w:pPr>
      <w:r>
        <w:lastRenderedPageBreak/>
        <w:t>DAY 12</w:t>
      </w:r>
    </w:p>
    <w:p w14:paraId="681EFAA2" w14:textId="77777777" w:rsidR="005A0029" w:rsidRDefault="00F83EB4">
      <w:pPr>
        <w:pStyle w:val="Heading1"/>
      </w:pPr>
      <w:r>
        <w:t>The Beauty of Ordinary Moments</w:t>
      </w:r>
    </w:p>
    <w:p w14:paraId="07820AE5" w14:textId="77777777" w:rsidR="005A0029" w:rsidRDefault="00F83EB4">
      <w:r>
        <w:rPr>
          <w:b/>
          <w:color w:val="B08D3A"/>
        </w:rPr>
        <w:t xml:space="preserve">ANCHOR SCRIPTURE  </w:t>
      </w:r>
      <w:r>
        <w:t>Ecclesiastes 3:13</w:t>
      </w:r>
    </w:p>
    <w:p w14:paraId="22E8B834" w14:textId="77777777" w:rsidR="005A0029" w:rsidRDefault="00F83EB4">
      <w:pPr>
        <w:pStyle w:val="Heading2"/>
      </w:pPr>
      <w:r>
        <w:t>Guided Reflection</w:t>
      </w:r>
    </w:p>
    <w:p w14:paraId="54EF6188" w14:textId="77777777" w:rsidR="005A0029" w:rsidRDefault="00F83EB4">
      <w:r>
        <w:t>Today, consider what “the beauty of ordinary moments”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w:t>
      </w:r>
      <w:r>
        <w:t>n truth is practiced repeatedly, especially when circumstances remain unresolved.</w:t>
      </w:r>
    </w:p>
    <w:p w14:paraId="7E7D728C" w14:textId="77777777" w:rsidR="005A0029" w:rsidRDefault="00F83EB4">
      <w:pPr>
        <w:pStyle w:val="Heading2"/>
      </w:pPr>
      <w:r>
        <w:t>Pause &amp; Notice</w:t>
      </w:r>
    </w:p>
    <w:p w14:paraId="2DA06464" w14:textId="77777777" w:rsidR="005A0029" w:rsidRDefault="00F83EB4">
      <w:r>
        <w:t>What is this theme revealing about my heart, thoughts, relationships, or current circumstances today?</w:t>
      </w:r>
    </w:p>
    <w:p w14:paraId="7D3809CB" w14:textId="77777777" w:rsidR="005A0029" w:rsidRDefault="00F83EB4">
      <w:pPr>
        <w:pStyle w:val="Heading2"/>
      </w:pPr>
      <w:r>
        <w:t>Peace Practice</w:t>
      </w:r>
    </w:p>
    <w:p w14:paraId="69DCBD29" w14:textId="77777777" w:rsidR="005A0029" w:rsidRDefault="00F83EB4">
      <w:r>
        <w:t>Identify one small action that would create greater peace today. Make it specific enough to complete before the day ends.</w:t>
      </w:r>
    </w:p>
    <w:p w14:paraId="5451B705" w14:textId="77777777" w:rsidR="005A0029" w:rsidRDefault="00F83EB4">
      <w:pPr>
        <w:pStyle w:val="Heading2"/>
      </w:pPr>
      <w:r>
        <w:t>My Thoughts &amp; Prayers</w:t>
      </w:r>
    </w:p>
    <w:p w14:paraId="5DE70E96" w14:textId="77777777" w:rsidR="005A0029" w:rsidRDefault="00F83EB4">
      <w:pPr>
        <w:spacing w:after="60"/>
      </w:pPr>
      <w:r>
        <w:rPr>
          <w:color w:val="B4B4B4"/>
          <w:sz w:val="16"/>
        </w:rPr>
        <w:t>________________________________________________________</w:t>
      </w:r>
    </w:p>
    <w:p w14:paraId="04276D2F" w14:textId="77777777" w:rsidR="005A0029" w:rsidRDefault="00F83EB4">
      <w:pPr>
        <w:spacing w:after="60"/>
      </w:pPr>
      <w:r>
        <w:rPr>
          <w:color w:val="B4B4B4"/>
          <w:sz w:val="16"/>
        </w:rPr>
        <w:t>________________________________________________________</w:t>
      </w:r>
    </w:p>
    <w:p w14:paraId="77944BA2" w14:textId="77777777" w:rsidR="005A0029" w:rsidRDefault="00F83EB4">
      <w:pPr>
        <w:spacing w:after="60"/>
      </w:pPr>
      <w:r>
        <w:rPr>
          <w:color w:val="B4B4B4"/>
          <w:sz w:val="16"/>
        </w:rPr>
        <w:t>________________________________________________________</w:t>
      </w:r>
    </w:p>
    <w:p w14:paraId="0F268276" w14:textId="77777777" w:rsidR="005A0029" w:rsidRDefault="00F83EB4">
      <w:pPr>
        <w:spacing w:after="60"/>
      </w:pPr>
      <w:r>
        <w:rPr>
          <w:color w:val="B4B4B4"/>
          <w:sz w:val="16"/>
        </w:rPr>
        <w:t>________________________________________________________</w:t>
      </w:r>
    </w:p>
    <w:p w14:paraId="53679F0A" w14:textId="77777777" w:rsidR="005A0029" w:rsidRDefault="00F83EB4">
      <w:pPr>
        <w:spacing w:after="60"/>
      </w:pPr>
      <w:r>
        <w:rPr>
          <w:color w:val="B4B4B4"/>
          <w:sz w:val="16"/>
        </w:rPr>
        <w:t>________________________________________________________</w:t>
      </w:r>
    </w:p>
    <w:p w14:paraId="494D28FC" w14:textId="77777777" w:rsidR="005A0029" w:rsidRDefault="00F83EB4">
      <w:pPr>
        <w:pStyle w:val="Heading2"/>
      </w:pPr>
      <w:r>
        <w:t>Prayer</w:t>
      </w:r>
    </w:p>
    <w:p w14:paraId="302A2A08" w14:textId="77777777" w:rsidR="005A0029" w:rsidRDefault="00F83EB4">
      <w:r>
        <w:t>Father, meet me in this practice of the beauty of ordinary moments.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C9B509E" w14:textId="77777777" w:rsidR="005A0029" w:rsidRDefault="00F83EB4">
      <w:r>
        <w:rPr>
          <w:b/>
          <w:color w:val="B08D3A"/>
        </w:rPr>
        <w:lastRenderedPageBreak/>
        <w:t xml:space="preserve">TODAY'S DECLARATION  </w:t>
      </w:r>
      <w:r>
        <w:t>I will meet the beauty of ordinary moments with truth, faith, and practiced peace.</w:t>
      </w:r>
    </w:p>
    <w:p w14:paraId="4D70A3D3" w14:textId="77777777" w:rsidR="005A0029" w:rsidRDefault="00F83EB4">
      <w:r>
        <w:br w:type="page"/>
      </w:r>
    </w:p>
    <w:p w14:paraId="7549BB1A" w14:textId="77777777" w:rsidR="005A0029" w:rsidRDefault="00F83EB4">
      <w:pPr>
        <w:pStyle w:val="Heading2"/>
      </w:pPr>
      <w:r>
        <w:lastRenderedPageBreak/>
        <w:t>DAY 13</w:t>
      </w:r>
    </w:p>
    <w:p w14:paraId="289BD267" w14:textId="77777777" w:rsidR="005A0029" w:rsidRDefault="00F83EB4">
      <w:pPr>
        <w:pStyle w:val="Heading1"/>
      </w:pPr>
      <w:r>
        <w:t>What Really Matters?</w:t>
      </w:r>
    </w:p>
    <w:p w14:paraId="7CE379EE" w14:textId="77777777" w:rsidR="005A0029" w:rsidRDefault="00F83EB4">
      <w:r>
        <w:rPr>
          <w:b/>
          <w:color w:val="B08D3A"/>
        </w:rPr>
        <w:t xml:space="preserve">ANCHOR SCRIPTURE  </w:t>
      </w:r>
      <w:r>
        <w:t>Micah 6:8</w:t>
      </w:r>
    </w:p>
    <w:p w14:paraId="3DC9885C" w14:textId="77777777" w:rsidR="005A0029" w:rsidRDefault="00F83EB4">
      <w:pPr>
        <w:pStyle w:val="Heading2"/>
      </w:pPr>
      <w:r>
        <w:t>Guided Reflection</w:t>
      </w:r>
    </w:p>
    <w:p w14:paraId="778116A6" w14:textId="77777777" w:rsidR="005A0029" w:rsidRDefault="00F83EB4">
      <w:r>
        <w:t>Today, consider what “what really matters?”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truth is</w:t>
      </w:r>
      <w:r>
        <w:t xml:space="preserve"> practiced repeatedly, especially when circumstances remain unresolved.</w:t>
      </w:r>
    </w:p>
    <w:p w14:paraId="2E4EC75B" w14:textId="77777777" w:rsidR="005A0029" w:rsidRDefault="00F83EB4">
      <w:pPr>
        <w:pStyle w:val="Heading2"/>
      </w:pPr>
      <w:r>
        <w:t>Pause &amp; Notice</w:t>
      </w:r>
    </w:p>
    <w:p w14:paraId="1F42BB03" w14:textId="77777777" w:rsidR="005A0029" w:rsidRDefault="00F83EB4">
      <w:r>
        <w:t>What is this theme revealing about my heart, thoughts, relationships, or current circumstances today?</w:t>
      </w:r>
    </w:p>
    <w:p w14:paraId="5E0D2A78" w14:textId="77777777" w:rsidR="005A0029" w:rsidRDefault="00F83EB4">
      <w:pPr>
        <w:pStyle w:val="Heading2"/>
      </w:pPr>
      <w:r>
        <w:t>Peace Practice</w:t>
      </w:r>
    </w:p>
    <w:p w14:paraId="3A232944" w14:textId="77777777" w:rsidR="005A0029" w:rsidRDefault="00F83EB4">
      <w:r>
        <w:t>Reach out to one trusted, mature person. Share one thing you have been carrying silently and allow yourself to receive support.</w:t>
      </w:r>
    </w:p>
    <w:p w14:paraId="71F2F037" w14:textId="77777777" w:rsidR="005A0029" w:rsidRDefault="00F83EB4">
      <w:pPr>
        <w:pStyle w:val="Heading2"/>
      </w:pPr>
      <w:r>
        <w:t>My Thoughts &amp; Prayers</w:t>
      </w:r>
    </w:p>
    <w:p w14:paraId="0FF65802" w14:textId="77777777" w:rsidR="005A0029" w:rsidRDefault="00F83EB4">
      <w:pPr>
        <w:spacing w:after="60"/>
      </w:pPr>
      <w:r>
        <w:rPr>
          <w:color w:val="B4B4B4"/>
          <w:sz w:val="16"/>
        </w:rPr>
        <w:t>________________________________________________________</w:t>
      </w:r>
    </w:p>
    <w:p w14:paraId="789AF919" w14:textId="77777777" w:rsidR="005A0029" w:rsidRDefault="00F83EB4">
      <w:pPr>
        <w:spacing w:after="60"/>
      </w:pPr>
      <w:r>
        <w:rPr>
          <w:color w:val="B4B4B4"/>
          <w:sz w:val="16"/>
        </w:rPr>
        <w:t>________________________________________________________</w:t>
      </w:r>
    </w:p>
    <w:p w14:paraId="6C533302" w14:textId="77777777" w:rsidR="005A0029" w:rsidRDefault="00F83EB4">
      <w:pPr>
        <w:spacing w:after="60"/>
      </w:pPr>
      <w:r>
        <w:rPr>
          <w:color w:val="B4B4B4"/>
          <w:sz w:val="16"/>
        </w:rPr>
        <w:t>________________________________________________________</w:t>
      </w:r>
    </w:p>
    <w:p w14:paraId="4ED8C88A" w14:textId="77777777" w:rsidR="005A0029" w:rsidRDefault="00F83EB4">
      <w:pPr>
        <w:spacing w:after="60"/>
      </w:pPr>
      <w:r>
        <w:rPr>
          <w:color w:val="B4B4B4"/>
          <w:sz w:val="16"/>
        </w:rPr>
        <w:t>________________________________________________________</w:t>
      </w:r>
    </w:p>
    <w:p w14:paraId="6D9236DD" w14:textId="77777777" w:rsidR="005A0029" w:rsidRDefault="00F83EB4">
      <w:pPr>
        <w:spacing w:after="60"/>
      </w:pPr>
      <w:r>
        <w:rPr>
          <w:color w:val="B4B4B4"/>
          <w:sz w:val="16"/>
        </w:rPr>
        <w:t>________________________________________________________</w:t>
      </w:r>
    </w:p>
    <w:p w14:paraId="1D4FA93C" w14:textId="77777777" w:rsidR="005A0029" w:rsidRDefault="00F83EB4">
      <w:pPr>
        <w:pStyle w:val="Heading2"/>
      </w:pPr>
      <w:r>
        <w:t>Prayer</w:t>
      </w:r>
    </w:p>
    <w:p w14:paraId="141C1A79" w14:textId="77777777" w:rsidR="005A0029" w:rsidRDefault="00F83EB4">
      <w:r>
        <w:t>Father, meet me in this practice of what really matters?.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53045DD" w14:textId="77777777" w:rsidR="005A0029" w:rsidRDefault="00F83EB4">
      <w:r>
        <w:rPr>
          <w:b/>
          <w:color w:val="B08D3A"/>
        </w:rPr>
        <w:lastRenderedPageBreak/>
        <w:t xml:space="preserve">TODAY'S DECLARATION  </w:t>
      </w:r>
      <w:r>
        <w:t>I will meet what really matters? with truth, faith, and practiced peace.</w:t>
      </w:r>
    </w:p>
    <w:p w14:paraId="77F4E1B5" w14:textId="77777777" w:rsidR="005A0029" w:rsidRDefault="00F83EB4">
      <w:r>
        <w:br w:type="page"/>
      </w:r>
    </w:p>
    <w:p w14:paraId="0883E653" w14:textId="77777777" w:rsidR="005A0029" w:rsidRDefault="00F83EB4">
      <w:pPr>
        <w:pStyle w:val="Heading2"/>
      </w:pPr>
      <w:r>
        <w:lastRenderedPageBreak/>
        <w:t>DAY 14</w:t>
      </w:r>
    </w:p>
    <w:p w14:paraId="4727C483" w14:textId="77777777" w:rsidR="005A0029" w:rsidRDefault="00F83EB4">
      <w:pPr>
        <w:pStyle w:val="Heading1"/>
      </w:pPr>
      <w:r>
        <w:t>Empathy Born From Experience</w:t>
      </w:r>
    </w:p>
    <w:p w14:paraId="5BAA9E92" w14:textId="77777777" w:rsidR="005A0029" w:rsidRDefault="00F83EB4">
      <w:r>
        <w:rPr>
          <w:b/>
          <w:color w:val="B08D3A"/>
        </w:rPr>
        <w:t xml:space="preserve">ANCHOR SCRIPTURE  </w:t>
      </w:r>
      <w:r>
        <w:t>2 Corinthians 1:4</w:t>
      </w:r>
    </w:p>
    <w:p w14:paraId="3B921DBB" w14:textId="77777777" w:rsidR="005A0029" w:rsidRDefault="00F83EB4">
      <w:pPr>
        <w:pStyle w:val="Heading2"/>
      </w:pPr>
      <w:r>
        <w:t>Guided Reflection</w:t>
      </w:r>
    </w:p>
    <w:p w14:paraId="6F8B6ED7" w14:textId="77777777" w:rsidR="005A0029" w:rsidRDefault="00F83EB4">
      <w:r>
        <w:t xml:space="preserve">Today, consider what “empathy born from experience”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53281B20" w14:textId="77777777" w:rsidR="005A0029" w:rsidRDefault="00F83EB4">
      <w:pPr>
        <w:pStyle w:val="Heading2"/>
      </w:pPr>
      <w:r>
        <w:t>Pause &amp; Notice</w:t>
      </w:r>
    </w:p>
    <w:p w14:paraId="44A57F8E" w14:textId="77777777" w:rsidR="005A0029" w:rsidRDefault="00F83EB4">
      <w:r>
        <w:t>What is this theme revealing about my heart, thoughts, relationships, or current circumstances today?</w:t>
      </w:r>
    </w:p>
    <w:p w14:paraId="1C1B37C4" w14:textId="77777777" w:rsidR="005A0029" w:rsidRDefault="00F83EB4">
      <w:pPr>
        <w:pStyle w:val="Heading2"/>
      </w:pPr>
      <w:r>
        <w:t>Peace Practice</w:t>
      </w:r>
    </w:p>
    <w:p w14:paraId="5B371120" w14:textId="77777777" w:rsidR="005A0029" w:rsidRDefault="00F83EB4">
      <w:r>
        <w:t>Practice a ten-minute quiet period without your phone. Notice what surfaces, then bring it honestly into prayer.</w:t>
      </w:r>
    </w:p>
    <w:p w14:paraId="6A98D7EE" w14:textId="77777777" w:rsidR="005A0029" w:rsidRDefault="00F83EB4">
      <w:pPr>
        <w:pStyle w:val="Heading2"/>
      </w:pPr>
      <w:r>
        <w:t>My Thoughts &amp; Prayers</w:t>
      </w:r>
    </w:p>
    <w:p w14:paraId="04A0C777" w14:textId="77777777" w:rsidR="005A0029" w:rsidRDefault="00F83EB4">
      <w:pPr>
        <w:spacing w:after="60"/>
      </w:pPr>
      <w:r>
        <w:rPr>
          <w:color w:val="B4B4B4"/>
          <w:sz w:val="16"/>
        </w:rPr>
        <w:t>________________________________________________________</w:t>
      </w:r>
    </w:p>
    <w:p w14:paraId="2710D954" w14:textId="77777777" w:rsidR="005A0029" w:rsidRDefault="00F83EB4">
      <w:pPr>
        <w:spacing w:after="60"/>
      </w:pPr>
      <w:r>
        <w:rPr>
          <w:color w:val="B4B4B4"/>
          <w:sz w:val="16"/>
        </w:rPr>
        <w:t>________________________________________________________</w:t>
      </w:r>
    </w:p>
    <w:p w14:paraId="4C6E2EBA" w14:textId="77777777" w:rsidR="005A0029" w:rsidRDefault="00F83EB4">
      <w:pPr>
        <w:spacing w:after="60"/>
      </w:pPr>
      <w:r>
        <w:rPr>
          <w:color w:val="B4B4B4"/>
          <w:sz w:val="16"/>
        </w:rPr>
        <w:t>________________________________________________________</w:t>
      </w:r>
    </w:p>
    <w:p w14:paraId="3A036CCA" w14:textId="77777777" w:rsidR="005A0029" w:rsidRDefault="00F83EB4">
      <w:pPr>
        <w:spacing w:after="60"/>
      </w:pPr>
      <w:r>
        <w:rPr>
          <w:color w:val="B4B4B4"/>
          <w:sz w:val="16"/>
        </w:rPr>
        <w:t>________________________________________________________</w:t>
      </w:r>
    </w:p>
    <w:p w14:paraId="30714558" w14:textId="77777777" w:rsidR="005A0029" w:rsidRDefault="00F83EB4">
      <w:pPr>
        <w:spacing w:after="60"/>
      </w:pPr>
      <w:r>
        <w:rPr>
          <w:color w:val="B4B4B4"/>
          <w:sz w:val="16"/>
        </w:rPr>
        <w:t>________________________________________________________</w:t>
      </w:r>
    </w:p>
    <w:p w14:paraId="047E1125" w14:textId="77777777" w:rsidR="005A0029" w:rsidRDefault="00F83EB4">
      <w:pPr>
        <w:pStyle w:val="Heading2"/>
      </w:pPr>
      <w:r>
        <w:t>Prayer</w:t>
      </w:r>
    </w:p>
    <w:p w14:paraId="7364798D" w14:textId="77777777" w:rsidR="005A0029" w:rsidRDefault="00F83EB4">
      <w:r>
        <w:t>Father, meet me in this practice of empathy born from experience.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0981081" w14:textId="77777777" w:rsidR="005A0029" w:rsidRDefault="00F83EB4">
      <w:r>
        <w:rPr>
          <w:b/>
          <w:color w:val="B08D3A"/>
        </w:rPr>
        <w:lastRenderedPageBreak/>
        <w:t xml:space="preserve">TODAY'S DECLARATION  </w:t>
      </w:r>
      <w:r>
        <w:t>I will meet empathy born from experience with truth, faith, and practiced peace.</w:t>
      </w:r>
    </w:p>
    <w:p w14:paraId="14BE0F7D" w14:textId="77777777" w:rsidR="005A0029" w:rsidRDefault="00F83EB4">
      <w:r>
        <w:br w:type="page"/>
      </w:r>
    </w:p>
    <w:p w14:paraId="5A64F42B" w14:textId="77777777" w:rsidR="005A0029" w:rsidRDefault="00F83EB4">
      <w:pPr>
        <w:pStyle w:val="Heading2"/>
      </w:pPr>
      <w:r>
        <w:lastRenderedPageBreak/>
        <w:t>DAY 15</w:t>
      </w:r>
    </w:p>
    <w:p w14:paraId="6DF7F394" w14:textId="77777777" w:rsidR="005A0029" w:rsidRDefault="00F83EB4">
      <w:pPr>
        <w:pStyle w:val="Heading1"/>
      </w:pPr>
      <w:r>
        <w:t>Purpose After Pain</w:t>
      </w:r>
    </w:p>
    <w:p w14:paraId="5C486C6D" w14:textId="77777777" w:rsidR="005A0029" w:rsidRDefault="00F83EB4">
      <w:r>
        <w:rPr>
          <w:b/>
          <w:color w:val="B08D3A"/>
        </w:rPr>
        <w:t xml:space="preserve">ANCHOR SCRIPTURE  </w:t>
      </w:r>
      <w:r>
        <w:t>Romans 8:28</w:t>
      </w:r>
    </w:p>
    <w:p w14:paraId="61746E95" w14:textId="77777777" w:rsidR="005A0029" w:rsidRDefault="00F83EB4">
      <w:pPr>
        <w:pStyle w:val="Heading2"/>
      </w:pPr>
      <w:r>
        <w:t>Guided Reflection</w:t>
      </w:r>
    </w:p>
    <w:p w14:paraId="4AC333ED" w14:textId="77777777" w:rsidR="005A0029" w:rsidRDefault="00F83EB4">
      <w:r>
        <w:t>Today, consider what “purpose after pain”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truth is p</w:t>
      </w:r>
      <w:r>
        <w:t>racticed repeatedly, especially when circumstances remain unresolved.</w:t>
      </w:r>
    </w:p>
    <w:p w14:paraId="3DABF738" w14:textId="77777777" w:rsidR="005A0029" w:rsidRDefault="00F83EB4">
      <w:pPr>
        <w:pStyle w:val="Heading2"/>
      </w:pPr>
      <w:r>
        <w:t>Pause &amp; Notice</w:t>
      </w:r>
    </w:p>
    <w:p w14:paraId="0937FD4F" w14:textId="77777777" w:rsidR="005A0029" w:rsidRDefault="00F83EB4">
      <w:r>
        <w:t>What is this theme revealing about my heart, thoughts, relationships, or current circumstances today?</w:t>
      </w:r>
    </w:p>
    <w:p w14:paraId="43FD6AA2" w14:textId="77777777" w:rsidR="005A0029" w:rsidRDefault="00F83EB4">
      <w:pPr>
        <w:pStyle w:val="Heading2"/>
      </w:pPr>
      <w:r>
        <w:t>Peace Practice</w:t>
      </w:r>
    </w:p>
    <w:p w14:paraId="6BF0A5C3" w14:textId="77777777" w:rsidR="005A0029" w:rsidRDefault="00F83EB4">
      <w:r>
        <w:t>Sit quietly for three minutes. Name what you feel without judging it. Then write one truth you want to carry into the day.</w:t>
      </w:r>
    </w:p>
    <w:p w14:paraId="0A140CAD" w14:textId="77777777" w:rsidR="005A0029" w:rsidRDefault="00F83EB4">
      <w:pPr>
        <w:pStyle w:val="Heading2"/>
      </w:pPr>
      <w:r>
        <w:t>My Thoughts &amp; Prayers</w:t>
      </w:r>
    </w:p>
    <w:p w14:paraId="3E36EC70" w14:textId="77777777" w:rsidR="005A0029" w:rsidRDefault="00F83EB4">
      <w:pPr>
        <w:spacing w:after="60"/>
      </w:pPr>
      <w:r>
        <w:rPr>
          <w:color w:val="B4B4B4"/>
          <w:sz w:val="16"/>
        </w:rPr>
        <w:t>________________________________________________________</w:t>
      </w:r>
    </w:p>
    <w:p w14:paraId="5C19693D" w14:textId="77777777" w:rsidR="005A0029" w:rsidRDefault="00F83EB4">
      <w:pPr>
        <w:spacing w:after="60"/>
      </w:pPr>
      <w:r>
        <w:rPr>
          <w:color w:val="B4B4B4"/>
          <w:sz w:val="16"/>
        </w:rPr>
        <w:t>________________________________________________________</w:t>
      </w:r>
    </w:p>
    <w:p w14:paraId="55E74038" w14:textId="77777777" w:rsidR="005A0029" w:rsidRDefault="00F83EB4">
      <w:pPr>
        <w:spacing w:after="60"/>
      </w:pPr>
      <w:r>
        <w:rPr>
          <w:color w:val="B4B4B4"/>
          <w:sz w:val="16"/>
        </w:rPr>
        <w:t>________________________________________________________</w:t>
      </w:r>
    </w:p>
    <w:p w14:paraId="2397963D" w14:textId="77777777" w:rsidR="005A0029" w:rsidRDefault="00F83EB4">
      <w:pPr>
        <w:spacing w:after="60"/>
      </w:pPr>
      <w:r>
        <w:rPr>
          <w:color w:val="B4B4B4"/>
          <w:sz w:val="16"/>
        </w:rPr>
        <w:t>________________________________________________________</w:t>
      </w:r>
    </w:p>
    <w:p w14:paraId="096B593C" w14:textId="77777777" w:rsidR="005A0029" w:rsidRDefault="00F83EB4">
      <w:pPr>
        <w:spacing w:after="60"/>
      </w:pPr>
      <w:r>
        <w:rPr>
          <w:color w:val="B4B4B4"/>
          <w:sz w:val="16"/>
        </w:rPr>
        <w:t>________________________________________________________</w:t>
      </w:r>
    </w:p>
    <w:p w14:paraId="764B19AD" w14:textId="77777777" w:rsidR="005A0029" w:rsidRDefault="00F83EB4">
      <w:pPr>
        <w:pStyle w:val="Heading2"/>
      </w:pPr>
      <w:r>
        <w:t>Prayer</w:t>
      </w:r>
    </w:p>
    <w:p w14:paraId="3A24FB9B" w14:textId="77777777" w:rsidR="005A0029" w:rsidRDefault="00F83EB4">
      <w:r>
        <w:t>Father, meet me in this practice of purpose after pain.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7D54998" w14:textId="77777777" w:rsidR="005A0029" w:rsidRDefault="00F83EB4">
      <w:r>
        <w:rPr>
          <w:b/>
          <w:color w:val="B08D3A"/>
        </w:rPr>
        <w:lastRenderedPageBreak/>
        <w:t xml:space="preserve">TODAY'S DECLARATION  </w:t>
      </w:r>
      <w:r>
        <w:t>I will meet purpose after pain with truth, faith, and practiced peace.</w:t>
      </w:r>
    </w:p>
    <w:p w14:paraId="0C750F5C" w14:textId="77777777" w:rsidR="005A0029" w:rsidRDefault="00F83EB4">
      <w:r>
        <w:br w:type="page"/>
      </w:r>
    </w:p>
    <w:p w14:paraId="01DAE650" w14:textId="77777777" w:rsidR="005A0029" w:rsidRDefault="00F83EB4">
      <w:pPr>
        <w:pStyle w:val="Heading2"/>
      </w:pPr>
      <w:r>
        <w:lastRenderedPageBreak/>
        <w:t>DAY 16</w:t>
      </w:r>
    </w:p>
    <w:p w14:paraId="45C22CC8" w14:textId="77777777" w:rsidR="005A0029" w:rsidRDefault="00F83EB4">
      <w:pPr>
        <w:pStyle w:val="Heading1"/>
      </w:pPr>
      <w:r>
        <w:t>Your Story Can Serve</w:t>
      </w:r>
    </w:p>
    <w:p w14:paraId="453CC475" w14:textId="77777777" w:rsidR="005A0029" w:rsidRDefault="00F83EB4">
      <w:r>
        <w:rPr>
          <w:b/>
          <w:color w:val="B08D3A"/>
        </w:rPr>
        <w:t xml:space="preserve">ANCHOR SCRIPTURE  </w:t>
      </w:r>
      <w:r>
        <w:t>1 Peter 4:10</w:t>
      </w:r>
    </w:p>
    <w:p w14:paraId="47499824" w14:textId="77777777" w:rsidR="005A0029" w:rsidRDefault="00F83EB4">
      <w:pPr>
        <w:pStyle w:val="Heading2"/>
      </w:pPr>
      <w:r>
        <w:t>Guided Reflection</w:t>
      </w:r>
    </w:p>
    <w:p w14:paraId="6D5E7C89" w14:textId="77777777" w:rsidR="005A0029" w:rsidRDefault="00F83EB4">
      <w:r>
        <w:t>Today, consider what “your story can serve”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truth is</w:t>
      </w:r>
      <w:r>
        <w:t xml:space="preserve"> practiced repeatedly, especially when circumstances remain unresolved.</w:t>
      </w:r>
    </w:p>
    <w:p w14:paraId="5CDC7D58" w14:textId="77777777" w:rsidR="005A0029" w:rsidRDefault="00F83EB4">
      <w:pPr>
        <w:pStyle w:val="Heading2"/>
      </w:pPr>
      <w:r>
        <w:t>Pause &amp; Notice</w:t>
      </w:r>
    </w:p>
    <w:p w14:paraId="11C17043" w14:textId="77777777" w:rsidR="005A0029" w:rsidRDefault="00F83EB4">
      <w:r>
        <w:t>What is this theme revealing about my heart, thoughts, relationships, or current circumstances today?</w:t>
      </w:r>
    </w:p>
    <w:p w14:paraId="44FC8545" w14:textId="77777777" w:rsidR="005A0029" w:rsidRDefault="00F83EB4">
      <w:pPr>
        <w:pStyle w:val="Heading2"/>
      </w:pPr>
      <w:r>
        <w:t>Peace Practice</w:t>
      </w:r>
    </w:p>
    <w:p w14:paraId="2691741F" w14:textId="77777777" w:rsidR="005A0029" w:rsidRDefault="00F83EB4">
      <w:r>
        <w:t>Draw two columns: 'What I can control' and 'What I must release.' Place each concern in the appropriate column and pray over both.</w:t>
      </w:r>
    </w:p>
    <w:p w14:paraId="35208AC0" w14:textId="77777777" w:rsidR="005A0029" w:rsidRDefault="00F83EB4">
      <w:pPr>
        <w:pStyle w:val="Heading2"/>
      </w:pPr>
      <w:r>
        <w:t>My Thoughts &amp; Prayers</w:t>
      </w:r>
    </w:p>
    <w:p w14:paraId="3C77B826" w14:textId="77777777" w:rsidR="005A0029" w:rsidRDefault="00F83EB4">
      <w:pPr>
        <w:spacing w:after="60"/>
      </w:pPr>
      <w:r>
        <w:rPr>
          <w:color w:val="B4B4B4"/>
          <w:sz w:val="16"/>
        </w:rPr>
        <w:t>________________________________________________________</w:t>
      </w:r>
    </w:p>
    <w:p w14:paraId="57E05FD2" w14:textId="77777777" w:rsidR="005A0029" w:rsidRDefault="00F83EB4">
      <w:pPr>
        <w:spacing w:after="60"/>
      </w:pPr>
      <w:r>
        <w:rPr>
          <w:color w:val="B4B4B4"/>
          <w:sz w:val="16"/>
        </w:rPr>
        <w:t>________________________________________________________</w:t>
      </w:r>
    </w:p>
    <w:p w14:paraId="55C8E935" w14:textId="77777777" w:rsidR="005A0029" w:rsidRDefault="00F83EB4">
      <w:pPr>
        <w:spacing w:after="60"/>
      </w:pPr>
      <w:r>
        <w:rPr>
          <w:color w:val="B4B4B4"/>
          <w:sz w:val="16"/>
        </w:rPr>
        <w:t>________________________________________________________</w:t>
      </w:r>
    </w:p>
    <w:p w14:paraId="17A78201" w14:textId="77777777" w:rsidR="005A0029" w:rsidRDefault="00F83EB4">
      <w:pPr>
        <w:spacing w:after="60"/>
      </w:pPr>
      <w:r>
        <w:rPr>
          <w:color w:val="B4B4B4"/>
          <w:sz w:val="16"/>
        </w:rPr>
        <w:t>________________________________________________________</w:t>
      </w:r>
    </w:p>
    <w:p w14:paraId="10331B7C" w14:textId="77777777" w:rsidR="005A0029" w:rsidRDefault="00F83EB4">
      <w:pPr>
        <w:spacing w:after="60"/>
      </w:pPr>
      <w:r>
        <w:rPr>
          <w:color w:val="B4B4B4"/>
          <w:sz w:val="16"/>
        </w:rPr>
        <w:t>________________________________________________________</w:t>
      </w:r>
    </w:p>
    <w:p w14:paraId="13B22397" w14:textId="77777777" w:rsidR="005A0029" w:rsidRDefault="00F83EB4">
      <w:pPr>
        <w:pStyle w:val="Heading2"/>
      </w:pPr>
      <w:r>
        <w:t>Prayer</w:t>
      </w:r>
    </w:p>
    <w:p w14:paraId="340C0C88" w14:textId="77777777" w:rsidR="005A0029" w:rsidRDefault="00F83EB4">
      <w:r>
        <w:t>Father, meet me in this practice of your story can serve.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D498B7B" w14:textId="77777777" w:rsidR="005A0029" w:rsidRDefault="00F83EB4">
      <w:r>
        <w:rPr>
          <w:b/>
          <w:color w:val="B08D3A"/>
        </w:rPr>
        <w:lastRenderedPageBreak/>
        <w:t xml:space="preserve">TODAY'S DECLARATION  </w:t>
      </w:r>
      <w:r>
        <w:t>I will meet your story can serve with truth, faith, and practiced peace.</w:t>
      </w:r>
    </w:p>
    <w:p w14:paraId="1978D1DE" w14:textId="77777777" w:rsidR="005A0029" w:rsidRDefault="00F83EB4">
      <w:r>
        <w:br w:type="page"/>
      </w:r>
    </w:p>
    <w:p w14:paraId="4B17DF81" w14:textId="77777777" w:rsidR="005A0029" w:rsidRDefault="00F83EB4">
      <w:pPr>
        <w:pStyle w:val="Heading2"/>
      </w:pPr>
      <w:r>
        <w:lastRenderedPageBreak/>
        <w:t>DAY 17</w:t>
      </w:r>
    </w:p>
    <w:p w14:paraId="6DE637FE" w14:textId="77777777" w:rsidR="005A0029" w:rsidRDefault="00F83EB4">
      <w:pPr>
        <w:pStyle w:val="Heading1"/>
      </w:pPr>
      <w:r>
        <w:t>Seeing People, Not Problems</w:t>
      </w:r>
    </w:p>
    <w:p w14:paraId="33FF0D33" w14:textId="77777777" w:rsidR="005A0029" w:rsidRDefault="00F83EB4">
      <w:r>
        <w:rPr>
          <w:b/>
          <w:color w:val="B08D3A"/>
        </w:rPr>
        <w:t xml:space="preserve">ANCHOR SCRIPTURE  </w:t>
      </w:r>
      <w:r>
        <w:t>Matthew 9:36</w:t>
      </w:r>
    </w:p>
    <w:p w14:paraId="5AAA362B" w14:textId="77777777" w:rsidR="005A0029" w:rsidRDefault="00F83EB4">
      <w:pPr>
        <w:pStyle w:val="Heading2"/>
      </w:pPr>
      <w:r>
        <w:t>Guided Reflection</w:t>
      </w:r>
    </w:p>
    <w:p w14:paraId="4EECE4E4" w14:textId="77777777" w:rsidR="005A0029" w:rsidRDefault="00F83EB4">
      <w:r>
        <w:t>Today, consider what “seeing people, not problems”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w:t>
      </w:r>
      <w:r>
        <w:t>ruth is practiced repeatedly, especially when circumstances remain unresolved.</w:t>
      </w:r>
    </w:p>
    <w:p w14:paraId="7115CD6D" w14:textId="77777777" w:rsidR="005A0029" w:rsidRDefault="00F83EB4">
      <w:pPr>
        <w:pStyle w:val="Heading2"/>
      </w:pPr>
      <w:r>
        <w:t>Pause &amp; Notice</w:t>
      </w:r>
    </w:p>
    <w:p w14:paraId="6C76BD30" w14:textId="77777777" w:rsidR="005A0029" w:rsidRDefault="00F83EB4">
      <w:r>
        <w:t>What is this theme revealing about my heart, thoughts, relationships, or current circumstances today?</w:t>
      </w:r>
    </w:p>
    <w:p w14:paraId="2244DE8A" w14:textId="77777777" w:rsidR="005A0029" w:rsidRDefault="00F83EB4">
      <w:pPr>
        <w:pStyle w:val="Heading2"/>
      </w:pPr>
      <w:r>
        <w:t>Peace Practice</w:t>
      </w:r>
    </w:p>
    <w:p w14:paraId="471A109A" w14:textId="77777777" w:rsidR="005A0029" w:rsidRDefault="00F83EB4">
      <w:r>
        <w:t>Take five slow breaths. With each inhale, receive God's presence; with each exhale, release one pressure you have been carrying.</w:t>
      </w:r>
    </w:p>
    <w:p w14:paraId="4DFBADD3" w14:textId="77777777" w:rsidR="005A0029" w:rsidRDefault="00F83EB4">
      <w:pPr>
        <w:pStyle w:val="Heading2"/>
      </w:pPr>
      <w:r>
        <w:t>My Thoughts &amp; Prayers</w:t>
      </w:r>
    </w:p>
    <w:p w14:paraId="4B48553D" w14:textId="77777777" w:rsidR="005A0029" w:rsidRDefault="00F83EB4">
      <w:pPr>
        <w:spacing w:after="60"/>
      </w:pPr>
      <w:r>
        <w:rPr>
          <w:color w:val="B4B4B4"/>
          <w:sz w:val="16"/>
        </w:rPr>
        <w:t>________________________________________________________</w:t>
      </w:r>
    </w:p>
    <w:p w14:paraId="30FAD9FB" w14:textId="77777777" w:rsidR="005A0029" w:rsidRDefault="00F83EB4">
      <w:pPr>
        <w:spacing w:after="60"/>
      </w:pPr>
      <w:r>
        <w:rPr>
          <w:color w:val="B4B4B4"/>
          <w:sz w:val="16"/>
        </w:rPr>
        <w:t>________________________________________________________</w:t>
      </w:r>
    </w:p>
    <w:p w14:paraId="22893D57" w14:textId="77777777" w:rsidR="005A0029" w:rsidRDefault="00F83EB4">
      <w:pPr>
        <w:spacing w:after="60"/>
      </w:pPr>
      <w:r>
        <w:rPr>
          <w:color w:val="B4B4B4"/>
          <w:sz w:val="16"/>
        </w:rPr>
        <w:t>________________________________________________________</w:t>
      </w:r>
    </w:p>
    <w:p w14:paraId="0602ED34" w14:textId="77777777" w:rsidR="005A0029" w:rsidRDefault="00F83EB4">
      <w:pPr>
        <w:spacing w:after="60"/>
      </w:pPr>
      <w:r>
        <w:rPr>
          <w:color w:val="B4B4B4"/>
          <w:sz w:val="16"/>
        </w:rPr>
        <w:t>________________________________________________________</w:t>
      </w:r>
    </w:p>
    <w:p w14:paraId="39529904" w14:textId="77777777" w:rsidR="005A0029" w:rsidRDefault="00F83EB4">
      <w:pPr>
        <w:spacing w:after="60"/>
      </w:pPr>
      <w:r>
        <w:rPr>
          <w:color w:val="B4B4B4"/>
          <w:sz w:val="16"/>
        </w:rPr>
        <w:t>________________________________________________________</w:t>
      </w:r>
    </w:p>
    <w:p w14:paraId="30C4FFFA" w14:textId="77777777" w:rsidR="005A0029" w:rsidRDefault="00F83EB4">
      <w:pPr>
        <w:pStyle w:val="Heading2"/>
      </w:pPr>
      <w:r>
        <w:t>Prayer</w:t>
      </w:r>
    </w:p>
    <w:p w14:paraId="109CE547" w14:textId="77777777" w:rsidR="005A0029" w:rsidRDefault="00F83EB4">
      <w:r>
        <w:t>Father, meet me in this practice of seeing people, not problems.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E1484E5" w14:textId="77777777" w:rsidR="005A0029" w:rsidRDefault="00F83EB4">
      <w:r>
        <w:rPr>
          <w:b/>
          <w:color w:val="B08D3A"/>
        </w:rPr>
        <w:lastRenderedPageBreak/>
        <w:t xml:space="preserve">TODAY'S DECLARATION  </w:t>
      </w:r>
      <w:r>
        <w:t>I will meet seeing people, not problems with truth, faith, and practiced peace.</w:t>
      </w:r>
    </w:p>
    <w:p w14:paraId="243B368F" w14:textId="77777777" w:rsidR="005A0029" w:rsidRDefault="00F83EB4">
      <w:r>
        <w:br w:type="page"/>
      </w:r>
    </w:p>
    <w:p w14:paraId="0EA8DF0C" w14:textId="77777777" w:rsidR="005A0029" w:rsidRDefault="00F83EB4">
      <w:pPr>
        <w:pStyle w:val="Heading2"/>
      </w:pPr>
      <w:r>
        <w:lastRenderedPageBreak/>
        <w:t>DAY 18</w:t>
      </w:r>
    </w:p>
    <w:p w14:paraId="7F8193B1" w14:textId="77777777" w:rsidR="005A0029" w:rsidRDefault="00F83EB4">
      <w:pPr>
        <w:pStyle w:val="Heading1"/>
      </w:pPr>
      <w:r>
        <w:t>Living With Open Eyes</w:t>
      </w:r>
    </w:p>
    <w:p w14:paraId="290BE051" w14:textId="77777777" w:rsidR="005A0029" w:rsidRDefault="00F83EB4">
      <w:r>
        <w:rPr>
          <w:b/>
          <w:color w:val="B08D3A"/>
        </w:rPr>
        <w:t xml:space="preserve">ANCHOR SCRIPTURE  </w:t>
      </w:r>
      <w:r>
        <w:t>Ephesians 1:18</w:t>
      </w:r>
    </w:p>
    <w:p w14:paraId="47A9565F" w14:textId="77777777" w:rsidR="005A0029" w:rsidRDefault="00F83EB4">
      <w:pPr>
        <w:pStyle w:val="Heading2"/>
      </w:pPr>
      <w:r>
        <w:t>Guided Reflection</w:t>
      </w:r>
    </w:p>
    <w:p w14:paraId="46635746" w14:textId="77777777" w:rsidR="005A0029" w:rsidRDefault="00F83EB4">
      <w:r>
        <w:t>Today, consider what “living with open eyes”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truth i</w:t>
      </w:r>
      <w:r>
        <w:t>s practiced repeatedly, especially when circumstances remain unresolved.</w:t>
      </w:r>
    </w:p>
    <w:p w14:paraId="6C17ED52" w14:textId="77777777" w:rsidR="005A0029" w:rsidRDefault="00F83EB4">
      <w:pPr>
        <w:pStyle w:val="Heading2"/>
      </w:pPr>
      <w:r>
        <w:t>Pause &amp; Notice</w:t>
      </w:r>
    </w:p>
    <w:p w14:paraId="6CF85B45" w14:textId="77777777" w:rsidR="005A0029" w:rsidRDefault="00F83EB4">
      <w:r>
        <w:t>What is this theme revealing about my heart, thoughts, relationships, or current circumstances today?</w:t>
      </w:r>
    </w:p>
    <w:p w14:paraId="0ED26945" w14:textId="77777777" w:rsidR="005A0029" w:rsidRDefault="00F83EB4">
      <w:pPr>
        <w:pStyle w:val="Heading2"/>
      </w:pPr>
      <w:r>
        <w:t>Peace Practice</w:t>
      </w:r>
    </w:p>
    <w:p w14:paraId="391D31A4" w14:textId="77777777" w:rsidR="005A0029" w:rsidRDefault="00F83EB4">
      <w:r>
        <w:t>Write one recurring fearful thought. Under it, write a Scripture-shaped response that is more truthful and life-giving.</w:t>
      </w:r>
    </w:p>
    <w:p w14:paraId="3006358C" w14:textId="77777777" w:rsidR="005A0029" w:rsidRDefault="00F83EB4">
      <w:pPr>
        <w:pStyle w:val="Heading2"/>
      </w:pPr>
      <w:r>
        <w:t>My Thoughts &amp; Prayers</w:t>
      </w:r>
    </w:p>
    <w:p w14:paraId="794114F2" w14:textId="77777777" w:rsidR="005A0029" w:rsidRDefault="00F83EB4">
      <w:pPr>
        <w:spacing w:after="60"/>
      </w:pPr>
      <w:r>
        <w:rPr>
          <w:color w:val="B4B4B4"/>
          <w:sz w:val="16"/>
        </w:rPr>
        <w:t>________________________________________________________</w:t>
      </w:r>
    </w:p>
    <w:p w14:paraId="50CD86FE" w14:textId="77777777" w:rsidR="005A0029" w:rsidRDefault="00F83EB4">
      <w:pPr>
        <w:spacing w:after="60"/>
      </w:pPr>
      <w:r>
        <w:rPr>
          <w:color w:val="B4B4B4"/>
          <w:sz w:val="16"/>
        </w:rPr>
        <w:t>________________________________________________________</w:t>
      </w:r>
    </w:p>
    <w:p w14:paraId="77C09A82" w14:textId="77777777" w:rsidR="005A0029" w:rsidRDefault="00F83EB4">
      <w:pPr>
        <w:spacing w:after="60"/>
      </w:pPr>
      <w:r>
        <w:rPr>
          <w:color w:val="B4B4B4"/>
          <w:sz w:val="16"/>
        </w:rPr>
        <w:t>________________________________________________________</w:t>
      </w:r>
    </w:p>
    <w:p w14:paraId="32F45E12" w14:textId="77777777" w:rsidR="005A0029" w:rsidRDefault="00F83EB4">
      <w:pPr>
        <w:spacing w:after="60"/>
      </w:pPr>
      <w:r>
        <w:rPr>
          <w:color w:val="B4B4B4"/>
          <w:sz w:val="16"/>
        </w:rPr>
        <w:t>________________________________________________________</w:t>
      </w:r>
    </w:p>
    <w:p w14:paraId="63C9A14B" w14:textId="77777777" w:rsidR="005A0029" w:rsidRDefault="00F83EB4">
      <w:pPr>
        <w:spacing w:after="60"/>
      </w:pPr>
      <w:r>
        <w:rPr>
          <w:color w:val="B4B4B4"/>
          <w:sz w:val="16"/>
        </w:rPr>
        <w:t>________________________________________________________</w:t>
      </w:r>
    </w:p>
    <w:p w14:paraId="493DA265" w14:textId="77777777" w:rsidR="005A0029" w:rsidRDefault="00F83EB4">
      <w:pPr>
        <w:pStyle w:val="Heading2"/>
      </w:pPr>
      <w:r>
        <w:t>Prayer</w:t>
      </w:r>
    </w:p>
    <w:p w14:paraId="5C8BE8F6" w14:textId="77777777" w:rsidR="005A0029" w:rsidRDefault="00F83EB4">
      <w:r>
        <w:t>Father, meet me in this practice of living with open eyes.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E751143" w14:textId="77777777" w:rsidR="005A0029" w:rsidRDefault="00F83EB4">
      <w:r>
        <w:rPr>
          <w:b/>
          <w:color w:val="B08D3A"/>
        </w:rPr>
        <w:lastRenderedPageBreak/>
        <w:t xml:space="preserve">TODAY'S DECLARATION  </w:t>
      </w:r>
      <w:r>
        <w:t>I will meet living with open eyes with truth, faith, and practiced peace.</w:t>
      </w:r>
    </w:p>
    <w:p w14:paraId="6C2426C1" w14:textId="77777777" w:rsidR="005A0029" w:rsidRDefault="00F83EB4">
      <w:r>
        <w:br w:type="page"/>
      </w:r>
    </w:p>
    <w:p w14:paraId="41EFBE36" w14:textId="77777777" w:rsidR="005A0029" w:rsidRDefault="00F83EB4">
      <w:pPr>
        <w:pStyle w:val="Heading2"/>
      </w:pPr>
      <w:r>
        <w:lastRenderedPageBreak/>
        <w:t>DAY 19</w:t>
      </w:r>
    </w:p>
    <w:p w14:paraId="25610073" w14:textId="77777777" w:rsidR="005A0029" w:rsidRDefault="00F83EB4">
      <w:pPr>
        <w:pStyle w:val="Heading1"/>
      </w:pPr>
      <w:r>
        <w:t>The Gift of Simplicity</w:t>
      </w:r>
    </w:p>
    <w:p w14:paraId="155B05A9" w14:textId="77777777" w:rsidR="005A0029" w:rsidRDefault="00F83EB4">
      <w:r>
        <w:rPr>
          <w:b/>
          <w:color w:val="B08D3A"/>
        </w:rPr>
        <w:t xml:space="preserve">ANCHOR SCRIPTURE  </w:t>
      </w:r>
      <w:r>
        <w:t>1 Timothy 6:6</w:t>
      </w:r>
    </w:p>
    <w:p w14:paraId="5FF4DB9D" w14:textId="77777777" w:rsidR="005A0029" w:rsidRDefault="00F83EB4">
      <w:pPr>
        <w:pStyle w:val="Heading2"/>
      </w:pPr>
      <w:r>
        <w:t>Guided Reflection</w:t>
      </w:r>
    </w:p>
    <w:p w14:paraId="4F9A1137" w14:textId="77777777" w:rsidR="005A0029" w:rsidRDefault="00F83EB4">
      <w:r>
        <w:t xml:space="preserve">Today, consider what “the gift of simplicity”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truth </w:t>
      </w:r>
      <w:r>
        <w:t>is practiced repeatedly, especially when circumstances remain unresolved.</w:t>
      </w:r>
    </w:p>
    <w:p w14:paraId="64935C7F" w14:textId="77777777" w:rsidR="005A0029" w:rsidRDefault="00F83EB4">
      <w:pPr>
        <w:pStyle w:val="Heading2"/>
      </w:pPr>
      <w:r>
        <w:t>Pause &amp; Notice</w:t>
      </w:r>
    </w:p>
    <w:p w14:paraId="04505519" w14:textId="77777777" w:rsidR="005A0029" w:rsidRDefault="00F83EB4">
      <w:r>
        <w:t>What is this theme revealing about my heart, thoughts, relationships, or current circumstances today?</w:t>
      </w:r>
    </w:p>
    <w:p w14:paraId="18DD5535" w14:textId="77777777" w:rsidR="005A0029" w:rsidRDefault="00F83EB4">
      <w:pPr>
        <w:pStyle w:val="Heading2"/>
      </w:pPr>
      <w:r>
        <w:t>Peace Practice</w:t>
      </w:r>
    </w:p>
    <w:p w14:paraId="7E1AA3C6" w14:textId="77777777" w:rsidR="005A0029" w:rsidRDefault="00F83EB4">
      <w:r>
        <w:t>Identify one small action that would create greater peace today. Make it specific enough to complete before the day ends.</w:t>
      </w:r>
    </w:p>
    <w:p w14:paraId="5F09D4BF" w14:textId="77777777" w:rsidR="005A0029" w:rsidRDefault="00F83EB4">
      <w:pPr>
        <w:pStyle w:val="Heading2"/>
      </w:pPr>
      <w:r>
        <w:t>My Thoughts &amp; Prayers</w:t>
      </w:r>
    </w:p>
    <w:p w14:paraId="173379EF" w14:textId="77777777" w:rsidR="005A0029" w:rsidRDefault="00F83EB4">
      <w:pPr>
        <w:spacing w:after="60"/>
      </w:pPr>
      <w:r>
        <w:rPr>
          <w:color w:val="B4B4B4"/>
          <w:sz w:val="16"/>
        </w:rPr>
        <w:t>________________________________________________________</w:t>
      </w:r>
    </w:p>
    <w:p w14:paraId="2CD9716F" w14:textId="77777777" w:rsidR="005A0029" w:rsidRDefault="00F83EB4">
      <w:pPr>
        <w:spacing w:after="60"/>
      </w:pPr>
      <w:r>
        <w:rPr>
          <w:color w:val="B4B4B4"/>
          <w:sz w:val="16"/>
        </w:rPr>
        <w:t>________________________________________________________</w:t>
      </w:r>
    </w:p>
    <w:p w14:paraId="2CE17E3A" w14:textId="77777777" w:rsidR="005A0029" w:rsidRDefault="00F83EB4">
      <w:pPr>
        <w:spacing w:after="60"/>
      </w:pPr>
      <w:r>
        <w:rPr>
          <w:color w:val="B4B4B4"/>
          <w:sz w:val="16"/>
        </w:rPr>
        <w:t>________________________________________________________</w:t>
      </w:r>
    </w:p>
    <w:p w14:paraId="61B434CF" w14:textId="77777777" w:rsidR="005A0029" w:rsidRDefault="00F83EB4">
      <w:pPr>
        <w:spacing w:after="60"/>
      </w:pPr>
      <w:r>
        <w:rPr>
          <w:color w:val="B4B4B4"/>
          <w:sz w:val="16"/>
        </w:rPr>
        <w:t>________________________________________________________</w:t>
      </w:r>
    </w:p>
    <w:p w14:paraId="595ADCD0" w14:textId="77777777" w:rsidR="005A0029" w:rsidRDefault="00F83EB4">
      <w:pPr>
        <w:spacing w:after="60"/>
      </w:pPr>
      <w:r>
        <w:rPr>
          <w:color w:val="B4B4B4"/>
          <w:sz w:val="16"/>
        </w:rPr>
        <w:t>________________________________________________________</w:t>
      </w:r>
    </w:p>
    <w:p w14:paraId="0DD5FBD2" w14:textId="77777777" w:rsidR="005A0029" w:rsidRDefault="00F83EB4">
      <w:pPr>
        <w:pStyle w:val="Heading2"/>
      </w:pPr>
      <w:r>
        <w:t>Prayer</w:t>
      </w:r>
    </w:p>
    <w:p w14:paraId="652A5C1D" w14:textId="77777777" w:rsidR="005A0029" w:rsidRDefault="00F83EB4">
      <w:r>
        <w:t>Father, meet me in this practice of the gift of simplicity.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51CA08D" w14:textId="77777777" w:rsidR="005A0029" w:rsidRDefault="00F83EB4">
      <w:r>
        <w:rPr>
          <w:b/>
          <w:color w:val="B08D3A"/>
        </w:rPr>
        <w:lastRenderedPageBreak/>
        <w:t xml:space="preserve">TODAY'S DECLARATION  </w:t>
      </w:r>
      <w:r>
        <w:t>I will meet the gift of simplicity with truth, faith, and practiced peace.</w:t>
      </w:r>
    </w:p>
    <w:p w14:paraId="5647F6CC" w14:textId="77777777" w:rsidR="005A0029" w:rsidRDefault="00F83EB4">
      <w:r>
        <w:br w:type="page"/>
      </w:r>
    </w:p>
    <w:p w14:paraId="21D3C515" w14:textId="77777777" w:rsidR="005A0029" w:rsidRDefault="00F83EB4">
      <w:pPr>
        <w:pStyle w:val="Heading2"/>
      </w:pPr>
      <w:r>
        <w:lastRenderedPageBreak/>
        <w:t>DAY 20</w:t>
      </w:r>
    </w:p>
    <w:p w14:paraId="543C695B" w14:textId="77777777" w:rsidR="005A0029" w:rsidRDefault="00F83EB4">
      <w:pPr>
        <w:pStyle w:val="Heading1"/>
      </w:pPr>
      <w:r>
        <w:t>Contentment Is Wealth</w:t>
      </w:r>
    </w:p>
    <w:p w14:paraId="2CA2A0C6" w14:textId="77777777" w:rsidR="005A0029" w:rsidRDefault="00F83EB4">
      <w:r>
        <w:rPr>
          <w:b/>
          <w:color w:val="B08D3A"/>
        </w:rPr>
        <w:t xml:space="preserve">ANCHOR SCRIPTURE  </w:t>
      </w:r>
      <w:r>
        <w:t>Hebrews 13:5</w:t>
      </w:r>
    </w:p>
    <w:p w14:paraId="75FEA82A" w14:textId="77777777" w:rsidR="005A0029" w:rsidRDefault="00F83EB4">
      <w:pPr>
        <w:pStyle w:val="Heading2"/>
      </w:pPr>
      <w:r>
        <w:t>Guided Reflection</w:t>
      </w:r>
    </w:p>
    <w:p w14:paraId="4586441A" w14:textId="77777777" w:rsidR="005A0029" w:rsidRDefault="00F83EB4">
      <w:r>
        <w:t>Today, consider what “contentment is wealth”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truth i</w:t>
      </w:r>
      <w:r>
        <w:t>s practiced repeatedly, especially when circumstances remain unresolved.</w:t>
      </w:r>
    </w:p>
    <w:p w14:paraId="4AEF6233" w14:textId="77777777" w:rsidR="005A0029" w:rsidRDefault="00F83EB4">
      <w:pPr>
        <w:pStyle w:val="Heading2"/>
      </w:pPr>
      <w:r>
        <w:t>Pause &amp; Notice</w:t>
      </w:r>
    </w:p>
    <w:p w14:paraId="5C9726AD" w14:textId="77777777" w:rsidR="005A0029" w:rsidRDefault="00F83EB4">
      <w:r>
        <w:t>What is this theme revealing about my heart, thoughts, relationships, or current circumstances today?</w:t>
      </w:r>
    </w:p>
    <w:p w14:paraId="2DB3A71F" w14:textId="77777777" w:rsidR="005A0029" w:rsidRDefault="00F83EB4">
      <w:pPr>
        <w:pStyle w:val="Heading2"/>
      </w:pPr>
      <w:r>
        <w:t>Peace Practice</w:t>
      </w:r>
    </w:p>
    <w:p w14:paraId="601F15CB" w14:textId="77777777" w:rsidR="005A0029" w:rsidRDefault="00F83EB4">
      <w:r>
        <w:t>Reach out to one trusted, mature person. Share one thing you have been carrying silently and allow yourself to receive support.</w:t>
      </w:r>
    </w:p>
    <w:p w14:paraId="2393FC2B" w14:textId="77777777" w:rsidR="005A0029" w:rsidRDefault="00F83EB4">
      <w:pPr>
        <w:pStyle w:val="Heading2"/>
      </w:pPr>
      <w:r>
        <w:t>My Thoughts &amp; Prayers</w:t>
      </w:r>
    </w:p>
    <w:p w14:paraId="7F3DB4EA" w14:textId="77777777" w:rsidR="005A0029" w:rsidRDefault="00F83EB4">
      <w:pPr>
        <w:spacing w:after="60"/>
      </w:pPr>
      <w:r>
        <w:rPr>
          <w:color w:val="B4B4B4"/>
          <w:sz w:val="16"/>
        </w:rPr>
        <w:t>________________________________________________________</w:t>
      </w:r>
    </w:p>
    <w:p w14:paraId="7D527728" w14:textId="77777777" w:rsidR="005A0029" w:rsidRDefault="00F83EB4">
      <w:pPr>
        <w:spacing w:after="60"/>
      </w:pPr>
      <w:r>
        <w:rPr>
          <w:color w:val="B4B4B4"/>
          <w:sz w:val="16"/>
        </w:rPr>
        <w:t>________________________________________________________</w:t>
      </w:r>
    </w:p>
    <w:p w14:paraId="5FB22700" w14:textId="77777777" w:rsidR="005A0029" w:rsidRDefault="00F83EB4">
      <w:pPr>
        <w:spacing w:after="60"/>
      </w:pPr>
      <w:r>
        <w:rPr>
          <w:color w:val="B4B4B4"/>
          <w:sz w:val="16"/>
        </w:rPr>
        <w:t>________________________________________________________</w:t>
      </w:r>
    </w:p>
    <w:p w14:paraId="508F1360" w14:textId="77777777" w:rsidR="005A0029" w:rsidRDefault="00F83EB4">
      <w:pPr>
        <w:spacing w:after="60"/>
      </w:pPr>
      <w:r>
        <w:rPr>
          <w:color w:val="B4B4B4"/>
          <w:sz w:val="16"/>
        </w:rPr>
        <w:t>________________________________________________________</w:t>
      </w:r>
    </w:p>
    <w:p w14:paraId="1BE724B1" w14:textId="77777777" w:rsidR="005A0029" w:rsidRDefault="00F83EB4">
      <w:pPr>
        <w:spacing w:after="60"/>
      </w:pPr>
      <w:r>
        <w:rPr>
          <w:color w:val="B4B4B4"/>
          <w:sz w:val="16"/>
        </w:rPr>
        <w:t>________________________________________________________</w:t>
      </w:r>
    </w:p>
    <w:p w14:paraId="0D775379" w14:textId="77777777" w:rsidR="005A0029" w:rsidRDefault="00F83EB4">
      <w:pPr>
        <w:pStyle w:val="Heading2"/>
      </w:pPr>
      <w:r>
        <w:t>Prayer</w:t>
      </w:r>
    </w:p>
    <w:p w14:paraId="35CA1323" w14:textId="77777777" w:rsidR="005A0029" w:rsidRDefault="00F83EB4">
      <w:r>
        <w:t>Father, meet me in this practice of contentment is wealth.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44CF8D0" w14:textId="77777777" w:rsidR="005A0029" w:rsidRDefault="00F83EB4">
      <w:r>
        <w:rPr>
          <w:b/>
          <w:color w:val="B08D3A"/>
        </w:rPr>
        <w:lastRenderedPageBreak/>
        <w:t xml:space="preserve">TODAY'S DECLARATION  </w:t>
      </w:r>
      <w:r>
        <w:t>I will meet contentment is wealth with truth, faith, and practiced peace.</w:t>
      </w:r>
    </w:p>
    <w:p w14:paraId="37F207E6" w14:textId="77777777" w:rsidR="005A0029" w:rsidRDefault="00F83EB4">
      <w:r>
        <w:br w:type="page"/>
      </w:r>
    </w:p>
    <w:p w14:paraId="5B25CF34" w14:textId="77777777" w:rsidR="005A0029" w:rsidRDefault="00F83EB4">
      <w:pPr>
        <w:pStyle w:val="Heading2"/>
      </w:pPr>
      <w:r>
        <w:lastRenderedPageBreak/>
        <w:t>DAY 21</w:t>
      </w:r>
    </w:p>
    <w:p w14:paraId="548AF720" w14:textId="77777777" w:rsidR="005A0029" w:rsidRDefault="00F83EB4">
      <w:pPr>
        <w:pStyle w:val="Heading1"/>
      </w:pPr>
      <w:r>
        <w:t>Hope Changes the Horizon</w:t>
      </w:r>
    </w:p>
    <w:p w14:paraId="72375C6A" w14:textId="77777777" w:rsidR="005A0029" w:rsidRDefault="00F83EB4">
      <w:r>
        <w:rPr>
          <w:b/>
          <w:color w:val="B08D3A"/>
        </w:rPr>
        <w:t xml:space="preserve">ANCHOR SCRIPTURE  </w:t>
      </w:r>
      <w:r>
        <w:t>Romans 15:13</w:t>
      </w:r>
    </w:p>
    <w:p w14:paraId="50E14DE3" w14:textId="77777777" w:rsidR="005A0029" w:rsidRDefault="00F83EB4">
      <w:pPr>
        <w:pStyle w:val="Heading2"/>
      </w:pPr>
      <w:r>
        <w:t>Guided Reflection</w:t>
      </w:r>
    </w:p>
    <w:p w14:paraId="6E75CF36" w14:textId="77777777" w:rsidR="005A0029" w:rsidRDefault="00F83EB4">
      <w:r>
        <w:t>Today, consider what “hope changes the horizon”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trut</w:t>
      </w:r>
      <w:r>
        <w:t>h is practiced repeatedly, especially when circumstances remain unresolved.</w:t>
      </w:r>
    </w:p>
    <w:p w14:paraId="389B2AFA" w14:textId="77777777" w:rsidR="005A0029" w:rsidRDefault="00F83EB4">
      <w:pPr>
        <w:pStyle w:val="Heading2"/>
      </w:pPr>
      <w:r>
        <w:t>Pause &amp; Notice</w:t>
      </w:r>
    </w:p>
    <w:p w14:paraId="33CC8313" w14:textId="77777777" w:rsidR="005A0029" w:rsidRDefault="00F83EB4">
      <w:r>
        <w:t>What is this theme revealing about my heart, thoughts, relationships, or current circumstances today?</w:t>
      </w:r>
    </w:p>
    <w:p w14:paraId="47CD49F7" w14:textId="77777777" w:rsidR="005A0029" w:rsidRDefault="00F83EB4">
      <w:pPr>
        <w:pStyle w:val="Heading2"/>
      </w:pPr>
      <w:r>
        <w:t>Peace Practice</w:t>
      </w:r>
    </w:p>
    <w:p w14:paraId="299B6F4F" w14:textId="77777777" w:rsidR="005A0029" w:rsidRDefault="00F83EB4">
      <w:r>
        <w:t>Practice a ten-minute quiet period without your phone. Notice what surfaces, then bring it honestly into prayer.</w:t>
      </w:r>
    </w:p>
    <w:p w14:paraId="4B09F6BA" w14:textId="77777777" w:rsidR="005A0029" w:rsidRDefault="00F83EB4">
      <w:pPr>
        <w:pStyle w:val="Heading2"/>
      </w:pPr>
      <w:r>
        <w:t>My Thoughts &amp; Prayers</w:t>
      </w:r>
    </w:p>
    <w:p w14:paraId="584B0CEB" w14:textId="77777777" w:rsidR="005A0029" w:rsidRDefault="00F83EB4">
      <w:pPr>
        <w:spacing w:after="60"/>
      </w:pPr>
      <w:r>
        <w:rPr>
          <w:color w:val="B4B4B4"/>
          <w:sz w:val="16"/>
        </w:rPr>
        <w:t>________________________________________________________</w:t>
      </w:r>
    </w:p>
    <w:p w14:paraId="523B7AEC" w14:textId="77777777" w:rsidR="005A0029" w:rsidRDefault="00F83EB4">
      <w:pPr>
        <w:spacing w:after="60"/>
      </w:pPr>
      <w:r>
        <w:rPr>
          <w:color w:val="B4B4B4"/>
          <w:sz w:val="16"/>
        </w:rPr>
        <w:t>________________________________________________________</w:t>
      </w:r>
    </w:p>
    <w:p w14:paraId="4EE78A9F" w14:textId="77777777" w:rsidR="005A0029" w:rsidRDefault="00F83EB4">
      <w:pPr>
        <w:spacing w:after="60"/>
      </w:pPr>
      <w:r>
        <w:rPr>
          <w:color w:val="B4B4B4"/>
          <w:sz w:val="16"/>
        </w:rPr>
        <w:t>________________________________________________________</w:t>
      </w:r>
    </w:p>
    <w:p w14:paraId="23BDDC44" w14:textId="77777777" w:rsidR="005A0029" w:rsidRDefault="00F83EB4">
      <w:pPr>
        <w:spacing w:after="60"/>
      </w:pPr>
      <w:r>
        <w:rPr>
          <w:color w:val="B4B4B4"/>
          <w:sz w:val="16"/>
        </w:rPr>
        <w:t>________________________________________________________</w:t>
      </w:r>
    </w:p>
    <w:p w14:paraId="45B7E2C3" w14:textId="77777777" w:rsidR="005A0029" w:rsidRDefault="00F83EB4">
      <w:pPr>
        <w:spacing w:after="60"/>
      </w:pPr>
      <w:r>
        <w:rPr>
          <w:color w:val="B4B4B4"/>
          <w:sz w:val="16"/>
        </w:rPr>
        <w:t>________________________________________________________</w:t>
      </w:r>
    </w:p>
    <w:p w14:paraId="3A832650" w14:textId="77777777" w:rsidR="005A0029" w:rsidRDefault="00F83EB4">
      <w:pPr>
        <w:pStyle w:val="Heading2"/>
      </w:pPr>
      <w:r>
        <w:t>Prayer</w:t>
      </w:r>
    </w:p>
    <w:p w14:paraId="54618BE0" w14:textId="77777777" w:rsidR="005A0029" w:rsidRDefault="00F83EB4">
      <w:r>
        <w:t>Father, meet me in this practice of hope changes the horizon.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D3FEEC9" w14:textId="77777777" w:rsidR="005A0029" w:rsidRDefault="00F83EB4">
      <w:r>
        <w:rPr>
          <w:b/>
          <w:color w:val="B08D3A"/>
        </w:rPr>
        <w:lastRenderedPageBreak/>
        <w:t xml:space="preserve">TODAY'S DECLARATION  </w:t>
      </w:r>
      <w:r>
        <w:t>I will meet hope changes the horizon with truth, faith, and practiced peace.</w:t>
      </w:r>
    </w:p>
    <w:p w14:paraId="58B869C3" w14:textId="77777777" w:rsidR="005A0029" w:rsidRDefault="00F83EB4">
      <w:r>
        <w:br w:type="page"/>
      </w:r>
    </w:p>
    <w:p w14:paraId="35BE4864" w14:textId="77777777" w:rsidR="005A0029" w:rsidRDefault="00F83EB4">
      <w:pPr>
        <w:pStyle w:val="Heading2"/>
      </w:pPr>
      <w:r>
        <w:lastRenderedPageBreak/>
        <w:t>DAY 22</w:t>
      </w:r>
    </w:p>
    <w:p w14:paraId="5FEBE30B" w14:textId="77777777" w:rsidR="005A0029" w:rsidRDefault="00F83EB4">
      <w:pPr>
        <w:pStyle w:val="Heading1"/>
      </w:pPr>
      <w:r>
        <w:t>Seeing Possibility Again</w:t>
      </w:r>
    </w:p>
    <w:p w14:paraId="7771F81B" w14:textId="77777777" w:rsidR="005A0029" w:rsidRDefault="00F83EB4">
      <w:r>
        <w:rPr>
          <w:b/>
          <w:color w:val="B08D3A"/>
        </w:rPr>
        <w:t xml:space="preserve">ANCHOR SCRIPTURE  </w:t>
      </w:r>
      <w:r>
        <w:t>Isaiah 43:19</w:t>
      </w:r>
    </w:p>
    <w:p w14:paraId="6A481F37" w14:textId="77777777" w:rsidR="005A0029" w:rsidRDefault="00F83EB4">
      <w:pPr>
        <w:pStyle w:val="Heading2"/>
      </w:pPr>
      <w:r>
        <w:t>Guided Reflection</w:t>
      </w:r>
    </w:p>
    <w:p w14:paraId="6BE2611C" w14:textId="77777777" w:rsidR="005A0029" w:rsidRDefault="00F83EB4">
      <w:r>
        <w:t>Today, consider what “seeing possibility again”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trut</w:t>
      </w:r>
      <w:r>
        <w:t>h is practiced repeatedly, especially when circumstances remain unresolved.</w:t>
      </w:r>
    </w:p>
    <w:p w14:paraId="66B47118" w14:textId="77777777" w:rsidR="005A0029" w:rsidRDefault="00F83EB4">
      <w:pPr>
        <w:pStyle w:val="Heading2"/>
      </w:pPr>
      <w:r>
        <w:t>Pause &amp; Notice</w:t>
      </w:r>
    </w:p>
    <w:p w14:paraId="3363A4B9" w14:textId="77777777" w:rsidR="005A0029" w:rsidRDefault="00F83EB4">
      <w:r>
        <w:t>What is this theme revealing about my heart, thoughts, relationships, or current circumstances today?</w:t>
      </w:r>
    </w:p>
    <w:p w14:paraId="10B3227B" w14:textId="77777777" w:rsidR="005A0029" w:rsidRDefault="00F83EB4">
      <w:pPr>
        <w:pStyle w:val="Heading2"/>
      </w:pPr>
      <w:r>
        <w:t>Peace Practice</w:t>
      </w:r>
    </w:p>
    <w:p w14:paraId="433E70EC" w14:textId="77777777" w:rsidR="005A0029" w:rsidRDefault="00F83EB4">
      <w:r>
        <w:t>Sit quietly for three minutes. Name what you feel without judging it. Then write one truth you want to carry into the day.</w:t>
      </w:r>
    </w:p>
    <w:p w14:paraId="4D7ED5F7" w14:textId="77777777" w:rsidR="005A0029" w:rsidRDefault="00F83EB4">
      <w:pPr>
        <w:pStyle w:val="Heading2"/>
      </w:pPr>
      <w:r>
        <w:t>My Thoughts &amp; Prayers</w:t>
      </w:r>
    </w:p>
    <w:p w14:paraId="15E34278" w14:textId="77777777" w:rsidR="005A0029" w:rsidRDefault="00F83EB4">
      <w:pPr>
        <w:spacing w:after="60"/>
      </w:pPr>
      <w:r>
        <w:rPr>
          <w:color w:val="B4B4B4"/>
          <w:sz w:val="16"/>
        </w:rPr>
        <w:t>________________________________________________________</w:t>
      </w:r>
    </w:p>
    <w:p w14:paraId="4A79B1FC" w14:textId="77777777" w:rsidR="005A0029" w:rsidRDefault="00F83EB4">
      <w:pPr>
        <w:spacing w:after="60"/>
      </w:pPr>
      <w:r>
        <w:rPr>
          <w:color w:val="B4B4B4"/>
          <w:sz w:val="16"/>
        </w:rPr>
        <w:t>________________________________________________________</w:t>
      </w:r>
    </w:p>
    <w:p w14:paraId="39ADF9D2" w14:textId="77777777" w:rsidR="005A0029" w:rsidRDefault="00F83EB4">
      <w:pPr>
        <w:spacing w:after="60"/>
      </w:pPr>
      <w:r>
        <w:rPr>
          <w:color w:val="B4B4B4"/>
          <w:sz w:val="16"/>
        </w:rPr>
        <w:t>________________________________________________________</w:t>
      </w:r>
    </w:p>
    <w:p w14:paraId="6255CEFE" w14:textId="77777777" w:rsidR="005A0029" w:rsidRDefault="00F83EB4">
      <w:pPr>
        <w:spacing w:after="60"/>
      </w:pPr>
      <w:r>
        <w:rPr>
          <w:color w:val="B4B4B4"/>
          <w:sz w:val="16"/>
        </w:rPr>
        <w:t>________________________________________________________</w:t>
      </w:r>
    </w:p>
    <w:p w14:paraId="10F2E116" w14:textId="77777777" w:rsidR="005A0029" w:rsidRDefault="00F83EB4">
      <w:pPr>
        <w:spacing w:after="60"/>
      </w:pPr>
      <w:r>
        <w:rPr>
          <w:color w:val="B4B4B4"/>
          <w:sz w:val="16"/>
        </w:rPr>
        <w:t>________________________________________________________</w:t>
      </w:r>
    </w:p>
    <w:p w14:paraId="50B1B14E" w14:textId="77777777" w:rsidR="005A0029" w:rsidRDefault="00F83EB4">
      <w:pPr>
        <w:pStyle w:val="Heading2"/>
      </w:pPr>
      <w:r>
        <w:t>Prayer</w:t>
      </w:r>
    </w:p>
    <w:p w14:paraId="4BEBCC89" w14:textId="77777777" w:rsidR="005A0029" w:rsidRDefault="00F83EB4">
      <w:r>
        <w:t>Father, meet me in this practice of seeing possibility again.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0127D63" w14:textId="77777777" w:rsidR="005A0029" w:rsidRDefault="00F83EB4">
      <w:r>
        <w:rPr>
          <w:b/>
          <w:color w:val="B08D3A"/>
        </w:rPr>
        <w:lastRenderedPageBreak/>
        <w:t xml:space="preserve">TODAY'S DECLARATION  </w:t>
      </w:r>
      <w:r>
        <w:t>I will meet seeing possibility again with truth, faith, and practiced peace.</w:t>
      </w:r>
    </w:p>
    <w:p w14:paraId="5060FBBB" w14:textId="77777777" w:rsidR="005A0029" w:rsidRDefault="00F83EB4">
      <w:r>
        <w:br w:type="page"/>
      </w:r>
    </w:p>
    <w:p w14:paraId="33A61AB0" w14:textId="77777777" w:rsidR="005A0029" w:rsidRDefault="00F83EB4">
      <w:pPr>
        <w:pStyle w:val="Heading2"/>
      </w:pPr>
      <w:r>
        <w:lastRenderedPageBreak/>
        <w:t>DAY 23</w:t>
      </w:r>
    </w:p>
    <w:p w14:paraId="065A9F0B" w14:textId="77777777" w:rsidR="005A0029" w:rsidRDefault="00F83EB4">
      <w:pPr>
        <w:pStyle w:val="Heading1"/>
      </w:pPr>
      <w:r>
        <w:t>From Survival to Meaning</w:t>
      </w:r>
    </w:p>
    <w:p w14:paraId="5D9418F3" w14:textId="77777777" w:rsidR="005A0029" w:rsidRDefault="00F83EB4">
      <w:r>
        <w:rPr>
          <w:b/>
          <w:color w:val="B08D3A"/>
        </w:rPr>
        <w:t xml:space="preserve">ANCHOR SCRIPTURE  </w:t>
      </w:r>
      <w:r>
        <w:t>Genesis 50:20</w:t>
      </w:r>
    </w:p>
    <w:p w14:paraId="158E05B6" w14:textId="77777777" w:rsidR="005A0029" w:rsidRDefault="00F83EB4">
      <w:pPr>
        <w:pStyle w:val="Heading2"/>
      </w:pPr>
      <w:r>
        <w:t>Guided Reflection</w:t>
      </w:r>
    </w:p>
    <w:p w14:paraId="047DCC05" w14:textId="77777777" w:rsidR="005A0029" w:rsidRDefault="00F83EB4">
      <w:r>
        <w:t>Today, consider what “from survival to meaning”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trut</w:t>
      </w:r>
      <w:r>
        <w:t>h is practiced repeatedly, especially when circumstances remain unresolved.</w:t>
      </w:r>
    </w:p>
    <w:p w14:paraId="6908986E" w14:textId="77777777" w:rsidR="005A0029" w:rsidRDefault="00F83EB4">
      <w:pPr>
        <w:pStyle w:val="Heading2"/>
      </w:pPr>
      <w:r>
        <w:t>Pause &amp; Notice</w:t>
      </w:r>
    </w:p>
    <w:p w14:paraId="09CCB225" w14:textId="77777777" w:rsidR="005A0029" w:rsidRDefault="00F83EB4">
      <w:r>
        <w:t>What is this theme revealing about my heart, thoughts, relationships, or current circumstances today?</w:t>
      </w:r>
    </w:p>
    <w:p w14:paraId="0CDAE46D" w14:textId="77777777" w:rsidR="005A0029" w:rsidRDefault="00F83EB4">
      <w:pPr>
        <w:pStyle w:val="Heading2"/>
      </w:pPr>
      <w:r>
        <w:t>Peace Practice</w:t>
      </w:r>
    </w:p>
    <w:p w14:paraId="4479D8CD" w14:textId="77777777" w:rsidR="005A0029" w:rsidRDefault="00F83EB4">
      <w:r>
        <w:t>Draw two columns: 'What I can control' and 'What I must release.' Place each concern in the appropriate column and pray over both.</w:t>
      </w:r>
    </w:p>
    <w:p w14:paraId="117F1AF3" w14:textId="77777777" w:rsidR="005A0029" w:rsidRDefault="00F83EB4">
      <w:pPr>
        <w:pStyle w:val="Heading2"/>
      </w:pPr>
      <w:r>
        <w:t>My Thoughts &amp; Prayers</w:t>
      </w:r>
    </w:p>
    <w:p w14:paraId="54399406" w14:textId="77777777" w:rsidR="005A0029" w:rsidRDefault="00F83EB4">
      <w:pPr>
        <w:spacing w:after="60"/>
      </w:pPr>
      <w:r>
        <w:rPr>
          <w:color w:val="B4B4B4"/>
          <w:sz w:val="16"/>
        </w:rPr>
        <w:t>________________________________________________________</w:t>
      </w:r>
    </w:p>
    <w:p w14:paraId="3FF0896A" w14:textId="77777777" w:rsidR="005A0029" w:rsidRDefault="00F83EB4">
      <w:pPr>
        <w:spacing w:after="60"/>
      </w:pPr>
      <w:r>
        <w:rPr>
          <w:color w:val="B4B4B4"/>
          <w:sz w:val="16"/>
        </w:rPr>
        <w:t>________________________________________________________</w:t>
      </w:r>
    </w:p>
    <w:p w14:paraId="09D47C2E" w14:textId="77777777" w:rsidR="005A0029" w:rsidRDefault="00F83EB4">
      <w:pPr>
        <w:spacing w:after="60"/>
      </w:pPr>
      <w:r>
        <w:rPr>
          <w:color w:val="B4B4B4"/>
          <w:sz w:val="16"/>
        </w:rPr>
        <w:t>________________________________________________________</w:t>
      </w:r>
    </w:p>
    <w:p w14:paraId="37ACADEE" w14:textId="77777777" w:rsidR="005A0029" w:rsidRDefault="00F83EB4">
      <w:pPr>
        <w:spacing w:after="60"/>
      </w:pPr>
      <w:r>
        <w:rPr>
          <w:color w:val="B4B4B4"/>
          <w:sz w:val="16"/>
        </w:rPr>
        <w:t>________________________________________________________</w:t>
      </w:r>
    </w:p>
    <w:p w14:paraId="7699464B" w14:textId="77777777" w:rsidR="005A0029" w:rsidRDefault="00F83EB4">
      <w:pPr>
        <w:spacing w:after="60"/>
      </w:pPr>
      <w:r>
        <w:rPr>
          <w:color w:val="B4B4B4"/>
          <w:sz w:val="16"/>
        </w:rPr>
        <w:t>________________________________________________________</w:t>
      </w:r>
    </w:p>
    <w:p w14:paraId="712AAC58" w14:textId="77777777" w:rsidR="005A0029" w:rsidRDefault="00F83EB4">
      <w:pPr>
        <w:pStyle w:val="Heading2"/>
      </w:pPr>
      <w:r>
        <w:t>Prayer</w:t>
      </w:r>
    </w:p>
    <w:p w14:paraId="0D22AAFA" w14:textId="77777777" w:rsidR="005A0029" w:rsidRDefault="00F83EB4">
      <w:r>
        <w:t>Father, meet me in this practice of from survival to meaning.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605E7CE" w14:textId="77777777" w:rsidR="005A0029" w:rsidRDefault="00F83EB4">
      <w:r>
        <w:rPr>
          <w:b/>
          <w:color w:val="B08D3A"/>
        </w:rPr>
        <w:lastRenderedPageBreak/>
        <w:t xml:space="preserve">TODAY'S DECLARATION  </w:t>
      </w:r>
      <w:r>
        <w:t>I will meet from survival to meaning with truth, faith, and practiced peace.</w:t>
      </w:r>
    </w:p>
    <w:p w14:paraId="2B9A790B" w14:textId="77777777" w:rsidR="005A0029" w:rsidRDefault="00F83EB4">
      <w:r>
        <w:br w:type="page"/>
      </w:r>
    </w:p>
    <w:p w14:paraId="60225F1B" w14:textId="77777777" w:rsidR="005A0029" w:rsidRDefault="00F83EB4">
      <w:pPr>
        <w:pStyle w:val="Heading2"/>
      </w:pPr>
      <w:r>
        <w:lastRenderedPageBreak/>
        <w:t>DAY 24</w:t>
      </w:r>
    </w:p>
    <w:p w14:paraId="21A76CEC" w14:textId="77777777" w:rsidR="005A0029" w:rsidRDefault="00F83EB4">
      <w:pPr>
        <w:pStyle w:val="Heading1"/>
      </w:pPr>
      <w:r>
        <w:t>Faith Changes Perspective</w:t>
      </w:r>
    </w:p>
    <w:p w14:paraId="2F0A529B" w14:textId="77777777" w:rsidR="005A0029" w:rsidRDefault="00F83EB4">
      <w:r>
        <w:rPr>
          <w:b/>
          <w:color w:val="B08D3A"/>
        </w:rPr>
        <w:t xml:space="preserve">ANCHOR SCRIPTURE  </w:t>
      </w:r>
      <w:r>
        <w:t>2 Corinthians 5:7</w:t>
      </w:r>
    </w:p>
    <w:p w14:paraId="3A0FD8FA" w14:textId="77777777" w:rsidR="005A0029" w:rsidRDefault="00F83EB4">
      <w:pPr>
        <w:pStyle w:val="Heading2"/>
      </w:pPr>
      <w:r>
        <w:t>Guided Reflection</w:t>
      </w:r>
    </w:p>
    <w:p w14:paraId="0D03D267" w14:textId="77777777" w:rsidR="005A0029" w:rsidRDefault="00F83EB4">
      <w:r>
        <w:t>Today, consider what “faith changes perspective”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66AB7C41" w14:textId="77777777" w:rsidR="005A0029" w:rsidRDefault="00F83EB4">
      <w:pPr>
        <w:pStyle w:val="Heading2"/>
      </w:pPr>
      <w:r>
        <w:t>Pause &amp; Notice</w:t>
      </w:r>
    </w:p>
    <w:p w14:paraId="5BCAA45A" w14:textId="77777777" w:rsidR="005A0029" w:rsidRDefault="00F83EB4">
      <w:r>
        <w:t>What is this theme revealing about my heart, thoughts, relationships, or current circumstances today?</w:t>
      </w:r>
    </w:p>
    <w:p w14:paraId="080FE944" w14:textId="77777777" w:rsidR="005A0029" w:rsidRDefault="00F83EB4">
      <w:pPr>
        <w:pStyle w:val="Heading2"/>
      </w:pPr>
      <w:r>
        <w:t>Peace Practice</w:t>
      </w:r>
    </w:p>
    <w:p w14:paraId="65747DA3" w14:textId="77777777" w:rsidR="005A0029" w:rsidRDefault="00F83EB4">
      <w:r>
        <w:t>Take five slow breaths. With each inhale, receive God's presence; with each exhale, release one pressure you have been carrying.</w:t>
      </w:r>
    </w:p>
    <w:p w14:paraId="4104CF4D" w14:textId="77777777" w:rsidR="005A0029" w:rsidRDefault="00F83EB4">
      <w:pPr>
        <w:pStyle w:val="Heading2"/>
      </w:pPr>
      <w:r>
        <w:t>My Thoughts &amp; Prayers</w:t>
      </w:r>
    </w:p>
    <w:p w14:paraId="709184D4" w14:textId="77777777" w:rsidR="005A0029" w:rsidRDefault="00F83EB4">
      <w:pPr>
        <w:spacing w:after="60"/>
      </w:pPr>
      <w:r>
        <w:rPr>
          <w:color w:val="B4B4B4"/>
          <w:sz w:val="16"/>
        </w:rPr>
        <w:t>________________________________________________________</w:t>
      </w:r>
    </w:p>
    <w:p w14:paraId="19A19A46" w14:textId="77777777" w:rsidR="005A0029" w:rsidRDefault="00F83EB4">
      <w:pPr>
        <w:spacing w:after="60"/>
      </w:pPr>
      <w:r>
        <w:rPr>
          <w:color w:val="B4B4B4"/>
          <w:sz w:val="16"/>
        </w:rPr>
        <w:t>________________________________________________________</w:t>
      </w:r>
    </w:p>
    <w:p w14:paraId="67A84093" w14:textId="77777777" w:rsidR="005A0029" w:rsidRDefault="00F83EB4">
      <w:pPr>
        <w:spacing w:after="60"/>
      </w:pPr>
      <w:r>
        <w:rPr>
          <w:color w:val="B4B4B4"/>
          <w:sz w:val="16"/>
        </w:rPr>
        <w:t>________________________________________________________</w:t>
      </w:r>
    </w:p>
    <w:p w14:paraId="3CC23CBE" w14:textId="77777777" w:rsidR="005A0029" w:rsidRDefault="00F83EB4">
      <w:pPr>
        <w:spacing w:after="60"/>
      </w:pPr>
      <w:r>
        <w:rPr>
          <w:color w:val="B4B4B4"/>
          <w:sz w:val="16"/>
        </w:rPr>
        <w:t>________________________________________________________</w:t>
      </w:r>
    </w:p>
    <w:p w14:paraId="02A109BD" w14:textId="77777777" w:rsidR="005A0029" w:rsidRDefault="00F83EB4">
      <w:pPr>
        <w:spacing w:after="60"/>
      </w:pPr>
      <w:r>
        <w:rPr>
          <w:color w:val="B4B4B4"/>
          <w:sz w:val="16"/>
        </w:rPr>
        <w:t>________________________________________________________</w:t>
      </w:r>
    </w:p>
    <w:p w14:paraId="76FF3A6D" w14:textId="77777777" w:rsidR="005A0029" w:rsidRDefault="00F83EB4">
      <w:pPr>
        <w:pStyle w:val="Heading2"/>
      </w:pPr>
      <w:r>
        <w:t>Prayer</w:t>
      </w:r>
    </w:p>
    <w:p w14:paraId="38714C3B" w14:textId="77777777" w:rsidR="005A0029" w:rsidRDefault="00F83EB4">
      <w:r>
        <w:t>Father, meet me in this practice of faith changes perspective.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D863BBD" w14:textId="77777777" w:rsidR="005A0029" w:rsidRDefault="00F83EB4">
      <w:r>
        <w:rPr>
          <w:b/>
          <w:color w:val="B08D3A"/>
        </w:rPr>
        <w:lastRenderedPageBreak/>
        <w:t xml:space="preserve">TODAY'S DECLARATION  </w:t>
      </w:r>
      <w:r>
        <w:t>I will meet faith changes perspective with truth, faith, and practiced peace.</w:t>
      </w:r>
    </w:p>
    <w:p w14:paraId="51AEA65D" w14:textId="77777777" w:rsidR="005A0029" w:rsidRDefault="00F83EB4">
      <w:r>
        <w:br w:type="page"/>
      </w:r>
    </w:p>
    <w:p w14:paraId="34311C6C" w14:textId="77777777" w:rsidR="005A0029" w:rsidRDefault="00F83EB4">
      <w:pPr>
        <w:pStyle w:val="Heading2"/>
      </w:pPr>
      <w:r>
        <w:lastRenderedPageBreak/>
        <w:t>DAY 25</w:t>
      </w:r>
    </w:p>
    <w:p w14:paraId="5B1C1E85" w14:textId="77777777" w:rsidR="005A0029" w:rsidRDefault="00F83EB4">
      <w:pPr>
        <w:pStyle w:val="Heading1"/>
      </w:pPr>
      <w:r>
        <w:t>Look for Grace</w:t>
      </w:r>
    </w:p>
    <w:p w14:paraId="60CBB280" w14:textId="77777777" w:rsidR="005A0029" w:rsidRDefault="00F83EB4">
      <w:r>
        <w:rPr>
          <w:b/>
          <w:color w:val="B08D3A"/>
        </w:rPr>
        <w:t xml:space="preserve">ANCHOR SCRIPTURE  </w:t>
      </w:r>
      <w:r>
        <w:t>Psalm 103:2</w:t>
      </w:r>
    </w:p>
    <w:p w14:paraId="018BBEB5" w14:textId="77777777" w:rsidR="005A0029" w:rsidRDefault="00F83EB4">
      <w:pPr>
        <w:pStyle w:val="Heading2"/>
      </w:pPr>
      <w:r>
        <w:t>Guided Reflection</w:t>
      </w:r>
    </w:p>
    <w:p w14:paraId="691FCFF0" w14:textId="77777777" w:rsidR="005A0029" w:rsidRDefault="00F83EB4">
      <w:r>
        <w:t>Today, consider what “look for grace”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truth is pract</w:t>
      </w:r>
      <w:r>
        <w:t>iced repeatedly, especially when circumstances remain unresolved.</w:t>
      </w:r>
    </w:p>
    <w:p w14:paraId="04790E26" w14:textId="77777777" w:rsidR="005A0029" w:rsidRDefault="00F83EB4">
      <w:pPr>
        <w:pStyle w:val="Heading2"/>
      </w:pPr>
      <w:r>
        <w:t>Pause &amp; Notice</w:t>
      </w:r>
    </w:p>
    <w:p w14:paraId="33206C39" w14:textId="77777777" w:rsidR="005A0029" w:rsidRDefault="00F83EB4">
      <w:r>
        <w:t>What is this theme revealing about my heart, thoughts, relationships, or current circumstances today?</w:t>
      </w:r>
    </w:p>
    <w:p w14:paraId="7DE484D2" w14:textId="77777777" w:rsidR="005A0029" w:rsidRDefault="00F83EB4">
      <w:pPr>
        <w:pStyle w:val="Heading2"/>
      </w:pPr>
      <w:r>
        <w:t>Peace Practice</w:t>
      </w:r>
    </w:p>
    <w:p w14:paraId="42C85C62" w14:textId="77777777" w:rsidR="005A0029" w:rsidRDefault="00F83EB4">
      <w:r>
        <w:t>Write one recurring fearful thought. Under it, write a Scripture-shaped response that is more truthful and life-giving.</w:t>
      </w:r>
    </w:p>
    <w:p w14:paraId="1B8CEB41" w14:textId="77777777" w:rsidR="005A0029" w:rsidRDefault="00F83EB4">
      <w:pPr>
        <w:pStyle w:val="Heading2"/>
      </w:pPr>
      <w:r>
        <w:t>My Thoughts &amp; Prayers</w:t>
      </w:r>
    </w:p>
    <w:p w14:paraId="0829D351" w14:textId="77777777" w:rsidR="005A0029" w:rsidRDefault="00F83EB4">
      <w:pPr>
        <w:spacing w:after="60"/>
      </w:pPr>
      <w:r>
        <w:rPr>
          <w:color w:val="B4B4B4"/>
          <w:sz w:val="16"/>
        </w:rPr>
        <w:t>________________________________________________________</w:t>
      </w:r>
    </w:p>
    <w:p w14:paraId="479C6E77" w14:textId="77777777" w:rsidR="005A0029" w:rsidRDefault="00F83EB4">
      <w:pPr>
        <w:spacing w:after="60"/>
      </w:pPr>
      <w:r>
        <w:rPr>
          <w:color w:val="B4B4B4"/>
          <w:sz w:val="16"/>
        </w:rPr>
        <w:t>________________________________________________________</w:t>
      </w:r>
    </w:p>
    <w:p w14:paraId="5746B33B" w14:textId="77777777" w:rsidR="005A0029" w:rsidRDefault="00F83EB4">
      <w:pPr>
        <w:spacing w:after="60"/>
      </w:pPr>
      <w:r>
        <w:rPr>
          <w:color w:val="B4B4B4"/>
          <w:sz w:val="16"/>
        </w:rPr>
        <w:t>________________________________________________________</w:t>
      </w:r>
    </w:p>
    <w:p w14:paraId="4E56BCC5" w14:textId="77777777" w:rsidR="005A0029" w:rsidRDefault="00F83EB4">
      <w:pPr>
        <w:spacing w:after="60"/>
      </w:pPr>
      <w:r>
        <w:rPr>
          <w:color w:val="B4B4B4"/>
          <w:sz w:val="16"/>
        </w:rPr>
        <w:t>________________________________________________________</w:t>
      </w:r>
    </w:p>
    <w:p w14:paraId="70949F57" w14:textId="77777777" w:rsidR="005A0029" w:rsidRDefault="00F83EB4">
      <w:pPr>
        <w:spacing w:after="60"/>
      </w:pPr>
      <w:r>
        <w:rPr>
          <w:color w:val="B4B4B4"/>
          <w:sz w:val="16"/>
        </w:rPr>
        <w:t>________________________________________________________</w:t>
      </w:r>
    </w:p>
    <w:p w14:paraId="10B1BB47" w14:textId="77777777" w:rsidR="005A0029" w:rsidRDefault="00F83EB4">
      <w:pPr>
        <w:pStyle w:val="Heading2"/>
      </w:pPr>
      <w:r>
        <w:t>Prayer</w:t>
      </w:r>
    </w:p>
    <w:p w14:paraId="0D6A5136" w14:textId="77777777" w:rsidR="005A0029" w:rsidRDefault="00F83EB4">
      <w:r>
        <w:t>Father, meet me in this practice of look for grace.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2BA43DB" w14:textId="77777777" w:rsidR="005A0029" w:rsidRDefault="00F83EB4">
      <w:r>
        <w:rPr>
          <w:b/>
          <w:color w:val="B08D3A"/>
        </w:rPr>
        <w:lastRenderedPageBreak/>
        <w:t xml:space="preserve">TODAY'S DECLARATION  </w:t>
      </w:r>
      <w:r>
        <w:t>I will meet look for grace with truth, faith, and practiced peace.</w:t>
      </w:r>
    </w:p>
    <w:p w14:paraId="7ECA0E15" w14:textId="77777777" w:rsidR="005A0029" w:rsidRDefault="00F83EB4">
      <w:r>
        <w:br w:type="page"/>
      </w:r>
    </w:p>
    <w:p w14:paraId="288B408E" w14:textId="77777777" w:rsidR="005A0029" w:rsidRDefault="00F83EB4">
      <w:pPr>
        <w:pStyle w:val="Heading2"/>
      </w:pPr>
      <w:r>
        <w:lastRenderedPageBreak/>
        <w:t>DAY 26</w:t>
      </w:r>
    </w:p>
    <w:p w14:paraId="0138440F" w14:textId="77777777" w:rsidR="005A0029" w:rsidRDefault="00F83EB4">
      <w:pPr>
        <w:pStyle w:val="Heading1"/>
      </w:pPr>
      <w:r>
        <w:t>Legacy Over Applause</w:t>
      </w:r>
    </w:p>
    <w:p w14:paraId="669796F7" w14:textId="77777777" w:rsidR="005A0029" w:rsidRDefault="00F83EB4">
      <w:r>
        <w:rPr>
          <w:b/>
          <w:color w:val="B08D3A"/>
        </w:rPr>
        <w:t xml:space="preserve">ANCHOR SCRIPTURE  </w:t>
      </w:r>
      <w:r>
        <w:t>Psalm 90:12</w:t>
      </w:r>
    </w:p>
    <w:p w14:paraId="60875F51" w14:textId="77777777" w:rsidR="005A0029" w:rsidRDefault="00F83EB4">
      <w:pPr>
        <w:pStyle w:val="Heading2"/>
      </w:pPr>
      <w:r>
        <w:t>Guided Reflection</w:t>
      </w:r>
    </w:p>
    <w:p w14:paraId="446086B5" w14:textId="77777777" w:rsidR="005A0029" w:rsidRDefault="00F83EB4">
      <w:r>
        <w:t>Today, consider what “legacy over applause”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truth is</w:t>
      </w:r>
      <w:r>
        <w:t xml:space="preserve"> practiced repeatedly, especially when circumstances remain unresolved.</w:t>
      </w:r>
    </w:p>
    <w:p w14:paraId="461CB741" w14:textId="77777777" w:rsidR="005A0029" w:rsidRDefault="00F83EB4">
      <w:pPr>
        <w:pStyle w:val="Heading2"/>
      </w:pPr>
      <w:r>
        <w:t>Pause &amp; Notice</w:t>
      </w:r>
    </w:p>
    <w:p w14:paraId="56AF08DC" w14:textId="77777777" w:rsidR="005A0029" w:rsidRDefault="00F83EB4">
      <w:r>
        <w:t>What is this theme revealing about my heart, thoughts, relationships, or current circumstances today?</w:t>
      </w:r>
    </w:p>
    <w:p w14:paraId="13F3CE5F" w14:textId="77777777" w:rsidR="005A0029" w:rsidRDefault="00F83EB4">
      <w:pPr>
        <w:pStyle w:val="Heading2"/>
      </w:pPr>
      <w:r>
        <w:t>Peace Practice</w:t>
      </w:r>
    </w:p>
    <w:p w14:paraId="0B40BBF3" w14:textId="77777777" w:rsidR="005A0029" w:rsidRDefault="00F83EB4">
      <w:r>
        <w:t>Identify one small action that would create greater peace today. Make it specific enough to complete before the day ends.</w:t>
      </w:r>
    </w:p>
    <w:p w14:paraId="4D771DE9" w14:textId="77777777" w:rsidR="005A0029" w:rsidRDefault="00F83EB4">
      <w:pPr>
        <w:pStyle w:val="Heading2"/>
      </w:pPr>
      <w:r>
        <w:t>My Thoughts &amp; Prayers</w:t>
      </w:r>
    </w:p>
    <w:p w14:paraId="6DC35C2B" w14:textId="77777777" w:rsidR="005A0029" w:rsidRDefault="00F83EB4">
      <w:pPr>
        <w:spacing w:after="60"/>
      </w:pPr>
      <w:r>
        <w:rPr>
          <w:color w:val="B4B4B4"/>
          <w:sz w:val="16"/>
        </w:rPr>
        <w:t>________________________________________________________</w:t>
      </w:r>
    </w:p>
    <w:p w14:paraId="7AB3C65E" w14:textId="77777777" w:rsidR="005A0029" w:rsidRDefault="00F83EB4">
      <w:pPr>
        <w:spacing w:after="60"/>
      </w:pPr>
      <w:r>
        <w:rPr>
          <w:color w:val="B4B4B4"/>
          <w:sz w:val="16"/>
        </w:rPr>
        <w:t>________________________________________________________</w:t>
      </w:r>
    </w:p>
    <w:p w14:paraId="5DCE01F4" w14:textId="77777777" w:rsidR="005A0029" w:rsidRDefault="00F83EB4">
      <w:pPr>
        <w:spacing w:after="60"/>
      </w:pPr>
      <w:r>
        <w:rPr>
          <w:color w:val="B4B4B4"/>
          <w:sz w:val="16"/>
        </w:rPr>
        <w:t>________________________________________________________</w:t>
      </w:r>
    </w:p>
    <w:p w14:paraId="432DC695" w14:textId="77777777" w:rsidR="005A0029" w:rsidRDefault="00F83EB4">
      <w:pPr>
        <w:spacing w:after="60"/>
      </w:pPr>
      <w:r>
        <w:rPr>
          <w:color w:val="B4B4B4"/>
          <w:sz w:val="16"/>
        </w:rPr>
        <w:t>________________________________________________________</w:t>
      </w:r>
    </w:p>
    <w:p w14:paraId="4E280CE8" w14:textId="77777777" w:rsidR="005A0029" w:rsidRDefault="00F83EB4">
      <w:pPr>
        <w:spacing w:after="60"/>
      </w:pPr>
      <w:r>
        <w:rPr>
          <w:color w:val="B4B4B4"/>
          <w:sz w:val="16"/>
        </w:rPr>
        <w:t>________________________________________________________</w:t>
      </w:r>
    </w:p>
    <w:p w14:paraId="718404C2" w14:textId="77777777" w:rsidR="005A0029" w:rsidRDefault="00F83EB4">
      <w:pPr>
        <w:pStyle w:val="Heading2"/>
      </w:pPr>
      <w:r>
        <w:t>Prayer</w:t>
      </w:r>
    </w:p>
    <w:p w14:paraId="70B77691" w14:textId="77777777" w:rsidR="005A0029" w:rsidRDefault="00F83EB4">
      <w:r>
        <w:t>Father, meet me in this practice of legacy over applause.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94C8EB0" w14:textId="77777777" w:rsidR="005A0029" w:rsidRDefault="00F83EB4">
      <w:r>
        <w:rPr>
          <w:b/>
          <w:color w:val="B08D3A"/>
        </w:rPr>
        <w:lastRenderedPageBreak/>
        <w:t xml:space="preserve">TODAY'S DECLARATION  </w:t>
      </w:r>
      <w:r>
        <w:t>I will meet legacy over applause with truth, faith, and practiced peace.</w:t>
      </w:r>
    </w:p>
    <w:p w14:paraId="190AD313" w14:textId="77777777" w:rsidR="005A0029" w:rsidRDefault="00F83EB4">
      <w:r>
        <w:br w:type="page"/>
      </w:r>
    </w:p>
    <w:p w14:paraId="4F505146" w14:textId="77777777" w:rsidR="005A0029" w:rsidRDefault="00F83EB4">
      <w:pPr>
        <w:pStyle w:val="Heading2"/>
      </w:pPr>
      <w:r>
        <w:lastRenderedPageBreak/>
        <w:t>DAY 27</w:t>
      </w:r>
    </w:p>
    <w:p w14:paraId="574ACE4F" w14:textId="77777777" w:rsidR="005A0029" w:rsidRDefault="00F83EB4">
      <w:pPr>
        <w:pStyle w:val="Heading1"/>
      </w:pPr>
      <w:r>
        <w:t>A Wider View</w:t>
      </w:r>
    </w:p>
    <w:p w14:paraId="6BD98B68" w14:textId="77777777" w:rsidR="005A0029" w:rsidRDefault="00F83EB4">
      <w:r>
        <w:rPr>
          <w:b/>
          <w:color w:val="B08D3A"/>
        </w:rPr>
        <w:t xml:space="preserve">ANCHOR SCRIPTURE  </w:t>
      </w:r>
      <w:r>
        <w:t>2 Corinthians 4:18</w:t>
      </w:r>
    </w:p>
    <w:p w14:paraId="13C60567" w14:textId="77777777" w:rsidR="005A0029" w:rsidRDefault="00F83EB4">
      <w:pPr>
        <w:pStyle w:val="Heading2"/>
      </w:pPr>
      <w:r>
        <w:t>Guided Reflection</w:t>
      </w:r>
    </w:p>
    <w:p w14:paraId="2EC9F432" w14:textId="77777777" w:rsidR="005A0029" w:rsidRDefault="00F83EB4">
      <w:r>
        <w:t>Today, consider what “a wider view”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truth is practic</w:t>
      </w:r>
      <w:r>
        <w:t>ed repeatedly, especially when circumstances remain unresolved.</w:t>
      </w:r>
    </w:p>
    <w:p w14:paraId="14A9E959" w14:textId="77777777" w:rsidR="005A0029" w:rsidRDefault="00F83EB4">
      <w:pPr>
        <w:pStyle w:val="Heading2"/>
      </w:pPr>
      <w:r>
        <w:t>Pause &amp; Notice</w:t>
      </w:r>
    </w:p>
    <w:p w14:paraId="5569C43C" w14:textId="77777777" w:rsidR="005A0029" w:rsidRDefault="00F83EB4">
      <w:r>
        <w:t>What is this theme revealing about my heart, thoughts, relationships, or current circumstances today?</w:t>
      </w:r>
    </w:p>
    <w:p w14:paraId="559A27E2" w14:textId="77777777" w:rsidR="005A0029" w:rsidRDefault="00F83EB4">
      <w:pPr>
        <w:pStyle w:val="Heading2"/>
      </w:pPr>
      <w:r>
        <w:t>Peace Practice</w:t>
      </w:r>
    </w:p>
    <w:p w14:paraId="15F8ED22" w14:textId="77777777" w:rsidR="005A0029" w:rsidRDefault="00F83EB4">
      <w:r>
        <w:t>Reach out to one trusted, mature person. Share one thing you have been carrying silently and allow yourself to receive support.</w:t>
      </w:r>
    </w:p>
    <w:p w14:paraId="09ADF7A3" w14:textId="77777777" w:rsidR="005A0029" w:rsidRDefault="00F83EB4">
      <w:pPr>
        <w:pStyle w:val="Heading2"/>
      </w:pPr>
      <w:r>
        <w:t>My Thoughts &amp; Prayers</w:t>
      </w:r>
    </w:p>
    <w:p w14:paraId="7201EA39" w14:textId="77777777" w:rsidR="005A0029" w:rsidRDefault="00F83EB4">
      <w:pPr>
        <w:spacing w:after="60"/>
      </w:pPr>
      <w:r>
        <w:rPr>
          <w:color w:val="B4B4B4"/>
          <w:sz w:val="16"/>
        </w:rPr>
        <w:t>________________________________________________________</w:t>
      </w:r>
    </w:p>
    <w:p w14:paraId="4E838DE2" w14:textId="77777777" w:rsidR="005A0029" w:rsidRDefault="00F83EB4">
      <w:pPr>
        <w:spacing w:after="60"/>
      </w:pPr>
      <w:r>
        <w:rPr>
          <w:color w:val="B4B4B4"/>
          <w:sz w:val="16"/>
        </w:rPr>
        <w:t>________________________________________________________</w:t>
      </w:r>
    </w:p>
    <w:p w14:paraId="27E6F6A3" w14:textId="77777777" w:rsidR="005A0029" w:rsidRDefault="00F83EB4">
      <w:pPr>
        <w:spacing w:after="60"/>
      </w:pPr>
      <w:r>
        <w:rPr>
          <w:color w:val="B4B4B4"/>
          <w:sz w:val="16"/>
        </w:rPr>
        <w:t>________________________________________________________</w:t>
      </w:r>
    </w:p>
    <w:p w14:paraId="62909564" w14:textId="77777777" w:rsidR="005A0029" w:rsidRDefault="00F83EB4">
      <w:pPr>
        <w:spacing w:after="60"/>
      </w:pPr>
      <w:r>
        <w:rPr>
          <w:color w:val="B4B4B4"/>
          <w:sz w:val="16"/>
        </w:rPr>
        <w:t>________________________________________________________</w:t>
      </w:r>
    </w:p>
    <w:p w14:paraId="5FC016C9" w14:textId="77777777" w:rsidR="005A0029" w:rsidRDefault="00F83EB4">
      <w:pPr>
        <w:spacing w:after="60"/>
      </w:pPr>
      <w:r>
        <w:rPr>
          <w:color w:val="B4B4B4"/>
          <w:sz w:val="16"/>
        </w:rPr>
        <w:t>________________________________________________________</w:t>
      </w:r>
    </w:p>
    <w:p w14:paraId="673707B7" w14:textId="77777777" w:rsidR="005A0029" w:rsidRDefault="00F83EB4">
      <w:pPr>
        <w:pStyle w:val="Heading2"/>
      </w:pPr>
      <w:r>
        <w:t>Prayer</w:t>
      </w:r>
    </w:p>
    <w:p w14:paraId="452FEA7F" w14:textId="77777777" w:rsidR="005A0029" w:rsidRDefault="00F83EB4">
      <w:r>
        <w:t>Father, meet me in this practice of a wider view.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A43DD02" w14:textId="77777777" w:rsidR="005A0029" w:rsidRDefault="00F83EB4">
      <w:r>
        <w:rPr>
          <w:b/>
          <w:color w:val="B08D3A"/>
        </w:rPr>
        <w:lastRenderedPageBreak/>
        <w:t xml:space="preserve">TODAY'S DECLARATION  </w:t>
      </w:r>
      <w:r>
        <w:t>I will meet a wider view with truth, faith, and practiced peace.</w:t>
      </w:r>
    </w:p>
    <w:p w14:paraId="78826B84" w14:textId="77777777" w:rsidR="005A0029" w:rsidRDefault="00F83EB4">
      <w:r>
        <w:br w:type="page"/>
      </w:r>
    </w:p>
    <w:p w14:paraId="3E63A655" w14:textId="77777777" w:rsidR="005A0029" w:rsidRDefault="00F83EB4">
      <w:pPr>
        <w:pStyle w:val="Heading2"/>
      </w:pPr>
      <w:r>
        <w:lastRenderedPageBreak/>
        <w:t>DAY 28</w:t>
      </w:r>
    </w:p>
    <w:p w14:paraId="0FF0DCA1" w14:textId="77777777" w:rsidR="005A0029" w:rsidRDefault="00F83EB4">
      <w:pPr>
        <w:pStyle w:val="Heading1"/>
      </w:pPr>
      <w:r>
        <w:t>Living Awake</w:t>
      </w:r>
    </w:p>
    <w:p w14:paraId="264CC67C" w14:textId="77777777" w:rsidR="005A0029" w:rsidRDefault="00F83EB4">
      <w:r>
        <w:rPr>
          <w:b/>
          <w:color w:val="B08D3A"/>
        </w:rPr>
        <w:t xml:space="preserve">ANCHOR SCRIPTURE  </w:t>
      </w:r>
      <w:r>
        <w:t>Ephesians 5:15</w:t>
      </w:r>
    </w:p>
    <w:p w14:paraId="6A674D26" w14:textId="77777777" w:rsidR="005A0029" w:rsidRDefault="00F83EB4">
      <w:pPr>
        <w:pStyle w:val="Heading2"/>
      </w:pPr>
      <w:r>
        <w:t>Guided Reflection</w:t>
      </w:r>
    </w:p>
    <w:p w14:paraId="18079D4C" w14:textId="77777777" w:rsidR="005A0029" w:rsidRDefault="00F83EB4">
      <w:r>
        <w:t>Today, consider what “living awake”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truth is practic</w:t>
      </w:r>
      <w:r>
        <w:t>ed repeatedly, especially when circumstances remain unresolved.</w:t>
      </w:r>
    </w:p>
    <w:p w14:paraId="772A3510" w14:textId="77777777" w:rsidR="005A0029" w:rsidRDefault="00F83EB4">
      <w:pPr>
        <w:pStyle w:val="Heading2"/>
      </w:pPr>
      <w:r>
        <w:t>Pause &amp; Notice</w:t>
      </w:r>
    </w:p>
    <w:p w14:paraId="29429974" w14:textId="77777777" w:rsidR="005A0029" w:rsidRDefault="00F83EB4">
      <w:r>
        <w:t>What is this theme revealing about my heart, thoughts, relationships, or current circumstances today?</w:t>
      </w:r>
    </w:p>
    <w:p w14:paraId="7B05CDAE" w14:textId="77777777" w:rsidR="005A0029" w:rsidRDefault="00F83EB4">
      <w:pPr>
        <w:pStyle w:val="Heading2"/>
      </w:pPr>
      <w:r>
        <w:t>Peace Practice</w:t>
      </w:r>
    </w:p>
    <w:p w14:paraId="28B0848C" w14:textId="77777777" w:rsidR="005A0029" w:rsidRDefault="00F83EB4">
      <w:r>
        <w:t>Practice a ten-minute quiet period without your phone. Notice what surfaces, then bring it honestly into prayer.</w:t>
      </w:r>
    </w:p>
    <w:p w14:paraId="16D9BDE9" w14:textId="77777777" w:rsidR="005A0029" w:rsidRDefault="00F83EB4">
      <w:pPr>
        <w:pStyle w:val="Heading2"/>
      </w:pPr>
      <w:r>
        <w:t>My Thoughts &amp; Prayers</w:t>
      </w:r>
    </w:p>
    <w:p w14:paraId="3A575F53" w14:textId="77777777" w:rsidR="005A0029" w:rsidRDefault="00F83EB4">
      <w:pPr>
        <w:spacing w:after="60"/>
      </w:pPr>
      <w:r>
        <w:rPr>
          <w:color w:val="B4B4B4"/>
          <w:sz w:val="16"/>
        </w:rPr>
        <w:t>________________________________________________________</w:t>
      </w:r>
    </w:p>
    <w:p w14:paraId="44F0B829" w14:textId="77777777" w:rsidR="005A0029" w:rsidRDefault="00F83EB4">
      <w:pPr>
        <w:spacing w:after="60"/>
      </w:pPr>
      <w:r>
        <w:rPr>
          <w:color w:val="B4B4B4"/>
          <w:sz w:val="16"/>
        </w:rPr>
        <w:t>________________________________________________________</w:t>
      </w:r>
    </w:p>
    <w:p w14:paraId="61D5E1E5" w14:textId="77777777" w:rsidR="005A0029" w:rsidRDefault="00F83EB4">
      <w:pPr>
        <w:spacing w:after="60"/>
      </w:pPr>
      <w:r>
        <w:rPr>
          <w:color w:val="B4B4B4"/>
          <w:sz w:val="16"/>
        </w:rPr>
        <w:t>________________________________________________________</w:t>
      </w:r>
    </w:p>
    <w:p w14:paraId="654808B2" w14:textId="77777777" w:rsidR="005A0029" w:rsidRDefault="00F83EB4">
      <w:pPr>
        <w:spacing w:after="60"/>
      </w:pPr>
      <w:r>
        <w:rPr>
          <w:color w:val="B4B4B4"/>
          <w:sz w:val="16"/>
        </w:rPr>
        <w:t>________________________________________________________</w:t>
      </w:r>
    </w:p>
    <w:p w14:paraId="17829432" w14:textId="77777777" w:rsidR="005A0029" w:rsidRDefault="00F83EB4">
      <w:pPr>
        <w:spacing w:after="60"/>
      </w:pPr>
      <w:r>
        <w:rPr>
          <w:color w:val="B4B4B4"/>
          <w:sz w:val="16"/>
        </w:rPr>
        <w:t>________________________________________________________</w:t>
      </w:r>
    </w:p>
    <w:p w14:paraId="077BFB7D" w14:textId="77777777" w:rsidR="005A0029" w:rsidRDefault="00F83EB4">
      <w:pPr>
        <w:pStyle w:val="Heading2"/>
      </w:pPr>
      <w:r>
        <w:t>Prayer</w:t>
      </w:r>
    </w:p>
    <w:p w14:paraId="3A6B9C2A" w14:textId="77777777" w:rsidR="005A0029" w:rsidRDefault="00F83EB4">
      <w:r>
        <w:t>Father, meet me in this practice of living awake.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D52C21C" w14:textId="77777777" w:rsidR="005A0029" w:rsidRDefault="00F83EB4">
      <w:r>
        <w:rPr>
          <w:b/>
          <w:color w:val="B08D3A"/>
        </w:rPr>
        <w:lastRenderedPageBreak/>
        <w:t xml:space="preserve">TODAY'S DECLARATION  </w:t>
      </w:r>
      <w:r>
        <w:t>I will meet living awake with truth, faith, and practiced peace.</w:t>
      </w:r>
    </w:p>
    <w:p w14:paraId="7AED979E" w14:textId="77777777" w:rsidR="005A0029" w:rsidRDefault="00F83EB4">
      <w:r>
        <w:br w:type="page"/>
      </w:r>
    </w:p>
    <w:p w14:paraId="07DE7460" w14:textId="77777777" w:rsidR="005A0029" w:rsidRDefault="00F83EB4">
      <w:pPr>
        <w:pStyle w:val="Heading2"/>
      </w:pPr>
      <w:r>
        <w:lastRenderedPageBreak/>
        <w:t>DAY 29</w:t>
      </w:r>
    </w:p>
    <w:p w14:paraId="7C23309B" w14:textId="77777777" w:rsidR="005A0029" w:rsidRDefault="00F83EB4">
      <w:pPr>
        <w:pStyle w:val="Heading1"/>
      </w:pPr>
      <w:r>
        <w:t>New Mindset, New Direction</w:t>
      </w:r>
    </w:p>
    <w:p w14:paraId="6D0CB12D" w14:textId="77777777" w:rsidR="005A0029" w:rsidRDefault="00F83EB4">
      <w:r>
        <w:rPr>
          <w:b/>
          <w:color w:val="B08D3A"/>
        </w:rPr>
        <w:t xml:space="preserve">ANCHOR SCRIPTURE  </w:t>
      </w:r>
      <w:r>
        <w:t>Philippians 3:13-14</w:t>
      </w:r>
    </w:p>
    <w:p w14:paraId="1AF609C1" w14:textId="77777777" w:rsidR="005A0029" w:rsidRDefault="00F83EB4">
      <w:pPr>
        <w:pStyle w:val="Heading2"/>
      </w:pPr>
      <w:r>
        <w:t>Guided Reflection</w:t>
      </w:r>
    </w:p>
    <w:p w14:paraId="6BE0F512" w14:textId="77777777" w:rsidR="005A0029" w:rsidRDefault="00F83EB4">
      <w:r>
        <w:t>Today, consider what “new mindset, new direction”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w:t>
      </w:r>
      <w:r>
        <w:t>uth is practiced repeatedly, especially when circumstances remain unresolved.</w:t>
      </w:r>
    </w:p>
    <w:p w14:paraId="3026AA14" w14:textId="77777777" w:rsidR="005A0029" w:rsidRDefault="00F83EB4">
      <w:pPr>
        <w:pStyle w:val="Heading2"/>
      </w:pPr>
      <w:r>
        <w:t>Pause &amp; Notice</w:t>
      </w:r>
    </w:p>
    <w:p w14:paraId="56578287" w14:textId="77777777" w:rsidR="005A0029" w:rsidRDefault="00F83EB4">
      <w:r>
        <w:t>What is this theme revealing about my heart, thoughts, relationships, or current circumstances today?</w:t>
      </w:r>
    </w:p>
    <w:p w14:paraId="763756E5" w14:textId="77777777" w:rsidR="005A0029" w:rsidRDefault="00F83EB4">
      <w:pPr>
        <w:pStyle w:val="Heading2"/>
      </w:pPr>
      <w:r>
        <w:t>Peace Practice</w:t>
      </w:r>
    </w:p>
    <w:p w14:paraId="440D97F0" w14:textId="77777777" w:rsidR="005A0029" w:rsidRDefault="00F83EB4">
      <w:r>
        <w:t>Sit quietly for three minutes. Name what you feel without judging it. Then write one truth you want to carry into the day.</w:t>
      </w:r>
    </w:p>
    <w:p w14:paraId="588A98B2" w14:textId="77777777" w:rsidR="005A0029" w:rsidRDefault="00F83EB4">
      <w:pPr>
        <w:pStyle w:val="Heading2"/>
      </w:pPr>
      <w:r>
        <w:t>My Thoughts &amp; Prayers</w:t>
      </w:r>
    </w:p>
    <w:p w14:paraId="5810BB94" w14:textId="77777777" w:rsidR="005A0029" w:rsidRDefault="00F83EB4">
      <w:pPr>
        <w:spacing w:after="60"/>
      </w:pPr>
      <w:r>
        <w:rPr>
          <w:color w:val="B4B4B4"/>
          <w:sz w:val="16"/>
        </w:rPr>
        <w:t>________________________________________________________</w:t>
      </w:r>
    </w:p>
    <w:p w14:paraId="14F91195" w14:textId="77777777" w:rsidR="005A0029" w:rsidRDefault="00F83EB4">
      <w:pPr>
        <w:spacing w:after="60"/>
      </w:pPr>
      <w:r>
        <w:rPr>
          <w:color w:val="B4B4B4"/>
          <w:sz w:val="16"/>
        </w:rPr>
        <w:t>________________________________________________________</w:t>
      </w:r>
    </w:p>
    <w:p w14:paraId="32243B6D" w14:textId="77777777" w:rsidR="005A0029" w:rsidRDefault="00F83EB4">
      <w:pPr>
        <w:spacing w:after="60"/>
      </w:pPr>
      <w:r>
        <w:rPr>
          <w:color w:val="B4B4B4"/>
          <w:sz w:val="16"/>
        </w:rPr>
        <w:t>________________________________________________________</w:t>
      </w:r>
    </w:p>
    <w:p w14:paraId="33088437" w14:textId="77777777" w:rsidR="005A0029" w:rsidRDefault="00F83EB4">
      <w:pPr>
        <w:spacing w:after="60"/>
      </w:pPr>
      <w:r>
        <w:rPr>
          <w:color w:val="B4B4B4"/>
          <w:sz w:val="16"/>
        </w:rPr>
        <w:t>________________________________________________________</w:t>
      </w:r>
    </w:p>
    <w:p w14:paraId="68C4ED9F" w14:textId="77777777" w:rsidR="005A0029" w:rsidRDefault="00F83EB4">
      <w:pPr>
        <w:spacing w:after="60"/>
      </w:pPr>
      <w:r>
        <w:rPr>
          <w:color w:val="B4B4B4"/>
          <w:sz w:val="16"/>
        </w:rPr>
        <w:t>________________________________________________________</w:t>
      </w:r>
    </w:p>
    <w:p w14:paraId="65DCDD14" w14:textId="77777777" w:rsidR="005A0029" w:rsidRDefault="00F83EB4">
      <w:pPr>
        <w:pStyle w:val="Heading2"/>
      </w:pPr>
      <w:r>
        <w:t>Prayer</w:t>
      </w:r>
    </w:p>
    <w:p w14:paraId="651A2CD1" w14:textId="77777777" w:rsidR="005A0029" w:rsidRDefault="00F83EB4">
      <w:r>
        <w:t>Father, meet me in this practice of new mindset, new direction.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83644FD" w14:textId="77777777" w:rsidR="005A0029" w:rsidRDefault="00F83EB4">
      <w:r>
        <w:rPr>
          <w:b/>
          <w:color w:val="B08D3A"/>
        </w:rPr>
        <w:lastRenderedPageBreak/>
        <w:t xml:space="preserve">TODAY'S DECLARATION  </w:t>
      </w:r>
      <w:r>
        <w:t>I will meet new mindset, new direction with truth, faith, and practiced peace.</w:t>
      </w:r>
    </w:p>
    <w:p w14:paraId="15016971" w14:textId="77777777" w:rsidR="005A0029" w:rsidRDefault="00F83EB4">
      <w:r>
        <w:br w:type="page"/>
      </w:r>
    </w:p>
    <w:p w14:paraId="7236CB1F" w14:textId="77777777" w:rsidR="005A0029" w:rsidRDefault="00F83EB4">
      <w:pPr>
        <w:pStyle w:val="Heading2"/>
      </w:pPr>
      <w:r>
        <w:lastRenderedPageBreak/>
        <w:t>DAY 30</w:t>
      </w:r>
    </w:p>
    <w:p w14:paraId="3B1B5182" w14:textId="77777777" w:rsidR="005A0029" w:rsidRDefault="00F83EB4">
      <w:pPr>
        <w:pStyle w:val="Heading1"/>
      </w:pPr>
      <w:r>
        <w:t>See Life Differently</w:t>
      </w:r>
    </w:p>
    <w:p w14:paraId="2212BBC6" w14:textId="77777777" w:rsidR="005A0029" w:rsidRDefault="00F83EB4">
      <w:r>
        <w:rPr>
          <w:b/>
          <w:color w:val="B08D3A"/>
        </w:rPr>
        <w:t xml:space="preserve">ANCHOR SCRIPTURE  </w:t>
      </w:r>
      <w:r>
        <w:t>Psalm 119:18</w:t>
      </w:r>
    </w:p>
    <w:p w14:paraId="43BA62B6" w14:textId="77777777" w:rsidR="005A0029" w:rsidRDefault="00F83EB4">
      <w:pPr>
        <w:pStyle w:val="Heading2"/>
      </w:pPr>
      <w:r>
        <w:t>Guided Reflection</w:t>
      </w:r>
    </w:p>
    <w:p w14:paraId="6069BA67" w14:textId="77777777" w:rsidR="005A0029" w:rsidRDefault="00F83EB4">
      <w:r>
        <w:t>Today, consider what “see life differently” means in the season you are living through. The work of peace is rarely accomplished by denying what is difficult. It grows as you bring your real thoughts, emotions, and questions into the light of God's presence. In a new way of seeing life, the invitation is not to force an immediate answer, but to become attentive: to what is happening within you, to what Scripture is revealing, and to the next faithful step available today. Peace becomes durable when truth is</w:t>
      </w:r>
      <w:r>
        <w:t xml:space="preserve"> practiced repeatedly, especially when circumstances remain unresolved.</w:t>
      </w:r>
    </w:p>
    <w:p w14:paraId="5320FCE6" w14:textId="77777777" w:rsidR="005A0029" w:rsidRDefault="00F83EB4">
      <w:pPr>
        <w:pStyle w:val="Heading2"/>
      </w:pPr>
      <w:r>
        <w:t>Pause &amp; Notice</w:t>
      </w:r>
    </w:p>
    <w:p w14:paraId="3392EA95" w14:textId="77777777" w:rsidR="005A0029" w:rsidRDefault="00F83EB4">
      <w:r>
        <w:t>What is this theme revealing about my heart, thoughts, relationships, or current circumstances today?</w:t>
      </w:r>
    </w:p>
    <w:p w14:paraId="263E269B" w14:textId="77777777" w:rsidR="005A0029" w:rsidRDefault="00F83EB4">
      <w:pPr>
        <w:pStyle w:val="Heading2"/>
      </w:pPr>
      <w:r>
        <w:t>Peace Practice</w:t>
      </w:r>
    </w:p>
    <w:p w14:paraId="395BBEEF" w14:textId="77777777" w:rsidR="005A0029" w:rsidRDefault="00F83EB4">
      <w:r>
        <w:t>Draw two columns: 'What I can control' and 'What I must release.' Place each concern in the appropriate column and pray over both.</w:t>
      </w:r>
    </w:p>
    <w:p w14:paraId="0FB89A43" w14:textId="77777777" w:rsidR="005A0029" w:rsidRDefault="00F83EB4">
      <w:pPr>
        <w:pStyle w:val="Heading2"/>
      </w:pPr>
      <w:r>
        <w:t>My Thoughts &amp; Prayers</w:t>
      </w:r>
    </w:p>
    <w:p w14:paraId="3802C219" w14:textId="77777777" w:rsidR="005A0029" w:rsidRDefault="00F83EB4">
      <w:pPr>
        <w:spacing w:after="60"/>
      </w:pPr>
      <w:r>
        <w:rPr>
          <w:color w:val="B4B4B4"/>
          <w:sz w:val="16"/>
        </w:rPr>
        <w:t>________________________________________________________</w:t>
      </w:r>
    </w:p>
    <w:p w14:paraId="5CDD170A" w14:textId="77777777" w:rsidR="005A0029" w:rsidRDefault="00F83EB4">
      <w:pPr>
        <w:spacing w:after="60"/>
      </w:pPr>
      <w:r>
        <w:rPr>
          <w:color w:val="B4B4B4"/>
          <w:sz w:val="16"/>
        </w:rPr>
        <w:t>________________________________________________________</w:t>
      </w:r>
    </w:p>
    <w:p w14:paraId="28C9D24C" w14:textId="77777777" w:rsidR="005A0029" w:rsidRDefault="00F83EB4">
      <w:pPr>
        <w:spacing w:after="60"/>
      </w:pPr>
      <w:r>
        <w:rPr>
          <w:color w:val="B4B4B4"/>
          <w:sz w:val="16"/>
        </w:rPr>
        <w:t>________________________________________________________</w:t>
      </w:r>
    </w:p>
    <w:p w14:paraId="61956428" w14:textId="77777777" w:rsidR="005A0029" w:rsidRDefault="00F83EB4">
      <w:pPr>
        <w:spacing w:after="60"/>
      </w:pPr>
      <w:r>
        <w:rPr>
          <w:color w:val="B4B4B4"/>
          <w:sz w:val="16"/>
        </w:rPr>
        <w:t>________________________________________________________</w:t>
      </w:r>
    </w:p>
    <w:p w14:paraId="3B30355D" w14:textId="77777777" w:rsidR="005A0029" w:rsidRDefault="00F83EB4">
      <w:pPr>
        <w:spacing w:after="60"/>
      </w:pPr>
      <w:r>
        <w:rPr>
          <w:color w:val="B4B4B4"/>
          <w:sz w:val="16"/>
        </w:rPr>
        <w:t>________________________________________________________</w:t>
      </w:r>
    </w:p>
    <w:p w14:paraId="437BFAAA" w14:textId="77777777" w:rsidR="005A0029" w:rsidRDefault="00F83EB4">
      <w:pPr>
        <w:pStyle w:val="Heading2"/>
      </w:pPr>
      <w:r>
        <w:t>Prayer</w:t>
      </w:r>
    </w:p>
    <w:p w14:paraId="064C2959" w14:textId="77777777" w:rsidR="005A0029" w:rsidRDefault="00F83EB4">
      <w:r>
        <w:t>Father, meet me in this practice of see life differently.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2DAE9CA" w14:textId="77777777" w:rsidR="005A0029" w:rsidRDefault="00F83EB4">
      <w:r>
        <w:rPr>
          <w:b/>
          <w:color w:val="B08D3A"/>
        </w:rPr>
        <w:lastRenderedPageBreak/>
        <w:t xml:space="preserve">TODAY'S DECLARATION  </w:t>
      </w:r>
      <w:r>
        <w:t>I will meet see life differently with truth, faith, and practiced peace.</w:t>
      </w:r>
    </w:p>
    <w:p w14:paraId="1347B58A" w14:textId="77777777" w:rsidR="005A0029" w:rsidRDefault="00F83EB4">
      <w:r>
        <w:br w:type="page"/>
      </w:r>
    </w:p>
    <w:p w14:paraId="410C29BA" w14:textId="77777777" w:rsidR="005A0029" w:rsidRDefault="00F83EB4">
      <w:pPr>
        <w:pStyle w:val="Heading1"/>
      </w:pPr>
      <w:r>
        <w:lastRenderedPageBreak/>
        <w:t>A NEW WAY OF SEEING LIFE: End-of-Month Reflection</w:t>
      </w:r>
    </w:p>
    <w:p w14:paraId="0AA9A010" w14:textId="77777777" w:rsidR="005A0029" w:rsidRDefault="00F83EB4">
      <w:pPr>
        <w:pStyle w:val="Heading3"/>
      </w:pPr>
      <w:r>
        <w:t>What changed within me this month?</w:t>
      </w:r>
    </w:p>
    <w:p w14:paraId="286E30F9" w14:textId="77777777" w:rsidR="005A0029" w:rsidRDefault="00F83EB4">
      <w:pPr>
        <w:spacing w:after="60"/>
      </w:pPr>
      <w:r>
        <w:rPr>
          <w:color w:val="B4B4B4"/>
          <w:sz w:val="16"/>
        </w:rPr>
        <w:t>________________________________________________________</w:t>
      </w:r>
    </w:p>
    <w:p w14:paraId="26598BE9" w14:textId="77777777" w:rsidR="005A0029" w:rsidRDefault="00F83EB4">
      <w:pPr>
        <w:spacing w:after="60"/>
      </w:pPr>
      <w:r>
        <w:rPr>
          <w:color w:val="B4B4B4"/>
          <w:sz w:val="16"/>
        </w:rPr>
        <w:t>________________________________________________________</w:t>
      </w:r>
    </w:p>
    <w:p w14:paraId="5459401C" w14:textId="77777777" w:rsidR="005A0029" w:rsidRDefault="00F83EB4">
      <w:pPr>
        <w:pStyle w:val="Heading3"/>
      </w:pPr>
      <w:r>
        <w:t>Which practice helped me most?</w:t>
      </w:r>
    </w:p>
    <w:p w14:paraId="7EFD6389" w14:textId="77777777" w:rsidR="005A0029" w:rsidRDefault="00F83EB4">
      <w:pPr>
        <w:spacing w:after="60"/>
      </w:pPr>
      <w:r>
        <w:rPr>
          <w:color w:val="B4B4B4"/>
          <w:sz w:val="16"/>
        </w:rPr>
        <w:t>________________________________________________________</w:t>
      </w:r>
    </w:p>
    <w:p w14:paraId="59E07827" w14:textId="77777777" w:rsidR="005A0029" w:rsidRDefault="00F83EB4">
      <w:pPr>
        <w:spacing w:after="60"/>
      </w:pPr>
      <w:r>
        <w:rPr>
          <w:color w:val="B4B4B4"/>
          <w:sz w:val="16"/>
        </w:rPr>
        <w:t>________________________________________________________</w:t>
      </w:r>
    </w:p>
    <w:p w14:paraId="136E53E7" w14:textId="77777777" w:rsidR="005A0029" w:rsidRDefault="00F83EB4">
      <w:pPr>
        <w:pStyle w:val="Heading3"/>
      </w:pPr>
      <w:r>
        <w:t>Which Scripture became an anchor?</w:t>
      </w:r>
    </w:p>
    <w:p w14:paraId="0A956F55" w14:textId="77777777" w:rsidR="005A0029" w:rsidRDefault="00F83EB4">
      <w:pPr>
        <w:spacing w:after="60"/>
      </w:pPr>
      <w:r>
        <w:rPr>
          <w:color w:val="B4B4B4"/>
          <w:sz w:val="16"/>
        </w:rPr>
        <w:t>________________________________________________________</w:t>
      </w:r>
    </w:p>
    <w:p w14:paraId="21DCBC04" w14:textId="77777777" w:rsidR="005A0029" w:rsidRDefault="00F83EB4">
      <w:pPr>
        <w:spacing w:after="60"/>
      </w:pPr>
      <w:r>
        <w:rPr>
          <w:color w:val="B4B4B4"/>
          <w:sz w:val="16"/>
        </w:rPr>
        <w:t>________________________________________________________</w:t>
      </w:r>
    </w:p>
    <w:p w14:paraId="2C259868" w14:textId="77777777" w:rsidR="005A0029" w:rsidRDefault="00F83EB4">
      <w:pPr>
        <w:pStyle w:val="Heading3"/>
      </w:pPr>
      <w:r>
        <w:t>What am I ready to release?</w:t>
      </w:r>
    </w:p>
    <w:p w14:paraId="3954950A" w14:textId="77777777" w:rsidR="005A0029" w:rsidRDefault="00F83EB4">
      <w:pPr>
        <w:spacing w:after="60"/>
      </w:pPr>
      <w:r>
        <w:rPr>
          <w:color w:val="B4B4B4"/>
          <w:sz w:val="16"/>
        </w:rPr>
        <w:t>________________________________________________________</w:t>
      </w:r>
    </w:p>
    <w:p w14:paraId="7CE67081" w14:textId="77777777" w:rsidR="005A0029" w:rsidRDefault="00F83EB4">
      <w:pPr>
        <w:spacing w:after="60"/>
      </w:pPr>
      <w:r>
        <w:rPr>
          <w:color w:val="B4B4B4"/>
          <w:sz w:val="16"/>
        </w:rPr>
        <w:t>________________________________________________________</w:t>
      </w:r>
    </w:p>
    <w:p w14:paraId="2F76F6D5" w14:textId="77777777" w:rsidR="005A0029" w:rsidRDefault="00F83EB4">
      <w:pPr>
        <w:pStyle w:val="Heading3"/>
      </w:pPr>
      <w:r>
        <w:t>What will I carry into the next month?</w:t>
      </w:r>
    </w:p>
    <w:p w14:paraId="01E80780" w14:textId="77777777" w:rsidR="005A0029" w:rsidRDefault="00F83EB4">
      <w:pPr>
        <w:spacing w:after="60"/>
      </w:pPr>
      <w:r>
        <w:rPr>
          <w:color w:val="B4B4B4"/>
          <w:sz w:val="16"/>
        </w:rPr>
        <w:t>________________________________________________________</w:t>
      </w:r>
    </w:p>
    <w:p w14:paraId="3D745CDE" w14:textId="77777777" w:rsidR="005A0029" w:rsidRDefault="00F83EB4">
      <w:pPr>
        <w:spacing w:after="60"/>
      </w:pPr>
      <w:r>
        <w:rPr>
          <w:color w:val="B4B4B4"/>
          <w:sz w:val="16"/>
        </w:rPr>
        <w:t>________________________________________________________</w:t>
      </w:r>
    </w:p>
    <w:p w14:paraId="341B804D" w14:textId="77777777" w:rsidR="005A0029" w:rsidRDefault="00F83EB4">
      <w:r>
        <w:br w:type="page"/>
      </w:r>
    </w:p>
    <w:p w14:paraId="1E15D7AD" w14:textId="77777777" w:rsidR="005A0029" w:rsidRDefault="00F83EB4">
      <w:pPr>
        <w:pStyle w:val="Heading2"/>
      </w:pPr>
      <w:r>
        <w:lastRenderedPageBreak/>
        <w:t>MONTH TEN</w:t>
      </w:r>
    </w:p>
    <w:p w14:paraId="46FFC92F" w14:textId="77777777" w:rsidR="005A0029" w:rsidRDefault="00F83EB4">
      <w:pPr>
        <w:jc w:val="center"/>
      </w:pPr>
      <w:r>
        <w:rPr>
          <w:b/>
          <w:color w:val="17324D"/>
          <w:sz w:val="48"/>
        </w:rPr>
        <w:t>CHOOSING PEACE ON PURPOSE</w:t>
      </w:r>
    </w:p>
    <w:p w14:paraId="5DD5F8E6" w14:textId="77777777" w:rsidR="005A0029" w:rsidRDefault="00F83EB4">
      <w:pPr>
        <w:jc w:val="center"/>
      </w:pPr>
      <w:r>
        <w:rPr>
          <w:i/>
          <w:color w:val="B08D3A"/>
          <w:sz w:val="24"/>
        </w:rPr>
        <w:t>The Daily Discipline of Peace</w:t>
      </w:r>
    </w:p>
    <w:p w14:paraId="74BA6DD0" w14:textId="77777777" w:rsidR="005A0029" w:rsidRDefault="00F83EB4">
      <w:pPr>
        <w:jc w:val="center"/>
      </w:pPr>
      <w:r>
        <w:rPr>
          <w:color w:val="B08D3A"/>
          <w:sz w:val="24"/>
        </w:rPr>
        <w:t>—  ◆  —</w:t>
      </w:r>
    </w:p>
    <w:p w14:paraId="2F13B1BC" w14:textId="77777777" w:rsidR="005A0029" w:rsidRDefault="00F83EB4">
      <w:r>
        <w:t>Monthly intention: Spend these thirty days practicing the daily discipline of peace. Notice patterns without condemnation, return to Scripture, and choose one faithful practice at a time.</w:t>
      </w:r>
    </w:p>
    <w:p w14:paraId="219645CD" w14:textId="77777777" w:rsidR="005A0029" w:rsidRDefault="00F83EB4">
      <w:pPr>
        <w:pStyle w:val="Heading2"/>
      </w:pPr>
      <w:r>
        <w:t>Monthly Check-In</w:t>
      </w:r>
    </w:p>
    <w:p w14:paraId="1D008E69" w14:textId="77777777" w:rsidR="005A0029" w:rsidRDefault="00F83EB4">
      <w:r>
        <w:t>What feels heaviest as I begin this month?</w:t>
      </w:r>
    </w:p>
    <w:p w14:paraId="396409D1" w14:textId="77777777" w:rsidR="005A0029" w:rsidRDefault="00F83EB4">
      <w:pPr>
        <w:spacing w:after="60"/>
      </w:pPr>
      <w:r>
        <w:rPr>
          <w:color w:val="B4B4B4"/>
          <w:sz w:val="16"/>
        </w:rPr>
        <w:t>________________________________________________________</w:t>
      </w:r>
    </w:p>
    <w:p w14:paraId="4DD96F31" w14:textId="77777777" w:rsidR="005A0029" w:rsidRDefault="00F83EB4">
      <w:pPr>
        <w:spacing w:after="60"/>
      </w:pPr>
      <w:r>
        <w:rPr>
          <w:color w:val="B4B4B4"/>
          <w:sz w:val="16"/>
        </w:rPr>
        <w:t>________________________________________________________</w:t>
      </w:r>
    </w:p>
    <w:p w14:paraId="298B8398" w14:textId="77777777" w:rsidR="005A0029" w:rsidRDefault="00F83EB4">
      <w:r>
        <w:t>What kind of peace am I asking God to cultivate in me?</w:t>
      </w:r>
    </w:p>
    <w:p w14:paraId="68441B0F" w14:textId="77777777" w:rsidR="005A0029" w:rsidRDefault="00F83EB4">
      <w:pPr>
        <w:spacing w:after="60"/>
      </w:pPr>
      <w:r>
        <w:rPr>
          <w:color w:val="B4B4B4"/>
          <w:sz w:val="16"/>
        </w:rPr>
        <w:t>________________________________________________________</w:t>
      </w:r>
    </w:p>
    <w:p w14:paraId="17CEFB2C" w14:textId="77777777" w:rsidR="005A0029" w:rsidRDefault="00F83EB4">
      <w:pPr>
        <w:spacing w:after="60"/>
      </w:pPr>
      <w:r>
        <w:rPr>
          <w:color w:val="B4B4B4"/>
          <w:sz w:val="16"/>
        </w:rPr>
        <w:t>________________________________________________________</w:t>
      </w:r>
    </w:p>
    <w:p w14:paraId="7A868FF6" w14:textId="77777777" w:rsidR="005A0029" w:rsidRDefault="00F83EB4">
      <w:r>
        <w:br w:type="page"/>
      </w:r>
    </w:p>
    <w:p w14:paraId="174DCD6D" w14:textId="77777777" w:rsidR="005A0029" w:rsidRDefault="00F83EB4">
      <w:pPr>
        <w:pStyle w:val="Heading2"/>
      </w:pPr>
      <w:r>
        <w:lastRenderedPageBreak/>
        <w:t>DAY 1</w:t>
      </w:r>
    </w:p>
    <w:p w14:paraId="1ECE8838" w14:textId="77777777" w:rsidR="005A0029" w:rsidRDefault="00F83EB4">
      <w:pPr>
        <w:pStyle w:val="Heading1"/>
      </w:pPr>
      <w:r>
        <w:t>Peace Is a Choice</w:t>
      </w:r>
    </w:p>
    <w:p w14:paraId="744C99F7" w14:textId="77777777" w:rsidR="005A0029" w:rsidRDefault="00F83EB4">
      <w:r>
        <w:rPr>
          <w:b/>
          <w:color w:val="B08D3A"/>
        </w:rPr>
        <w:t xml:space="preserve">ANCHOR SCRIPTURE  </w:t>
      </w:r>
      <w:r>
        <w:t>Isaiah 26:3</w:t>
      </w:r>
    </w:p>
    <w:p w14:paraId="39BB9FD4" w14:textId="77777777" w:rsidR="005A0029" w:rsidRDefault="00F83EB4">
      <w:pPr>
        <w:pStyle w:val="Heading2"/>
      </w:pPr>
      <w:r>
        <w:t>Guided Reflection</w:t>
      </w:r>
    </w:p>
    <w:p w14:paraId="6DEF4EAC" w14:textId="77777777" w:rsidR="005A0029" w:rsidRDefault="00F83EB4">
      <w:r>
        <w:t>Today, consider what “peace is a choice”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truth is p</w:t>
      </w:r>
      <w:r>
        <w:t>racticed repeatedly, especially when circumstances remain unresolved.</w:t>
      </w:r>
    </w:p>
    <w:p w14:paraId="10AA0157" w14:textId="77777777" w:rsidR="005A0029" w:rsidRDefault="00F83EB4">
      <w:pPr>
        <w:pStyle w:val="Heading2"/>
      </w:pPr>
      <w:r>
        <w:t>Pause &amp; Notice</w:t>
      </w:r>
    </w:p>
    <w:p w14:paraId="65022CF6" w14:textId="77777777" w:rsidR="005A0029" w:rsidRDefault="00F83EB4">
      <w:r>
        <w:t>What is this theme revealing about my heart, thoughts, relationships, or current circumstances today?</w:t>
      </w:r>
    </w:p>
    <w:p w14:paraId="1F83C8B7" w14:textId="77777777" w:rsidR="005A0029" w:rsidRDefault="00F83EB4">
      <w:pPr>
        <w:pStyle w:val="Heading2"/>
      </w:pPr>
      <w:r>
        <w:t>Peace Practice</w:t>
      </w:r>
    </w:p>
    <w:p w14:paraId="1DB7C4D0" w14:textId="77777777" w:rsidR="005A0029" w:rsidRDefault="00F83EB4">
      <w:r>
        <w:t>Sit quietly for three minutes. Name what you feel without judging it. Then write one truth you want to carry into the day.</w:t>
      </w:r>
    </w:p>
    <w:p w14:paraId="2E06191C" w14:textId="77777777" w:rsidR="005A0029" w:rsidRDefault="00F83EB4">
      <w:pPr>
        <w:pStyle w:val="Heading2"/>
      </w:pPr>
      <w:r>
        <w:t>My Thoughts &amp; Prayers</w:t>
      </w:r>
    </w:p>
    <w:p w14:paraId="3AFE0DD4" w14:textId="77777777" w:rsidR="005A0029" w:rsidRDefault="00F83EB4">
      <w:pPr>
        <w:spacing w:after="60"/>
      </w:pPr>
      <w:r>
        <w:rPr>
          <w:color w:val="B4B4B4"/>
          <w:sz w:val="16"/>
        </w:rPr>
        <w:t>________________________________________________________</w:t>
      </w:r>
    </w:p>
    <w:p w14:paraId="3F6562DF" w14:textId="77777777" w:rsidR="005A0029" w:rsidRDefault="00F83EB4">
      <w:pPr>
        <w:spacing w:after="60"/>
      </w:pPr>
      <w:r>
        <w:rPr>
          <w:color w:val="B4B4B4"/>
          <w:sz w:val="16"/>
        </w:rPr>
        <w:t>________________________________________________________</w:t>
      </w:r>
    </w:p>
    <w:p w14:paraId="2F8ECB39" w14:textId="77777777" w:rsidR="005A0029" w:rsidRDefault="00F83EB4">
      <w:pPr>
        <w:spacing w:after="60"/>
      </w:pPr>
      <w:r>
        <w:rPr>
          <w:color w:val="B4B4B4"/>
          <w:sz w:val="16"/>
        </w:rPr>
        <w:t>________________________________________________________</w:t>
      </w:r>
    </w:p>
    <w:p w14:paraId="141704C1" w14:textId="77777777" w:rsidR="005A0029" w:rsidRDefault="00F83EB4">
      <w:pPr>
        <w:spacing w:after="60"/>
      </w:pPr>
      <w:r>
        <w:rPr>
          <w:color w:val="B4B4B4"/>
          <w:sz w:val="16"/>
        </w:rPr>
        <w:t>________________________________________________________</w:t>
      </w:r>
    </w:p>
    <w:p w14:paraId="521E18AF" w14:textId="77777777" w:rsidR="005A0029" w:rsidRDefault="00F83EB4">
      <w:pPr>
        <w:spacing w:after="60"/>
      </w:pPr>
      <w:r>
        <w:rPr>
          <w:color w:val="B4B4B4"/>
          <w:sz w:val="16"/>
        </w:rPr>
        <w:t>________________________________________________________</w:t>
      </w:r>
    </w:p>
    <w:p w14:paraId="67A5D0BB" w14:textId="77777777" w:rsidR="005A0029" w:rsidRDefault="00F83EB4">
      <w:pPr>
        <w:pStyle w:val="Heading2"/>
      </w:pPr>
      <w:r>
        <w:t>Prayer</w:t>
      </w:r>
    </w:p>
    <w:p w14:paraId="5F4589FF" w14:textId="77777777" w:rsidR="005A0029" w:rsidRDefault="00F83EB4">
      <w:r>
        <w:t>Father, meet me in this practice of peace is a choice.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9CBE357" w14:textId="77777777" w:rsidR="005A0029" w:rsidRDefault="00F83EB4">
      <w:r>
        <w:rPr>
          <w:b/>
          <w:color w:val="B08D3A"/>
        </w:rPr>
        <w:lastRenderedPageBreak/>
        <w:t xml:space="preserve">TODAY'S DECLARATION  </w:t>
      </w:r>
      <w:r>
        <w:t>I will meet peace is a choice with truth, faith, and practiced peace.</w:t>
      </w:r>
    </w:p>
    <w:p w14:paraId="6DDD4310" w14:textId="77777777" w:rsidR="005A0029" w:rsidRDefault="00F83EB4">
      <w:r>
        <w:br w:type="page"/>
      </w:r>
    </w:p>
    <w:p w14:paraId="5C62C16F" w14:textId="77777777" w:rsidR="005A0029" w:rsidRDefault="00F83EB4">
      <w:pPr>
        <w:pStyle w:val="Heading2"/>
      </w:pPr>
      <w:r>
        <w:lastRenderedPageBreak/>
        <w:t>DAY 2</w:t>
      </w:r>
    </w:p>
    <w:p w14:paraId="53A3ACA5" w14:textId="77777777" w:rsidR="005A0029" w:rsidRDefault="00F83EB4">
      <w:pPr>
        <w:pStyle w:val="Heading1"/>
      </w:pPr>
      <w:r>
        <w:t>Guard Your Morning</w:t>
      </w:r>
    </w:p>
    <w:p w14:paraId="4923104E" w14:textId="77777777" w:rsidR="005A0029" w:rsidRDefault="00F83EB4">
      <w:r>
        <w:rPr>
          <w:b/>
          <w:color w:val="B08D3A"/>
        </w:rPr>
        <w:t xml:space="preserve">ANCHOR SCRIPTURE  </w:t>
      </w:r>
      <w:r>
        <w:t>Psalm 5:3</w:t>
      </w:r>
    </w:p>
    <w:p w14:paraId="61355C6C" w14:textId="77777777" w:rsidR="005A0029" w:rsidRDefault="00F83EB4">
      <w:pPr>
        <w:pStyle w:val="Heading2"/>
      </w:pPr>
      <w:r>
        <w:t>Guided Reflection</w:t>
      </w:r>
    </w:p>
    <w:p w14:paraId="57277E23" w14:textId="77777777" w:rsidR="005A0029" w:rsidRDefault="00F83EB4">
      <w:r>
        <w:t xml:space="preserve">Today, consider what “guard your morning”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truth is </w:t>
      </w:r>
      <w:r>
        <w:t>practiced repeatedly, especially when circumstances remain unresolved.</w:t>
      </w:r>
    </w:p>
    <w:p w14:paraId="211EFBEE" w14:textId="77777777" w:rsidR="005A0029" w:rsidRDefault="00F83EB4">
      <w:pPr>
        <w:pStyle w:val="Heading2"/>
      </w:pPr>
      <w:r>
        <w:t>Pause &amp; Notice</w:t>
      </w:r>
    </w:p>
    <w:p w14:paraId="3CB38C90" w14:textId="77777777" w:rsidR="005A0029" w:rsidRDefault="00F83EB4">
      <w:r>
        <w:t>What is this theme revealing about my heart, thoughts, relationships, or current circumstances today?</w:t>
      </w:r>
    </w:p>
    <w:p w14:paraId="4F244581" w14:textId="77777777" w:rsidR="005A0029" w:rsidRDefault="00F83EB4">
      <w:pPr>
        <w:pStyle w:val="Heading2"/>
      </w:pPr>
      <w:r>
        <w:t>Peace Practice</w:t>
      </w:r>
    </w:p>
    <w:p w14:paraId="3D8B53DC" w14:textId="77777777" w:rsidR="005A0029" w:rsidRDefault="00F83EB4">
      <w:r>
        <w:t>Draw two columns: 'What I can control' and 'What I must release.' Place each concern in the appropriate column and pray over both.</w:t>
      </w:r>
    </w:p>
    <w:p w14:paraId="251CEB47" w14:textId="77777777" w:rsidR="005A0029" w:rsidRDefault="00F83EB4">
      <w:pPr>
        <w:pStyle w:val="Heading2"/>
      </w:pPr>
      <w:r>
        <w:t>My Thoughts &amp; Prayers</w:t>
      </w:r>
    </w:p>
    <w:p w14:paraId="617AB9CA" w14:textId="77777777" w:rsidR="005A0029" w:rsidRDefault="00F83EB4">
      <w:pPr>
        <w:spacing w:after="60"/>
      </w:pPr>
      <w:r>
        <w:rPr>
          <w:color w:val="B4B4B4"/>
          <w:sz w:val="16"/>
        </w:rPr>
        <w:t>________________________________________________________</w:t>
      </w:r>
    </w:p>
    <w:p w14:paraId="3C3660A9" w14:textId="77777777" w:rsidR="005A0029" w:rsidRDefault="00F83EB4">
      <w:pPr>
        <w:spacing w:after="60"/>
      </w:pPr>
      <w:r>
        <w:rPr>
          <w:color w:val="B4B4B4"/>
          <w:sz w:val="16"/>
        </w:rPr>
        <w:t>________________________________________________________</w:t>
      </w:r>
    </w:p>
    <w:p w14:paraId="0D270AEA" w14:textId="77777777" w:rsidR="005A0029" w:rsidRDefault="00F83EB4">
      <w:pPr>
        <w:spacing w:after="60"/>
      </w:pPr>
      <w:r>
        <w:rPr>
          <w:color w:val="B4B4B4"/>
          <w:sz w:val="16"/>
        </w:rPr>
        <w:t>________________________________________________________</w:t>
      </w:r>
    </w:p>
    <w:p w14:paraId="2DDA6C7B" w14:textId="77777777" w:rsidR="005A0029" w:rsidRDefault="00F83EB4">
      <w:pPr>
        <w:spacing w:after="60"/>
      </w:pPr>
      <w:r>
        <w:rPr>
          <w:color w:val="B4B4B4"/>
          <w:sz w:val="16"/>
        </w:rPr>
        <w:t>________________________________________________________</w:t>
      </w:r>
    </w:p>
    <w:p w14:paraId="2F806A60" w14:textId="77777777" w:rsidR="005A0029" w:rsidRDefault="00F83EB4">
      <w:pPr>
        <w:spacing w:after="60"/>
      </w:pPr>
      <w:r>
        <w:rPr>
          <w:color w:val="B4B4B4"/>
          <w:sz w:val="16"/>
        </w:rPr>
        <w:t>________________________________________________________</w:t>
      </w:r>
    </w:p>
    <w:p w14:paraId="6C7DA77C" w14:textId="77777777" w:rsidR="005A0029" w:rsidRDefault="00F83EB4">
      <w:pPr>
        <w:pStyle w:val="Heading2"/>
      </w:pPr>
      <w:r>
        <w:t>Prayer</w:t>
      </w:r>
    </w:p>
    <w:p w14:paraId="2B8F2C3F" w14:textId="77777777" w:rsidR="005A0029" w:rsidRDefault="00F83EB4">
      <w:r>
        <w:t>Father, meet me in this practice of guard your morning.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EA12B74" w14:textId="77777777" w:rsidR="005A0029" w:rsidRDefault="00F83EB4">
      <w:r>
        <w:rPr>
          <w:b/>
          <w:color w:val="B08D3A"/>
        </w:rPr>
        <w:lastRenderedPageBreak/>
        <w:t xml:space="preserve">TODAY'S DECLARATION  </w:t>
      </w:r>
      <w:r>
        <w:t>I will meet guard your morning with truth, faith, and practiced peace.</w:t>
      </w:r>
    </w:p>
    <w:p w14:paraId="780CCE50" w14:textId="77777777" w:rsidR="005A0029" w:rsidRDefault="00F83EB4">
      <w:r>
        <w:br w:type="page"/>
      </w:r>
    </w:p>
    <w:p w14:paraId="1E53D6B7" w14:textId="77777777" w:rsidR="005A0029" w:rsidRDefault="00F83EB4">
      <w:pPr>
        <w:pStyle w:val="Heading2"/>
      </w:pPr>
      <w:r>
        <w:lastRenderedPageBreak/>
        <w:t>DAY 3</w:t>
      </w:r>
    </w:p>
    <w:p w14:paraId="1160E381" w14:textId="77777777" w:rsidR="005A0029" w:rsidRDefault="00F83EB4">
      <w:pPr>
        <w:pStyle w:val="Heading1"/>
      </w:pPr>
      <w:r>
        <w:t>What Gets Your Attention Gets Your Peace</w:t>
      </w:r>
    </w:p>
    <w:p w14:paraId="4D04881B" w14:textId="77777777" w:rsidR="005A0029" w:rsidRDefault="00F83EB4">
      <w:r>
        <w:rPr>
          <w:b/>
          <w:color w:val="B08D3A"/>
        </w:rPr>
        <w:t xml:space="preserve">ANCHOR SCRIPTURE  </w:t>
      </w:r>
      <w:r>
        <w:t>Philippians 4:8</w:t>
      </w:r>
    </w:p>
    <w:p w14:paraId="41E64F25" w14:textId="77777777" w:rsidR="005A0029" w:rsidRDefault="00F83EB4">
      <w:pPr>
        <w:pStyle w:val="Heading2"/>
      </w:pPr>
      <w:r>
        <w:t>Guided Reflection</w:t>
      </w:r>
    </w:p>
    <w:p w14:paraId="3B772864" w14:textId="77777777" w:rsidR="005A0029" w:rsidRDefault="00F83EB4">
      <w:r>
        <w:t xml:space="preserve">Today, consider what “what gets your attention gets your peace”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w:t>
      </w:r>
      <w:r>
        <w:t>durable when truth is practiced repeatedly, especially when circumstances remain unresolved.</w:t>
      </w:r>
    </w:p>
    <w:p w14:paraId="65555805" w14:textId="77777777" w:rsidR="005A0029" w:rsidRDefault="00F83EB4">
      <w:pPr>
        <w:pStyle w:val="Heading2"/>
      </w:pPr>
      <w:r>
        <w:t>Pause &amp; Notice</w:t>
      </w:r>
    </w:p>
    <w:p w14:paraId="161EB3E7" w14:textId="77777777" w:rsidR="005A0029" w:rsidRDefault="00F83EB4">
      <w:r>
        <w:t>What is this theme revealing about my heart, thoughts, relationships, or current circumstances today?</w:t>
      </w:r>
    </w:p>
    <w:p w14:paraId="32E8509A" w14:textId="77777777" w:rsidR="005A0029" w:rsidRDefault="00F83EB4">
      <w:pPr>
        <w:pStyle w:val="Heading2"/>
      </w:pPr>
      <w:r>
        <w:t>Peace Practice</w:t>
      </w:r>
    </w:p>
    <w:p w14:paraId="1568F9D1" w14:textId="77777777" w:rsidR="005A0029" w:rsidRDefault="00F83EB4">
      <w:r>
        <w:t>Take five slow breaths. With each inhale, receive God's presence; with each exhale, release one pressure you have been carrying.</w:t>
      </w:r>
    </w:p>
    <w:p w14:paraId="7744808B" w14:textId="77777777" w:rsidR="005A0029" w:rsidRDefault="00F83EB4">
      <w:pPr>
        <w:pStyle w:val="Heading2"/>
      </w:pPr>
      <w:r>
        <w:t>My Thoughts &amp; Prayers</w:t>
      </w:r>
    </w:p>
    <w:p w14:paraId="1A04487D" w14:textId="77777777" w:rsidR="005A0029" w:rsidRDefault="00F83EB4">
      <w:pPr>
        <w:spacing w:after="60"/>
      </w:pPr>
      <w:r>
        <w:rPr>
          <w:color w:val="B4B4B4"/>
          <w:sz w:val="16"/>
        </w:rPr>
        <w:t>________________________________________________________</w:t>
      </w:r>
    </w:p>
    <w:p w14:paraId="315D9DC8" w14:textId="77777777" w:rsidR="005A0029" w:rsidRDefault="00F83EB4">
      <w:pPr>
        <w:spacing w:after="60"/>
      </w:pPr>
      <w:r>
        <w:rPr>
          <w:color w:val="B4B4B4"/>
          <w:sz w:val="16"/>
        </w:rPr>
        <w:t>________________________________________________________</w:t>
      </w:r>
    </w:p>
    <w:p w14:paraId="6F7AC83C" w14:textId="77777777" w:rsidR="005A0029" w:rsidRDefault="00F83EB4">
      <w:pPr>
        <w:spacing w:after="60"/>
      </w:pPr>
      <w:r>
        <w:rPr>
          <w:color w:val="B4B4B4"/>
          <w:sz w:val="16"/>
        </w:rPr>
        <w:t>________________________________________________________</w:t>
      </w:r>
    </w:p>
    <w:p w14:paraId="5460AA0B" w14:textId="77777777" w:rsidR="005A0029" w:rsidRDefault="00F83EB4">
      <w:pPr>
        <w:spacing w:after="60"/>
      </w:pPr>
      <w:r>
        <w:rPr>
          <w:color w:val="B4B4B4"/>
          <w:sz w:val="16"/>
        </w:rPr>
        <w:t>________________________________________________________</w:t>
      </w:r>
    </w:p>
    <w:p w14:paraId="1B6858C4" w14:textId="77777777" w:rsidR="005A0029" w:rsidRDefault="00F83EB4">
      <w:pPr>
        <w:spacing w:after="60"/>
      </w:pPr>
      <w:r>
        <w:rPr>
          <w:color w:val="B4B4B4"/>
          <w:sz w:val="16"/>
        </w:rPr>
        <w:t>________________________________________________________</w:t>
      </w:r>
    </w:p>
    <w:p w14:paraId="0D2218D8" w14:textId="77777777" w:rsidR="005A0029" w:rsidRDefault="00F83EB4">
      <w:pPr>
        <w:pStyle w:val="Heading2"/>
      </w:pPr>
      <w:r>
        <w:t>Prayer</w:t>
      </w:r>
    </w:p>
    <w:p w14:paraId="701FCE70" w14:textId="77777777" w:rsidR="005A0029" w:rsidRDefault="00F83EB4">
      <w:r>
        <w:t xml:space="preserve">Father, meet me in this practice of what gets your attention gets your peace. Give me courage to face what is true, grace to release what I cannot control, and wisdom for what I can do. Quiet the noise within me, anchor me in Your Word, and teach me to choose peace without denying reality. Strengthen my faith for </w:t>
      </w:r>
      <w:r>
        <w:lastRenderedPageBreak/>
        <w:t>this day and help me walk forward with clarity, humility, and hope. In Jesus' name, Amen.</w:t>
      </w:r>
    </w:p>
    <w:p w14:paraId="0F3F92D4" w14:textId="77777777" w:rsidR="005A0029" w:rsidRDefault="00F83EB4">
      <w:r>
        <w:rPr>
          <w:b/>
          <w:color w:val="B08D3A"/>
        </w:rPr>
        <w:t xml:space="preserve">TODAY'S DECLARATION  </w:t>
      </w:r>
      <w:r>
        <w:t>I will meet what gets your attention gets your peace with truth, faith, and practiced peace.</w:t>
      </w:r>
    </w:p>
    <w:p w14:paraId="14F09779" w14:textId="77777777" w:rsidR="005A0029" w:rsidRDefault="00F83EB4">
      <w:r>
        <w:br w:type="page"/>
      </w:r>
    </w:p>
    <w:p w14:paraId="6CEFC93B" w14:textId="77777777" w:rsidR="005A0029" w:rsidRDefault="00F83EB4">
      <w:pPr>
        <w:pStyle w:val="Heading2"/>
      </w:pPr>
      <w:r>
        <w:lastRenderedPageBreak/>
        <w:t>DAY 4</w:t>
      </w:r>
    </w:p>
    <w:p w14:paraId="4607D930" w14:textId="77777777" w:rsidR="005A0029" w:rsidRDefault="00F83EB4">
      <w:pPr>
        <w:pStyle w:val="Heading1"/>
      </w:pPr>
      <w:r>
        <w:t>Peace and Thought Management</w:t>
      </w:r>
    </w:p>
    <w:p w14:paraId="3623F0E9" w14:textId="77777777" w:rsidR="005A0029" w:rsidRDefault="00F83EB4">
      <w:r>
        <w:rPr>
          <w:b/>
          <w:color w:val="B08D3A"/>
        </w:rPr>
        <w:t xml:space="preserve">ANCHOR SCRIPTURE  </w:t>
      </w:r>
      <w:r>
        <w:t>2 Corinthians 10:5</w:t>
      </w:r>
    </w:p>
    <w:p w14:paraId="1BDDF8C2" w14:textId="77777777" w:rsidR="005A0029" w:rsidRDefault="00F83EB4">
      <w:pPr>
        <w:pStyle w:val="Heading2"/>
      </w:pPr>
      <w:r>
        <w:t>Guided Reflection</w:t>
      </w:r>
    </w:p>
    <w:p w14:paraId="2D9CE359" w14:textId="77777777" w:rsidR="005A0029" w:rsidRDefault="00F83EB4">
      <w:r>
        <w:t>Today, consider what “peace and thought management”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w:t>
      </w:r>
      <w:r>
        <w:t xml:space="preserve"> truth is practiced repeatedly, especially when circumstances remain unresolved.</w:t>
      </w:r>
    </w:p>
    <w:p w14:paraId="76CAA1FF" w14:textId="77777777" w:rsidR="005A0029" w:rsidRDefault="00F83EB4">
      <w:pPr>
        <w:pStyle w:val="Heading2"/>
      </w:pPr>
      <w:r>
        <w:t>Pause &amp; Notice</w:t>
      </w:r>
    </w:p>
    <w:p w14:paraId="56B5BD94" w14:textId="77777777" w:rsidR="005A0029" w:rsidRDefault="00F83EB4">
      <w:r>
        <w:t>What is this theme revealing about my heart, thoughts, relationships, or current circumstances today?</w:t>
      </w:r>
    </w:p>
    <w:p w14:paraId="1536C00B" w14:textId="77777777" w:rsidR="005A0029" w:rsidRDefault="00F83EB4">
      <w:pPr>
        <w:pStyle w:val="Heading2"/>
      </w:pPr>
      <w:r>
        <w:t>Peace Practice</w:t>
      </w:r>
    </w:p>
    <w:p w14:paraId="70722156" w14:textId="77777777" w:rsidR="005A0029" w:rsidRDefault="00F83EB4">
      <w:r>
        <w:t>Write one recurring fearful thought. Under it, write a Scripture-shaped response that is more truthful and life-giving.</w:t>
      </w:r>
    </w:p>
    <w:p w14:paraId="6575DB0C" w14:textId="77777777" w:rsidR="005A0029" w:rsidRDefault="00F83EB4">
      <w:pPr>
        <w:pStyle w:val="Heading2"/>
      </w:pPr>
      <w:r>
        <w:t>My Thoughts &amp; Prayers</w:t>
      </w:r>
    </w:p>
    <w:p w14:paraId="75615078" w14:textId="77777777" w:rsidR="005A0029" w:rsidRDefault="00F83EB4">
      <w:pPr>
        <w:spacing w:after="60"/>
      </w:pPr>
      <w:r>
        <w:rPr>
          <w:color w:val="B4B4B4"/>
          <w:sz w:val="16"/>
        </w:rPr>
        <w:t>________________________________________________________</w:t>
      </w:r>
    </w:p>
    <w:p w14:paraId="31590820" w14:textId="77777777" w:rsidR="005A0029" w:rsidRDefault="00F83EB4">
      <w:pPr>
        <w:spacing w:after="60"/>
      </w:pPr>
      <w:r>
        <w:rPr>
          <w:color w:val="B4B4B4"/>
          <w:sz w:val="16"/>
        </w:rPr>
        <w:t>________________________________________________________</w:t>
      </w:r>
    </w:p>
    <w:p w14:paraId="3F998945" w14:textId="77777777" w:rsidR="005A0029" w:rsidRDefault="00F83EB4">
      <w:pPr>
        <w:spacing w:after="60"/>
      </w:pPr>
      <w:r>
        <w:rPr>
          <w:color w:val="B4B4B4"/>
          <w:sz w:val="16"/>
        </w:rPr>
        <w:t>________________________________________________________</w:t>
      </w:r>
    </w:p>
    <w:p w14:paraId="0033E726" w14:textId="77777777" w:rsidR="005A0029" w:rsidRDefault="00F83EB4">
      <w:pPr>
        <w:spacing w:after="60"/>
      </w:pPr>
      <w:r>
        <w:rPr>
          <w:color w:val="B4B4B4"/>
          <w:sz w:val="16"/>
        </w:rPr>
        <w:t>________________________________________________________</w:t>
      </w:r>
    </w:p>
    <w:p w14:paraId="6237506E" w14:textId="77777777" w:rsidR="005A0029" w:rsidRDefault="00F83EB4">
      <w:pPr>
        <w:spacing w:after="60"/>
      </w:pPr>
      <w:r>
        <w:rPr>
          <w:color w:val="B4B4B4"/>
          <w:sz w:val="16"/>
        </w:rPr>
        <w:t>________________________________________________________</w:t>
      </w:r>
    </w:p>
    <w:p w14:paraId="7F156B91" w14:textId="77777777" w:rsidR="005A0029" w:rsidRDefault="00F83EB4">
      <w:pPr>
        <w:pStyle w:val="Heading2"/>
      </w:pPr>
      <w:r>
        <w:t>Prayer</w:t>
      </w:r>
    </w:p>
    <w:p w14:paraId="73CC9F92" w14:textId="77777777" w:rsidR="005A0029" w:rsidRDefault="00F83EB4">
      <w:r>
        <w:t>Father, meet me in this practice of peace and thought management.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C1294A9" w14:textId="77777777" w:rsidR="005A0029" w:rsidRDefault="00F83EB4">
      <w:r>
        <w:rPr>
          <w:b/>
          <w:color w:val="B08D3A"/>
        </w:rPr>
        <w:lastRenderedPageBreak/>
        <w:t xml:space="preserve">TODAY'S DECLARATION  </w:t>
      </w:r>
      <w:r>
        <w:t>I will meet peace and thought management with truth, faith, and practiced peace.</w:t>
      </w:r>
    </w:p>
    <w:p w14:paraId="3FDDCB2C" w14:textId="77777777" w:rsidR="005A0029" w:rsidRDefault="00F83EB4">
      <w:r>
        <w:br w:type="page"/>
      </w:r>
    </w:p>
    <w:p w14:paraId="3AC81E2B" w14:textId="77777777" w:rsidR="005A0029" w:rsidRDefault="00F83EB4">
      <w:pPr>
        <w:pStyle w:val="Heading2"/>
      </w:pPr>
      <w:r>
        <w:lastRenderedPageBreak/>
        <w:t>DAY 5</w:t>
      </w:r>
    </w:p>
    <w:p w14:paraId="2A3A2087" w14:textId="77777777" w:rsidR="005A0029" w:rsidRDefault="00F83EB4">
      <w:pPr>
        <w:pStyle w:val="Heading1"/>
      </w:pPr>
      <w:r>
        <w:t>Respond, Do Not React</w:t>
      </w:r>
    </w:p>
    <w:p w14:paraId="12FEAAC5" w14:textId="77777777" w:rsidR="005A0029" w:rsidRDefault="00F83EB4">
      <w:r>
        <w:rPr>
          <w:b/>
          <w:color w:val="B08D3A"/>
        </w:rPr>
        <w:t xml:space="preserve">ANCHOR SCRIPTURE  </w:t>
      </w:r>
      <w:r>
        <w:t>James 1:19</w:t>
      </w:r>
    </w:p>
    <w:p w14:paraId="4EEA053B" w14:textId="77777777" w:rsidR="005A0029" w:rsidRDefault="00F83EB4">
      <w:pPr>
        <w:pStyle w:val="Heading2"/>
      </w:pPr>
      <w:r>
        <w:t>Guided Reflection</w:t>
      </w:r>
    </w:p>
    <w:p w14:paraId="02D79515" w14:textId="77777777" w:rsidR="005A0029" w:rsidRDefault="00F83EB4">
      <w:r>
        <w:t xml:space="preserve">Today, consider what “respond, do not react”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truth </w:t>
      </w:r>
      <w:r>
        <w:t>is practiced repeatedly, especially when circumstances remain unresolved.</w:t>
      </w:r>
    </w:p>
    <w:p w14:paraId="237F08A5" w14:textId="77777777" w:rsidR="005A0029" w:rsidRDefault="00F83EB4">
      <w:pPr>
        <w:pStyle w:val="Heading2"/>
      </w:pPr>
      <w:r>
        <w:t>Pause &amp; Notice</w:t>
      </w:r>
    </w:p>
    <w:p w14:paraId="5B7B5664" w14:textId="77777777" w:rsidR="005A0029" w:rsidRDefault="00F83EB4">
      <w:r>
        <w:t>What is this theme revealing about my heart, thoughts, relationships, or current circumstances today?</w:t>
      </w:r>
    </w:p>
    <w:p w14:paraId="25AE30DE" w14:textId="77777777" w:rsidR="005A0029" w:rsidRDefault="00F83EB4">
      <w:pPr>
        <w:pStyle w:val="Heading2"/>
      </w:pPr>
      <w:r>
        <w:t>Peace Practice</w:t>
      </w:r>
    </w:p>
    <w:p w14:paraId="269575C3" w14:textId="77777777" w:rsidR="005A0029" w:rsidRDefault="00F83EB4">
      <w:r>
        <w:t>Identify one small action that would create greater peace today. Make it specific enough to complete before the day ends.</w:t>
      </w:r>
    </w:p>
    <w:p w14:paraId="4ED38DC2" w14:textId="77777777" w:rsidR="005A0029" w:rsidRDefault="00F83EB4">
      <w:pPr>
        <w:pStyle w:val="Heading2"/>
      </w:pPr>
      <w:r>
        <w:t>My Thoughts &amp; Prayers</w:t>
      </w:r>
    </w:p>
    <w:p w14:paraId="24F2361A" w14:textId="77777777" w:rsidR="005A0029" w:rsidRDefault="00F83EB4">
      <w:pPr>
        <w:spacing w:after="60"/>
      </w:pPr>
      <w:r>
        <w:rPr>
          <w:color w:val="B4B4B4"/>
          <w:sz w:val="16"/>
        </w:rPr>
        <w:t>________________________________________________________</w:t>
      </w:r>
    </w:p>
    <w:p w14:paraId="7B124920" w14:textId="77777777" w:rsidR="005A0029" w:rsidRDefault="00F83EB4">
      <w:pPr>
        <w:spacing w:after="60"/>
      </w:pPr>
      <w:r>
        <w:rPr>
          <w:color w:val="B4B4B4"/>
          <w:sz w:val="16"/>
        </w:rPr>
        <w:t>________________________________________________________</w:t>
      </w:r>
    </w:p>
    <w:p w14:paraId="078C4DFC" w14:textId="77777777" w:rsidR="005A0029" w:rsidRDefault="00F83EB4">
      <w:pPr>
        <w:spacing w:after="60"/>
      </w:pPr>
      <w:r>
        <w:rPr>
          <w:color w:val="B4B4B4"/>
          <w:sz w:val="16"/>
        </w:rPr>
        <w:t>________________________________________________________</w:t>
      </w:r>
    </w:p>
    <w:p w14:paraId="2C986BAE" w14:textId="77777777" w:rsidR="005A0029" w:rsidRDefault="00F83EB4">
      <w:pPr>
        <w:spacing w:after="60"/>
      </w:pPr>
      <w:r>
        <w:rPr>
          <w:color w:val="B4B4B4"/>
          <w:sz w:val="16"/>
        </w:rPr>
        <w:t>________________________________________________________</w:t>
      </w:r>
    </w:p>
    <w:p w14:paraId="6E67AF5A" w14:textId="77777777" w:rsidR="005A0029" w:rsidRDefault="00F83EB4">
      <w:pPr>
        <w:spacing w:after="60"/>
      </w:pPr>
      <w:r>
        <w:rPr>
          <w:color w:val="B4B4B4"/>
          <w:sz w:val="16"/>
        </w:rPr>
        <w:t>________________________________________________________</w:t>
      </w:r>
    </w:p>
    <w:p w14:paraId="1ABEF1EE" w14:textId="77777777" w:rsidR="005A0029" w:rsidRDefault="00F83EB4">
      <w:pPr>
        <w:pStyle w:val="Heading2"/>
      </w:pPr>
      <w:r>
        <w:t>Prayer</w:t>
      </w:r>
    </w:p>
    <w:p w14:paraId="2A53F009" w14:textId="77777777" w:rsidR="005A0029" w:rsidRDefault="00F83EB4">
      <w:r>
        <w:t>Father, meet me in this practice of respond, do not react.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12C4210" w14:textId="77777777" w:rsidR="005A0029" w:rsidRDefault="00F83EB4">
      <w:r>
        <w:rPr>
          <w:b/>
          <w:color w:val="B08D3A"/>
        </w:rPr>
        <w:lastRenderedPageBreak/>
        <w:t xml:space="preserve">TODAY'S DECLARATION  </w:t>
      </w:r>
      <w:r>
        <w:t>I will meet respond, do not react with truth, faith, and practiced peace.</w:t>
      </w:r>
    </w:p>
    <w:p w14:paraId="49EF53E0" w14:textId="77777777" w:rsidR="005A0029" w:rsidRDefault="00F83EB4">
      <w:r>
        <w:br w:type="page"/>
      </w:r>
    </w:p>
    <w:p w14:paraId="7D71A026" w14:textId="77777777" w:rsidR="005A0029" w:rsidRDefault="00F83EB4">
      <w:pPr>
        <w:pStyle w:val="Heading2"/>
      </w:pPr>
      <w:r>
        <w:lastRenderedPageBreak/>
        <w:t>DAY 6</w:t>
      </w:r>
    </w:p>
    <w:p w14:paraId="0B19C19A" w14:textId="77777777" w:rsidR="005A0029" w:rsidRDefault="00F83EB4">
      <w:pPr>
        <w:pStyle w:val="Heading1"/>
      </w:pPr>
      <w:r>
        <w:t>Boundaries Protect Peace</w:t>
      </w:r>
    </w:p>
    <w:p w14:paraId="7624E4B8" w14:textId="77777777" w:rsidR="005A0029" w:rsidRDefault="00F83EB4">
      <w:r>
        <w:rPr>
          <w:b/>
          <w:color w:val="B08D3A"/>
        </w:rPr>
        <w:t xml:space="preserve">ANCHOR SCRIPTURE  </w:t>
      </w:r>
      <w:r>
        <w:t>Proverbs 4:23</w:t>
      </w:r>
    </w:p>
    <w:p w14:paraId="00675465" w14:textId="77777777" w:rsidR="005A0029" w:rsidRDefault="00F83EB4">
      <w:pPr>
        <w:pStyle w:val="Heading2"/>
      </w:pPr>
      <w:r>
        <w:t>Guided Reflection</w:t>
      </w:r>
    </w:p>
    <w:p w14:paraId="171D4963" w14:textId="77777777" w:rsidR="005A0029" w:rsidRDefault="00F83EB4">
      <w:r>
        <w:t>Today, consider what “boundaries protect peace”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59951243" w14:textId="77777777" w:rsidR="005A0029" w:rsidRDefault="00F83EB4">
      <w:pPr>
        <w:pStyle w:val="Heading2"/>
      </w:pPr>
      <w:r>
        <w:t>Pause &amp; Notice</w:t>
      </w:r>
    </w:p>
    <w:p w14:paraId="46EA7E7F" w14:textId="77777777" w:rsidR="005A0029" w:rsidRDefault="00F83EB4">
      <w:r>
        <w:t>What is this theme revealing about my heart, thoughts, relationships, or current circumstances today?</w:t>
      </w:r>
    </w:p>
    <w:p w14:paraId="2D03983E" w14:textId="77777777" w:rsidR="005A0029" w:rsidRDefault="00F83EB4">
      <w:pPr>
        <w:pStyle w:val="Heading2"/>
      </w:pPr>
      <w:r>
        <w:t>Peace Practice</w:t>
      </w:r>
    </w:p>
    <w:p w14:paraId="7DF44EA6" w14:textId="77777777" w:rsidR="005A0029" w:rsidRDefault="00F83EB4">
      <w:r>
        <w:t>Reach out to one trusted, mature person. Share one thing you have been carrying silently and allow yourself to receive support.</w:t>
      </w:r>
    </w:p>
    <w:p w14:paraId="207A2520" w14:textId="77777777" w:rsidR="005A0029" w:rsidRDefault="00F83EB4">
      <w:pPr>
        <w:pStyle w:val="Heading2"/>
      </w:pPr>
      <w:r>
        <w:t>My Thoughts &amp; Prayers</w:t>
      </w:r>
    </w:p>
    <w:p w14:paraId="08EF08FB" w14:textId="77777777" w:rsidR="005A0029" w:rsidRDefault="00F83EB4">
      <w:pPr>
        <w:spacing w:after="60"/>
      </w:pPr>
      <w:r>
        <w:rPr>
          <w:color w:val="B4B4B4"/>
          <w:sz w:val="16"/>
        </w:rPr>
        <w:t>________________________________________________________</w:t>
      </w:r>
    </w:p>
    <w:p w14:paraId="55383C2E" w14:textId="77777777" w:rsidR="005A0029" w:rsidRDefault="00F83EB4">
      <w:pPr>
        <w:spacing w:after="60"/>
      </w:pPr>
      <w:r>
        <w:rPr>
          <w:color w:val="B4B4B4"/>
          <w:sz w:val="16"/>
        </w:rPr>
        <w:t>________________________________________________________</w:t>
      </w:r>
    </w:p>
    <w:p w14:paraId="696996FC" w14:textId="77777777" w:rsidR="005A0029" w:rsidRDefault="00F83EB4">
      <w:pPr>
        <w:spacing w:after="60"/>
      </w:pPr>
      <w:r>
        <w:rPr>
          <w:color w:val="B4B4B4"/>
          <w:sz w:val="16"/>
        </w:rPr>
        <w:t>________________________________________________________</w:t>
      </w:r>
    </w:p>
    <w:p w14:paraId="12D23F6E" w14:textId="77777777" w:rsidR="005A0029" w:rsidRDefault="00F83EB4">
      <w:pPr>
        <w:spacing w:after="60"/>
      </w:pPr>
      <w:r>
        <w:rPr>
          <w:color w:val="B4B4B4"/>
          <w:sz w:val="16"/>
        </w:rPr>
        <w:t>________________________________________________________</w:t>
      </w:r>
    </w:p>
    <w:p w14:paraId="26D8186F" w14:textId="77777777" w:rsidR="005A0029" w:rsidRDefault="00F83EB4">
      <w:pPr>
        <w:spacing w:after="60"/>
      </w:pPr>
      <w:r>
        <w:rPr>
          <w:color w:val="B4B4B4"/>
          <w:sz w:val="16"/>
        </w:rPr>
        <w:t>________________________________________________________</w:t>
      </w:r>
    </w:p>
    <w:p w14:paraId="4B2E1A03" w14:textId="77777777" w:rsidR="005A0029" w:rsidRDefault="00F83EB4">
      <w:pPr>
        <w:pStyle w:val="Heading2"/>
      </w:pPr>
      <w:r>
        <w:t>Prayer</w:t>
      </w:r>
    </w:p>
    <w:p w14:paraId="42A8CE11" w14:textId="77777777" w:rsidR="005A0029" w:rsidRDefault="00F83EB4">
      <w:r>
        <w:t>Father, meet me in this practice of boundaries protect peace.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0F62802" w14:textId="77777777" w:rsidR="005A0029" w:rsidRDefault="00F83EB4">
      <w:r>
        <w:rPr>
          <w:b/>
          <w:color w:val="B08D3A"/>
        </w:rPr>
        <w:lastRenderedPageBreak/>
        <w:t xml:space="preserve">TODAY'S DECLARATION  </w:t>
      </w:r>
      <w:r>
        <w:t>I will meet boundaries protect peace with truth, faith, and practiced peace.</w:t>
      </w:r>
    </w:p>
    <w:p w14:paraId="5E69B9A7" w14:textId="77777777" w:rsidR="005A0029" w:rsidRDefault="00F83EB4">
      <w:r>
        <w:br w:type="page"/>
      </w:r>
    </w:p>
    <w:p w14:paraId="19042F36" w14:textId="77777777" w:rsidR="005A0029" w:rsidRDefault="00F83EB4">
      <w:pPr>
        <w:pStyle w:val="Heading2"/>
      </w:pPr>
      <w:r>
        <w:lastRenderedPageBreak/>
        <w:t>DAY 7</w:t>
      </w:r>
    </w:p>
    <w:p w14:paraId="5093E18A" w14:textId="77777777" w:rsidR="005A0029" w:rsidRDefault="00F83EB4">
      <w:pPr>
        <w:pStyle w:val="Heading1"/>
      </w:pPr>
      <w:r>
        <w:t>Peace With Difficult People</w:t>
      </w:r>
    </w:p>
    <w:p w14:paraId="54404A71" w14:textId="77777777" w:rsidR="005A0029" w:rsidRDefault="00F83EB4">
      <w:r>
        <w:rPr>
          <w:b/>
          <w:color w:val="B08D3A"/>
        </w:rPr>
        <w:t xml:space="preserve">ANCHOR SCRIPTURE  </w:t>
      </w:r>
      <w:r>
        <w:t>Romans 12:18</w:t>
      </w:r>
    </w:p>
    <w:p w14:paraId="4174ACB0" w14:textId="77777777" w:rsidR="005A0029" w:rsidRDefault="00F83EB4">
      <w:pPr>
        <w:pStyle w:val="Heading2"/>
      </w:pPr>
      <w:r>
        <w:t>Guided Reflection</w:t>
      </w:r>
    </w:p>
    <w:p w14:paraId="3411BB66" w14:textId="77777777" w:rsidR="005A0029" w:rsidRDefault="00F83EB4">
      <w:r>
        <w:t xml:space="preserve">Today, consider what “peace with difficult people”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274EFB44" w14:textId="77777777" w:rsidR="005A0029" w:rsidRDefault="00F83EB4">
      <w:pPr>
        <w:pStyle w:val="Heading2"/>
      </w:pPr>
      <w:r>
        <w:t>Pause &amp; Notice</w:t>
      </w:r>
    </w:p>
    <w:p w14:paraId="1C0A36EC" w14:textId="77777777" w:rsidR="005A0029" w:rsidRDefault="00F83EB4">
      <w:r>
        <w:t>What is this theme revealing about my heart, thoughts, relationships, or current circumstances today?</w:t>
      </w:r>
    </w:p>
    <w:p w14:paraId="4EE9BFB2" w14:textId="77777777" w:rsidR="005A0029" w:rsidRDefault="00F83EB4">
      <w:pPr>
        <w:pStyle w:val="Heading2"/>
      </w:pPr>
      <w:r>
        <w:t>Peace Practice</w:t>
      </w:r>
    </w:p>
    <w:p w14:paraId="786BDFD6" w14:textId="77777777" w:rsidR="005A0029" w:rsidRDefault="00F83EB4">
      <w:r>
        <w:t>Practice a ten-minute quiet period without your phone. Notice what surfaces, then bring it honestly into prayer.</w:t>
      </w:r>
    </w:p>
    <w:p w14:paraId="5D76FC37" w14:textId="77777777" w:rsidR="005A0029" w:rsidRDefault="00F83EB4">
      <w:pPr>
        <w:pStyle w:val="Heading2"/>
      </w:pPr>
      <w:r>
        <w:t>My Thoughts &amp; Prayers</w:t>
      </w:r>
    </w:p>
    <w:p w14:paraId="38B6C457" w14:textId="77777777" w:rsidR="005A0029" w:rsidRDefault="00F83EB4">
      <w:pPr>
        <w:spacing w:after="60"/>
      </w:pPr>
      <w:r>
        <w:rPr>
          <w:color w:val="B4B4B4"/>
          <w:sz w:val="16"/>
        </w:rPr>
        <w:t>________________________________________________________</w:t>
      </w:r>
    </w:p>
    <w:p w14:paraId="569708D5" w14:textId="77777777" w:rsidR="005A0029" w:rsidRDefault="00F83EB4">
      <w:pPr>
        <w:spacing w:after="60"/>
      </w:pPr>
      <w:r>
        <w:rPr>
          <w:color w:val="B4B4B4"/>
          <w:sz w:val="16"/>
        </w:rPr>
        <w:t>________________________________________________________</w:t>
      </w:r>
    </w:p>
    <w:p w14:paraId="7B3ABB4D" w14:textId="77777777" w:rsidR="005A0029" w:rsidRDefault="00F83EB4">
      <w:pPr>
        <w:spacing w:after="60"/>
      </w:pPr>
      <w:r>
        <w:rPr>
          <w:color w:val="B4B4B4"/>
          <w:sz w:val="16"/>
        </w:rPr>
        <w:t>________________________________________________________</w:t>
      </w:r>
    </w:p>
    <w:p w14:paraId="173076B5" w14:textId="77777777" w:rsidR="005A0029" w:rsidRDefault="00F83EB4">
      <w:pPr>
        <w:spacing w:after="60"/>
      </w:pPr>
      <w:r>
        <w:rPr>
          <w:color w:val="B4B4B4"/>
          <w:sz w:val="16"/>
        </w:rPr>
        <w:t>________________________________________________________</w:t>
      </w:r>
    </w:p>
    <w:p w14:paraId="3946A970" w14:textId="77777777" w:rsidR="005A0029" w:rsidRDefault="00F83EB4">
      <w:pPr>
        <w:spacing w:after="60"/>
      </w:pPr>
      <w:r>
        <w:rPr>
          <w:color w:val="B4B4B4"/>
          <w:sz w:val="16"/>
        </w:rPr>
        <w:t>________________________________________________________</w:t>
      </w:r>
    </w:p>
    <w:p w14:paraId="66DF038E" w14:textId="77777777" w:rsidR="005A0029" w:rsidRDefault="00F83EB4">
      <w:pPr>
        <w:pStyle w:val="Heading2"/>
      </w:pPr>
      <w:r>
        <w:t>Prayer</w:t>
      </w:r>
    </w:p>
    <w:p w14:paraId="14983E92" w14:textId="77777777" w:rsidR="005A0029" w:rsidRDefault="00F83EB4">
      <w:r>
        <w:t>Father, meet me in this practice of peace with difficult people.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FA534AB" w14:textId="77777777" w:rsidR="005A0029" w:rsidRDefault="00F83EB4">
      <w:r>
        <w:rPr>
          <w:b/>
          <w:color w:val="B08D3A"/>
        </w:rPr>
        <w:lastRenderedPageBreak/>
        <w:t xml:space="preserve">TODAY'S DECLARATION  </w:t>
      </w:r>
      <w:r>
        <w:t>I will meet peace with difficult people with truth, faith, and practiced peace.</w:t>
      </w:r>
    </w:p>
    <w:p w14:paraId="6FE23E7D" w14:textId="77777777" w:rsidR="005A0029" w:rsidRDefault="00F83EB4">
      <w:r>
        <w:br w:type="page"/>
      </w:r>
    </w:p>
    <w:p w14:paraId="55842E5B" w14:textId="77777777" w:rsidR="005A0029" w:rsidRDefault="00F83EB4">
      <w:pPr>
        <w:pStyle w:val="Heading2"/>
      </w:pPr>
      <w:r>
        <w:lastRenderedPageBreak/>
        <w:t>DAY 8</w:t>
      </w:r>
    </w:p>
    <w:p w14:paraId="4AF33718" w14:textId="77777777" w:rsidR="005A0029" w:rsidRDefault="00F83EB4">
      <w:pPr>
        <w:pStyle w:val="Heading1"/>
      </w:pPr>
      <w:r>
        <w:t>Forgiveness and Peace</w:t>
      </w:r>
    </w:p>
    <w:p w14:paraId="6F956BFB" w14:textId="77777777" w:rsidR="005A0029" w:rsidRDefault="00F83EB4">
      <w:r>
        <w:rPr>
          <w:b/>
          <w:color w:val="B08D3A"/>
        </w:rPr>
        <w:t xml:space="preserve">ANCHOR SCRIPTURE  </w:t>
      </w:r>
      <w:r>
        <w:t>Colossians 3:13</w:t>
      </w:r>
    </w:p>
    <w:p w14:paraId="525C7B56" w14:textId="77777777" w:rsidR="005A0029" w:rsidRDefault="00F83EB4">
      <w:pPr>
        <w:pStyle w:val="Heading2"/>
      </w:pPr>
      <w:r>
        <w:t>Guided Reflection</w:t>
      </w:r>
    </w:p>
    <w:p w14:paraId="40F47586" w14:textId="77777777" w:rsidR="005A0029" w:rsidRDefault="00F83EB4">
      <w:r>
        <w:t xml:space="preserve">Today, consider what “forgiveness and peace”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truth </w:t>
      </w:r>
      <w:r>
        <w:t>is practiced repeatedly, especially when circumstances remain unresolved.</w:t>
      </w:r>
    </w:p>
    <w:p w14:paraId="7D4D6301" w14:textId="77777777" w:rsidR="005A0029" w:rsidRDefault="00F83EB4">
      <w:pPr>
        <w:pStyle w:val="Heading2"/>
      </w:pPr>
      <w:r>
        <w:t>Pause &amp; Notice</w:t>
      </w:r>
    </w:p>
    <w:p w14:paraId="1CDC0897" w14:textId="77777777" w:rsidR="005A0029" w:rsidRDefault="00F83EB4">
      <w:r>
        <w:t>What is this theme revealing about my heart, thoughts, relationships, or current circumstances today?</w:t>
      </w:r>
    </w:p>
    <w:p w14:paraId="404239A2" w14:textId="77777777" w:rsidR="005A0029" w:rsidRDefault="00F83EB4">
      <w:pPr>
        <w:pStyle w:val="Heading2"/>
      </w:pPr>
      <w:r>
        <w:t>Peace Practice</w:t>
      </w:r>
    </w:p>
    <w:p w14:paraId="47A9DF35" w14:textId="77777777" w:rsidR="005A0029" w:rsidRDefault="00F83EB4">
      <w:r>
        <w:t>Sit quietly for three minutes. Name what you feel without judging it. Then write one truth you want to carry into the day.</w:t>
      </w:r>
    </w:p>
    <w:p w14:paraId="5AE4C88C" w14:textId="77777777" w:rsidR="005A0029" w:rsidRDefault="00F83EB4">
      <w:pPr>
        <w:pStyle w:val="Heading2"/>
      </w:pPr>
      <w:r>
        <w:t>My Thoughts &amp; Prayers</w:t>
      </w:r>
    </w:p>
    <w:p w14:paraId="15EE89F7" w14:textId="77777777" w:rsidR="005A0029" w:rsidRDefault="00F83EB4">
      <w:pPr>
        <w:spacing w:after="60"/>
      </w:pPr>
      <w:r>
        <w:rPr>
          <w:color w:val="B4B4B4"/>
          <w:sz w:val="16"/>
        </w:rPr>
        <w:t>________________________________________________________</w:t>
      </w:r>
    </w:p>
    <w:p w14:paraId="7B2F79CE" w14:textId="77777777" w:rsidR="005A0029" w:rsidRDefault="00F83EB4">
      <w:pPr>
        <w:spacing w:after="60"/>
      </w:pPr>
      <w:r>
        <w:rPr>
          <w:color w:val="B4B4B4"/>
          <w:sz w:val="16"/>
        </w:rPr>
        <w:t>________________________________________________________</w:t>
      </w:r>
    </w:p>
    <w:p w14:paraId="6760D310" w14:textId="77777777" w:rsidR="005A0029" w:rsidRDefault="00F83EB4">
      <w:pPr>
        <w:spacing w:after="60"/>
      </w:pPr>
      <w:r>
        <w:rPr>
          <w:color w:val="B4B4B4"/>
          <w:sz w:val="16"/>
        </w:rPr>
        <w:t>________________________________________________________</w:t>
      </w:r>
    </w:p>
    <w:p w14:paraId="088DF724" w14:textId="77777777" w:rsidR="005A0029" w:rsidRDefault="00F83EB4">
      <w:pPr>
        <w:spacing w:after="60"/>
      </w:pPr>
      <w:r>
        <w:rPr>
          <w:color w:val="B4B4B4"/>
          <w:sz w:val="16"/>
        </w:rPr>
        <w:t>________________________________________________________</w:t>
      </w:r>
    </w:p>
    <w:p w14:paraId="494EC9E3" w14:textId="77777777" w:rsidR="005A0029" w:rsidRDefault="00F83EB4">
      <w:pPr>
        <w:spacing w:after="60"/>
      </w:pPr>
      <w:r>
        <w:rPr>
          <w:color w:val="B4B4B4"/>
          <w:sz w:val="16"/>
        </w:rPr>
        <w:t>________________________________________________________</w:t>
      </w:r>
    </w:p>
    <w:p w14:paraId="6EA3F0F0" w14:textId="77777777" w:rsidR="005A0029" w:rsidRDefault="00F83EB4">
      <w:pPr>
        <w:pStyle w:val="Heading2"/>
      </w:pPr>
      <w:r>
        <w:t>Prayer</w:t>
      </w:r>
    </w:p>
    <w:p w14:paraId="225F2179" w14:textId="77777777" w:rsidR="005A0029" w:rsidRDefault="00F83EB4">
      <w:r>
        <w:t>Father, meet me in this practice of forgiveness and peace.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693E338" w14:textId="77777777" w:rsidR="005A0029" w:rsidRDefault="00F83EB4">
      <w:r>
        <w:rPr>
          <w:b/>
          <w:color w:val="B08D3A"/>
        </w:rPr>
        <w:lastRenderedPageBreak/>
        <w:t xml:space="preserve">TODAY'S DECLARATION  </w:t>
      </w:r>
      <w:r>
        <w:t>I will meet forgiveness and peace with truth, faith, and practiced peace.</w:t>
      </w:r>
    </w:p>
    <w:p w14:paraId="6280A106" w14:textId="77777777" w:rsidR="005A0029" w:rsidRDefault="00F83EB4">
      <w:r>
        <w:br w:type="page"/>
      </w:r>
    </w:p>
    <w:p w14:paraId="7BAE6088" w14:textId="77777777" w:rsidR="005A0029" w:rsidRDefault="00F83EB4">
      <w:pPr>
        <w:pStyle w:val="Heading2"/>
      </w:pPr>
      <w:r>
        <w:lastRenderedPageBreak/>
        <w:t>DAY 9</w:t>
      </w:r>
    </w:p>
    <w:p w14:paraId="6BBA3D2F" w14:textId="77777777" w:rsidR="005A0029" w:rsidRDefault="00F83EB4">
      <w:pPr>
        <w:pStyle w:val="Heading1"/>
      </w:pPr>
      <w:r>
        <w:t>Digital Noise</w:t>
      </w:r>
    </w:p>
    <w:p w14:paraId="62CA36F9" w14:textId="77777777" w:rsidR="005A0029" w:rsidRDefault="00F83EB4">
      <w:r>
        <w:rPr>
          <w:b/>
          <w:color w:val="B08D3A"/>
        </w:rPr>
        <w:t xml:space="preserve">ANCHOR SCRIPTURE  </w:t>
      </w:r>
      <w:r>
        <w:t>Psalm 101:3</w:t>
      </w:r>
    </w:p>
    <w:p w14:paraId="02ABD4E3" w14:textId="77777777" w:rsidR="005A0029" w:rsidRDefault="00F83EB4">
      <w:pPr>
        <w:pStyle w:val="Heading2"/>
      </w:pPr>
      <w:r>
        <w:t>Guided Reflection</w:t>
      </w:r>
    </w:p>
    <w:p w14:paraId="1512C78F" w14:textId="77777777" w:rsidR="005A0029" w:rsidRDefault="00F83EB4">
      <w:r>
        <w:t>Today, consider what “digital noise”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truth is pract</w:t>
      </w:r>
      <w:r>
        <w:t>iced repeatedly, especially when circumstances remain unresolved.</w:t>
      </w:r>
    </w:p>
    <w:p w14:paraId="0C7E6A2F" w14:textId="77777777" w:rsidR="005A0029" w:rsidRDefault="00F83EB4">
      <w:pPr>
        <w:pStyle w:val="Heading2"/>
      </w:pPr>
      <w:r>
        <w:t>Pause &amp; Notice</w:t>
      </w:r>
    </w:p>
    <w:p w14:paraId="68BC3E26" w14:textId="77777777" w:rsidR="005A0029" w:rsidRDefault="00F83EB4">
      <w:r>
        <w:t>What is this theme revealing about my heart, thoughts, relationships, or current circumstances today?</w:t>
      </w:r>
    </w:p>
    <w:p w14:paraId="18A93709" w14:textId="77777777" w:rsidR="005A0029" w:rsidRDefault="00F83EB4">
      <w:pPr>
        <w:pStyle w:val="Heading2"/>
      </w:pPr>
      <w:r>
        <w:t>Peace Practice</w:t>
      </w:r>
    </w:p>
    <w:p w14:paraId="2EB11815" w14:textId="77777777" w:rsidR="005A0029" w:rsidRDefault="00F83EB4">
      <w:r>
        <w:t>Draw two columns: 'What I can control' and 'What I must release.' Place each concern in the appropriate column and pray over both.</w:t>
      </w:r>
    </w:p>
    <w:p w14:paraId="5AF59FDD" w14:textId="77777777" w:rsidR="005A0029" w:rsidRDefault="00F83EB4">
      <w:pPr>
        <w:pStyle w:val="Heading2"/>
      </w:pPr>
      <w:r>
        <w:t>My Thoughts &amp; Prayers</w:t>
      </w:r>
    </w:p>
    <w:p w14:paraId="1C02D101" w14:textId="77777777" w:rsidR="005A0029" w:rsidRDefault="00F83EB4">
      <w:pPr>
        <w:spacing w:after="60"/>
      </w:pPr>
      <w:r>
        <w:rPr>
          <w:color w:val="B4B4B4"/>
          <w:sz w:val="16"/>
        </w:rPr>
        <w:t>________________________________________________________</w:t>
      </w:r>
    </w:p>
    <w:p w14:paraId="3318E689" w14:textId="77777777" w:rsidR="005A0029" w:rsidRDefault="00F83EB4">
      <w:pPr>
        <w:spacing w:after="60"/>
      </w:pPr>
      <w:r>
        <w:rPr>
          <w:color w:val="B4B4B4"/>
          <w:sz w:val="16"/>
        </w:rPr>
        <w:t>________________________________________________________</w:t>
      </w:r>
    </w:p>
    <w:p w14:paraId="5D50E112" w14:textId="77777777" w:rsidR="005A0029" w:rsidRDefault="00F83EB4">
      <w:pPr>
        <w:spacing w:after="60"/>
      </w:pPr>
      <w:r>
        <w:rPr>
          <w:color w:val="B4B4B4"/>
          <w:sz w:val="16"/>
        </w:rPr>
        <w:t>________________________________________________________</w:t>
      </w:r>
    </w:p>
    <w:p w14:paraId="02D75E70" w14:textId="77777777" w:rsidR="005A0029" w:rsidRDefault="00F83EB4">
      <w:pPr>
        <w:spacing w:after="60"/>
      </w:pPr>
      <w:r>
        <w:rPr>
          <w:color w:val="B4B4B4"/>
          <w:sz w:val="16"/>
        </w:rPr>
        <w:t>________________________________________________________</w:t>
      </w:r>
    </w:p>
    <w:p w14:paraId="1B4E9B92" w14:textId="77777777" w:rsidR="005A0029" w:rsidRDefault="00F83EB4">
      <w:pPr>
        <w:spacing w:after="60"/>
      </w:pPr>
      <w:r>
        <w:rPr>
          <w:color w:val="B4B4B4"/>
          <w:sz w:val="16"/>
        </w:rPr>
        <w:t>________________________________________________________</w:t>
      </w:r>
    </w:p>
    <w:p w14:paraId="31B30250" w14:textId="77777777" w:rsidR="005A0029" w:rsidRDefault="00F83EB4">
      <w:pPr>
        <w:pStyle w:val="Heading2"/>
      </w:pPr>
      <w:r>
        <w:t>Prayer</w:t>
      </w:r>
    </w:p>
    <w:p w14:paraId="3B6C927A" w14:textId="77777777" w:rsidR="005A0029" w:rsidRDefault="00F83EB4">
      <w:r>
        <w:t>Father, meet me in this practice of digital noise.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F3C1CE0" w14:textId="77777777" w:rsidR="005A0029" w:rsidRDefault="00F83EB4">
      <w:r>
        <w:rPr>
          <w:b/>
          <w:color w:val="B08D3A"/>
        </w:rPr>
        <w:lastRenderedPageBreak/>
        <w:t xml:space="preserve">TODAY'S DECLARATION  </w:t>
      </w:r>
      <w:r>
        <w:t>I will meet digital noise with truth, faith, and practiced peace.</w:t>
      </w:r>
    </w:p>
    <w:p w14:paraId="502C8CF3" w14:textId="77777777" w:rsidR="005A0029" w:rsidRDefault="00F83EB4">
      <w:r>
        <w:br w:type="page"/>
      </w:r>
    </w:p>
    <w:p w14:paraId="58281C5E" w14:textId="77777777" w:rsidR="005A0029" w:rsidRDefault="00F83EB4">
      <w:pPr>
        <w:pStyle w:val="Heading2"/>
      </w:pPr>
      <w:r>
        <w:lastRenderedPageBreak/>
        <w:t>DAY 10</w:t>
      </w:r>
    </w:p>
    <w:p w14:paraId="15D5370A" w14:textId="77777777" w:rsidR="005A0029" w:rsidRDefault="00F83EB4">
      <w:pPr>
        <w:pStyle w:val="Heading1"/>
      </w:pPr>
      <w:r>
        <w:t>Financial Pressure</w:t>
      </w:r>
    </w:p>
    <w:p w14:paraId="2FAD3BE6" w14:textId="77777777" w:rsidR="005A0029" w:rsidRDefault="00F83EB4">
      <w:r>
        <w:rPr>
          <w:b/>
          <w:color w:val="B08D3A"/>
        </w:rPr>
        <w:t xml:space="preserve">ANCHOR SCRIPTURE  </w:t>
      </w:r>
      <w:r>
        <w:t>Matthew 6:31-33</w:t>
      </w:r>
    </w:p>
    <w:p w14:paraId="23DFA20D" w14:textId="77777777" w:rsidR="005A0029" w:rsidRDefault="00F83EB4">
      <w:pPr>
        <w:pStyle w:val="Heading2"/>
      </w:pPr>
      <w:r>
        <w:t>Guided Reflection</w:t>
      </w:r>
    </w:p>
    <w:p w14:paraId="555888BD" w14:textId="77777777" w:rsidR="005A0029" w:rsidRDefault="00F83EB4">
      <w:r>
        <w:t xml:space="preserve">Today, consider what “financial pressure”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truth is </w:t>
      </w:r>
      <w:r>
        <w:t>practiced repeatedly, especially when circumstances remain unresolved.</w:t>
      </w:r>
    </w:p>
    <w:p w14:paraId="4082A775" w14:textId="77777777" w:rsidR="005A0029" w:rsidRDefault="00F83EB4">
      <w:pPr>
        <w:pStyle w:val="Heading2"/>
      </w:pPr>
      <w:r>
        <w:t>Pause &amp; Notice</w:t>
      </w:r>
    </w:p>
    <w:p w14:paraId="6F5F0373" w14:textId="77777777" w:rsidR="005A0029" w:rsidRDefault="00F83EB4">
      <w:r>
        <w:t>What is this theme revealing about my heart, thoughts, relationships, or current circumstances today?</w:t>
      </w:r>
    </w:p>
    <w:p w14:paraId="2B144BB7" w14:textId="77777777" w:rsidR="005A0029" w:rsidRDefault="00F83EB4">
      <w:pPr>
        <w:pStyle w:val="Heading2"/>
      </w:pPr>
      <w:r>
        <w:t>Peace Practice</w:t>
      </w:r>
    </w:p>
    <w:p w14:paraId="44A9658D" w14:textId="77777777" w:rsidR="005A0029" w:rsidRDefault="00F83EB4">
      <w:r>
        <w:t>Take five slow breaths. With each inhale, receive God's presence; with each exhale, release one pressure you have been carrying.</w:t>
      </w:r>
    </w:p>
    <w:p w14:paraId="31A9A34C" w14:textId="77777777" w:rsidR="005A0029" w:rsidRDefault="00F83EB4">
      <w:pPr>
        <w:pStyle w:val="Heading2"/>
      </w:pPr>
      <w:r>
        <w:t>My Thoughts &amp; Prayers</w:t>
      </w:r>
    </w:p>
    <w:p w14:paraId="53EA629D" w14:textId="77777777" w:rsidR="005A0029" w:rsidRDefault="00F83EB4">
      <w:pPr>
        <w:spacing w:after="60"/>
      </w:pPr>
      <w:r>
        <w:rPr>
          <w:color w:val="B4B4B4"/>
          <w:sz w:val="16"/>
        </w:rPr>
        <w:t>________________________________________________________</w:t>
      </w:r>
    </w:p>
    <w:p w14:paraId="61D6103A" w14:textId="77777777" w:rsidR="005A0029" w:rsidRDefault="00F83EB4">
      <w:pPr>
        <w:spacing w:after="60"/>
      </w:pPr>
      <w:r>
        <w:rPr>
          <w:color w:val="B4B4B4"/>
          <w:sz w:val="16"/>
        </w:rPr>
        <w:t>________________________________________________________</w:t>
      </w:r>
    </w:p>
    <w:p w14:paraId="6C397030" w14:textId="77777777" w:rsidR="005A0029" w:rsidRDefault="00F83EB4">
      <w:pPr>
        <w:spacing w:after="60"/>
      </w:pPr>
      <w:r>
        <w:rPr>
          <w:color w:val="B4B4B4"/>
          <w:sz w:val="16"/>
        </w:rPr>
        <w:t>________________________________________________________</w:t>
      </w:r>
    </w:p>
    <w:p w14:paraId="7291C996" w14:textId="77777777" w:rsidR="005A0029" w:rsidRDefault="00F83EB4">
      <w:pPr>
        <w:spacing w:after="60"/>
      </w:pPr>
      <w:r>
        <w:rPr>
          <w:color w:val="B4B4B4"/>
          <w:sz w:val="16"/>
        </w:rPr>
        <w:t>________________________________________________________</w:t>
      </w:r>
    </w:p>
    <w:p w14:paraId="5DEF6BE9" w14:textId="77777777" w:rsidR="005A0029" w:rsidRDefault="00F83EB4">
      <w:pPr>
        <w:spacing w:after="60"/>
      </w:pPr>
      <w:r>
        <w:rPr>
          <w:color w:val="B4B4B4"/>
          <w:sz w:val="16"/>
        </w:rPr>
        <w:t>________________________________________________________</w:t>
      </w:r>
    </w:p>
    <w:p w14:paraId="450BC38E" w14:textId="77777777" w:rsidR="005A0029" w:rsidRDefault="00F83EB4">
      <w:pPr>
        <w:pStyle w:val="Heading2"/>
      </w:pPr>
      <w:r>
        <w:t>Prayer</w:t>
      </w:r>
    </w:p>
    <w:p w14:paraId="6F59E65D" w14:textId="77777777" w:rsidR="005A0029" w:rsidRDefault="00F83EB4">
      <w:r>
        <w:t>Father, meet me in this practice of financial pressure.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6E77E6F" w14:textId="77777777" w:rsidR="005A0029" w:rsidRDefault="00F83EB4">
      <w:r>
        <w:rPr>
          <w:b/>
          <w:color w:val="B08D3A"/>
        </w:rPr>
        <w:lastRenderedPageBreak/>
        <w:t xml:space="preserve">TODAY'S DECLARATION  </w:t>
      </w:r>
      <w:r>
        <w:t>I will meet financial pressure with truth, faith, and practiced peace.</w:t>
      </w:r>
    </w:p>
    <w:p w14:paraId="59EA63E1" w14:textId="77777777" w:rsidR="005A0029" w:rsidRDefault="00F83EB4">
      <w:r>
        <w:br w:type="page"/>
      </w:r>
    </w:p>
    <w:p w14:paraId="10069CBC" w14:textId="77777777" w:rsidR="005A0029" w:rsidRDefault="00F83EB4">
      <w:pPr>
        <w:pStyle w:val="Heading2"/>
      </w:pPr>
      <w:r>
        <w:lastRenderedPageBreak/>
        <w:t>DAY 11</w:t>
      </w:r>
    </w:p>
    <w:p w14:paraId="68B7A4A6" w14:textId="77777777" w:rsidR="005A0029" w:rsidRDefault="00F83EB4">
      <w:pPr>
        <w:pStyle w:val="Heading1"/>
      </w:pPr>
      <w:r>
        <w:t>Peace in Family Tension</w:t>
      </w:r>
    </w:p>
    <w:p w14:paraId="683451AA" w14:textId="77777777" w:rsidR="005A0029" w:rsidRDefault="00F83EB4">
      <w:r>
        <w:rPr>
          <w:b/>
          <w:color w:val="B08D3A"/>
        </w:rPr>
        <w:t xml:space="preserve">ANCHOR SCRIPTURE  </w:t>
      </w:r>
      <w:r>
        <w:t>Proverbs 15:1</w:t>
      </w:r>
    </w:p>
    <w:p w14:paraId="3A2DCD09" w14:textId="77777777" w:rsidR="005A0029" w:rsidRDefault="00F83EB4">
      <w:pPr>
        <w:pStyle w:val="Heading2"/>
      </w:pPr>
      <w:r>
        <w:t>Guided Reflection</w:t>
      </w:r>
    </w:p>
    <w:p w14:paraId="0A1FA9CA" w14:textId="77777777" w:rsidR="005A0029" w:rsidRDefault="00F83EB4">
      <w:r>
        <w:t>Today, consider what “peace in family tension”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trut</w:t>
      </w:r>
      <w:r>
        <w:t>h is practiced repeatedly, especially when circumstances remain unresolved.</w:t>
      </w:r>
    </w:p>
    <w:p w14:paraId="7BC163D9" w14:textId="77777777" w:rsidR="005A0029" w:rsidRDefault="00F83EB4">
      <w:pPr>
        <w:pStyle w:val="Heading2"/>
      </w:pPr>
      <w:r>
        <w:t>Pause &amp; Notice</w:t>
      </w:r>
    </w:p>
    <w:p w14:paraId="4520883F" w14:textId="77777777" w:rsidR="005A0029" w:rsidRDefault="00F83EB4">
      <w:r>
        <w:t>What is this theme revealing about my heart, thoughts, relationships, or current circumstances today?</w:t>
      </w:r>
    </w:p>
    <w:p w14:paraId="0C17C204" w14:textId="77777777" w:rsidR="005A0029" w:rsidRDefault="00F83EB4">
      <w:pPr>
        <w:pStyle w:val="Heading2"/>
      </w:pPr>
      <w:r>
        <w:t>Peace Practice</w:t>
      </w:r>
    </w:p>
    <w:p w14:paraId="067AC0DD" w14:textId="77777777" w:rsidR="005A0029" w:rsidRDefault="00F83EB4">
      <w:r>
        <w:t>Write one recurring fearful thought. Under it, write a Scripture-shaped response that is more truthful and life-giving.</w:t>
      </w:r>
    </w:p>
    <w:p w14:paraId="2E45949C" w14:textId="77777777" w:rsidR="005A0029" w:rsidRDefault="00F83EB4">
      <w:pPr>
        <w:pStyle w:val="Heading2"/>
      </w:pPr>
      <w:r>
        <w:t>My Thoughts &amp; Prayers</w:t>
      </w:r>
    </w:p>
    <w:p w14:paraId="3E62F299" w14:textId="77777777" w:rsidR="005A0029" w:rsidRDefault="00F83EB4">
      <w:pPr>
        <w:spacing w:after="60"/>
      </w:pPr>
      <w:r>
        <w:rPr>
          <w:color w:val="B4B4B4"/>
          <w:sz w:val="16"/>
        </w:rPr>
        <w:t>________________________________________________________</w:t>
      </w:r>
    </w:p>
    <w:p w14:paraId="7501ADD2" w14:textId="77777777" w:rsidR="005A0029" w:rsidRDefault="00F83EB4">
      <w:pPr>
        <w:spacing w:after="60"/>
      </w:pPr>
      <w:r>
        <w:rPr>
          <w:color w:val="B4B4B4"/>
          <w:sz w:val="16"/>
        </w:rPr>
        <w:t>________________________________________________________</w:t>
      </w:r>
    </w:p>
    <w:p w14:paraId="5C76541D" w14:textId="77777777" w:rsidR="005A0029" w:rsidRDefault="00F83EB4">
      <w:pPr>
        <w:spacing w:after="60"/>
      </w:pPr>
      <w:r>
        <w:rPr>
          <w:color w:val="B4B4B4"/>
          <w:sz w:val="16"/>
        </w:rPr>
        <w:t>________________________________________________________</w:t>
      </w:r>
    </w:p>
    <w:p w14:paraId="4285BC12" w14:textId="77777777" w:rsidR="005A0029" w:rsidRDefault="00F83EB4">
      <w:pPr>
        <w:spacing w:after="60"/>
      </w:pPr>
      <w:r>
        <w:rPr>
          <w:color w:val="B4B4B4"/>
          <w:sz w:val="16"/>
        </w:rPr>
        <w:t>________________________________________________________</w:t>
      </w:r>
    </w:p>
    <w:p w14:paraId="1F8CC8B8" w14:textId="77777777" w:rsidR="005A0029" w:rsidRDefault="00F83EB4">
      <w:pPr>
        <w:spacing w:after="60"/>
      </w:pPr>
      <w:r>
        <w:rPr>
          <w:color w:val="B4B4B4"/>
          <w:sz w:val="16"/>
        </w:rPr>
        <w:t>________________________________________________________</w:t>
      </w:r>
    </w:p>
    <w:p w14:paraId="76FD0DF0" w14:textId="77777777" w:rsidR="005A0029" w:rsidRDefault="00F83EB4">
      <w:pPr>
        <w:pStyle w:val="Heading2"/>
      </w:pPr>
      <w:r>
        <w:t>Prayer</w:t>
      </w:r>
    </w:p>
    <w:p w14:paraId="650C9AE2" w14:textId="77777777" w:rsidR="005A0029" w:rsidRDefault="00F83EB4">
      <w:r>
        <w:t>Father, meet me in this practice of peace in family tension.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F9EC31E" w14:textId="77777777" w:rsidR="005A0029" w:rsidRDefault="00F83EB4">
      <w:r>
        <w:rPr>
          <w:b/>
          <w:color w:val="B08D3A"/>
        </w:rPr>
        <w:lastRenderedPageBreak/>
        <w:t xml:space="preserve">TODAY'S DECLARATION  </w:t>
      </w:r>
      <w:r>
        <w:t>I will meet peace in family tension with truth, faith, and practiced peace.</w:t>
      </w:r>
    </w:p>
    <w:p w14:paraId="78B028C4" w14:textId="77777777" w:rsidR="005A0029" w:rsidRDefault="00F83EB4">
      <w:r>
        <w:br w:type="page"/>
      </w:r>
    </w:p>
    <w:p w14:paraId="1918E35D" w14:textId="77777777" w:rsidR="005A0029" w:rsidRDefault="00F83EB4">
      <w:pPr>
        <w:pStyle w:val="Heading2"/>
      </w:pPr>
      <w:r>
        <w:lastRenderedPageBreak/>
        <w:t>DAY 12</w:t>
      </w:r>
    </w:p>
    <w:p w14:paraId="6AD71982" w14:textId="77777777" w:rsidR="005A0029" w:rsidRDefault="00F83EB4">
      <w:pPr>
        <w:pStyle w:val="Heading1"/>
      </w:pPr>
      <w:r>
        <w:t>The Discipline of Stillness</w:t>
      </w:r>
    </w:p>
    <w:p w14:paraId="58FA8F4E" w14:textId="77777777" w:rsidR="005A0029" w:rsidRDefault="00F83EB4">
      <w:r>
        <w:rPr>
          <w:b/>
          <w:color w:val="B08D3A"/>
        </w:rPr>
        <w:t xml:space="preserve">ANCHOR SCRIPTURE  </w:t>
      </w:r>
      <w:r>
        <w:t>Psalm 46:10</w:t>
      </w:r>
    </w:p>
    <w:p w14:paraId="1F587F93" w14:textId="77777777" w:rsidR="005A0029" w:rsidRDefault="00F83EB4">
      <w:pPr>
        <w:pStyle w:val="Heading2"/>
      </w:pPr>
      <w:r>
        <w:t>Guided Reflection</w:t>
      </w:r>
    </w:p>
    <w:p w14:paraId="2122F4E2" w14:textId="77777777" w:rsidR="005A0029" w:rsidRDefault="00F83EB4">
      <w:r>
        <w:t xml:space="preserve">Today, consider what “the discipline of stillness”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55194AB5" w14:textId="77777777" w:rsidR="005A0029" w:rsidRDefault="00F83EB4">
      <w:pPr>
        <w:pStyle w:val="Heading2"/>
      </w:pPr>
      <w:r>
        <w:t>Pause &amp; Notice</w:t>
      </w:r>
    </w:p>
    <w:p w14:paraId="4653DBF8" w14:textId="77777777" w:rsidR="005A0029" w:rsidRDefault="00F83EB4">
      <w:r>
        <w:t>What is this theme revealing about my heart, thoughts, relationships, or current circumstances today?</w:t>
      </w:r>
    </w:p>
    <w:p w14:paraId="1A2A873F" w14:textId="77777777" w:rsidR="005A0029" w:rsidRDefault="00F83EB4">
      <w:pPr>
        <w:pStyle w:val="Heading2"/>
      </w:pPr>
      <w:r>
        <w:t>Peace Practice</w:t>
      </w:r>
    </w:p>
    <w:p w14:paraId="6C9340AB" w14:textId="77777777" w:rsidR="005A0029" w:rsidRDefault="00F83EB4">
      <w:r>
        <w:t>Identify one small action that would create greater peace today. Make it specific enough to complete before the day ends.</w:t>
      </w:r>
    </w:p>
    <w:p w14:paraId="6824D695" w14:textId="77777777" w:rsidR="005A0029" w:rsidRDefault="00F83EB4">
      <w:pPr>
        <w:pStyle w:val="Heading2"/>
      </w:pPr>
      <w:r>
        <w:t>My Thoughts &amp; Prayers</w:t>
      </w:r>
    </w:p>
    <w:p w14:paraId="6848F2B6" w14:textId="77777777" w:rsidR="005A0029" w:rsidRDefault="00F83EB4">
      <w:pPr>
        <w:spacing w:after="60"/>
      </w:pPr>
      <w:r>
        <w:rPr>
          <w:color w:val="B4B4B4"/>
          <w:sz w:val="16"/>
        </w:rPr>
        <w:t>________________________________________________________</w:t>
      </w:r>
    </w:p>
    <w:p w14:paraId="51940F20" w14:textId="77777777" w:rsidR="005A0029" w:rsidRDefault="00F83EB4">
      <w:pPr>
        <w:spacing w:after="60"/>
      </w:pPr>
      <w:r>
        <w:rPr>
          <w:color w:val="B4B4B4"/>
          <w:sz w:val="16"/>
        </w:rPr>
        <w:t>________________________________________________________</w:t>
      </w:r>
    </w:p>
    <w:p w14:paraId="381524C1" w14:textId="77777777" w:rsidR="005A0029" w:rsidRDefault="00F83EB4">
      <w:pPr>
        <w:spacing w:after="60"/>
      </w:pPr>
      <w:r>
        <w:rPr>
          <w:color w:val="B4B4B4"/>
          <w:sz w:val="16"/>
        </w:rPr>
        <w:t>________________________________________________________</w:t>
      </w:r>
    </w:p>
    <w:p w14:paraId="1E2FC9B2" w14:textId="77777777" w:rsidR="005A0029" w:rsidRDefault="00F83EB4">
      <w:pPr>
        <w:spacing w:after="60"/>
      </w:pPr>
      <w:r>
        <w:rPr>
          <w:color w:val="B4B4B4"/>
          <w:sz w:val="16"/>
        </w:rPr>
        <w:t>________________________________________________________</w:t>
      </w:r>
    </w:p>
    <w:p w14:paraId="2A597361" w14:textId="77777777" w:rsidR="005A0029" w:rsidRDefault="00F83EB4">
      <w:pPr>
        <w:spacing w:after="60"/>
      </w:pPr>
      <w:r>
        <w:rPr>
          <w:color w:val="B4B4B4"/>
          <w:sz w:val="16"/>
        </w:rPr>
        <w:t>________________________________________________________</w:t>
      </w:r>
    </w:p>
    <w:p w14:paraId="44AC0F2E" w14:textId="77777777" w:rsidR="005A0029" w:rsidRDefault="00F83EB4">
      <w:pPr>
        <w:pStyle w:val="Heading2"/>
      </w:pPr>
      <w:r>
        <w:t>Prayer</w:t>
      </w:r>
    </w:p>
    <w:p w14:paraId="17CF215E" w14:textId="77777777" w:rsidR="005A0029" w:rsidRDefault="00F83EB4">
      <w:r>
        <w:t>Father, meet me in this practice of the discipline of stillness.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03FDBD5" w14:textId="77777777" w:rsidR="005A0029" w:rsidRDefault="00F83EB4">
      <w:r>
        <w:rPr>
          <w:b/>
          <w:color w:val="B08D3A"/>
        </w:rPr>
        <w:lastRenderedPageBreak/>
        <w:t xml:space="preserve">TODAY'S DECLARATION  </w:t>
      </w:r>
      <w:r>
        <w:t>I will meet the discipline of stillness with truth, faith, and practiced peace.</w:t>
      </w:r>
    </w:p>
    <w:p w14:paraId="2CE13533" w14:textId="77777777" w:rsidR="005A0029" w:rsidRDefault="00F83EB4">
      <w:r>
        <w:br w:type="page"/>
      </w:r>
    </w:p>
    <w:p w14:paraId="56C2AF8F" w14:textId="77777777" w:rsidR="005A0029" w:rsidRDefault="00F83EB4">
      <w:pPr>
        <w:pStyle w:val="Heading2"/>
      </w:pPr>
      <w:r>
        <w:lastRenderedPageBreak/>
        <w:t>DAY 13</w:t>
      </w:r>
    </w:p>
    <w:p w14:paraId="05D5D480" w14:textId="77777777" w:rsidR="005A0029" w:rsidRDefault="00F83EB4">
      <w:pPr>
        <w:pStyle w:val="Heading1"/>
      </w:pPr>
      <w:r>
        <w:t>Prayer Before Panic</w:t>
      </w:r>
    </w:p>
    <w:p w14:paraId="7745D3EA" w14:textId="77777777" w:rsidR="005A0029" w:rsidRDefault="00F83EB4">
      <w:r>
        <w:rPr>
          <w:b/>
          <w:color w:val="B08D3A"/>
        </w:rPr>
        <w:t xml:space="preserve">ANCHOR SCRIPTURE  </w:t>
      </w:r>
      <w:r>
        <w:t>Philippians 4:6</w:t>
      </w:r>
    </w:p>
    <w:p w14:paraId="4CDFB8A9" w14:textId="77777777" w:rsidR="005A0029" w:rsidRDefault="00F83EB4">
      <w:pPr>
        <w:pStyle w:val="Heading2"/>
      </w:pPr>
      <w:r>
        <w:t>Guided Reflection</w:t>
      </w:r>
    </w:p>
    <w:p w14:paraId="3DBC0097" w14:textId="77777777" w:rsidR="005A0029" w:rsidRDefault="00F83EB4">
      <w:r>
        <w:t>Today, consider what “prayer before panic”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truth is</w:t>
      </w:r>
      <w:r>
        <w:t xml:space="preserve"> practiced repeatedly, especially when circumstances remain unresolved.</w:t>
      </w:r>
    </w:p>
    <w:p w14:paraId="706F687C" w14:textId="77777777" w:rsidR="005A0029" w:rsidRDefault="00F83EB4">
      <w:pPr>
        <w:pStyle w:val="Heading2"/>
      </w:pPr>
      <w:r>
        <w:t>Pause &amp; Notice</w:t>
      </w:r>
    </w:p>
    <w:p w14:paraId="7D084FC2" w14:textId="77777777" w:rsidR="005A0029" w:rsidRDefault="00F83EB4">
      <w:r>
        <w:t>What is this theme revealing about my heart, thoughts, relationships, or current circumstances today?</w:t>
      </w:r>
    </w:p>
    <w:p w14:paraId="42E8C947" w14:textId="77777777" w:rsidR="005A0029" w:rsidRDefault="00F83EB4">
      <w:pPr>
        <w:pStyle w:val="Heading2"/>
      </w:pPr>
      <w:r>
        <w:t>Peace Practice</w:t>
      </w:r>
    </w:p>
    <w:p w14:paraId="777E6FBF" w14:textId="77777777" w:rsidR="005A0029" w:rsidRDefault="00F83EB4">
      <w:r>
        <w:t>Reach out to one trusted, mature person. Share one thing you have been carrying silently and allow yourself to receive support.</w:t>
      </w:r>
    </w:p>
    <w:p w14:paraId="4891F31D" w14:textId="77777777" w:rsidR="005A0029" w:rsidRDefault="00F83EB4">
      <w:pPr>
        <w:pStyle w:val="Heading2"/>
      </w:pPr>
      <w:r>
        <w:t>My Thoughts &amp; Prayers</w:t>
      </w:r>
    </w:p>
    <w:p w14:paraId="22287BC6" w14:textId="77777777" w:rsidR="005A0029" w:rsidRDefault="00F83EB4">
      <w:pPr>
        <w:spacing w:after="60"/>
      </w:pPr>
      <w:r>
        <w:rPr>
          <w:color w:val="B4B4B4"/>
          <w:sz w:val="16"/>
        </w:rPr>
        <w:t>________________________________________________________</w:t>
      </w:r>
    </w:p>
    <w:p w14:paraId="0621256A" w14:textId="77777777" w:rsidR="005A0029" w:rsidRDefault="00F83EB4">
      <w:pPr>
        <w:spacing w:after="60"/>
      </w:pPr>
      <w:r>
        <w:rPr>
          <w:color w:val="B4B4B4"/>
          <w:sz w:val="16"/>
        </w:rPr>
        <w:t>________________________________________________________</w:t>
      </w:r>
    </w:p>
    <w:p w14:paraId="40A4F5C0" w14:textId="77777777" w:rsidR="005A0029" w:rsidRDefault="00F83EB4">
      <w:pPr>
        <w:spacing w:after="60"/>
      </w:pPr>
      <w:r>
        <w:rPr>
          <w:color w:val="B4B4B4"/>
          <w:sz w:val="16"/>
        </w:rPr>
        <w:t>________________________________________________________</w:t>
      </w:r>
    </w:p>
    <w:p w14:paraId="1374A0F7" w14:textId="77777777" w:rsidR="005A0029" w:rsidRDefault="00F83EB4">
      <w:pPr>
        <w:spacing w:after="60"/>
      </w:pPr>
      <w:r>
        <w:rPr>
          <w:color w:val="B4B4B4"/>
          <w:sz w:val="16"/>
        </w:rPr>
        <w:t>________________________________________________________</w:t>
      </w:r>
    </w:p>
    <w:p w14:paraId="7C4FF1E1" w14:textId="77777777" w:rsidR="005A0029" w:rsidRDefault="00F83EB4">
      <w:pPr>
        <w:spacing w:after="60"/>
      </w:pPr>
      <w:r>
        <w:rPr>
          <w:color w:val="B4B4B4"/>
          <w:sz w:val="16"/>
        </w:rPr>
        <w:t>________________________________________________________</w:t>
      </w:r>
    </w:p>
    <w:p w14:paraId="21FF2FE3" w14:textId="77777777" w:rsidR="005A0029" w:rsidRDefault="00F83EB4">
      <w:pPr>
        <w:pStyle w:val="Heading2"/>
      </w:pPr>
      <w:r>
        <w:t>Prayer</w:t>
      </w:r>
    </w:p>
    <w:p w14:paraId="55DCE7B6" w14:textId="77777777" w:rsidR="005A0029" w:rsidRDefault="00F83EB4">
      <w:r>
        <w:t>Father, meet me in this practice of prayer before panic.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6B21F90" w14:textId="77777777" w:rsidR="005A0029" w:rsidRDefault="00F83EB4">
      <w:r>
        <w:rPr>
          <w:b/>
          <w:color w:val="B08D3A"/>
        </w:rPr>
        <w:lastRenderedPageBreak/>
        <w:t xml:space="preserve">TODAY'S DECLARATION  </w:t>
      </w:r>
      <w:r>
        <w:t>I will meet prayer before panic with truth, faith, and practiced peace.</w:t>
      </w:r>
    </w:p>
    <w:p w14:paraId="4A71A71C" w14:textId="77777777" w:rsidR="005A0029" w:rsidRDefault="00F83EB4">
      <w:r>
        <w:br w:type="page"/>
      </w:r>
    </w:p>
    <w:p w14:paraId="0524C82C" w14:textId="77777777" w:rsidR="005A0029" w:rsidRDefault="00F83EB4">
      <w:pPr>
        <w:pStyle w:val="Heading2"/>
      </w:pPr>
      <w:r>
        <w:lastRenderedPageBreak/>
        <w:t>DAY 14</w:t>
      </w:r>
    </w:p>
    <w:p w14:paraId="6F200225" w14:textId="77777777" w:rsidR="005A0029" w:rsidRDefault="00F83EB4">
      <w:pPr>
        <w:pStyle w:val="Heading1"/>
      </w:pPr>
      <w:r>
        <w:t>Peace Before Productivity</w:t>
      </w:r>
    </w:p>
    <w:p w14:paraId="39FF2E31" w14:textId="77777777" w:rsidR="005A0029" w:rsidRDefault="00F83EB4">
      <w:r>
        <w:rPr>
          <w:b/>
          <w:color w:val="B08D3A"/>
        </w:rPr>
        <w:t xml:space="preserve">ANCHOR SCRIPTURE  </w:t>
      </w:r>
      <w:r>
        <w:t>Mark 6:31</w:t>
      </w:r>
    </w:p>
    <w:p w14:paraId="0D9BE53F" w14:textId="77777777" w:rsidR="005A0029" w:rsidRDefault="00F83EB4">
      <w:pPr>
        <w:pStyle w:val="Heading2"/>
      </w:pPr>
      <w:r>
        <w:t>Guided Reflection</w:t>
      </w:r>
    </w:p>
    <w:p w14:paraId="30B65464" w14:textId="77777777" w:rsidR="005A0029" w:rsidRDefault="00F83EB4">
      <w:r>
        <w:t>Today, consider what “peace before productivity”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w:t>
      </w:r>
      <w:r>
        <w:t>uth is practiced repeatedly, especially when circumstances remain unresolved.</w:t>
      </w:r>
    </w:p>
    <w:p w14:paraId="5DD04423" w14:textId="77777777" w:rsidR="005A0029" w:rsidRDefault="00F83EB4">
      <w:pPr>
        <w:pStyle w:val="Heading2"/>
      </w:pPr>
      <w:r>
        <w:t>Pause &amp; Notice</w:t>
      </w:r>
    </w:p>
    <w:p w14:paraId="19D2DB51" w14:textId="77777777" w:rsidR="005A0029" w:rsidRDefault="00F83EB4">
      <w:r>
        <w:t>What is this theme revealing about my heart, thoughts, relationships, or current circumstances today?</w:t>
      </w:r>
    </w:p>
    <w:p w14:paraId="49347BC8" w14:textId="77777777" w:rsidR="005A0029" w:rsidRDefault="00F83EB4">
      <w:pPr>
        <w:pStyle w:val="Heading2"/>
      </w:pPr>
      <w:r>
        <w:t>Peace Practice</w:t>
      </w:r>
    </w:p>
    <w:p w14:paraId="7D7D7AD3" w14:textId="77777777" w:rsidR="005A0029" w:rsidRDefault="00F83EB4">
      <w:r>
        <w:t>Practice a ten-minute quiet period without your phone. Notice what surfaces, then bring it honestly into prayer.</w:t>
      </w:r>
    </w:p>
    <w:p w14:paraId="51DDE251" w14:textId="77777777" w:rsidR="005A0029" w:rsidRDefault="00F83EB4">
      <w:pPr>
        <w:pStyle w:val="Heading2"/>
      </w:pPr>
      <w:r>
        <w:t>My Thoughts &amp; Prayers</w:t>
      </w:r>
    </w:p>
    <w:p w14:paraId="48402C65" w14:textId="77777777" w:rsidR="005A0029" w:rsidRDefault="00F83EB4">
      <w:pPr>
        <w:spacing w:after="60"/>
      </w:pPr>
      <w:r>
        <w:rPr>
          <w:color w:val="B4B4B4"/>
          <w:sz w:val="16"/>
        </w:rPr>
        <w:t>________________________________________________________</w:t>
      </w:r>
    </w:p>
    <w:p w14:paraId="60F3F8E7" w14:textId="77777777" w:rsidR="005A0029" w:rsidRDefault="00F83EB4">
      <w:pPr>
        <w:spacing w:after="60"/>
      </w:pPr>
      <w:r>
        <w:rPr>
          <w:color w:val="B4B4B4"/>
          <w:sz w:val="16"/>
        </w:rPr>
        <w:t>________________________________________________________</w:t>
      </w:r>
    </w:p>
    <w:p w14:paraId="0AA0AA6F" w14:textId="77777777" w:rsidR="005A0029" w:rsidRDefault="00F83EB4">
      <w:pPr>
        <w:spacing w:after="60"/>
      </w:pPr>
      <w:r>
        <w:rPr>
          <w:color w:val="B4B4B4"/>
          <w:sz w:val="16"/>
        </w:rPr>
        <w:t>________________________________________________________</w:t>
      </w:r>
    </w:p>
    <w:p w14:paraId="50B7291C" w14:textId="77777777" w:rsidR="005A0029" w:rsidRDefault="00F83EB4">
      <w:pPr>
        <w:spacing w:after="60"/>
      </w:pPr>
      <w:r>
        <w:rPr>
          <w:color w:val="B4B4B4"/>
          <w:sz w:val="16"/>
        </w:rPr>
        <w:t>________________________________________________________</w:t>
      </w:r>
    </w:p>
    <w:p w14:paraId="1DB0E746" w14:textId="77777777" w:rsidR="005A0029" w:rsidRDefault="00F83EB4">
      <w:pPr>
        <w:spacing w:after="60"/>
      </w:pPr>
      <w:r>
        <w:rPr>
          <w:color w:val="B4B4B4"/>
          <w:sz w:val="16"/>
        </w:rPr>
        <w:t>________________________________________________________</w:t>
      </w:r>
    </w:p>
    <w:p w14:paraId="26A52293" w14:textId="77777777" w:rsidR="005A0029" w:rsidRDefault="00F83EB4">
      <w:pPr>
        <w:pStyle w:val="Heading2"/>
      </w:pPr>
      <w:r>
        <w:t>Prayer</w:t>
      </w:r>
    </w:p>
    <w:p w14:paraId="282C3972" w14:textId="77777777" w:rsidR="005A0029" w:rsidRDefault="00F83EB4">
      <w:r>
        <w:t>Father, meet me in this practice of peace before productivity.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3A48E4D" w14:textId="77777777" w:rsidR="005A0029" w:rsidRDefault="00F83EB4">
      <w:r>
        <w:rPr>
          <w:b/>
          <w:color w:val="B08D3A"/>
        </w:rPr>
        <w:lastRenderedPageBreak/>
        <w:t xml:space="preserve">TODAY'S DECLARATION  </w:t>
      </w:r>
      <w:r>
        <w:t>I will meet peace before productivity with truth, faith, and practiced peace.</w:t>
      </w:r>
    </w:p>
    <w:p w14:paraId="1AF3E92E" w14:textId="77777777" w:rsidR="005A0029" w:rsidRDefault="00F83EB4">
      <w:r>
        <w:br w:type="page"/>
      </w:r>
    </w:p>
    <w:p w14:paraId="1A454EF3" w14:textId="77777777" w:rsidR="005A0029" w:rsidRDefault="00F83EB4">
      <w:pPr>
        <w:pStyle w:val="Heading2"/>
      </w:pPr>
      <w:r>
        <w:lastRenderedPageBreak/>
        <w:t>DAY 15</w:t>
      </w:r>
    </w:p>
    <w:p w14:paraId="6FF26D75" w14:textId="77777777" w:rsidR="005A0029" w:rsidRDefault="00F83EB4">
      <w:pPr>
        <w:pStyle w:val="Heading1"/>
      </w:pPr>
      <w:r>
        <w:t>Do Not Borrow Trouble</w:t>
      </w:r>
    </w:p>
    <w:p w14:paraId="425E0FA6" w14:textId="77777777" w:rsidR="005A0029" w:rsidRDefault="00F83EB4">
      <w:r>
        <w:rPr>
          <w:b/>
          <w:color w:val="B08D3A"/>
        </w:rPr>
        <w:t xml:space="preserve">ANCHOR SCRIPTURE  </w:t>
      </w:r>
      <w:r>
        <w:t>Matthew 6:34</w:t>
      </w:r>
    </w:p>
    <w:p w14:paraId="2D8B2DBF" w14:textId="77777777" w:rsidR="005A0029" w:rsidRDefault="00F83EB4">
      <w:pPr>
        <w:pStyle w:val="Heading2"/>
      </w:pPr>
      <w:r>
        <w:t>Guided Reflection</w:t>
      </w:r>
    </w:p>
    <w:p w14:paraId="4F66B514" w14:textId="77777777" w:rsidR="005A0029" w:rsidRDefault="00F83EB4">
      <w:r>
        <w:t xml:space="preserve">Today, consider what “do not borrow trouble”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truth </w:t>
      </w:r>
      <w:r>
        <w:t>is practiced repeatedly, especially when circumstances remain unresolved.</w:t>
      </w:r>
    </w:p>
    <w:p w14:paraId="323D9F0D" w14:textId="77777777" w:rsidR="005A0029" w:rsidRDefault="00F83EB4">
      <w:pPr>
        <w:pStyle w:val="Heading2"/>
      </w:pPr>
      <w:r>
        <w:t>Pause &amp; Notice</w:t>
      </w:r>
    </w:p>
    <w:p w14:paraId="010B86F3" w14:textId="77777777" w:rsidR="005A0029" w:rsidRDefault="00F83EB4">
      <w:r>
        <w:t>What is this theme revealing about my heart, thoughts, relationships, or current circumstances today?</w:t>
      </w:r>
    </w:p>
    <w:p w14:paraId="3244C7DC" w14:textId="77777777" w:rsidR="005A0029" w:rsidRDefault="00F83EB4">
      <w:pPr>
        <w:pStyle w:val="Heading2"/>
      </w:pPr>
      <w:r>
        <w:t>Peace Practice</w:t>
      </w:r>
    </w:p>
    <w:p w14:paraId="13B40384" w14:textId="77777777" w:rsidR="005A0029" w:rsidRDefault="00F83EB4">
      <w:r>
        <w:t>Sit quietly for three minutes. Name what you feel without judging it. Then write one truth you want to carry into the day.</w:t>
      </w:r>
    </w:p>
    <w:p w14:paraId="7BF78D98" w14:textId="77777777" w:rsidR="005A0029" w:rsidRDefault="00F83EB4">
      <w:pPr>
        <w:pStyle w:val="Heading2"/>
      </w:pPr>
      <w:r>
        <w:t>My Thoughts &amp; Prayers</w:t>
      </w:r>
    </w:p>
    <w:p w14:paraId="62FFEFF9" w14:textId="77777777" w:rsidR="005A0029" w:rsidRDefault="00F83EB4">
      <w:pPr>
        <w:spacing w:after="60"/>
      </w:pPr>
      <w:r>
        <w:rPr>
          <w:color w:val="B4B4B4"/>
          <w:sz w:val="16"/>
        </w:rPr>
        <w:t>________________________________________________________</w:t>
      </w:r>
    </w:p>
    <w:p w14:paraId="0FA60D55" w14:textId="77777777" w:rsidR="005A0029" w:rsidRDefault="00F83EB4">
      <w:pPr>
        <w:spacing w:after="60"/>
      </w:pPr>
      <w:r>
        <w:rPr>
          <w:color w:val="B4B4B4"/>
          <w:sz w:val="16"/>
        </w:rPr>
        <w:t>________________________________________________________</w:t>
      </w:r>
    </w:p>
    <w:p w14:paraId="705A429A" w14:textId="77777777" w:rsidR="005A0029" w:rsidRDefault="00F83EB4">
      <w:pPr>
        <w:spacing w:after="60"/>
      </w:pPr>
      <w:r>
        <w:rPr>
          <w:color w:val="B4B4B4"/>
          <w:sz w:val="16"/>
        </w:rPr>
        <w:t>________________________________________________________</w:t>
      </w:r>
    </w:p>
    <w:p w14:paraId="51BA0E26" w14:textId="77777777" w:rsidR="005A0029" w:rsidRDefault="00F83EB4">
      <w:pPr>
        <w:spacing w:after="60"/>
      </w:pPr>
      <w:r>
        <w:rPr>
          <w:color w:val="B4B4B4"/>
          <w:sz w:val="16"/>
        </w:rPr>
        <w:t>________________________________________________________</w:t>
      </w:r>
    </w:p>
    <w:p w14:paraId="69BD998D" w14:textId="77777777" w:rsidR="005A0029" w:rsidRDefault="00F83EB4">
      <w:pPr>
        <w:spacing w:after="60"/>
      </w:pPr>
      <w:r>
        <w:rPr>
          <w:color w:val="B4B4B4"/>
          <w:sz w:val="16"/>
        </w:rPr>
        <w:t>________________________________________________________</w:t>
      </w:r>
    </w:p>
    <w:p w14:paraId="29B89695" w14:textId="77777777" w:rsidR="005A0029" w:rsidRDefault="00F83EB4">
      <w:pPr>
        <w:pStyle w:val="Heading2"/>
      </w:pPr>
      <w:r>
        <w:t>Prayer</w:t>
      </w:r>
    </w:p>
    <w:p w14:paraId="29759C3C" w14:textId="77777777" w:rsidR="005A0029" w:rsidRDefault="00F83EB4">
      <w:r>
        <w:t>Father, meet me in this practice of do not borrow trouble.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FF775ED" w14:textId="77777777" w:rsidR="005A0029" w:rsidRDefault="00F83EB4">
      <w:r>
        <w:rPr>
          <w:b/>
          <w:color w:val="B08D3A"/>
        </w:rPr>
        <w:lastRenderedPageBreak/>
        <w:t xml:space="preserve">TODAY'S DECLARATION  </w:t>
      </w:r>
      <w:r>
        <w:t>I will meet do not borrow trouble with truth, faith, and practiced peace.</w:t>
      </w:r>
    </w:p>
    <w:p w14:paraId="7373CD8D" w14:textId="77777777" w:rsidR="005A0029" w:rsidRDefault="00F83EB4">
      <w:r>
        <w:br w:type="page"/>
      </w:r>
    </w:p>
    <w:p w14:paraId="3CA18CDD" w14:textId="77777777" w:rsidR="005A0029" w:rsidRDefault="00F83EB4">
      <w:pPr>
        <w:pStyle w:val="Heading2"/>
      </w:pPr>
      <w:r>
        <w:lastRenderedPageBreak/>
        <w:t>DAY 16</w:t>
      </w:r>
    </w:p>
    <w:p w14:paraId="1CA5D0D4" w14:textId="77777777" w:rsidR="005A0029" w:rsidRDefault="00F83EB4">
      <w:pPr>
        <w:pStyle w:val="Heading1"/>
      </w:pPr>
      <w:r>
        <w:t>A Peaceful No</w:t>
      </w:r>
    </w:p>
    <w:p w14:paraId="204926FD" w14:textId="77777777" w:rsidR="005A0029" w:rsidRDefault="00F83EB4">
      <w:r>
        <w:rPr>
          <w:b/>
          <w:color w:val="B08D3A"/>
        </w:rPr>
        <w:t xml:space="preserve">ANCHOR SCRIPTURE  </w:t>
      </w:r>
      <w:r>
        <w:t>Matthew 5:37</w:t>
      </w:r>
    </w:p>
    <w:p w14:paraId="316986D0" w14:textId="77777777" w:rsidR="005A0029" w:rsidRDefault="00F83EB4">
      <w:pPr>
        <w:pStyle w:val="Heading2"/>
      </w:pPr>
      <w:r>
        <w:t>Guided Reflection</w:t>
      </w:r>
    </w:p>
    <w:p w14:paraId="3865974E" w14:textId="77777777" w:rsidR="005A0029" w:rsidRDefault="00F83EB4">
      <w:r>
        <w:t>Today, consider what “a peaceful no”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truth is pract</w:t>
      </w:r>
      <w:r>
        <w:t>iced repeatedly, especially when circumstances remain unresolved.</w:t>
      </w:r>
    </w:p>
    <w:p w14:paraId="2C6A5897" w14:textId="77777777" w:rsidR="005A0029" w:rsidRDefault="00F83EB4">
      <w:pPr>
        <w:pStyle w:val="Heading2"/>
      </w:pPr>
      <w:r>
        <w:t>Pause &amp; Notice</w:t>
      </w:r>
    </w:p>
    <w:p w14:paraId="06D556C0" w14:textId="77777777" w:rsidR="005A0029" w:rsidRDefault="00F83EB4">
      <w:r>
        <w:t>What is this theme revealing about my heart, thoughts, relationships, or current circumstances today?</w:t>
      </w:r>
    </w:p>
    <w:p w14:paraId="416DB893" w14:textId="77777777" w:rsidR="005A0029" w:rsidRDefault="00F83EB4">
      <w:pPr>
        <w:pStyle w:val="Heading2"/>
      </w:pPr>
      <w:r>
        <w:t>Peace Practice</w:t>
      </w:r>
    </w:p>
    <w:p w14:paraId="294EBB6A" w14:textId="77777777" w:rsidR="005A0029" w:rsidRDefault="00F83EB4">
      <w:r>
        <w:t>Draw two columns: 'What I can control' and 'What I must release.' Place each concern in the appropriate column and pray over both.</w:t>
      </w:r>
    </w:p>
    <w:p w14:paraId="4C78AD72" w14:textId="77777777" w:rsidR="005A0029" w:rsidRDefault="00F83EB4">
      <w:pPr>
        <w:pStyle w:val="Heading2"/>
      </w:pPr>
      <w:r>
        <w:t>My Thoughts &amp; Prayers</w:t>
      </w:r>
    </w:p>
    <w:p w14:paraId="4CA2C362" w14:textId="77777777" w:rsidR="005A0029" w:rsidRDefault="00F83EB4">
      <w:pPr>
        <w:spacing w:after="60"/>
      </w:pPr>
      <w:r>
        <w:rPr>
          <w:color w:val="B4B4B4"/>
          <w:sz w:val="16"/>
        </w:rPr>
        <w:t>________________________________________________________</w:t>
      </w:r>
    </w:p>
    <w:p w14:paraId="1B2E5FB2" w14:textId="77777777" w:rsidR="005A0029" w:rsidRDefault="00F83EB4">
      <w:pPr>
        <w:spacing w:after="60"/>
      </w:pPr>
      <w:r>
        <w:rPr>
          <w:color w:val="B4B4B4"/>
          <w:sz w:val="16"/>
        </w:rPr>
        <w:t>________________________________________________________</w:t>
      </w:r>
    </w:p>
    <w:p w14:paraId="5D19E204" w14:textId="77777777" w:rsidR="005A0029" w:rsidRDefault="00F83EB4">
      <w:pPr>
        <w:spacing w:after="60"/>
      </w:pPr>
      <w:r>
        <w:rPr>
          <w:color w:val="B4B4B4"/>
          <w:sz w:val="16"/>
        </w:rPr>
        <w:t>________________________________________________________</w:t>
      </w:r>
    </w:p>
    <w:p w14:paraId="45008FB1" w14:textId="77777777" w:rsidR="005A0029" w:rsidRDefault="00F83EB4">
      <w:pPr>
        <w:spacing w:after="60"/>
      </w:pPr>
      <w:r>
        <w:rPr>
          <w:color w:val="B4B4B4"/>
          <w:sz w:val="16"/>
        </w:rPr>
        <w:t>________________________________________________________</w:t>
      </w:r>
    </w:p>
    <w:p w14:paraId="419543C8" w14:textId="77777777" w:rsidR="005A0029" w:rsidRDefault="00F83EB4">
      <w:pPr>
        <w:spacing w:after="60"/>
      </w:pPr>
      <w:r>
        <w:rPr>
          <w:color w:val="B4B4B4"/>
          <w:sz w:val="16"/>
        </w:rPr>
        <w:t>________________________________________________________</w:t>
      </w:r>
    </w:p>
    <w:p w14:paraId="16561844" w14:textId="77777777" w:rsidR="005A0029" w:rsidRDefault="00F83EB4">
      <w:pPr>
        <w:pStyle w:val="Heading2"/>
      </w:pPr>
      <w:r>
        <w:t>Prayer</w:t>
      </w:r>
    </w:p>
    <w:p w14:paraId="7FED9C8D" w14:textId="77777777" w:rsidR="005A0029" w:rsidRDefault="00F83EB4">
      <w:r>
        <w:t>Father, meet me in this practice of a peaceful no.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99BC1BC" w14:textId="77777777" w:rsidR="005A0029" w:rsidRDefault="00F83EB4">
      <w:r>
        <w:rPr>
          <w:b/>
          <w:color w:val="B08D3A"/>
        </w:rPr>
        <w:lastRenderedPageBreak/>
        <w:t xml:space="preserve">TODAY'S DECLARATION  </w:t>
      </w:r>
      <w:r>
        <w:t>I will meet a peaceful no with truth, faith, and practiced peace.</w:t>
      </w:r>
    </w:p>
    <w:p w14:paraId="47643485" w14:textId="77777777" w:rsidR="005A0029" w:rsidRDefault="00F83EB4">
      <w:r>
        <w:br w:type="page"/>
      </w:r>
    </w:p>
    <w:p w14:paraId="6A3FA961" w14:textId="77777777" w:rsidR="005A0029" w:rsidRDefault="00F83EB4">
      <w:pPr>
        <w:pStyle w:val="Heading2"/>
      </w:pPr>
      <w:r>
        <w:lastRenderedPageBreak/>
        <w:t>DAY 17</w:t>
      </w:r>
    </w:p>
    <w:p w14:paraId="2751F0FD" w14:textId="77777777" w:rsidR="005A0029" w:rsidRDefault="00F83EB4">
      <w:pPr>
        <w:pStyle w:val="Heading1"/>
      </w:pPr>
      <w:r>
        <w:t>Release the Need to Win</w:t>
      </w:r>
    </w:p>
    <w:p w14:paraId="0D96F254" w14:textId="77777777" w:rsidR="005A0029" w:rsidRDefault="00F83EB4">
      <w:r>
        <w:rPr>
          <w:b/>
          <w:color w:val="B08D3A"/>
        </w:rPr>
        <w:t xml:space="preserve">ANCHOR SCRIPTURE  </w:t>
      </w:r>
      <w:r>
        <w:t>Romans 12:19</w:t>
      </w:r>
    </w:p>
    <w:p w14:paraId="72DB40E0" w14:textId="77777777" w:rsidR="005A0029" w:rsidRDefault="00F83EB4">
      <w:pPr>
        <w:pStyle w:val="Heading2"/>
      </w:pPr>
      <w:r>
        <w:t>Guided Reflection</w:t>
      </w:r>
    </w:p>
    <w:p w14:paraId="6054D2B3" w14:textId="77777777" w:rsidR="005A0029" w:rsidRDefault="00F83EB4">
      <w:r>
        <w:t>Today, consider what “release the need to win”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trut</w:t>
      </w:r>
      <w:r>
        <w:t>h is practiced repeatedly, especially when circumstances remain unresolved.</w:t>
      </w:r>
    </w:p>
    <w:p w14:paraId="31240AA6" w14:textId="77777777" w:rsidR="005A0029" w:rsidRDefault="00F83EB4">
      <w:pPr>
        <w:pStyle w:val="Heading2"/>
      </w:pPr>
      <w:r>
        <w:t>Pause &amp; Notice</w:t>
      </w:r>
    </w:p>
    <w:p w14:paraId="4EB9522D" w14:textId="77777777" w:rsidR="005A0029" w:rsidRDefault="00F83EB4">
      <w:r>
        <w:t>What is this theme revealing about my heart, thoughts, relationships, or current circumstances today?</w:t>
      </w:r>
    </w:p>
    <w:p w14:paraId="36927A51" w14:textId="77777777" w:rsidR="005A0029" w:rsidRDefault="00F83EB4">
      <w:pPr>
        <w:pStyle w:val="Heading2"/>
      </w:pPr>
      <w:r>
        <w:t>Peace Practice</w:t>
      </w:r>
    </w:p>
    <w:p w14:paraId="2C6B3378" w14:textId="77777777" w:rsidR="005A0029" w:rsidRDefault="00F83EB4">
      <w:r>
        <w:t>Take five slow breaths. With each inhale, receive God's presence; with each exhale, release one pressure you have been carrying.</w:t>
      </w:r>
    </w:p>
    <w:p w14:paraId="27A2455B" w14:textId="77777777" w:rsidR="005A0029" w:rsidRDefault="00F83EB4">
      <w:pPr>
        <w:pStyle w:val="Heading2"/>
      </w:pPr>
      <w:r>
        <w:t>My Thoughts &amp; Prayers</w:t>
      </w:r>
    </w:p>
    <w:p w14:paraId="174B87D5" w14:textId="77777777" w:rsidR="005A0029" w:rsidRDefault="00F83EB4">
      <w:pPr>
        <w:spacing w:after="60"/>
      </w:pPr>
      <w:r>
        <w:rPr>
          <w:color w:val="B4B4B4"/>
          <w:sz w:val="16"/>
        </w:rPr>
        <w:t>________________________________________________________</w:t>
      </w:r>
    </w:p>
    <w:p w14:paraId="47A6ACB4" w14:textId="77777777" w:rsidR="005A0029" w:rsidRDefault="00F83EB4">
      <w:pPr>
        <w:spacing w:after="60"/>
      </w:pPr>
      <w:r>
        <w:rPr>
          <w:color w:val="B4B4B4"/>
          <w:sz w:val="16"/>
        </w:rPr>
        <w:t>________________________________________________________</w:t>
      </w:r>
    </w:p>
    <w:p w14:paraId="603C4350" w14:textId="77777777" w:rsidR="005A0029" w:rsidRDefault="00F83EB4">
      <w:pPr>
        <w:spacing w:after="60"/>
      </w:pPr>
      <w:r>
        <w:rPr>
          <w:color w:val="B4B4B4"/>
          <w:sz w:val="16"/>
        </w:rPr>
        <w:t>________________________________________________________</w:t>
      </w:r>
    </w:p>
    <w:p w14:paraId="02EF50AC" w14:textId="77777777" w:rsidR="005A0029" w:rsidRDefault="00F83EB4">
      <w:pPr>
        <w:spacing w:after="60"/>
      </w:pPr>
      <w:r>
        <w:rPr>
          <w:color w:val="B4B4B4"/>
          <w:sz w:val="16"/>
        </w:rPr>
        <w:t>________________________________________________________</w:t>
      </w:r>
    </w:p>
    <w:p w14:paraId="31F68C95" w14:textId="77777777" w:rsidR="005A0029" w:rsidRDefault="00F83EB4">
      <w:pPr>
        <w:spacing w:after="60"/>
      </w:pPr>
      <w:r>
        <w:rPr>
          <w:color w:val="B4B4B4"/>
          <w:sz w:val="16"/>
        </w:rPr>
        <w:t>________________________________________________________</w:t>
      </w:r>
    </w:p>
    <w:p w14:paraId="5A7C0F84" w14:textId="77777777" w:rsidR="005A0029" w:rsidRDefault="00F83EB4">
      <w:pPr>
        <w:pStyle w:val="Heading2"/>
      </w:pPr>
      <w:r>
        <w:t>Prayer</w:t>
      </w:r>
    </w:p>
    <w:p w14:paraId="646C0E32" w14:textId="77777777" w:rsidR="005A0029" w:rsidRDefault="00F83EB4">
      <w:r>
        <w:t>Father, meet me in this practice of release the need to win.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0698CCD" w14:textId="77777777" w:rsidR="005A0029" w:rsidRDefault="00F83EB4">
      <w:r>
        <w:rPr>
          <w:b/>
          <w:color w:val="B08D3A"/>
        </w:rPr>
        <w:lastRenderedPageBreak/>
        <w:t xml:space="preserve">TODAY'S DECLARATION  </w:t>
      </w:r>
      <w:r>
        <w:t>I will meet release the need to win with truth, faith, and practiced peace.</w:t>
      </w:r>
    </w:p>
    <w:p w14:paraId="0C4B58E3" w14:textId="77777777" w:rsidR="005A0029" w:rsidRDefault="00F83EB4">
      <w:r>
        <w:br w:type="page"/>
      </w:r>
    </w:p>
    <w:p w14:paraId="419DA9B9" w14:textId="77777777" w:rsidR="005A0029" w:rsidRDefault="00F83EB4">
      <w:pPr>
        <w:pStyle w:val="Heading2"/>
      </w:pPr>
      <w:r>
        <w:lastRenderedPageBreak/>
        <w:t>DAY 18</w:t>
      </w:r>
    </w:p>
    <w:p w14:paraId="5884ECF5" w14:textId="77777777" w:rsidR="005A0029" w:rsidRDefault="00F83EB4">
      <w:pPr>
        <w:pStyle w:val="Heading1"/>
      </w:pPr>
      <w:r>
        <w:t>Peace in Conflict</w:t>
      </w:r>
    </w:p>
    <w:p w14:paraId="7E83492B" w14:textId="77777777" w:rsidR="005A0029" w:rsidRDefault="00F83EB4">
      <w:r>
        <w:rPr>
          <w:b/>
          <w:color w:val="B08D3A"/>
        </w:rPr>
        <w:t xml:space="preserve">ANCHOR SCRIPTURE  </w:t>
      </w:r>
      <w:r>
        <w:t>Romans 12:18</w:t>
      </w:r>
    </w:p>
    <w:p w14:paraId="0D9AF27B" w14:textId="77777777" w:rsidR="005A0029" w:rsidRDefault="00F83EB4">
      <w:pPr>
        <w:pStyle w:val="Heading2"/>
      </w:pPr>
      <w:r>
        <w:t>Guided Reflection</w:t>
      </w:r>
    </w:p>
    <w:p w14:paraId="0C5515E7" w14:textId="77777777" w:rsidR="005A0029" w:rsidRDefault="00F83EB4">
      <w:r>
        <w:t>Today, consider what “peace in conflict”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truth is p</w:t>
      </w:r>
      <w:r>
        <w:t>racticed repeatedly, especially when circumstances remain unresolved.</w:t>
      </w:r>
    </w:p>
    <w:p w14:paraId="373601C1" w14:textId="77777777" w:rsidR="005A0029" w:rsidRDefault="00F83EB4">
      <w:pPr>
        <w:pStyle w:val="Heading2"/>
      </w:pPr>
      <w:r>
        <w:t>Pause &amp; Notice</w:t>
      </w:r>
    </w:p>
    <w:p w14:paraId="2DEE23DA" w14:textId="77777777" w:rsidR="005A0029" w:rsidRDefault="00F83EB4">
      <w:r>
        <w:t>What is this theme revealing about my heart, thoughts, relationships, or current circumstances today?</w:t>
      </w:r>
    </w:p>
    <w:p w14:paraId="23E23AC3" w14:textId="77777777" w:rsidR="005A0029" w:rsidRDefault="00F83EB4">
      <w:pPr>
        <w:pStyle w:val="Heading2"/>
      </w:pPr>
      <w:r>
        <w:t>Peace Practice</w:t>
      </w:r>
    </w:p>
    <w:p w14:paraId="38F51924" w14:textId="77777777" w:rsidR="005A0029" w:rsidRDefault="00F83EB4">
      <w:r>
        <w:t>Write one recurring fearful thought. Under it, write a Scripture-shaped response that is more truthful and life-giving.</w:t>
      </w:r>
    </w:p>
    <w:p w14:paraId="2DD24CCD" w14:textId="77777777" w:rsidR="005A0029" w:rsidRDefault="00F83EB4">
      <w:pPr>
        <w:pStyle w:val="Heading2"/>
      </w:pPr>
      <w:r>
        <w:t>My Thoughts &amp; Prayers</w:t>
      </w:r>
    </w:p>
    <w:p w14:paraId="77D91C53" w14:textId="77777777" w:rsidR="005A0029" w:rsidRDefault="00F83EB4">
      <w:pPr>
        <w:spacing w:after="60"/>
      </w:pPr>
      <w:r>
        <w:rPr>
          <w:color w:val="B4B4B4"/>
          <w:sz w:val="16"/>
        </w:rPr>
        <w:t>________________________________________________________</w:t>
      </w:r>
    </w:p>
    <w:p w14:paraId="5F20A3C5" w14:textId="77777777" w:rsidR="005A0029" w:rsidRDefault="00F83EB4">
      <w:pPr>
        <w:spacing w:after="60"/>
      </w:pPr>
      <w:r>
        <w:rPr>
          <w:color w:val="B4B4B4"/>
          <w:sz w:val="16"/>
        </w:rPr>
        <w:t>________________________________________________________</w:t>
      </w:r>
    </w:p>
    <w:p w14:paraId="0237B415" w14:textId="77777777" w:rsidR="005A0029" w:rsidRDefault="00F83EB4">
      <w:pPr>
        <w:spacing w:after="60"/>
      </w:pPr>
      <w:r>
        <w:rPr>
          <w:color w:val="B4B4B4"/>
          <w:sz w:val="16"/>
        </w:rPr>
        <w:t>________________________________________________________</w:t>
      </w:r>
    </w:p>
    <w:p w14:paraId="2E04323E" w14:textId="77777777" w:rsidR="005A0029" w:rsidRDefault="00F83EB4">
      <w:pPr>
        <w:spacing w:after="60"/>
      </w:pPr>
      <w:r>
        <w:rPr>
          <w:color w:val="B4B4B4"/>
          <w:sz w:val="16"/>
        </w:rPr>
        <w:t>________________________________________________________</w:t>
      </w:r>
    </w:p>
    <w:p w14:paraId="7208393B" w14:textId="77777777" w:rsidR="005A0029" w:rsidRDefault="00F83EB4">
      <w:pPr>
        <w:spacing w:after="60"/>
      </w:pPr>
      <w:r>
        <w:rPr>
          <w:color w:val="B4B4B4"/>
          <w:sz w:val="16"/>
        </w:rPr>
        <w:t>________________________________________________________</w:t>
      </w:r>
    </w:p>
    <w:p w14:paraId="408892EE" w14:textId="77777777" w:rsidR="005A0029" w:rsidRDefault="00F83EB4">
      <w:pPr>
        <w:pStyle w:val="Heading2"/>
      </w:pPr>
      <w:r>
        <w:t>Prayer</w:t>
      </w:r>
    </w:p>
    <w:p w14:paraId="52799019" w14:textId="77777777" w:rsidR="005A0029" w:rsidRDefault="00F83EB4">
      <w:r>
        <w:t>Father, meet me in this practice of peace in conflict.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C99EE8B" w14:textId="77777777" w:rsidR="005A0029" w:rsidRDefault="00F83EB4">
      <w:r>
        <w:rPr>
          <w:b/>
          <w:color w:val="B08D3A"/>
        </w:rPr>
        <w:lastRenderedPageBreak/>
        <w:t xml:space="preserve">TODAY'S DECLARATION  </w:t>
      </w:r>
      <w:r>
        <w:t>I will meet peace in conflict with truth, faith, and practiced peace.</w:t>
      </w:r>
    </w:p>
    <w:p w14:paraId="58610DB5" w14:textId="77777777" w:rsidR="005A0029" w:rsidRDefault="00F83EB4">
      <w:r>
        <w:br w:type="page"/>
      </w:r>
    </w:p>
    <w:p w14:paraId="1E57AFF9" w14:textId="77777777" w:rsidR="005A0029" w:rsidRDefault="00F83EB4">
      <w:pPr>
        <w:pStyle w:val="Heading2"/>
      </w:pPr>
      <w:r>
        <w:lastRenderedPageBreak/>
        <w:t>DAY 19</w:t>
      </w:r>
    </w:p>
    <w:p w14:paraId="2506A76B" w14:textId="77777777" w:rsidR="005A0029" w:rsidRDefault="00F83EB4">
      <w:pPr>
        <w:pStyle w:val="Heading1"/>
      </w:pPr>
      <w:r>
        <w:t>Gratitude Resets the Heart</w:t>
      </w:r>
    </w:p>
    <w:p w14:paraId="0B51840C" w14:textId="77777777" w:rsidR="005A0029" w:rsidRDefault="00F83EB4">
      <w:r>
        <w:rPr>
          <w:b/>
          <w:color w:val="B08D3A"/>
        </w:rPr>
        <w:t xml:space="preserve">ANCHOR SCRIPTURE  </w:t>
      </w:r>
      <w:r>
        <w:t>1 Thessalonians 5:18</w:t>
      </w:r>
    </w:p>
    <w:p w14:paraId="51438179" w14:textId="77777777" w:rsidR="005A0029" w:rsidRDefault="00F83EB4">
      <w:pPr>
        <w:pStyle w:val="Heading2"/>
      </w:pPr>
      <w:r>
        <w:t>Guided Reflection</w:t>
      </w:r>
    </w:p>
    <w:p w14:paraId="25CAD2E1" w14:textId="77777777" w:rsidR="005A0029" w:rsidRDefault="00F83EB4">
      <w:r>
        <w:t>Today, consider what “gratitude resets the heart”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w:t>
      </w:r>
      <w:r>
        <w:t>ruth is practiced repeatedly, especially when circumstances remain unresolved.</w:t>
      </w:r>
    </w:p>
    <w:p w14:paraId="7108C5FF" w14:textId="77777777" w:rsidR="005A0029" w:rsidRDefault="00F83EB4">
      <w:pPr>
        <w:pStyle w:val="Heading2"/>
      </w:pPr>
      <w:r>
        <w:t>Pause &amp; Notice</w:t>
      </w:r>
    </w:p>
    <w:p w14:paraId="78A0B3AE" w14:textId="77777777" w:rsidR="005A0029" w:rsidRDefault="00F83EB4">
      <w:r>
        <w:t>What is this theme revealing about my heart, thoughts, relationships, or current circumstances today?</w:t>
      </w:r>
    </w:p>
    <w:p w14:paraId="481A17B7" w14:textId="77777777" w:rsidR="005A0029" w:rsidRDefault="00F83EB4">
      <w:pPr>
        <w:pStyle w:val="Heading2"/>
      </w:pPr>
      <w:r>
        <w:t>Peace Practice</w:t>
      </w:r>
    </w:p>
    <w:p w14:paraId="2C0CAAE9" w14:textId="77777777" w:rsidR="005A0029" w:rsidRDefault="00F83EB4">
      <w:r>
        <w:t>Identify one small action that would create greater peace today. Make it specific enough to complete before the day ends.</w:t>
      </w:r>
    </w:p>
    <w:p w14:paraId="7D0587E7" w14:textId="77777777" w:rsidR="005A0029" w:rsidRDefault="00F83EB4">
      <w:pPr>
        <w:pStyle w:val="Heading2"/>
      </w:pPr>
      <w:r>
        <w:t>My Thoughts &amp; Prayers</w:t>
      </w:r>
    </w:p>
    <w:p w14:paraId="583BB243" w14:textId="77777777" w:rsidR="005A0029" w:rsidRDefault="00F83EB4">
      <w:pPr>
        <w:spacing w:after="60"/>
      </w:pPr>
      <w:r>
        <w:rPr>
          <w:color w:val="B4B4B4"/>
          <w:sz w:val="16"/>
        </w:rPr>
        <w:t>________________________________________________________</w:t>
      </w:r>
    </w:p>
    <w:p w14:paraId="05328C3C" w14:textId="77777777" w:rsidR="005A0029" w:rsidRDefault="00F83EB4">
      <w:pPr>
        <w:spacing w:after="60"/>
      </w:pPr>
      <w:r>
        <w:rPr>
          <w:color w:val="B4B4B4"/>
          <w:sz w:val="16"/>
        </w:rPr>
        <w:t>________________________________________________________</w:t>
      </w:r>
    </w:p>
    <w:p w14:paraId="7F3A8FBE" w14:textId="77777777" w:rsidR="005A0029" w:rsidRDefault="00F83EB4">
      <w:pPr>
        <w:spacing w:after="60"/>
      </w:pPr>
      <w:r>
        <w:rPr>
          <w:color w:val="B4B4B4"/>
          <w:sz w:val="16"/>
        </w:rPr>
        <w:t>________________________________________________________</w:t>
      </w:r>
    </w:p>
    <w:p w14:paraId="04A963D6" w14:textId="77777777" w:rsidR="005A0029" w:rsidRDefault="00F83EB4">
      <w:pPr>
        <w:spacing w:after="60"/>
      </w:pPr>
      <w:r>
        <w:rPr>
          <w:color w:val="B4B4B4"/>
          <w:sz w:val="16"/>
        </w:rPr>
        <w:t>________________________________________________________</w:t>
      </w:r>
    </w:p>
    <w:p w14:paraId="7167CD4D" w14:textId="77777777" w:rsidR="005A0029" w:rsidRDefault="00F83EB4">
      <w:pPr>
        <w:spacing w:after="60"/>
      </w:pPr>
      <w:r>
        <w:rPr>
          <w:color w:val="B4B4B4"/>
          <w:sz w:val="16"/>
        </w:rPr>
        <w:t>________________________________________________________</w:t>
      </w:r>
    </w:p>
    <w:p w14:paraId="363BE488" w14:textId="77777777" w:rsidR="005A0029" w:rsidRDefault="00F83EB4">
      <w:pPr>
        <w:pStyle w:val="Heading2"/>
      </w:pPr>
      <w:r>
        <w:t>Prayer</w:t>
      </w:r>
    </w:p>
    <w:p w14:paraId="32BAFC11" w14:textId="77777777" w:rsidR="005A0029" w:rsidRDefault="00F83EB4">
      <w:r>
        <w:t>Father, meet me in this practice of gratitude resets the heart.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A64D6AA" w14:textId="77777777" w:rsidR="005A0029" w:rsidRDefault="00F83EB4">
      <w:r>
        <w:rPr>
          <w:b/>
          <w:color w:val="B08D3A"/>
        </w:rPr>
        <w:lastRenderedPageBreak/>
        <w:t xml:space="preserve">TODAY'S DECLARATION  </w:t>
      </w:r>
      <w:r>
        <w:t>I will meet gratitude resets the heart with truth, faith, and practiced peace.</w:t>
      </w:r>
    </w:p>
    <w:p w14:paraId="198C2455" w14:textId="77777777" w:rsidR="005A0029" w:rsidRDefault="00F83EB4">
      <w:r>
        <w:br w:type="page"/>
      </w:r>
    </w:p>
    <w:p w14:paraId="305A8BEC" w14:textId="77777777" w:rsidR="005A0029" w:rsidRDefault="00F83EB4">
      <w:pPr>
        <w:pStyle w:val="Heading2"/>
      </w:pPr>
      <w:r>
        <w:lastRenderedPageBreak/>
        <w:t>DAY 20</w:t>
      </w:r>
    </w:p>
    <w:p w14:paraId="1CB6BBAC" w14:textId="77777777" w:rsidR="005A0029" w:rsidRDefault="00F83EB4">
      <w:pPr>
        <w:pStyle w:val="Heading1"/>
      </w:pPr>
      <w:r>
        <w:t>Protect Your Evening</w:t>
      </w:r>
    </w:p>
    <w:p w14:paraId="294A6E48" w14:textId="77777777" w:rsidR="005A0029" w:rsidRDefault="00F83EB4">
      <w:r>
        <w:rPr>
          <w:b/>
          <w:color w:val="B08D3A"/>
        </w:rPr>
        <w:t xml:space="preserve">ANCHOR SCRIPTURE  </w:t>
      </w:r>
      <w:r>
        <w:t>Psalm 4:8</w:t>
      </w:r>
    </w:p>
    <w:p w14:paraId="27758DDC" w14:textId="77777777" w:rsidR="005A0029" w:rsidRDefault="00F83EB4">
      <w:pPr>
        <w:pStyle w:val="Heading2"/>
      </w:pPr>
      <w:r>
        <w:t>Guided Reflection</w:t>
      </w:r>
    </w:p>
    <w:p w14:paraId="63CFF242" w14:textId="77777777" w:rsidR="005A0029" w:rsidRDefault="00F83EB4">
      <w:r>
        <w:t>Today, consider what “protect your evening”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truth i</w:t>
      </w:r>
      <w:r>
        <w:t>s practiced repeatedly, especially when circumstances remain unresolved.</w:t>
      </w:r>
    </w:p>
    <w:p w14:paraId="3B8DB6CD" w14:textId="77777777" w:rsidR="005A0029" w:rsidRDefault="00F83EB4">
      <w:pPr>
        <w:pStyle w:val="Heading2"/>
      </w:pPr>
      <w:r>
        <w:t>Pause &amp; Notice</w:t>
      </w:r>
    </w:p>
    <w:p w14:paraId="46AAB4BB" w14:textId="77777777" w:rsidR="005A0029" w:rsidRDefault="00F83EB4">
      <w:r>
        <w:t>What is this theme revealing about my heart, thoughts, relationships, or current circumstances today?</w:t>
      </w:r>
    </w:p>
    <w:p w14:paraId="1DE4571B" w14:textId="77777777" w:rsidR="005A0029" w:rsidRDefault="00F83EB4">
      <w:pPr>
        <w:pStyle w:val="Heading2"/>
      </w:pPr>
      <w:r>
        <w:t>Peace Practice</w:t>
      </w:r>
    </w:p>
    <w:p w14:paraId="5BEE733C" w14:textId="77777777" w:rsidR="005A0029" w:rsidRDefault="00F83EB4">
      <w:r>
        <w:t>Reach out to one trusted, mature person. Share one thing you have been carrying silently and allow yourself to receive support.</w:t>
      </w:r>
    </w:p>
    <w:p w14:paraId="65C7A920" w14:textId="77777777" w:rsidR="005A0029" w:rsidRDefault="00F83EB4">
      <w:pPr>
        <w:pStyle w:val="Heading2"/>
      </w:pPr>
      <w:r>
        <w:t>My Thoughts &amp; Prayers</w:t>
      </w:r>
    </w:p>
    <w:p w14:paraId="37B012C8" w14:textId="77777777" w:rsidR="005A0029" w:rsidRDefault="00F83EB4">
      <w:pPr>
        <w:spacing w:after="60"/>
      </w:pPr>
      <w:r>
        <w:rPr>
          <w:color w:val="B4B4B4"/>
          <w:sz w:val="16"/>
        </w:rPr>
        <w:t>________________________________________________________</w:t>
      </w:r>
    </w:p>
    <w:p w14:paraId="78CD5A8B" w14:textId="77777777" w:rsidR="005A0029" w:rsidRDefault="00F83EB4">
      <w:pPr>
        <w:spacing w:after="60"/>
      </w:pPr>
      <w:r>
        <w:rPr>
          <w:color w:val="B4B4B4"/>
          <w:sz w:val="16"/>
        </w:rPr>
        <w:t>________________________________________________________</w:t>
      </w:r>
    </w:p>
    <w:p w14:paraId="7917892B" w14:textId="77777777" w:rsidR="005A0029" w:rsidRDefault="00F83EB4">
      <w:pPr>
        <w:spacing w:after="60"/>
      </w:pPr>
      <w:r>
        <w:rPr>
          <w:color w:val="B4B4B4"/>
          <w:sz w:val="16"/>
        </w:rPr>
        <w:t>________________________________________________________</w:t>
      </w:r>
    </w:p>
    <w:p w14:paraId="16F62E6F" w14:textId="77777777" w:rsidR="005A0029" w:rsidRDefault="00F83EB4">
      <w:pPr>
        <w:spacing w:after="60"/>
      </w:pPr>
      <w:r>
        <w:rPr>
          <w:color w:val="B4B4B4"/>
          <w:sz w:val="16"/>
        </w:rPr>
        <w:t>________________________________________________________</w:t>
      </w:r>
    </w:p>
    <w:p w14:paraId="7D601CE1" w14:textId="77777777" w:rsidR="005A0029" w:rsidRDefault="00F83EB4">
      <w:pPr>
        <w:spacing w:after="60"/>
      </w:pPr>
      <w:r>
        <w:rPr>
          <w:color w:val="B4B4B4"/>
          <w:sz w:val="16"/>
        </w:rPr>
        <w:t>________________________________________________________</w:t>
      </w:r>
    </w:p>
    <w:p w14:paraId="6B40EBA8" w14:textId="77777777" w:rsidR="005A0029" w:rsidRDefault="00F83EB4">
      <w:pPr>
        <w:pStyle w:val="Heading2"/>
      </w:pPr>
      <w:r>
        <w:t>Prayer</w:t>
      </w:r>
    </w:p>
    <w:p w14:paraId="349D790E" w14:textId="77777777" w:rsidR="005A0029" w:rsidRDefault="00F83EB4">
      <w:r>
        <w:t>Father, meet me in this practice of protect your evening.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839CCA7" w14:textId="77777777" w:rsidR="005A0029" w:rsidRDefault="00F83EB4">
      <w:r>
        <w:rPr>
          <w:b/>
          <w:color w:val="B08D3A"/>
        </w:rPr>
        <w:lastRenderedPageBreak/>
        <w:t xml:space="preserve">TODAY'S DECLARATION  </w:t>
      </w:r>
      <w:r>
        <w:t>I will meet protect your evening with truth, faith, and practiced peace.</w:t>
      </w:r>
    </w:p>
    <w:p w14:paraId="7C6CEFD7" w14:textId="77777777" w:rsidR="005A0029" w:rsidRDefault="00F83EB4">
      <w:r>
        <w:br w:type="page"/>
      </w:r>
    </w:p>
    <w:p w14:paraId="7A3A0EC0" w14:textId="77777777" w:rsidR="005A0029" w:rsidRDefault="00F83EB4">
      <w:pPr>
        <w:pStyle w:val="Heading2"/>
      </w:pPr>
      <w:r>
        <w:lastRenderedPageBreak/>
        <w:t>DAY 21</w:t>
      </w:r>
    </w:p>
    <w:p w14:paraId="2054E180" w14:textId="77777777" w:rsidR="005A0029" w:rsidRDefault="00F83EB4">
      <w:pPr>
        <w:pStyle w:val="Heading1"/>
      </w:pPr>
      <w:r>
        <w:t>Peace and Rest</w:t>
      </w:r>
    </w:p>
    <w:p w14:paraId="735BA7D1" w14:textId="77777777" w:rsidR="005A0029" w:rsidRDefault="00F83EB4">
      <w:r>
        <w:rPr>
          <w:b/>
          <w:color w:val="B08D3A"/>
        </w:rPr>
        <w:t xml:space="preserve">ANCHOR SCRIPTURE  </w:t>
      </w:r>
      <w:r>
        <w:t>Psalm 127:2</w:t>
      </w:r>
    </w:p>
    <w:p w14:paraId="1E41DF3C" w14:textId="77777777" w:rsidR="005A0029" w:rsidRDefault="00F83EB4">
      <w:pPr>
        <w:pStyle w:val="Heading2"/>
      </w:pPr>
      <w:r>
        <w:t>Guided Reflection</w:t>
      </w:r>
    </w:p>
    <w:p w14:paraId="601DC042" w14:textId="77777777" w:rsidR="005A0029" w:rsidRDefault="00F83EB4">
      <w:r>
        <w:t>Today, consider what “peace and rest”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truth is prac</w:t>
      </w:r>
      <w:r>
        <w:t>ticed repeatedly, especially when circumstances remain unresolved.</w:t>
      </w:r>
    </w:p>
    <w:p w14:paraId="70659E68" w14:textId="77777777" w:rsidR="005A0029" w:rsidRDefault="00F83EB4">
      <w:pPr>
        <w:pStyle w:val="Heading2"/>
      </w:pPr>
      <w:r>
        <w:t>Pause &amp; Notice</w:t>
      </w:r>
    </w:p>
    <w:p w14:paraId="057AF458" w14:textId="77777777" w:rsidR="005A0029" w:rsidRDefault="00F83EB4">
      <w:r>
        <w:t>What is this theme revealing about my heart, thoughts, relationships, or current circumstances today?</w:t>
      </w:r>
    </w:p>
    <w:p w14:paraId="58FC917C" w14:textId="77777777" w:rsidR="005A0029" w:rsidRDefault="00F83EB4">
      <w:pPr>
        <w:pStyle w:val="Heading2"/>
      </w:pPr>
      <w:r>
        <w:t>Peace Practice</w:t>
      </w:r>
    </w:p>
    <w:p w14:paraId="6C6620C1" w14:textId="77777777" w:rsidR="005A0029" w:rsidRDefault="00F83EB4">
      <w:r>
        <w:t>Practice a ten-minute quiet period without your phone. Notice what surfaces, then bring it honestly into prayer.</w:t>
      </w:r>
    </w:p>
    <w:p w14:paraId="25037CBC" w14:textId="77777777" w:rsidR="005A0029" w:rsidRDefault="00F83EB4">
      <w:pPr>
        <w:pStyle w:val="Heading2"/>
      </w:pPr>
      <w:r>
        <w:t>My Thoughts &amp; Prayers</w:t>
      </w:r>
    </w:p>
    <w:p w14:paraId="11D4EC13" w14:textId="77777777" w:rsidR="005A0029" w:rsidRDefault="00F83EB4">
      <w:pPr>
        <w:spacing w:after="60"/>
      </w:pPr>
      <w:r>
        <w:rPr>
          <w:color w:val="B4B4B4"/>
          <w:sz w:val="16"/>
        </w:rPr>
        <w:t>________________________________________________________</w:t>
      </w:r>
    </w:p>
    <w:p w14:paraId="30715C16" w14:textId="77777777" w:rsidR="005A0029" w:rsidRDefault="00F83EB4">
      <w:pPr>
        <w:spacing w:after="60"/>
      </w:pPr>
      <w:r>
        <w:rPr>
          <w:color w:val="B4B4B4"/>
          <w:sz w:val="16"/>
        </w:rPr>
        <w:t>________________________________________________________</w:t>
      </w:r>
    </w:p>
    <w:p w14:paraId="07E680E7" w14:textId="77777777" w:rsidR="005A0029" w:rsidRDefault="00F83EB4">
      <w:pPr>
        <w:spacing w:after="60"/>
      </w:pPr>
      <w:r>
        <w:rPr>
          <w:color w:val="B4B4B4"/>
          <w:sz w:val="16"/>
        </w:rPr>
        <w:t>________________________________________________________</w:t>
      </w:r>
    </w:p>
    <w:p w14:paraId="30EBC748" w14:textId="77777777" w:rsidR="005A0029" w:rsidRDefault="00F83EB4">
      <w:pPr>
        <w:spacing w:after="60"/>
      </w:pPr>
      <w:r>
        <w:rPr>
          <w:color w:val="B4B4B4"/>
          <w:sz w:val="16"/>
        </w:rPr>
        <w:t>________________________________________________________</w:t>
      </w:r>
    </w:p>
    <w:p w14:paraId="6048D2D2" w14:textId="77777777" w:rsidR="005A0029" w:rsidRDefault="00F83EB4">
      <w:pPr>
        <w:spacing w:after="60"/>
      </w:pPr>
      <w:r>
        <w:rPr>
          <w:color w:val="B4B4B4"/>
          <w:sz w:val="16"/>
        </w:rPr>
        <w:t>________________________________________________________</w:t>
      </w:r>
    </w:p>
    <w:p w14:paraId="64CCAEEF" w14:textId="77777777" w:rsidR="005A0029" w:rsidRDefault="00F83EB4">
      <w:pPr>
        <w:pStyle w:val="Heading2"/>
      </w:pPr>
      <w:r>
        <w:t>Prayer</w:t>
      </w:r>
    </w:p>
    <w:p w14:paraId="1B5FEF34" w14:textId="77777777" w:rsidR="005A0029" w:rsidRDefault="00F83EB4">
      <w:r>
        <w:t>Father, meet me in this practice of peace and rest.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A685257" w14:textId="77777777" w:rsidR="005A0029" w:rsidRDefault="00F83EB4">
      <w:r>
        <w:rPr>
          <w:b/>
          <w:color w:val="B08D3A"/>
        </w:rPr>
        <w:lastRenderedPageBreak/>
        <w:t xml:space="preserve">TODAY'S DECLARATION  </w:t>
      </w:r>
      <w:r>
        <w:t>I will meet peace and rest with truth, faith, and practiced peace.</w:t>
      </w:r>
    </w:p>
    <w:p w14:paraId="1F2BB324" w14:textId="77777777" w:rsidR="005A0029" w:rsidRDefault="00F83EB4">
      <w:r>
        <w:br w:type="page"/>
      </w:r>
    </w:p>
    <w:p w14:paraId="6A843641" w14:textId="77777777" w:rsidR="005A0029" w:rsidRDefault="00F83EB4">
      <w:pPr>
        <w:pStyle w:val="Heading2"/>
      </w:pPr>
      <w:r>
        <w:lastRenderedPageBreak/>
        <w:t>DAY 22</w:t>
      </w:r>
    </w:p>
    <w:p w14:paraId="6D225512" w14:textId="77777777" w:rsidR="005A0029" w:rsidRDefault="00F83EB4">
      <w:pPr>
        <w:pStyle w:val="Heading1"/>
      </w:pPr>
      <w:r>
        <w:t>Sustaining Peace Through Practice</w:t>
      </w:r>
    </w:p>
    <w:p w14:paraId="59267E3C" w14:textId="77777777" w:rsidR="005A0029" w:rsidRDefault="00F83EB4">
      <w:r>
        <w:rPr>
          <w:b/>
          <w:color w:val="B08D3A"/>
        </w:rPr>
        <w:t xml:space="preserve">ANCHOR SCRIPTURE  </w:t>
      </w:r>
      <w:r>
        <w:t>Colossians 3:15</w:t>
      </w:r>
    </w:p>
    <w:p w14:paraId="34C5B6D0" w14:textId="77777777" w:rsidR="005A0029" w:rsidRDefault="00F83EB4">
      <w:pPr>
        <w:pStyle w:val="Heading2"/>
      </w:pPr>
      <w:r>
        <w:t>Guided Reflection</w:t>
      </w:r>
    </w:p>
    <w:p w14:paraId="20031C6F" w14:textId="77777777" w:rsidR="005A0029" w:rsidRDefault="00F83EB4">
      <w:r>
        <w:t>Today, consider what “sustaining peace through practice”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w:t>
      </w:r>
      <w:r>
        <w:t xml:space="preserve"> when truth is practiced repeatedly, especially when circumstances remain unresolved.</w:t>
      </w:r>
    </w:p>
    <w:p w14:paraId="3266A41E" w14:textId="77777777" w:rsidR="005A0029" w:rsidRDefault="00F83EB4">
      <w:pPr>
        <w:pStyle w:val="Heading2"/>
      </w:pPr>
      <w:r>
        <w:t>Pause &amp; Notice</w:t>
      </w:r>
    </w:p>
    <w:p w14:paraId="26B2EBEA" w14:textId="77777777" w:rsidR="005A0029" w:rsidRDefault="00F83EB4">
      <w:r>
        <w:t>What is this theme revealing about my heart, thoughts, relationships, or current circumstances today?</w:t>
      </w:r>
    </w:p>
    <w:p w14:paraId="391141C1" w14:textId="77777777" w:rsidR="005A0029" w:rsidRDefault="00F83EB4">
      <w:pPr>
        <w:pStyle w:val="Heading2"/>
      </w:pPr>
      <w:r>
        <w:t>Peace Practice</w:t>
      </w:r>
    </w:p>
    <w:p w14:paraId="66146978" w14:textId="77777777" w:rsidR="005A0029" w:rsidRDefault="00F83EB4">
      <w:r>
        <w:t>Sit quietly for three minutes. Name what you feel without judging it. Then write one truth you want to carry into the day.</w:t>
      </w:r>
    </w:p>
    <w:p w14:paraId="381F1110" w14:textId="77777777" w:rsidR="005A0029" w:rsidRDefault="00F83EB4">
      <w:pPr>
        <w:pStyle w:val="Heading2"/>
      </w:pPr>
      <w:r>
        <w:t>My Thoughts &amp; Prayers</w:t>
      </w:r>
    </w:p>
    <w:p w14:paraId="1ADE5EF1" w14:textId="77777777" w:rsidR="005A0029" w:rsidRDefault="00F83EB4">
      <w:pPr>
        <w:spacing w:after="60"/>
      </w:pPr>
      <w:r>
        <w:rPr>
          <w:color w:val="B4B4B4"/>
          <w:sz w:val="16"/>
        </w:rPr>
        <w:t>________________________________________________________</w:t>
      </w:r>
    </w:p>
    <w:p w14:paraId="5FED0C01" w14:textId="77777777" w:rsidR="005A0029" w:rsidRDefault="00F83EB4">
      <w:pPr>
        <w:spacing w:after="60"/>
      </w:pPr>
      <w:r>
        <w:rPr>
          <w:color w:val="B4B4B4"/>
          <w:sz w:val="16"/>
        </w:rPr>
        <w:t>________________________________________________________</w:t>
      </w:r>
    </w:p>
    <w:p w14:paraId="23F27501" w14:textId="77777777" w:rsidR="005A0029" w:rsidRDefault="00F83EB4">
      <w:pPr>
        <w:spacing w:after="60"/>
      </w:pPr>
      <w:r>
        <w:rPr>
          <w:color w:val="B4B4B4"/>
          <w:sz w:val="16"/>
        </w:rPr>
        <w:t>________________________________________________________</w:t>
      </w:r>
    </w:p>
    <w:p w14:paraId="277F7DC2" w14:textId="77777777" w:rsidR="005A0029" w:rsidRDefault="00F83EB4">
      <w:pPr>
        <w:spacing w:after="60"/>
      </w:pPr>
      <w:r>
        <w:rPr>
          <w:color w:val="B4B4B4"/>
          <w:sz w:val="16"/>
        </w:rPr>
        <w:t>________________________________________________________</w:t>
      </w:r>
    </w:p>
    <w:p w14:paraId="61083F82" w14:textId="77777777" w:rsidR="005A0029" w:rsidRDefault="00F83EB4">
      <w:pPr>
        <w:spacing w:after="60"/>
      </w:pPr>
      <w:r>
        <w:rPr>
          <w:color w:val="B4B4B4"/>
          <w:sz w:val="16"/>
        </w:rPr>
        <w:t>________________________________________________________</w:t>
      </w:r>
    </w:p>
    <w:p w14:paraId="14795BBC" w14:textId="77777777" w:rsidR="005A0029" w:rsidRDefault="00F83EB4">
      <w:pPr>
        <w:pStyle w:val="Heading2"/>
      </w:pPr>
      <w:r>
        <w:t>Prayer</w:t>
      </w:r>
    </w:p>
    <w:p w14:paraId="0EC0F84B" w14:textId="77777777" w:rsidR="005A0029" w:rsidRDefault="00F83EB4">
      <w:r>
        <w:t>Father, meet me in this practice of sustaining peace through practice.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C02032E" w14:textId="77777777" w:rsidR="005A0029" w:rsidRDefault="00F83EB4">
      <w:r>
        <w:rPr>
          <w:b/>
          <w:color w:val="B08D3A"/>
        </w:rPr>
        <w:lastRenderedPageBreak/>
        <w:t xml:space="preserve">TODAY'S DECLARATION  </w:t>
      </w:r>
      <w:r>
        <w:t>I will meet sustaining peace through practice with truth, faith, and practiced peace.</w:t>
      </w:r>
    </w:p>
    <w:p w14:paraId="1440BC74" w14:textId="77777777" w:rsidR="005A0029" w:rsidRDefault="00F83EB4">
      <w:r>
        <w:br w:type="page"/>
      </w:r>
    </w:p>
    <w:p w14:paraId="128A5F39" w14:textId="77777777" w:rsidR="005A0029" w:rsidRDefault="00F83EB4">
      <w:pPr>
        <w:pStyle w:val="Heading2"/>
      </w:pPr>
      <w:r>
        <w:lastRenderedPageBreak/>
        <w:t>DAY 23</w:t>
      </w:r>
    </w:p>
    <w:p w14:paraId="6173C035" w14:textId="77777777" w:rsidR="005A0029" w:rsidRDefault="00F83EB4">
      <w:pPr>
        <w:pStyle w:val="Heading1"/>
      </w:pPr>
      <w:r>
        <w:t>The Discipline of Peace</w:t>
      </w:r>
    </w:p>
    <w:p w14:paraId="30A19B6E" w14:textId="77777777" w:rsidR="005A0029" w:rsidRDefault="00F83EB4">
      <w:r>
        <w:rPr>
          <w:b/>
          <w:color w:val="B08D3A"/>
        </w:rPr>
        <w:t xml:space="preserve">ANCHOR SCRIPTURE  </w:t>
      </w:r>
      <w:r>
        <w:t>Hebrews 12:11</w:t>
      </w:r>
    </w:p>
    <w:p w14:paraId="42D48D33" w14:textId="77777777" w:rsidR="005A0029" w:rsidRDefault="00F83EB4">
      <w:pPr>
        <w:pStyle w:val="Heading2"/>
      </w:pPr>
      <w:r>
        <w:t>Guided Reflection</w:t>
      </w:r>
    </w:p>
    <w:p w14:paraId="6F39A6E1" w14:textId="77777777" w:rsidR="005A0029" w:rsidRDefault="00F83EB4">
      <w:r>
        <w:t>Today, consider what “the discipline of peace”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trut</w:t>
      </w:r>
      <w:r>
        <w:t>h is practiced repeatedly, especially when circumstances remain unresolved.</w:t>
      </w:r>
    </w:p>
    <w:p w14:paraId="11C3FF46" w14:textId="77777777" w:rsidR="005A0029" w:rsidRDefault="00F83EB4">
      <w:pPr>
        <w:pStyle w:val="Heading2"/>
      </w:pPr>
      <w:r>
        <w:t>Pause &amp; Notice</w:t>
      </w:r>
    </w:p>
    <w:p w14:paraId="2724EBE2" w14:textId="77777777" w:rsidR="005A0029" w:rsidRDefault="00F83EB4">
      <w:r>
        <w:t>What is this theme revealing about my heart, thoughts, relationships, or current circumstances today?</w:t>
      </w:r>
    </w:p>
    <w:p w14:paraId="4E7A1391" w14:textId="77777777" w:rsidR="005A0029" w:rsidRDefault="00F83EB4">
      <w:pPr>
        <w:pStyle w:val="Heading2"/>
      </w:pPr>
      <w:r>
        <w:t>Peace Practice</w:t>
      </w:r>
    </w:p>
    <w:p w14:paraId="3C4D930B" w14:textId="77777777" w:rsidR="005A0029" w:rsidRDefault="00F83EB4">
      <w:r>
        <w:t>Draw two columns: 'What I can control' and 'What I must release.' Place each concern in the appropriate column and pray over both.</w:t>
      </w:r>
    </w:p>
    <w:p w14:paraId="070EE005" w14:textId="77777777" w:rsidR="005A0029" w:rsidRDefault="00F83EB4">
      <w:pPr>
        <w:pStyle w:val="Heading2"/>
      </w:pPr>
      <w:r>
        <w:t>My Thoughts &amp; Prayers</w:t>
      </w:r>
    </w:p>
    <w:p w14:paraId="60B4DD2E" w14:textId="77777777" w:rsidR="005A0029" w:rsidRDefault="00F83EB4">
      <w:pPr>
        <w:spacing w:after="60"/>
      </w:pPr>
      <w:r>
        <w:rPr>
          <w:color w:val="B4B4B4"/>
          <w:sz w:val="16"/>
        </w:rPr>
        <w:t>________________________________________________________</w:t>
      </w:r>
    </w:p>
    <w:p w14:paraId="159624DA" w14:textId="77777777" w:rsidR="005A0029" w:rsidRDefault="00F83EB4">
      <w:pPr>
        <w:spacing w:after="60"/>
      </w:pPr>
      <w:r>
        <w:rPr>
          <w:color w:val="B4B4B4"/>
          <w:sz w:val="16"/>
        </w:rPr>
        <w:t>________________________________________________________</w:t>
      </w:r>
    </w:p>
    <w:p w14:paraId="3C106B54" w14:textId="77777777" w:rsidR="005A0029" w:rsidRDefault="00F83EB4">
      <w:pPr>
        <w:spacing w:after="60"/>
      </w:pPr>
      <w:r>
        <w:rPr>
          <w:color w:val="B4B4B4"/>
          <w:sz w:val="16"/>
        </w:rPr>
        <w:t>________________________________________________________</w:t>
      </w:r>
    </w:p>
    <w:p w14:paraId="5CF24ED4" w14:textId="77777777" w:rsidR="005A0029" w:rsidRDefault="00F83EB4">
      <w:pPr>
        <w:spacing w:after="60"/>
      </w:pPr>
      <w:r>
        <w:rPr>
          <w:color w:val="B4B4B4"/>
          <w:sz w:val="16"/>
        </w:rPr>
        <w:t>________________________________________________________</w:t>
      </w:r>
    </w:p>
    <w:p w14:paraId="56C708A2" w14:textId="77777777" w:rsidR="005A0029" w:rsidRDefault="00F83EB4">
      <w:pPr>
        <w:spacing w:after="60"/>
      </w:pPr>
      <w:r>
        <w:rPr>
          <w:color w:val="B4B4B4"/>
          <w:sz w:val="16"/>
        </w:rPr>
        <w:t>________________________________________________________</w:t>
      </w:r>
    </w:p>
    <w:p w14:paraId="2CA32517" w14:textId="77777777" w:rsidR="005A0029" w:rsidRDefault="00F83EB4">
      <w:pPr>
        <w:pStyle w:val="Heading2"/>
      </w:pPr>
      <w:r>
        <w:t>Prayer</w:t>
      </w:r>
    </w:p>
    <w:p w14:paraId="09D2AEF6" w14:textId="77777777" w:rsidR="005A0029" w:rsidRDefault="00F83EB4">
      <w:r>
        <w:t>Father, meet me in this practice of the discipline of peace.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28ED168" w14:textId="77777777" w:rsidR="005A0029" w:rsidRDefault="00F83EB4">
      <w:r>
        <w:rPr>
          <w:b/>
          <w:color w:val="B08D3A"/>
        </w:rPr>
        <w:lastRenderedPageBreak/>
        <w:t xml:space="preserve">TODAY'S DECLARATION  </w:t>
      </w:r>
      <w:r>
        <w:t>I will meet the discipline of peace with truth, faith, and practiced peace.</w:t>
      </w:r>
    </w:p>
    <w:p w14:paraId="6C046BE7" w14:textId="77777777" w:rsidR="005A0029" w:rsidRDefault="00F83EB4">
      <w:r>
        <w:br w:type="page"/>
      </w:r>
    </w:p>
    <w:p w14:paraId="00AC7721" w14:textId="77777777" w:rsidR="005A0029" w:rsidRDefault="00F83EB4">
      <w:pPr>
        <w:pStyle w:val="Heading2"/>
      </w:pPr>
      <w:r>
        <w:lastRenderedPageBreak/>
        <w:t>DAY 24</w:t>
      </w:r>
    </w:p>
    <w:p w14:paraId="7362EA5A" w14:textId="77777777" w:rsidR="005A0029" w:rsidRDefault="00F83EB4">
      <w:pPr>
        <w:pStyle w:val="Heading1"/>
      </w:pPr>
      <w:r>
        <w:t>Peace Is a Lifestyle</w:t>
      </w:r>
    </w:p>
    <w:p w14:paraId="34C575D5" w14:textId="77777777" w:rsidR="005A0029" w:rsidRDefault="00F83EB4">
      <w:r>
        <w:rPr>
          <w:b/>
          <w:color w:val="B08D3A"/>
        </w:rPr>
        <w:t xml:space="preserve">ANCHOR SCRIPTURE  </w:t>
      </w:r>
      <w:r>
        <w:t>John 14:27</w:t>
      </w:r>
    </w:p>
    <w:p w14:paraId="16464A6B" w14:textId="77777777" w:rsidR="005A0029" w:rsidRDefault="00F83EB4">
      <w:pPr>
        <w:pStyle w:val="Heading2"/>
      </w:pPr>
      <w:r>
        <w:t>Guided Reflection</w:t>
      </w:r>
    </w:p>
    <w:p w14:paraId="21A19CC7" w14:textId="77777777" w:rsidR="005A0029" w:rsidRDefault="00F83EB4">
      <w:r>
        <w:t>Today, consider what “peace is a lifestyle”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truth i</w:t>
      </w:r>
      <w:r>
        <w:t>s practiced repeatedly, especially when circumstances remain unresolved.</w:t>
      </w:r>
    </w:p>
    <w:p w14:paraId="500830B8" w14:textId="77777777" w:rsidR="005A0029" w:rsidRDefault="00F83EB4">
      <w:pPr>
        <w:pStyle w:val="Heading2"/>
      </w:pPr>
      <w:r>
        <w:t>Pause &amp; Notice</w:t>
      </w:r>
    </w:p>
    <w:p w14:paraId="6541E60C" w14:textId="77777777" w:rsidR="005A0029" w:rsidRDefault="00F83EB4">
      <w:r>
        <w:t>What is this theme revealing about my heart, thoughts, relationships, or current circumstances today?</w:t>
      </w:r>
    </w:p>
    <w:p w14:paraId="2C234715" w14:textId="77777777" w:rsidR="005A0029" w:rsidRDefault="00F83EB4">
      <w:pPr>
        <w:pStyle w:val="Heading2"/>
      </w:pPr>
      <w:r>
        <w:t>Peace Practice</w:t>
      </w:r>
    </w:p>
    <w:p w14:paraId="606AB99B" w14:textId="77777777" w:rsidR="005A0029" w:rsidRDefault="00F83EB4">
      <w:r>
        <w:t>Take five slow breaths. With each inhale, receive God's presence; with each exhale, release one pressure you have been carrying.</w:t>
      </w:r>
    </w:p>
    <w:p w14:paraId="795F6C5C" w14:textId="77777777" w:rsidR="005A0029" w:rsidRDefault="00F83EB4">
      <w:pPr>
        <w:pStyle w:val="Heading2"/>
      </w:pPr>
      <w:r>
        <w:t>My Thoughts &amp; Prayers</w:t>
      </w:r>
    </w:p>
    <w:p w14:paraId="5CCD0BB1" w14:textId="77777777" w:rsidR="005A0029" w:rsidRDefault="00F83EB4">
      <w:pPr>
        <w:spacing w:after="60"/>
      </w:pPr>
      <w:r>
        <w:rPr>
          <w:color w:val="B4B4B4"/>
          <w:sz w:val="16"/>
        </w:rPr>
        <w:t>________________________________________________________</w:t>
      </w:r>
    </w:p>
    <w:p w14:paraId="41467252" w14:textId="77777777" w:rsidR="005A0029" w:rsidRDefault="00F83EB4">
      <w:pPr>
        <w:spacing w:after="60"/>
      </w:pPr>
      <w:r>
        <w:rPr>
          <w:color w:val="B4B4B4"/>
          <w:sz w:val="16"/>
        </w:rPr>
        <w:t>________________________________________________________</w:t>
      </w:r>
    </w:p>
    <w:p w14:paraId="469C98A4" w14:textId="77777777" w:rsidR="005A0029" w:rsidRDefault="00F83EB4">
      <w:pPr>
        <w:spacing w:after="60"/>
      </w:pPr>
      <w:r>
        <w:rPr>
          <w:color w:val="B4B4B4"/>
          <w:sz w:val="16"/>
        </w:rPr>
        <w:t>________________________________________________________</w:t>
      </w:r>
    </w:p>
    <w:p w14:paraId="0098B827" w14:textId="77777777" w:rsidR="005A0029" w:rsidRDefault="00F83EB4">
      <w:pPr>
        <w:spacing w:after="60"/>
      </w:pPr>
      <w:r>
        <w:rPr>
          <w:color w:val="B4B4B4"/>
          <w:sz w:val="16"/>
        </w:rPr>
        <w:t>________________________________________________________</w:t>
      </w:r>
    </w:p>
    <w:p w14:paraId="7DDD6B35" w14:textId="77777777" w:rsidR="005A0029" w:rsidRDefault="00F83EB4">
      <w:pPr>
        <w:spacing w:after="60"/>
      </w:pPr>
      <w:r>
        <w:rPr>
          <w:color w:val="B4B4B4"/>
          <w:sz w:val="16"/>
        </w:rPr>
        <w:t>________________________________________________________</w:t>
      </w:r>
    </w:p>
    <w:p w14:paraId="3266D58E" w14:textId="77777777" w:rsidR="005A0029" w:rsidRDefault="00F83EB4">
      <w:pPr>
        <w:pStyle w:val="Heading2"/>
      </w:pPr>
      <w:r>
        <w:t>Prayer</w:t>
      </w:r>
    </w:p>
    <w:p w14:paraId="2E1B6CFF" w14:textId="77777777" w:rsidR="005A0029" w:rsidRDefault="00F83EB4">
      <w:r>
        <w:t>Father, meet me in this practice of peace is a lifestyle.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D314641" w14:textId="77777777" w:rsidR="005A0029" w:rsidRDefault="00F83EB4">
      <w:r>
        <w:rPr>
          <w:b/>
          <w:color w:val="B08D3A"/>
        </w:rPr>
        <w:lastRenderedPageBreak/>
        <w:t xml:space="preserve">TODAY'S DECLARATION  </w:t>
      </w:r>
      <w:r>
        <w:t>I will meet peace is a lifestyle with truth, faith, and practiced peace.</w:t>
      </w:r>
    </w:p>
    <w:p w14:paraId="166120BB" w14:textId="77777777" w:rsidR="005A0029" w:rsidRDefault="00F83EB4">
      <w:r>
        <w:br w:type="page"/>
      </w:r>
    </w:p>
    <w:p w14:paraId="273155D1" w14:textId="77777777" w:rsidR="005A0029" w:rsidRDefault="00F83EB4">
      <w:pPr>
        <w:pStyle w:val="Heading2"/>
      </w:pPr>
      <w:r>
        <w:lastRenderedPageBreak/>
        <w:t>DAY 25</w:t>
      </w:r>
    </w:p>
    <w:p w14:paraId="2AB5E907" w14:textId="77777777" w:rsidR="005A0029" w:rsidRDefault="00F83EB4">
      <w:pPr>
        <w:pStyle w:val="Heading1"/>
      </w:pPr>
      <w:r>
        <w:t>Living as a Person of Peace</w:t>
      </w:r>
    </w:p>
    <w:p w14:paraId="1FB96A91" w14:textId="77777777" w:rsidR="005A0029" w:rsidRDefault="00F83EB4">
      <w:r>
        <w:rPr>
          <w:b/>
          <w:color w:val="B08D3A"/>
        </w:rPr>
        <w:t xml:space="preserve">ANCHOR SCRIPTURE  </w:t>
      </w:r>
      <w:r>
        <w:t>Matthew 5:9</w:t>
      </w:r>
    </w:p>
    <w:p w14:paraId="2739F8EC" w14:textId="77777777" w:rsidR="005A0029" w:rsidRDefault="00F83EB4">
      <w:pPr>
        <w:pStyle w:val="Heading2"/>
      </w:pPr>
      <w:r>
        <w:t>Guided Reflection</w:t>
      </w:r>
    </w:p>
    <w:p w14:paraId="760F2AB5" w14:textId="77777777" w:rsidR="005A0029" w:rsidRDefault="00F83EB4">
      <w:r>
        <w:t xml:space="preserve">Today, consider what “living as a person of peace”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3EE64BB4" w14:textId="77777777" w:rsidR="005A0029" w:rsidRDefault="00F83EB4">
      <w:pPr>
        <w:pStyle w:val="Heading2"/>
      </w:pPr>
      <w:r>
        <w:t>Pause &amp; Notice</w:t>
      </w:r>
    </w:p>
    <w:p w14:paraId="23F30C3D" w14:textId="77777777" w:rsidR="005A0029" w:rsidRDefault="00F83EB4">
      <w:r>
        <w:t>What is this theme revealing about my heart, thoughts, relationships, or current circumstances today?</w:t>
      </w:r>
    </w:p>
    <w:p w14:paraId="3E293D74" w14:textId="77777777" w:rsidR="005A0029" w:rsidRDefault="00F83EB4">
      <w:pPr>
        <w:pStyle w:val="Heading2"/>
      </w:pPr>
      <w:r>
        <w:t>Peace Practice</w:t>
      </w:r>
    </w:p>
    <w:p w14:paraId="4F2754F2" w14:textId="77777777" w:rsidR="005A0029" w:rsidRDefault="00F83EB4">
      <w:r>
        <w:t>Write one recurring fearful thought. Under it, write a Scripture-shaped response that is more truthful and life-giving.</w:t>
      </w:r>
    </w:p>
    <w:p w14:paraId="32F29E88" w14:textId="77777777" w:rsidR="005A0029" w:rsidRDefault="00F83EB4">
      <w:pPr>
        <w:pStyle w:val="Heading2"/>
      </w:pPr>
      <w:r>
        <w:t>My Thoughts &amp; Prayers</w:t>
      </w:r>
    </w:p>
    <w:p w14:paraId="20B8A059" w14:textId="77777777" w:rsidR="005A0029" w:rsidRDefault="00F83EB4">
      <w:pPr>
        <w:spacing w:after="60"/>
      </w:pPr>
      <w:r>
        <w:rPr>
          <w:color w:val="B4B4B4"/>
          <w:sz w:val="16"/>
        </w:rPr>
        <w:t>________________________________________________________</w:t>
      </w:r>
    </w:p>
    <w:p w14:paraId="65EC411C" w14:textId="77777777" w:rsidR="005A0029" w:rsidRDefault="00F83EB4">
      <w:pPr>
        <w:spacing w:after="60"/>
      </w:pPr>
      <w:r>
        <w:rPr>
          <w:color w:val="B4B4B4"/>
          <w:sz w:val="16"/>
        </w:rPr>
        <w:t>________________________________________________________</w:t>
      </w:r>
    </w:p>
    <w:p w14:paraId="338AB3A7" w14:textId="77777777" w:rsidR="005A0029" w:rsidRDefault="00F83EB4">
      <w:pPr>
        <w:spacing w:after="60"/>
      </w:pPr>
      <w:r>
        <w:rPr>
          <w:color w:val="B4B4B4"/>
          <w:sz w:val="16"/>
        </w:rPr>
        <w:t>________________________________________________________</w:t>
      </w:r>
    </w:p>
    <w:p w14:paraId="6B1AD765" w14:textId="77777777" w:rsidR="005A0029" w:rsidRDefault="00F83EB4">
      <w:pPr>
        <w:spacing w:after="60"/>
      </w:pPr>
      <w:r>
        <w:rPr>
          <w:color w:val="B4B4B4"/>
          <w:sz w:val="16"/>
        </w:rPr>
        <w:t>________________________________________________________</w:t>
      </w:r>
    </w:p>
    <w:p w14:paraId="7FC633B3" w14:textId="77777777" w:rsidR="005A0029" w:rsidRDefault="00F83EB4">
      <w:pPr>
        <w:spacing w:after="60"/>
      </w:pPr>
      <w:r>
        <w:rPr>
          <w:color w:val="B4B4B4"/>
          <w:sz w:val="16"/>
        </w:rPr>
        <w:t>________________________________________________________</w:t>
      </w:r>
    </w:p>
    <w:p w14:paraId="71BA5D86" w14:textId="77777777" w:rsidR="005A0029" w:rsidRDefault="00F83EB4">
      <w:pPr>
        <w:pStyle w:val="Heading2"/>
      </w:pPr>
      <w:r>
        <w:t>Prayer</w:t>
      </w:r>
    </w:p>
    <w:p w14:paraId="15A2D57E" w14:textId="77777777" w:rsidR="005A0029" w:rsidRDefault="00F83EB4">
      <w:r>
        <w:t>Father, meet me in this practice of living as a person of peace.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2E50756" w14:textId="77777777" w:rsidR="005A0029" w:rsidRDefault="00F83EB4">
      <w:r>
        <w:rPr>
          <w:b/>
          <w:color w:val="B08D3A"/>
        </w:rPr>
        <w:lastRenderedPageBreak/>
        <w:t xml:space="preserve">TODAY'S DECLARATION  </w:t>
      </w:r>
      <w:r>
        <w:t>I will meet living as a person of peace with truth, faith, and practiced peace.</w:t>
      </w:r>
    </w:p>
    <w:p w14:paraId="4757296F" w14:textId="77777777" w:rsidR="005A0029" w:rsidRDefault="00F83EB4">
      <w:r>
        <w:br w:type="page"/>
      </w:r>
    </w:p>
    <w:p w14:paraId="75DD7431" w14:textId="77777777" w:rsidR="005A0029" w:rsidRDefault="00F83EB4">
      <w:pPr>
        <w:pStyle w:val="Heading2"/>
      </w:pPr>
      <w:r>
        <w:lastRenderedPageBreak/>
        <w:t>DAY 26</w:t>
      </w:r>
    </w:p>
    <w:p w14:paraId="4BBF7915" w14:textId="77777777" w:rsidR="005A0029" w:rsidRDefault="00F83EB4">
      <w:pPr>
        <w:pStyle w:val="Heading1"/>
      </w:pPr>
      <w:r>
        <w:t>Carry Peace Into the Room</w:t>
      </w:r>
    </w:p>
    <w:p w14:paraId="0B94E915" w14:textId="77777777" w:rsidR="005A0029" w:rsidRDefault="00F83EB4">
      <w:r>
        <w:rPr>
          <w:b/>
          <w:color w:val="B08D3A"/>
        </w:rPr>
        <w:t xml:space="preserve">ANCHOR SCRIPTURE  </w:t>
      </w:r>
      <w:r>
        <w:t>Luke 10:5</w:t>
      </w:r>
    </w:p>
    <w:p w14:paraId="6ABE84EC" w14:textId="77777777" w:rsidR="005A0029" w:rsidRDefault="00F83EB4">
      <w:pPr>
        <w:pStyle w:val="Heading2"/>
      </w:pPr>
      <w:r>
        <w:t>Guided Reflection</w:t>
      </w:r>
    </w:p>
    <w:p w14:paraId="29FE37B7" w14:textId="77777777" w:rsidR="005A0029" w:rsidRDefault="00F83EB4">
      <w:r>
        <w:t>Today, consider what “carry peace into the room”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w:t>
      </w:r>
      <w:r>
        <w:t>uth is practiced repeatedly, especially when circumstances remain unresolved.</w:t>
      </w:r>
    </w:p>
    <w:p w14:paraId="18AC2320" w14:textId="77777777" w:rsidR="005A0029" w:rsidRDefault="00F83EB4">
      <w:pPr>
        <w:pStyle w:val="Heading2"/>
      </w:pPr>
      <w:r>
        <w:t>Pause &amp; Notice</w:t>
      </w:r>
    </w:p>
    <w:p w14:paraId="1ECC4C95" w14:textId="77777777" w:rsidR="005A0029" w:rsidRDefault="00F83EB4">
      <w:r>
        <w:t>What is this theme revealing about my heart, thoughts, relationships, or current circumstances today?</w:t>
      </w:r>
    </w:p>
    <w:p w14:paraId="1EA2AE52" w14:textId="77777777" w:rsidR="005A0029" w:rsidRDefault="00F83EB4">
      <w:pPr>
        <w:pStyle w:val="Heading2"/>
      </w:pPr>
      <w:r>
        <w:t>Peace Practice</w:t>
      </w:r>
    </w:p>
    <w:p w14:paraId="6206507C" w14:textId="77777777" w:rsidR="005A0029" w:rsidRDefault="00F83EB4">
      <w:r>
        <w:t>Identify one small action that would create greater peace today. Make it specific enough to complete before the day ends.</w:t>
      </w:r>
    </w:p>
    <w:p w14:paraId="274A96F1" w14:textId="77777777" w:rsidR="005A0029" w:rsidRDefault="00F83EB4">
      <w:pPr>
        <w:pStyle w:val="Heading2"/>
      </w:pPr>
      <w:r>
        <w:t>My Thoughts &amp; Prayers</w:t>
      </w:r>
    </w:p>
    <w:p w14:paraId="738D529F" w14:textId="77777777" w:rsidR="005A0029" w:rsidRDefault="00F83EB4">
      <w:pPr>
        <w:spacing w:after="60"/>
      </w:pPr>
      <w:r>
        <w:rPr>
          <w:color w:val="B4B4B4"/>
          <w:sz w:val="16"/>
        </w:rPr>
        <w:t>________________________________________________________</w:t>
      </w:r>
    </w:p>
    <w:p w14:paraId="0FA78B03" w14:textId="77777777" w:rsidR="005A0029" w:rsidRDefault="00F83EB4">
      <w:pPr>
        <w:spacing w:after="60"/>
      </w:pPr>
      <w:r>
        <w:rPr>
          <w:color w:val="B4B4B4"/>
          <w:sz w:val="16"/>
        </w:rPr>
        <w:t>________________________________________________________</w:t>
      </w:r>
    </w:p>
    <w:p w14:paraId="298C9F46" w14:textId="77777777" w:rsidR="005A0029" w:rsidRDefault="00F83EB4">
      <w:pPr>
        <w:spacing w:after="60"/>
      </w:pPr>
      <w:r>
        <w:rPr>
          <w:color w:val="B4B4B4"/>
          <w:sz w:val="16"/>
        </w:rPr>
        <w:t>________________________________________________________</w:t>
      </w:r>
    </w:p>
    <w:p w14:paraId="12C70837" w14:textId="77777777" w:rsidR="005A0029" w:rsidRDefault="00F83EB4">
      <w:pPr>
        <w:spacing w:after="60"/>
      </w:pPr>
      <w:r>
        <w:rPr>
          <w:color w:val="B4B4B4"/>
          <w:sz w:val="16"/>
        </w:rPr>
        <w:t>________________________________________________________</w:t>
      </w:r>
    </w:p>
    <w:p w14:paraId="7892D9E7" w14:textId="77777777" w:rsidR="005A0029" w:rsidRDefault="00F83EB4">
      <w:pPr>
        <w:spacing w:after="60"/>
      </w:pPr>
      <w:r>
        <w:rPr>
          <w:color w:val="B4B4B4"/>
          <w:sz w:val="16"/>
        </w:rPr>
        <w:t>________________________________________________________</w:t>
      </w:r>
    </w:p>
    <w:p w14:paraId="34BE6E67" w14:textId="77777777" w:rsidR="005A0029" w:rsidRDefault="00F83EB4">
      <w:pPr>
        <w:pStyle w:val="Heading2"/>
      </w:pPr>
      <w:r>
        <w:t>Prayer</w:t>
      </w:r>
    </w:p>
    <w:p w14:paraId="089E2616" w14:textId="77777777" w:rsidR="005A0029" w:rsidRDefault="00F83EB4">
      <w:r>
        <w:t>Father, meet me in this practice of carry peace into the room.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627C41A" w14:textId="77777777" w:rsidR="005A0029" w:rsidRDefault="00F83EB4">
      <w:r>
        <w:rPr>
          <w:b/>
          <w:color w:val="B08D3A"/>
        </w:rPr>
        <w:lastRenderedPageBreak/>
        <w:t xml:space="preserve">TODAY'S DECLARATION  </w:t>
      </w:r>
      <w:r>
        <w:t>I will meet carry peace into the room with truth, faith, and practiced peace.</w:t>
      </w:r>
    </w:p>
    <w:p w14:paraId="2E9AF66F" w14:textId="77777777" w:rsidR="005A0029" w:rsidRDefault="00F83EB4">
      <w:r>
        <w:br w:type="page"/>
      </w:r>
    </w:p>
    <w:p w14:paraId="09ECC3C3" w14:textId="77777777" w:rsidR="005A0029" w:rsidRDefault="00F83EB4">
      <w:pPr>
        <w:pStyle w:val="Heading2"/>
      </w:pPr>
      <w:r>
        <w:lastRenderedPageBreak/>
        <w:t>DAY 27</w:t>
      </w:r>
    </w:p>
    <w:p w14:paraId="5B1ED599" w14:textId="77777777" w:rsidR="005A0029" w:rsidRDefault="00F83EB4">
      <w:pPr>
        <w:pStyle w:val="Heading1"/>
      </w:pPr>
      <w:r>
        <w:t>Let Peace Rule</w:t>
      </w:r>
    </w:p>
    <w:p w14:paraId="48F52C8B" w14:textId="77777777" w:rsidR="005A0029" w:rsidRDefault="00F83EB4">
      <w:r>
        <w:rPr>
          <w:b/>
          <w:color w:val="B08D3A"/>
        </w:rPr>
        <w:t xml:space="preserve">ANCHOR SCRIPTURE  </w:t>
      </w:r>
      <w:r>
        <w:t>Colossians 3:15</w:t>
      </w:r>
    </w:p>
    <w:p w14:paraId="00BAA1CC" w14:textId="77777777" w:rsidR="005A0029" w:rsidRDefault="00F83EB4">
      <w:pPr>
        <w:pStyle w:val="Heading2"/>
      </w:pPr>
      <w:r>
        <w:t>Guided Reflection</w:t>
      </w:r>
    </w:p>
    <w:p w14:paraId="12DDC5A9" w14:textId="77777777" w:rsidR="005A0029" w:rsidRDefault="00F83EB4">
      <w:r>
        <w:t>Today, consider what “let peace rule”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truth is prac</w:t>
      </w:r>
      <w:r>
        <w:t>ticed repeatedly, especially when circumstances remain unresolved.</w:t>
      </w:r>
    </w:p>
    <w:p w14:paraId="60F4A0DC" w14:textId="77777777" w:rsidR="005A0029" w:rsidRDefault="00F83EB4">
      <w:pPr>
        <w:pStyle w:val="Heading2"/>
      </w:pPr>
      <w:r>
        <w:t>Pause &amp; Notice</w:t>
      </w:r>
    </w:p>
    <w:p w14:paraId="23CC13AB" w14:textId="77777777" w:rsidR="005A0029" w:rsidRDefault="00F83EB4">
      <w:r>
        <w:t>What is this theme revealing about my heart, thoughts, relationships, or current circumstances today?</w:t>
      </w:r>
    </w:p>
    <w:p w14:paraId="671B4CF4" w14:textId="77777777" w:rsidR="005A0029" w:rsidRDefault="00F83EB4">
      <w:pPr>
        <w:pStyle w:val="Heading2"/>
      </w:pPr>
      <w:r>
        <w:t>Peace Practice</w:t>
      </w:r>
    </w:p>
    <w:p w14:paraId="1D641192" w14:textId="77777777" w:rsidR="005A0029" w:rsidRDefault="00F83EB4">
      <w:r>
        <w:t>Reach out to one trusted, mature person. Share one thing you have been carrying silently and allow yourself to receive support.</w:t>
      </w:r>
    </w:p>
    <w:p w14:paraId="2302DB38" w14:textId="77777777" w:rsidR="005A0029" w:rsidRDefault="00F83EB4">
      <w:pPr>
        <w:pStyle w:val="Heading2"/>
      </w:pPr>
      <w:r>
        <w:t>My Thoughts &amp; Prayers</w:t>
      </w:r>
    </w:p>
    <w:p w14:paraId="3FA0AA44" w14:textId="77777777" w:rsidR="005A0029" w:rsidRDefault="00F83EB4">
      <w:pPr>
        <w:spacing w:after="60"/>
      </w:pPr>
      <w:r>
        <w:rPr>
          <w:color w:val="B4B4B4"/>
          <w:sz w:val="16"/>
        </w:rPr>
        <w:t>________________________________________________________</w:t>
      </w:r>
    </w:p>
    <w:p w14:paraId="11B0D204" w14:textId="77777777" w:rsidR="005A0029" w:rsidRDefault="00F83EB4">
      <w:pPr>
        <w:spacing w:after="60"/>
      </w:pPr>
      <w:r>
        <w:rPr>
          <w:color w:val="B4B4B4"/>
          <w:sz w:val="16"/>
        </w:rPr>
        <w:t>________________________________________________________</w:t>
      </w:r>
    </w:p>
    <w:p w14:paraId="477598BA" w14:textId="77777777" w:rsidR="005A0029" w:rsidRDefault="00F83EB4">
      <w:pPr>
        <w:spacing w:after="60"/>
      </w:pPr>
      <w:r>
        <w:rPr>
          <w:color w:val="B4B4B4"/>
          <w:sz w:val="16"/>
        </w:rPr>
        <w:t>________________________________________________________</w:t>
      </w:r>
    </w:p>
    <w:p w14:paraId="0570F708" w14:textId="77777777" w:rsidR="005A0029" w:rsidRDefault="00F83EB4">
      <w:pPr>
        <w:spacing w:after="60"/>
      </w:pPr>
      <w:r>
        <w:rPr>
          <w:color w:val="B4B4B4"/>
          <w:sz w:val="16"/>
        </w:rPr>
        <w:t>________________________________________________________</w:t>
      </w:r>
    </w:p>
    <w:p w14:paraId="59C1B11E" w14:textId="77777777" w:rsidR="005A0029" w:rsidRDefault="00F83EB4">
      <w:pPr>
        <w:spacing w:after="60"/>
      </w:pPr>
      <w:r>
        <w:rPr>
          <w:color w:val="B4B4B4"/>
          <w:sz w:val="16"/>
        </w:rPr>
        <w:t>________________________________________________________</w:t>
      </w:r>
    </w:p>
    <w:p w14:paraId="76B4A31D" w14:textId="77777777" w:rsidR="005A0029" w:rsidRDefault="00F83EB4">
      <w:pPr>
        <w:pStyle w:val="Heading2"/>
      </w:pPr>
      <w:r>
        <w:t>Prayer</w:t>
      </w:r>
    </w:p>
    <w:p w14:paraId="0AE279DD" w14:textId="77777777" w:rsidR="005A0029" w:rsidRDefault="00F83EB4">
      <w:r>
        <w:t>Father, meet me in this practice of let peace rule.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D69BD2C" w14:textId="77777777" w:rsidR="005A0029" w:rsidRDefault="00F83EB4">
      <w:r>
        <w:rPr>
          <w:b/>
          <w:color w:val="B08D3A"/>
        </w:rPr>
        <w:lastRenderedPageBreak/>
        <w:t xml:space="preserve">TODAY'S DECLARATION  </w:t>
      </w:r>
      <w:r>
        <w:t>I will meet let peace rule with truth, faith, and practiced peace.</w:t>
      </w:r>
    </w:p>
    <w:p w14:paraId="4C8B0911" w14:textId="77777777" w:rsidR="005A0029" w:rsidRDefault="00F83EB4">
      <w:r>
        <w:br w:type="page"/>
      </w:r>
    </w:p>
    <w:p w14:paraId="0CE7A0FA" w14:textId="77777777" w:rsidR="005A0029" w:rsidRDefault="00F83EB4">
      <w:pPr>
        <w:pStyle w:val="Heading2"/>
      </w:pPr>
      <w:r>
        <w:lastRenderedPageBreak/>
        <w:t>DAY 28</w:t>
      </w:r>
    </w:p>
    <w:p w14:paraId="2D175B75" w14:textId="77777777" w:rsidR="005A0029" w:rsidRDefault="00F83EB4">
      <w:pPr>
        <w:pStyle w:val="Heading1"/>
      </w:pPr>
      <w:r>
        <w:t>Peace Under Pressure</w:t>
      </w:r>
    </w:p>
    <w:p w14:paraId="741C59AA" w14:textId="77777777" w:rsidR="005A0029" w:rsidRDefault="00F83EB4">
      <w:r>
        <w:rPr>
          <w:b/>
          <w:color w:val="B08D3A"/>
        </w:rPr>
        <w:t xml:space="preserve">ANCHOR SCRIPTURE  </w:t>
      </w:r>
      <w:r>
        <w:t>John 16:33</w:t>
      </w:r>
    </w:p>
    <w:p w14:paraId="7EA8B781" w14:textId="77777777" w:rsidR="005A0029" w:rsidRDefault="00F83EB4">
      <w:pPr>
        <w:pStyle w:val="Heading2"/>
      </w:pPr>
      <w:r>
        <w:t>Guided Reflection</w:t>
      </w:r>
    </w:p>
    <w:p w14:paraId="2994CDAB" w14:textId="77777777" w:rsidR="005A0029" w:rsidRDefault="00F83EB4">
      <w:r>
        <w:t>Today, consider what “peace under pressure”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truth i</w:t>
      </w:r>
      <w:r>
        <w:t>s practiced repeatedly, especially when circumstances remain unresolved.</w:t>
      </w:r>
    </w:p>
    <w:p w14:paraId="4CA2F20F" w14:textId="77777777" w:rsidR="005A0029" w:rsidRDefault="00F83EB4">
      <w:pPr>
        <w:pStyle w:val="Heading2"/>
      </w:pPr>
      <w:r>
        <w:t>Pause &amp; Notice</w:t>
      </w:r>
    </w:p>
    <w:p w14:paraId="222D1A98" w14:textId="77777777" w:rsidR="005A0029" w:rsidRDefault="00F83EB4">
      <w:r>
        <w:t>What is this theme revealing about my heart, thoughts, relationships, or current circumstances today?</w:t>
      </w:r>
    </w:p>
    <w:p w14:paraId="3761F756" w14:textId="77777777" w:rsidR="005A0029" w:rsidRDefault="00F83EB4">
      <w:pPr>
        <w:pStyle w:val="Heading2"/>
      </w:pPr>
      <w:r>
        <w:t>Peace Practice</w:t>
      </w:r>
    </w:p>
    <w:p w14:paraId="445A67F9" w14:textId="77777777" w:rsidR="005A0029" w:rsidRDefault="00F83EB4">
      <w:r>
        <w:t>Practice a ten-minute quiet period without your phone. Notice what surfaces, then bring it honestly into prayer.</w:t>
      </w:r>
    </w:p>
    <w:p w14:paraId="5B538B1B" w14:textId="77777777" w:rsidR="005A0029" w:rsidRDefault="00F83EB4">
      <w:pPr>
        <w:pStyle w:val="Heading2"/>
      </w:pPr>
      <w:r>
        <w:t>My Thoughts &amp; Prayers</w:t>
      </w:r>
    </w:p>
    <w:p w14:paraId="2F0C67DF" w14:textId="77777777" w:rsidR="005A0029" w:rsidRDefault="00F83EB4">
      <w:pPr>
        <w:spacing w:after="60"/>
      </w:pPr>
      <w:r>
        <w:rPr>
          <w:color w:val="B4B4B4"/>
          <w:sz w:val="16"/>
        </w:rPr>
        <w:t>________________________________________________________</w:t>
      </w:r>
    </w:p>
    <w:p w14:paraId="09F9A06B" w14:textId="77777777" w:rsidR="005A0029" w:rsidRDefault="00F83EB4">
      <w:pPr>
        <w:spacing w:after="60"/>
      </w:pPr>
      <w:r>
        <w:rPr>
          <w:color w:val="B4B4B4"/>
          <w:sz w:val="16"/>
        </w:rPr>
        <w:t>________________________________________________________</w:t>
      </w:r>
    </w:p>
    <w:p w14:paraId="488BEA82" w14:textId="77777777" w:rsidR="005A0029" w:rsidRDefault="00F83EB4">
      <w:pPr>
        <w:spacing w:after="60"/>
      </w:pPr>
      <w:r>
        <w:rPr>
          <w:color w:val="B4B4B4"/>
          <w:sz w:val="16"/>
        </w:rPr>
        <w:t>________________________________________________________</w:t>
      </w:r>
    </w:p>
    <w:p w14:paraId="3AB05B90" w14:textId="77777777" w:rsidR="005A0029" w:rsidRDefault="00F83EB4">
      <w:pPr>
        <w:spacing w:after="60"/>
      </w:pPr>
      <w:r>
        <w:rPr>
          <w:color w:val="B4B4B4"/>
          <w:sz w:val="16"/>
        </w:rPr>
        <w:t>________________________________________________________</w:t>
      </w:r>
    </w:p>
    <w:p w14:paraId="1AB57117" w14:textId="77777777" w:rsidR="005A0029" w:rsidRDefault="00F83EB4">
      <w:pPr>
        <w:spacing w:after="60"/>
      </w:pPr>
      <w:r>
        <w:rPr>
          <w:color w:val="B4B4B4"/>
          <w:sz w:val="16"/>
        </w:rPr>
        <w:t>________________________________________________________</w:t>
      </w:r>
    </w:p>
    <w:p w14:paraId="3DC047A9" w14:textId="77777777" w:rsidR="005A0029" w:rsidRDefault="00F83EB4">
      <w:pPr>
        <w:pStyle w:val="Heading2"/>
      </w:pPr>
      <w:r>
        <w:t>Prayer</w:t>
      </w:r>
    </w:p>
    <w:p w14:paraId="148A031A" w14:textId="77777777" w:rsidR="005A0029" w:rsidRDefault="00F83EB4">
      <w:r>
        <w:t>Father, meet me in this practice of peace under pressure.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DA5B4B8" w14:textId="77777777" w:rsidR="005A0029" w:rsidRDefault="00F83EB4">
      <w:r>
        <w:rPr>
          <w:b/>
          <w:color w:val="B08D3A"/>
        </w:rPr>
        <w:lastRenderedPageBreak/>
        <w:t xml:space="preserve">TODAY'S DECLARATION  </w:t>
      </w:r>
      <w:r>
        <w:t>I will meet peace under pressure with truth, faith, and practiced peace.</w:t>
      </w:r>
    </w:p>
    <w:p w14:paraId="2912BA22" w14:textId="77777777" w:rsidR="005A0029" w:rsidRDefault="00F83EB4">
      <w:r>
        <w:br w:type="page"/>
      </w:r>
    </w:p>
    <w:p w14:paraId="4E7B622C" w14:textId="77777777" w:rsidR="005A0029" w:rsidRDefault="00F83EB4">
      <w:pPr>
        <w:pStyle w:val="Heading2"/>
      </w:pPr>
      <w:r>
        <w:lastRenderedPageBreak/>
        <w:t>DAY 29</w:t>
      </w:r>
    </w:p>
    <w:p w14:paraId="6E72182F" w14:textId="77777777" w:rsidR="005A0029" w:rsidRDefault="00F83EB4">
      <w:pPr>
        <w:pStyle w:val="Heading1"/>
      </w:pPr>
      <w:r>
        <w:t>Return to Your Anchor</w:t>
      </w:r>
    </w:p>
    <w:p w14:paraId="2A16B9FD" w14:textId="77777777" w:rsidR="005A0029" w:rsidRDefault="00F83EB4">
      <w:r>
        <w:rPr>
          <w:b/>
          <w:color w:val="B08D3A"/>
        </w:rPr>
        <w:t xml:space="preserve">ANCHOR SCRIPTURE  </w:t>
      </w:r>
      <w:r>
        <w:t>Psalm 62:6</w:t>
      </w:r>
    </w:p>
    <w:p w14:paraId="44E9DC93" w14:textId="77777777" w:rsidR="005A0029" w:rsidRDefault="00F83EB4">
      <w:pPr>
        <w:pStyle w:val="Heading2"/>
      </w:pPr>
      <w:r>
        <w:t>Guided Reflection</w:t>
      </w:r>
    </w:p>
    <w:p w14:paraId="5ABFE00C" w14:textId="77777777" w:rsidR="005A0029" w:rsidRDefault="00F83EB4">
      <w:r>
        <w:t xml:space="preserve">Today, consider what “return to your anchor”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truth </w:t>
      </w:r>
      <w:r>
        <w:t>is practiced repeatedly, especially when circumstances remain unresolved.</w:t>
      </w:r>
    </w:p>
    <w:p w14:paraId="0E0314BD" w14:textId="77777777" w:rsidR="005A0029" w:rsidRDefault="00F83EB4">
      <w:pPr>
        <w:pStyle w:val="Heading2"/>
      </w:pPr>
      <w:r>
        <w:t>Pause &amp; Notice</w:t>
      </w:r>
    </w:p>
    <w:p w14:paraId="273F4B1D" w14:textId="77777777" w:rsidR="005A0029" w:rsidRDefault="00F83EB4">
      <w:r>
        <w:t>What is this theme revealing about my heart, thoughts, relationships, or current circumstances today?</w:t>
      </w:r>
    </w:p>
    <w:p w14:paraId="423150B5" w14:textId="77777777" w:rsidR="005A0029" w:rsidRDefault="00F83EB4">
      <w:pPr>
        <w:pStyle w:val="Heading2"/>
      </w:pPr>
      <w:r>
        <w:t>Peace Practice</w:t>
      </w:r>
    </w:p>
    <w:p w14:paraId="78F1F9EE" w14:textId="77777777" w:rsidR="005A0029" w:rsidRDefault="00F83EB4">
      <w:r>
        <w:t>Sit quietly for three minutes. Name what you feel without judging it. Then write one truth you want to carry into the day.</w:t>
      </w:r>
    </w:p>
    <w:p w14:paraId="760E18EB" w14:textId="77777777" w:rsidR="005A0029" w:rsidRDefault="00F83EB4">
      <w:pPr>
        <w:pStyle w:val="Heading2"/>
      </w:pPr>
      <w:r>
        <w:t>My Thoughts &amp; Prayers</w:t>
      </w:r>
    </w:p>
    <w:p w14:paraId="15DEDA26" w14:textId="77777777" w:rsidR="005A0029" w:rsidRDefault="00F83EB4">
      <w:pPr>
        <w:spacing w:after="60"/>
      </w:pPr>
      <w:r>
        <w:rPr>
          <w:color w:val="B4B4B4"/>
          <w:sz w:val="16"/>
        </w:rPr>
        <w:t>________________________________________________________</w:t>
      </w:r>
    </w:p>
    <w:p w14:paraId="21639123" w14:textId="77777777" w:rsidR="005A0029" w:rsidRDefault="00F83EB4">
      <w:pPr>
        <w:spacing w:after="60"/>
      </w:pPr>
      <w:r>
        <w:rPr>
          <w:color w:val="B4B4B4"/>
          <w:sz w:val="16"/>
        </w:rPr>
        <w:t>________________________________________________________</w:t>
      </w:r>
    </w:p>
    <w:p w14:paraId="03C3C170" w14:textId="77777777" w:rsidR="005A0029" w:rsidRDefault="00F83EB4">
      <w:pPr>
        <w:spacing w:after="60"/>
      </w:pPr>
      <w:r>
        <w:rPr>
          <w:color w:val="B4B4B4"/>
          <w:sz w:val="16"/>
        </w:rPr>
        <w:t>________________________________________________________</w:t>
      </w:r>
    </w:p>
    <w:p w14:paraId="07E09160" w14:textId="77777777" w:rsidR="005A0029" w:rsidRDefault="00F83EB4">
      <w:pPr>
        <w:spacing w:after="60"/>
      </w:pPr>
      <w:r>
        <w:rPr>
          <w:color w:val="B4B4B4"/>
          <w:sz w:val="16"/>
        </w:rPr>
        <w:t>________________________________________________________</w:t>
      </w:r>
    </w:p>
    <w:p w14:paraId="4D35BF61" w14:textId="77777777" w:rsidR="005A0029" w:rsidRDefault="00F83EB4">
      <w:pPr>
        <w:spacing w:after="60"/>
      </w:pPr>
      <w:r>
        <w:rPr>
          <w:color w:val="B4B4B4"/>
          <w:sz w:val="16"/>
        </w:rPr>
        <w:t>________________________________________________________</w:t>
      </w:r>
    </w:p>
    <w:p w14:paraId="21FBCC39" w14:textId="77777777" w:rsidR="005A0029" w:rsidRDefault="00F83EB4">
      <w:pPr>
        <w:pStyle w:val="Heading2"/>
      </w:pPr>
      <w:r>
        <w:t>Prayer</w:t>
      </w:r>
    </w:p>
    <w:p w14:paraId="53D67455" w14:textId="77777777" w:rsidR="005A0029" w:rsidRDefault="00F83EB4">
      <w:r>
        <w:t>Father, meet me in this practice of return to your anchor.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539C19C" w14:textId="77777777" w:rsidR="005A0029" w:rsidRDefault="00F83EB4">
      <w:r>
        <w:rPr>
          <w:b/>
          <w:color w:val="B08D3A"/>
        </w:rPr>
        <w:lastRenderedPageBreak/>
        <w:t xml:space="preserve">TODAY'S DECLARATION  </w:t>
      </w:r>
      <w:r>
        <w:t>I will meet return to your anchor with truth, faith, and practiced peace.</w:t>
      </w:r>
    </w:p>
    <w:p w14:paraId="73C56A9D" w14:textId="77777777" w:rsidR="005A0029" w:rsidRDefault="00F83EB4">
      <w:r>
        <w:br w:type="page"/>
      </w:r>
    </w:p>
    <w:p w14:paraId="77980D48" w14:textId="77777777" w:rsidR="005A0029" w:rsidRDefault="00F83EB4">
      <w:pPr>
        <w:pStyle w:val="Heading2"/>
      </w:pPr>
      <w:r>
        <w:lastRenderedPageBreak/>
        <w:t>DAY 30</w:t>
      </w:r>
    </w:p>
    <w:p w14:paraId="1F4273ED" w14:textId="77777777" w:rsidR="005A0029" w:rsidRDefault="00F83EB4">
      <w:pPr>
        <w:pStyle w:val="Heading1"/>
      </w:pPr>
      <w:r>
        <w:t>Choosing Peace Again</w:t>
      </w:r>
    </w:p>
    <w:p w14:paraId="53660CCF" w14:textId="77777777" w:rsidR="005A0029" w:rsidRDefault="00F83EB4">
      <w:r>
        <w:rPr>
          <w:b/>
          <w:color w:val="B08D3A"/>
        </w:rPr>
        <w:t xml:space="preserve">ANCHOR SCRIPTURE  </w:t>
      </w:r>
      <w:r>
        <w:t>Isaiah 26:3</w:t>
      </w:r>
    </w:p>
    <w:p w14:paraId="0D064681" w14:textId="77777777" w:rsidR="005A0029" w:rsidRDefault="00F83EB4">
      <w:pPr>
        <w:pStyle w:val="Heading2"/>
      </w:pPr>
      <w:r>
        <w:t>Guided Reflection</w:t>
      </w:r>
    </w:p>
    <w:p w14:paraId="44CB8C85" w14:textId="77777777" w:rsidR="005A0029" w:rsidRDefault="00F83EB4">
      <w:r>
        <w:t>Today, consider what “choosing peace again” means in the season you are living through. The work of peace is rarely accomplished by denying what is difficult. It grows as you bring your real thoughts, emotions, and questions into the light of God's presence. In choosing peace on purpose, the invitation is not to force an immediate answer, but to become attentive: to what is happening within you, to what Scripture is revealing, and to the next faithful step available today. Peace becomes durable when truth i</w:t>
      </w:r>
      <w:r>
        <w:t>s practiced repeatedly, especially when circumstances remain unresolved.</w:t>
      </w:r>
    </w:p>
    <w:p w14:paraId="4FDA92FF" w14:textId="77777777" w:rsidR="005A0029" w:rsidRDefault="00F83EB4">
      <w:pPr>
        <w:pStyle w:val="Heading2"/>
      </w:pPr>
      <w:r>
        <w:t>Pause &amp; Notice</w:t>
      </w:r>
    </w:p>
    <w:p w14:paraId="0F4621D2" w14:textId="77777777" w:rsidR="005A0029" w:rsidRDefault="00F83EB4">
      <w:r>
        <w:t>What is this theme revealing about my heart, thoughts, relationships, or current circumstances today?</w:t>
      </w:r>
    </w:p>
    <w:p w14:paraId="108C3F52" w14:textId="77777777" w:rsidR="005A0029" w:rsidRDefault="00F83EB4">
      <w:pPr>
        <w:pStyle w:val="Heading2"/>
      </w:pPr>
      <w:r>
        <w:t>Peace Practice</w:t>
      </w:r>
    </w:p>
    <w:p w14:paraId="6F65F1F2" w14:textId="77777777" w:rsidR="005A0029" w:rsidRDefault="00F83EB4">
      <w:r>
        <w:t>Draw two columns: 'What I can control' and 'What I must release.' Place each concern in the appropriate column and pray over both.</w:t>
      </w:r>
    </w:p>
    <w:p w14:paraId="34FFC3DB" w14:textId="77777777" w:rsidR="005A0029" w:rsidRDefault="00F83EB4">
      <w:pPr>
        <w:pStyle w:val="Heading2"/>
      </w:pPr>
      <w:r>
        <w:t>My Thoughts &amp; Prayers</w:t>
      </w:r>
    </w:p>
    <w:p w14:paraId="5309749C" w14:textId="77777777" w:rsidR="005A0029" w:rsidRDefault="00F83EB4">
      <w:pPr>
        <w:spacing w:after="60"/>
      </w:pPr>
      <w:r>
        <w:rPr>
          <w:color w:val="B4B4B4"/>
          <w:sz w:val="16"/>
        </w:rPr>
        <w:t>________________________________________________________</w:t>
      </w:r>
    </w:p>
    <w:p w14:paraId="2CCB6C86" w14:textId="77777777" w:rsidR="005A0029" w:rsidRDefault="00F83EB4">
      <w:pPr>
        <w:spacing w:after="60"/>
      </w:pPr>
      <w:r>
        <w:rPr>
          <w:color w:val="B4B4B4"/>
          <w:sz w:val="16"/>
        </w:rPr>
        <w:t>________________________________________________________</w:t>
      </w:r>
    </w:p>
    <w:p w14:paraId="130F2115" w14:textId="77777777" w:rsidR="005A0029" w:rsidRDefault="00F83EB4">
      <w:pPr>
        <w:spacing w:after="60"/>
      </w:pPr>
      <w:r>
        <w:rPr>
          <w:color w:val="B4B4B4"/>
          <w:sz w:val="16"/>
        </w:rPr>
        <w:t>________________________________________________________</w:t>
      </w:r>
    </w:p>
    <w:p w14:paraId="4674D249" w14:textId="77777777" w:rsidR="005A0029" w:rsidRDefault="00F83EB4">
      <w:pPr>
        <w:spacing w:after="60"/>
      </w:pPr>
      <w:r>
        <w:rPr>
          <w:color w:val="B4B4B4"/>
          <w:sz w:val="16"/>
        </w:rPr>
        <w:t>________________________________________________________</w:t>
      </w:r>
    </w:p>
    <w:p w14:paraId="0AB40214" w14:textId="77777777" w:rsidR="005A0029" w:rsidRDefault="00F83EB4">
      <w:pPr>
        <w:spacing w:after="60"/>
      </w:pPr>
      <w:r>
        <w:rPr>
          <w:color w:val="B4B4B4"/>
          <w:sz w:val="16"/>
        </w:rPr>
        <w:t>________________________________________________________</w:t>
      </w:r>
    </w:p>
    <w:p w14:paraId="36C07EA6" w14:textId="77777777" w:rsidR="005A0029" w:rsidRDefault="00F83EB4">
      <w:pPr>
        <w:pStyle w:val="Heading2"/>
      </w:pPr>
      <w:r>
        <w:t>Prayer</w:t>
      </w:r>
    </w:p>
    <w:p w14:paraId="11C787CA" w14:textId="77777777" w:rsidR="005A0029" w:rsidRDefault="00F83EB4">
      <w:r>
        <w:t>Father, meet me in this practice of choosing peace again.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EB10FEC" w14:textId="77777777" w:rsidR="005A0029" w:rsidRDefault="00F83EB4">
      <w:r>
        <w:rPr>
          <w:b/>
          <w:color w:val="B08D3A"/>
        </w:rPr>
        <w:lastRenderedPageBreak/>
        <w:t xml:space="preserve">TODAY'S DECLARATION  </w:t>
      </w:r>
      <w:r>
        <w:t>I will meet choosing peace again with truth, faith, and practiced peace.</w:t>
      </w:r>
    </w:p>
    <w:p w14:paraId="59BCABC5" w14:textId="77777777" w:rsidR="005A0029" w:rsidRDefault="00F83EB4">
      <w:r>
        <w:br w:type="page"/>
      </w:r>
    </w:p>
    <w:p w14:paraId="36169902" w14:textId="77777777" w:rsidR="005A0029" w:rsidRDefault="00F83EB4">
      <w:pPr>
        <w:pStyle w:val="Heading1"/>
      </w:pPr>
      <w:r>
        <w:lastRenderedPageBreak/>
        <w:t>CHOOSING PEACE ON PURPOSE: End-of-Month Reflection</w:t>
      </w:r>
    </w:p>
    <w:p w14:paraId="1BF89F8C" w14:textId="77777777" w:rsidR="005A0029" w:rsidRDefault="00F83EB4">
      <w:pPr>
        <w:pStyle w:val="Heading3"/>
      </w:pPr>
      <w:r>
        <w:t>What changed within me this month?</w:t>
      </w:r>
    </w:p>
    <w:p w14:paraId="2C0D6BB8" w14:textId="77777777" w:rsidR="005A0029" w:rsidRDefault="00F83EB4">
      <w:pPr>
        <w:spacing w:after="60"/>
      </w:pPr>
      <w:r>
        <w:rPr>
          <w:color w:val="B4B4B4"/>
          <w:sz w:val="16"/>
        </w:rPr>
        <w:t>________________________________________________________</w:t>
      </w:r>
    </w:p>
    <w:p w14:paraId="19EA2B9E" w14:textId="77777777" w:rsidR="005A0029" w:rsidRDefault="00F83EB4">
      <w:pPr>
        <w:spacing w:after="60"/>
      </w:pPr>
      <w:r>
        <w:rPr>
          <w:color w:val="B4B4B4"/>
          <w:sz w:val="16"/>
        </w:rPr>
        <w:t>________________________________________________________</w:t>
      </w:r>
    </w:p>
    <w:p w14:paraId="47980199" w14:textId="77777777" w:rsidR="005A0029" w:rsidRDefault="00F83EB4">
      <w:pPr>
        <w:pStyle w:val="Heading3"/>
      </w:pPr>
      <w:r>
        <w:t>Which practice helped me most?</w:t>
      </w:r>
    </w:p>
    <w:p w14:paraId="2D822313" w14:textId="77777777" w:rsidR="005A0029" w:rsidRDefault="00F83EB4">
      <w:pPr>
        <w:spacing w:after="60"/>
      </w:pPr>
      <w:r>
        <w:rPr>
          <w:color w:val="B4B4B4"/>
          <w:sz w:val="16"/>
        </w:rPr>
        <w:t>________________________________________________________</w:t>
      </w:r>
    </w:p>
    <w:p w14:paraId="7488573B" w14:textId="77777777" w:rsidR="005A0029" w:rsidRDefault="00F83EB4">
      <w:pPr>
        <w:spacing w:after="60"/>
      </w:pPr>
      <w:r>
        <w:rPr>
          <w:color w:val="B4B4B4"/>
          <w:sz w:val="16"/>
        </w:rPr>
        <w:t>________________________________________________________</w:t>
      </w:r>
    </w:p>
    <w:p w14:paraId="2D876FA4" w14:textId="77777777" w:rsidR="005A0029" w:rsidRDefault="00F83EB4">
      <w:pPr>
        <w:pStyle w:val="Heading3"/>
      </w:pPr>
      <w:r>
        <w:t>Which Scripture became an anchor?</w:t>
      </w:r>
    </w:p>
    <w:p w14:paraId="3FD2AE23" w14:textId="77777777" w:rsidR="005A0029" w:rsidRDefault="00F83EB4">
      <w:pPr>
        <w:spacing w:after="60"/>
      </w:pPr>
      <w:r>
        <w:rPr>
          <w:color w:val="B4B4B4"/>
          <w:sz w:val="16"/>
        </w:rPr>
        <w:t>________________________________________________________</w:t>
      </w:r>
    </w:p>
    <w:p w14:paraId="106F3A1A" w14:textId="77777777" w:rsidR="005A0029" w:rsidRDefault="00F83EB4">
      <w:pPr>
        <w:spacing w:after="60"/>
      </w:pPr>
      <w:r>
        <w:rPr>
          <w:color w:val="B4B4B4"/>
          <w:sz w:val="16"/>
        </w:rPr>
        <w:t>________________________________________________________</w:t>
      </w:r>
    </w:p>
    <w:p w14:paraId="1614B291" w14:textId="77777777" w:rsidR="005A0029" w:rsidRDefault="00F83EB4">
      <w:pPr>
        <w:pStyle w:val="Heading3"/>
      </w:pPr>
      <w:r>
        <w:t>What am I ready to release?</w:t>
      </w:r>
    </w:p>
    <w:p w14:paraId="33132437" w14:textId="77777777" w:rsidR="005A0029" w:rsidRDefault="00F83EB4">
      <w:pPr>
        <w:spacing w:after="60"/>
      </w:pPr>
      <w:r>
        <w:rPr>
          <w:color w:val="B4B4B4"/>
          <w:sz w:val="16"/>
        </w:rPr>
        <w:t>________________________________________________________</w:t>
      </w:r>
    </w:p>
    <w:p w14:paraId="00612D06" w14:textId="77777777" w:rsidR="005A0029" w:rsidRDefault="00F83EB4">
      <w:pPr>
        <w:spacing w:after="60"/>
      </w:pPr>
      <w:r>
        <w:rPr>
          <w:color w:val="B4B4B4"/>
          <w:sz w:val="16"/>
        </w:rPr>
        <w:t>________________________________________________________</w:t>
      </w:r>
    </w:p>
    <w:p w14:paraId="2B08E6E5" w14:textId="77777777" w:rsidR="005A0029" w:rsidRDefault="00F83EB4">
      <w:pPr>
        <w:pStyle w:val="Heading3"/>
      </w:pPr>
      <w:r>
        <w:t>What will I carry into the next month?</w:t>
      </w:r>
    </w:p>
    <w:p w14:paraId="0F8E9D03" w14:textId="77777777" w:rsidR="005A0029" w:rsidRDefault="00F83EB4">
      <w:pPr>
        <w:spacing w:after="60"/>
      </w:pPr>
      <w:r>
        <w:rPr>
          <w:color w:val="B4B4B4"/>
          <w:sz w:val="16"/>
        </w:rPr>
        <w:t>________________________________________________________</w:t>
      </w:r>
    </w:p>
    <w:p w14:paraId="6D2A3854" w14:textId="77777777" w:rsidR="005A0029" w:rsidRDefault="00F83EB4">
      <w:pPr>
        <w:spacing w:after="60"/>
      </w:pPr>
      <w:r>
        <w:rPr>
          <w:color w:val="B4B4B4"/>
          <w:sz w:val="16"/>
        </w:rPr>
        <w:t>________________________________________________________</w:t>
      </w:r>
    </w:p>
    <w:p w14:paraId="07BFF038" w14:textId="77777777" w:rsidR="005A0029" w:rsidRDefault="00F83EB4">
      <w:r>
        <w:br w:type="page"/>
      </w:r>
    </w:p>
    <w:p w14:paraId="696F5800" w14:textId="77777777" w:rsidR="005A0029" w:rsidRDefault="00F83EB4">
      <w:pPr>
        <w:pStyle w:val="Heading2"/>
      </w:pPr>
      <w:r>
        <w:lastRenderedPageBreak/>
        <w:t>MONTH ELEVEN</w:t>
      </w:r>
    </w:p>
    <w:p w14:paraId="6F8FF906" w14:textId="77777777" w:rsidR="005A0029" w:rsidRDefault="00F83EB4">
      <w:pPr>
        <w:jc w:val="center"/>
      </w:pPr>
      <w:r>
        <w:rPr>
          <w:b/>
          <w:color w:val="17324D"/>
          <w:sz w:val="48"/>
        </w:rPr>
        <w:t>FAITH IN THE MIDST OF THE CHAOS</w:t>
      </w:r>
    </w:p>
    <w:p w14:paraId="01515325" w14:textId="77777777" w:rsidR="005A0029" w:rsidRDefault="00F83EB4">
      <w:pPr>
        <w:jc w:val="center"/>
      </w:pPr>
      <w:r>
        <w:rPr>
          <w:i/>
          <w:color w:val="B08D3A"/>
          <w:sz w:val="24"/>
        </w:rPr>
        <w:t>Prayer, Scripture, and the Strength to Endure</w:t>
      </w:r>
    </w:p>
    <w:p w14:paraId="27EF5E93" w14:textId="77777777" w:rsidR="005A0029" w:rsidRDefault="00F83EB4">
      <w:pPr>
        <w:jc w:val="center"/>
      </w:pPr>
      <w:r>
        <w:rPr>
          <w:color w:val="B08D3A"/>
          <w:sz w:val="24"/>
        </w:rPr>
        <w:t>—  ◆  —</w:t>
      </w:r>
    </w:p>
    <w:p w14:paraId="250C06B8" w14:textId="77777777" w:rsidR="005A0029" w:rsidRDefault="00F83EB4">
      <w:r>
        <w:t>Monthly intention: Spend these thirty days practicing prayer, scripture, and the strength to endure. Notice patterns without condemnation, return to Scripture, and choose one faithful practice at a time.</w:t>
      </w:r>
    </w:p>
    <w:p w14:paraId="596A939A" w14:textId="77777777" w:rsidR="005A0029" w:rsidRDefault="00F83EB4">
      <w:pPr>
        <w:pStyle w:val="Heading2"/>
      </w:pPr>
      <w:r>
        <w:t>Monthly Check-In</w:t>
      </w:r>
    </w:p>
    <w:p w14:paraId="68AD5977" w14:textId="77777777" w:rsidR="005A0029" w:rsidRDefault="00F83EB4">
      <w:r>
        <w:t>What feels heaviest as I begin this month?</w:t>
      </w:r>
    </w:p>
    <w:p w14:paraId="5D4E1C92" w14:textId="77777777" w:rsidR="005A0029" w:rsidRDefault="00F83EB4">
      <w:pPr>
        <w:spacing w:after="60"/>
      </w:pPr>
      <w:r>
        <w:rPr>
          <w:color w:val="B4B4B4"/>
          <w:sz w:val="16"/>
        </w:rPr>
        <w:t>________________________________________________________</w:t>
      </w:r>
    </w:p>
    <w:p w14:paraId="18AAEDED" w14:textId="77777777" w:rsidR="005A0029" w:rsidRDefault="00F83EB4">
      <w:pPr>
        <w:spacing w:after="60"/>
      </w:pPr>
      <w:r>
        <w:rPr>
          <w:color w:val="B4B4B4"/>
          <w:sz w:val="16"/>
        </w:rPr>
        <w:t>________________________________________________________</w:t>
      </w:r>
    </w:p>
    <w:p w14:paraId="70764B40" w14:textId="77777777" w:rsidR="005A0029" w:rsidRDefault="00F83EB4">
      <w:r>
        <w:t>What kind of peace am I asking God to cultivate in me?</w:t>
      </w:r>
    </w:p>
    <w:p w14:paraId="0531D243" w14:textId="77777777" w:rsidR="005A0029" w:rsidRDefault="00F83EB4">
      <w:pPr>
        <w:spacing w:after="60"/>
      </w:pPr>
      <w:r>
        <w:rPr>
          <w:color w:val="B4B4B4"/>
          <w:sz w:val="16"/>
        </w:rPr>
        <w:t>________________________________________________________</w:t>
      </w:r>
    </w:p>
    <w:p w14:paraId="635BF921" w14:textId="77777777" w:rsidR="005A0029" w:rsidRDefault="00F83EB4">
      <w:pPr>
        <w:spacing w:after="60"/>
      </w:pPr>
      <w:r>
        <w:rPr>
          <w:color w:val="B4B4B4"/>
          <w:sz w:val="16"/>
        </w:rPr>
        <w:t>________________________________________________________</w:t>
      </w:r>
    </w:p>
    <w:p w14:paraId="5A7147F2" w14:textId="77777777" w:rsidR="005A0029" w:rsidRDefault="00F83EB4">
      <w:r>
        <w:br w:type="page"/>
      </w:r>
    </w:p>
    <w:p w14:paraId="46E1EA67" w14:textId="77777777" w:rsidR="005A0029" w:rsidRDefault="00F83EB4">
      <w:pPr>
        <w:pStyle w:val="Heading2"/>
      </w:pPr>
      <w:r>
        <w:lastRenderedPageBreak/>
        <w:t>DAY 1</w:t>
      </w:r>
    </w:p>
    <w:p w14:paraId="63EA42F0" w14:textId="77777777" w:rsidR="005A0029" w:rsidRDefault="00F83EB4">
      <w:pPr>
        <w:pStyle w:val="Heading1"/>
      </w:pPr>
      <w:r>
        <w:t>Faith When You Cannot See</w:t>
      </w:r>
    </w:p>
    <w:p w14:paraId="2D16E301" w14:textId="77777777" w:rsidR="005A0029" w:rsidRDefault="00F83EB4">
      <w:r>
        <w:rPr>
          <w:b/>
          <w:color w:val="B08D3A"/>
        </w:rPr>
        <w:t xml:space="preserve">ANCHOR SCRIPTURE  </w:t>
      </w:r>
      <w:r>
        <w:t>Hebrews 11:1</w:t>
      </w:r>
    </w:p>
    <w:p w14:paraId="620F73D4" w14:textId="77777777" w:rsidR="005A0029" w:rsidRDefault="00F83EB4">
      <w:pPr>
        <w:pStyle w:val="Heading2"/>
      </w:pPr>
      <w:r>
        <w:t>Guided Reflection</w:t>
      </w:r>
    </w:p>
    <w:p w14:paraId="05DB7D63" w14:textId="77777777" w:rsidR="005A0029" w:rsidRDefault="00F83EB4">
      <w:r>
        <w:t>Today, consider what “faith when you cannot see”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w:t>
      </w:r>
      <w:r>
        <w:t>hen truth is practiced repeatedly, especially when circumstances remain unresolved.</w:t>
      </w:r>
    </w:p>
    <w:p w14:paraId="5065EB9F" w14:textId="77777777" w:rsidR="005A0029" w:rsidRDefault="00F83EB4">
      <w:pPr>
        <w:pStyle w:val="Heading2"/>
      </w:pPr>
      <w:r>
        <w:t>Pause &amp; Notice</w:t>
      </w:r>
    </w:p>
    <w:p w14:paraId="710D167D" w14:textId="77777777" w:rsidR="005A0029" w:rsidRDefault="00F83EB4">
      <w:r>
        <w:t>What is this theme revealing about my heart, thoughts, relationships, or current circumstances today?</w:t>
      </w:r>
    </w:p>
    <w:p w14:paraId="1E24B08C" w14:textId="77777777" w:rsidR="005A0029" w:rsidRDefault="00F83EB4">
      <w:pPr>
        <w:pStyle w:val="Heading2"/>
      </w:pPr>
      <w:r>
        <w:t>Peace Practice</w:t>
      </w:r>
    </w:p>
    <w:p w14:paraId="0095BD82" w14:textId="77777777" w:rsidR="005A0029" w:rsidRDefault="00F83EB4">
      <w:r>
        <w:t>Sit quietly for three minutes. Name what you feel without judging it. Then write one truth you want to carry into the day.</w:t>
      </w:r>
    </w:p>
    <w:p w14:paraId="0B93E51E" w14:textId="77777777" w:rsidR="005A0029" w:rsidRDefault="00F83EB4">
      <w:pPr>
        <w:pStyle w:val="Heading2"/>
      </w:pPr>
      <w:r>
        <w:t>My Thoughts &amp; Prayers</w:t>
      </w:r>
    </w:p>
    <w:p w14:paraId="43C96EEA" w14:textId="77777777" w:rsidR="005A0029" w:rsidRDefault="00F83EB4">
      <w:pPr>
        <w:spacing w:after="60"/>
      </w:pPr>
      <w:r>
        <w:rPr>
          <w:color w:val="B4B4B4"/>
          <w:sz w:val="16"/>
        </w:rPr>
        <w:t>________________________________________________________</w:t>
      </w:r>
    </w:p>
    <w:p w14:paraId="21B0E322" w14:textId="77777777" w:rsidR="005A0029" w:rsidRDefault="00F83EB4">
      <w:pPr>
        <w:spacing w:after="60"/>
      </w:pPr>
      <w:r>
        <w:rPr>
          <w:color w:val="B4B4B4"/>
          <w:sz w:val="16"/>
        </w:rPr>
        <w:t>________________________________________________________</w:t>
      </w:r>
    </w:p>
    <w:p w14:paraId="1A066286" w14:textId="77777777" w:rsidR="005A0029" w:rsidRDefault="00F83EB4">
      <w:pPr>
        <w:spacing w:after="60"/>
      </w:pPr>
      <w:r>
        <w:rPr>
          <w:color w:val="B4B4B4"/>
          <w:sz w:val="16"/>
        </w:rPr>
        <w:t>________________________________________________________</w:t>
      </w:r>
    </w:p>
    <w:p w14:paraId="01FE79FD" w14:textId="77777777" w:rsidR="005A0029" w:rsidRDefault="00F83EB4">
      <w:pPr>
        <w:spacing w:after="60"/>
      </w:pPr>
      <w:r>
        <w:rPr>
          <w:color w:val="B4B4B4"/>
          <w:sz w:val="16"/>
        </w:rPr>
        <w:t>________________________________________________________</w:t>
      </w:r>
    </w:p>
    <w:p w14:paraId="1A9A8114" w14:textId="77777777" w:rsidR="005A0029" w:rsidRDefault="00F83EB4">
      <w:pPr>
        <w:spacing w:after="60"/>
      </w:pPr>
      <w:r>
        <w:rPr>
          <w:color w:val="B4B4B4"/>
          <w:sz w:val="16"/>
        </w:rPr>
        <w:t>________________________________________________________</w:t>
      </w:r>
    </w:p>
    <w:p w14:paraId="3456AF84" w14:textId="77777777" w:rsidR="005A0029" w:rsidRDefault="00F83EB4">
      <w:pPr>
        <w:pStyle w:val="Heading2"/>
      </w:pPr>
      <w:r>
        <w:t>Prayer</w:t>
      </w:r>
    </w:p>
    <w:p w14:paraId="7C981DDC" w14:textId="77777777" w:rsidR="005A0029" w:rsidRDefault="00F83EB4">
      <w:r>
        <w:t>Father, meet me in this practice of faith when you cannot see.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2BE88FD" w14:textId="77777777" w:rsidR="005A0029" w:rsidRDefault="00F83EB4">
      <w:r>
        <w:rPr>
          <w:b/>
          <w:color w:val="B08D3A"/>
        </w:rPr>
        <w:lastRenderedPageBreak/>
        <w:t xml:space="preserve">TODAY'S DECLARATION  </w:t>
      </w:r>
      <w:r>
        <w:t>I will meet faith when you cannot see with truth, faith, and practiced peace.</w:t>
      </w:r>
    </w:p>
    <w:p w14:paraId="129A4CB9" w14:textId="77777777" w:rsidR="005A0029" w:rsidRDefault="00F83EB4">
      <w:r>
        <w:br w:type="page"/>
      </w:r>
    </w:p>
    <w:p w14:paraId="447DFD98" w14:textId="77777777" w:rsidR="005A0029" w:rsidRDefault="00F83EB4">
      <w:pPr>
        <w:pStyle w:val="Heading2"/>
      </w:pPr>
      <w:r>
        <w:lastRenderedPageBreak/>
        <w:t>DAY 2</w:t>
      </w:r>
    </w:p>
    <w:p w14:paraId="30768663" w14:textId="77777777" w:rsidR="005A0029" w:rsidRDefault="00F83EB4">
      <w:pPr>
        <w:pStyle w:val="Heading1"/>
      </w:pPr>
      <w:r>
        <w:t>The Anchor of Scripture</w:t>
      </w:r>
    </w:p>
    <w:p w14:paraId="4E0E5975" w14:textId="77777777" w:rsidR="005A0029" w:rsidRDefault="00F83EB4">
      <w:r>
        <w:rPr>
          <w:b/>
          <w:color w:val="B08D3A"/>
        </w:rPr>
        <w:t xml:space="preserve">ANCHOR SCRIPTURE  </w:t>
      </w:r>
      <w:r>
        <w:t>Psalm 119:105</w:t>
      </w:r>
    </w:p>
    <w:p w14:paraId="178AC103" w14:textId="77777777" w:rsidR="005A0029" w:rsidRDefault="00F83EB4">
      <w:pPr>
        <w:pStyle w:val="Heading2"/>
      </w:pPr>
      <w:r>
        <w:t>Guided Reflection</w:t>
      </w:r>
    </w:p>
    <w:p w14:paraId="411B4BF5" w14:textId="77777777" w:rsidR="005A0029" w:rsidRDefault="00F83EB4">
      <w:r>
        <w:t>Today, consider what “the anchor of scripture”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whe</w:t>
      </w:r>
      <w:r>
        <w:t>n truth is practiced repeatedly, especially when circumstances remain unresolved.</w:t>
      </w:r>
    </w:p>
    <w:p w14:paraId="4F3DD4DD" w14:textId="77777777" w:rsidR="005A0029" w:rsidRDefault="00F83EB4">
      <w:pPr>
        <w:pStyle w:val="Heading2"/>
      </w:pPr>
      <w:r>
        <w:t>Pause &amp; Notice</w:t>
      </w:r>
    </w:p>
    <w:p w14:paraId="121BFA7B" w14:textId="77777777" w:rsidR="005A0029" w:rsidRDefault="00F83EB4">
      <w:r>
        <w:t>What is this theme revealing about my heart, thoughts, relationships, or current circumstances today?</w:t>
      </w:r>
    </w:p>
    <w:p w14:paraId="5664EC24" w14:textId="77777777" w:rsidR="005A0029" w:rsidRDefault="00F83EB4">
      <w:pPr>
        <w:pStyle w:val="Heading2"/>
      </w:pPr>
      <w:r>
        <w:t>Peace Practice</w:t>
      </w:r>
    </w:p>
    <w:p w14:paraId="78C40867" w14:textId="77777777" w:rsidR="005A0029" w:rsidRDefault="00F83EB4">
      <w:r>
        <w:t>Draw two columns: 'What I can control' and 'What I must release.' Place each concern in the appropriate column and pray over both.</w:t>
      </w:r>
    </w:p>
    <w:p w14:paraId="138343C4" w14:textId="77777777" w:rsidR="005A0029" w:rsidRDefault="00F83EB4">
      <w:pPr>
        <w:pStyle w:val="Heading2"/>
      </w:pPr>
      <w:r>
        <w:t>My Thoughts &amp; Prayers</w:t>
      </w:r>
    </w:p>
    <w:p w14:paraId="2DCB82DB" w14:textId="77777777" w:rsidR="005A0029" w:rsidRDefault="00F83EB4">
      <w:pPr>
        <w:spacing w:after="60"/>
      </w:pPr>
      <w:r>
        <w:rPr>
          <w:color w:val="B4B4B4"/>
          <w:sz w:val="16"/>
        </w:rPr>
        <w:t>________________________________________________________</w:t>
      </w:r>
    </w:p>
    <w:p w14:paraId="7367DE6D" w14:textId="77777777" w:rsidR="005A0029" w:rsidRDefault="00F83EB4">
      <w:pPr>
        <w:spacing w:after="60"/>
      </w:pPr>
      <w:r>
        <w:rPr>
          <w:color w:val="B4B4B4"/>
          <w:sz w:val="16"/>
        </w:rPr>
        <w:t>________________________________________________________</w:t>
      </w:r>
    </w:p>
    <w:p w14:paraId="72CCF7C0" w14:textId="77777777" w:rsidR="005A0029" w:rsidRDefault="00F83EB4">
      <w:pPr>
        <w:spacing w:after="60"/>
      </w:pPr>
      <w:r>
        <w:rPr>
          <w:color w:val="B4B4B4"/>
          <w:sz w:val="16"/>
        </w:rPr>
        <w:t>________________________________________________________</w:t>
      </w:r>
    </w:p>
    <w:p w14:paraId="3C498034" w14:textId="77777777" w:rsidR="005A0029" w:rsidRDefault="00F83EB4">
      <w:pPr>
        <w:spacing w:after="60"/>
      </w:pPr>
      <w:r>
        <w:rPr>
          <w:color w:val="B4B4B4"/>
          <w:sz w:val="16"/>
        </w:rPr>
        <w:t>________________________________________________________</w:t>
      </w:r>
    </w:p>
    <w:p w14:paraId="6AC823AE" w14:textId="77777777" w:rsidR="005A0029" w:rsidRDefault="00F83EB4">
      <w:pPr>
        <w:spacing w:after="60"/>
      </w:pPr>
      <w:r>
        <w:rPr>
          <w:color w:val="B4B4B4"/>
          <w:sz w:val="16"/>
        </w:rPr>
        <w:t>________________________________________________________</w:t>
      </w:r>
    </w:p>
    <w:p w14:paraId="1B0DAD6B" w14:textId="77777777" w:rsidR="005A0029" w:rsidRDefault="00F83EB4">
      <w:pPr>
        <w:pStyle w:val="Heading2"/>
      </w:pPr>
      <w:r>
        <w:t>Prayer</w:t>
      </w:r>
    </w:p>
    <w:p w14:paraId="76C2A83A" w14:textId="77777777" w:rsidR="005A0029" w:rsidRDefault="00F83EB4">
      <w:r>
        <w:t>Father, meet me in this practice of the anchor of scripture.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4BCA86A" w14:textId="77777777" w:rsidR="005A0029" w:rsidRDefault="00F83EB4">
      <w:r>
        <w:rPr>
          <w:b/>
          <w:color w:val="B08D3A"/>
        </w:rPr>
        <w:lastRenderedPageBreak/>
        <w:t xml:space="preserve">TODAY'S DECLARATION  </w:t>
      </w:r>
      <w:r>
        <w:t>I will meet the anchor of scripture with truth, faith, and practiced peace.</w:t>
      </w:r>
    </w:p>
    <w:p w14:paraId="7495C159" w14:textId="77777777" w:rsidR="005A0029" w:rsidRDefault="00F83EB4">
      <w:r>
        <w:br w:type="page"/>
      </w:r>
    </w:p>
    <w:p w14:paraId="3027612E" w14:textId="77777777" w:rsidR="005A0029" w:rsidRDefault="00F83EB4">
      <w:pPr>
        <w:pStyle w:val="Heading2"/>
      </w:pPr>
      <w:r>
        <w:lastRenderedPageBreak/>
        <w:t>DAY 3</w:t>
      </w:r>
    </w:p>
    <w:p w14:paraId="71C7E046" w14:textId="77777777" w:rsidR="005A0029" w:rsidRDefault="00F83EB4">
      <w:pPr>
        <w:pStyle w:val="Heading1"/>
      </w:pPr>
      <w:r>
        <w:t>Prayer When Words Fail</w:t>
      </w:r>
    </w:p>
    <w:p w14:paraId="1BF3D0F9" w14:textId="77777777" w:rsidR="005A0029" w:rsidRDefault="00F83EB4">
      <w:r>
        <w:rPr>
          <w:b/>
          <w:color w:val="B08D3A"/>
        </w:rPr>
        <w:t xml:space="preserve">ANCHOR SCRIPTURE  </w:t>
      </w:r>
      <w:r>
        <w:t>Romans 8:26</w:t>
      </w:r>
    </w:p>
    <w:p w14:paraId="73A49787" w14:textId="77777777" w:rsidR="005A0029" w:rsidRDefault="00F83EB4">
      <w:pPr>
        <w:pStyle w:val="Heading2"/>
      </w:pPr>
      <w:r>
        <w:t>Guided Reflection</w:t>
      </w:r>
    </w:p>
    <w:p w14:paraId="0C56034B" w14:textId="77777777" w:rsidR="005A0029" w:rsidRDefault="00F83EB4">
      <w:r>
        <w:t>Today, consider what “prayer when words fail”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when</w:t>
      </w:r>
      <w:r>
        <w:t xml:space="preserve"> truth is practiced repeatedly, especially when circumstances remain unresolved.</w:t>
      </w:r>
    </w:p>
    <w:p w14:paraId="5AC9016D" w14:textId="77777777" w:rsidR="005A0029" w:rsidRDefault="00F83EB4">
      <w:pPr>
        <w:pStyle w:val="Heading2"/>
      </w:pPr>
      <w:r>
        <w:t>Pause &amp; Notice</w:t>
      </w:r>
    </w:p>
    <w:p w14:paraId="6C48A0BD" w14:textId="77777777" w:rsidR="005A0029" w:rsidRDefault="00F83EB4">
      <w:r>
        <w:t>What is this theme revealing about my heart, thoughts, relationships, or current circumstances today?</w:t>
      </w:r>
    </w:p>
    <w:p w14:paraId="394B7350" w14:textId="77777777" w:rsidR="005A0029" w:rsidRDefault="00F83EB4">
      <w:pPr>
        <w:pStyle w:val="Heading2"/>
      </w:pPr>
      <w:r>
        <w:t>Peace Practice</w:t>
      </w:r>
    </w:p>
    <w:p w14:paraId="1E939942" w14:textId="77777777" w:rsidR="005A0029" w:rsidRDefault="00F83EB4">
      <w:r>
        <w:t>Take five slow breaths. With each inhale, receive God's presence; with each exhale, release one pressure you have been carrying.</w:t>
      </w:r>
    </w:p>
    <w:p w14:paraId="1F6B409C" w14:textId="77777777" w:rsidR="005A0029" w:rsidRDefault="00F83EB4">
      <w:pPr>
        <w:pStyle w:val="Heading2"/>
      </w:pPr>
      <w:r>
        <w:t>My Thoughts &amp; Prayers</w:t>
      </w:r>
    </w:p>
    <w:p w14:paraId="709A6D05" w14:textId="77777777" w:rsidR="005A0029" w:rsidRDefault="00F83EB4">
      <w:pPr>
        <w:spacing w:after="60"/>
      </w:pPr>
      <w:r>
        <w:rPr>
          <w:color w:val="B4B4B4"/>
          <w:sz w:val="16"/>
        </w:rPr>
        <w:t>________________________________________________________</w:t>
      </w:r>
    </w:p>
    <w:p w14:paraId="6F555C8A" w14:textId="77777777" w:rsidR="005A0029" w:rsidRDefault="00F83EB4">
      <w:pPr>
        <w:spacing w:after="60"/>
      </w:pPr>
      <w:r>
        <w:rPr>
          <w:color w:val="B4B4B4"/>
          <w:sz w:val="16"/>
        </w:rPr>
        <w:t>________________________________________________________</w:t>
      </w:r>
    </w:p>
    <w:p w14:paraId="38CC0090" w14:textId="77777777" w:rsidR="005A0029" w:rsidRDefault="00F83EB4">
      <w:pPr>
        <w:spacing w:after="60"/>
      </w:pPr>
      <w:r>
        <w:rPr>
          <w:color w:val="B4B4B4"/>
          <w:sz w:val="16"/>
        </w:rPr>
        <w:t>________________________________________________________</w:t>
      </w:r>
    </w:p>
    <w:p w14:paraId="053E537B" w14:textId="77777777" w:rsidR="005A0029" w:rsidRDefault="00F83EB4">
      <w:pPr>
        <w:spacing w:after="60"/>
      </w:pPr>
      <w:r>
        <w:rPr>
          <w:color w:val="B4B4B4"/>
          <w:sz w:val="16"/>
        </w:rPr>
        <w:t>________________________________________________________</w:t>
      </w:r>
    </w:p>
    <w:p w14:paraId="43154DE1" w14:textId="77777777" w:rsidR="005A0029" w:rsidRDefault="00F83EB4">
      <w:pPr>
        <w:spacing w:after="60"/>
      </w:pPr>
      <w:r>
        <w:rPr>
          <w:color w:val="B4B4B4"/>
          <w:sz w:val="16"/>
        </w:rPr>
        <w:t>________________________________________________________</w:t>
      </w:r>
    </w:p>
    <w:p w14:paraId="2359936C" w14:textId="77777777" w:rsidR="005A0029" w:rsidRDefault="00F83EB4">
      <w:pPr>
        <w:pStyle w:val="Heading2"/>
      </w:pPr>
      <w:r>
        <w:t>Prayer</w:t>
      </w:r>
    </w:p>
    <w:p w14:paraId="3E79522D" w14:textId="77777777" w:rsidR="005A0029" w:rsidRDefault="00F83EB4">
      <w:r>
        <w:t>Father, meet me in this practice of prayer when words fail.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F526E2D" w14:textId="77777777" w:rsidR="005A0029" w:rsidRDefault="00F83EB4">
      <w:r>
        <w:rPr>
          <w:b/>
          <w:color w:val="B08D3A"/>
        </w:rPr>
        <w:lastRenderedPageBreak/>
        <w:t xml:space="preserve">TODAY'S DECLARATION  </w:t>
      </w:r>
      <w:r>
        <w:t>I will meet prayer when words fail with truth, faith, and practiced peace.</w:t>
      </w:r>
    </w:p>
    <w:p w14:paraId="2859886B" w14:textId="77777777" w:rsidR="005A0029" w:rsidRDefault="00F83EB4">
      <w:r>
        <w:br w:type="page"/>
      </w:r>
    </w:p>
    <w:p w14:paraId="0DD34312" w14:textId="77777777" w:rsidR="005A0029" w:rsidRDefault="00F83EB4">
      <w:pPr>
        <w:pStyle w:val="Heading2"/>
      </w:pPr>
      <w:r>
        <w:lastRenderedPageBreak/>
        <w:t>DAY 4</w:t>
      </w:r>
    </w:p>
    <w:p w14:paraId="7CC0C6FA" w14:textId="77777777" w:rsidR="005A0029" w:rsidRDefault="00F83EB4">
      <w:pPr>
        <w:pStyle w:val="Heading1"/>
      </w:pPr>
      <w:r>
        <w:t>When God Feels Silent</w:t>
      </w:r>
    </w:p>
    <w:p w14:paraId="0A9E62EE" w14:textId="77777777" w:rsidR="005A0029" w:rsidRDefault="00F83EB4">
      <w:r>
        <w:rPr>
          <w:b/>
          <w:color w:val="B08D3A"/>
        </w:rPr>
        <w:t xml:space="preserve">ANCHOR SCRIPTURE  </w:t>
      </w:r>
      <w:r>
        <w:t>Psalm 13:1</w:t>
      </w:r>
    </w:p>
    <w:p w14:paraId="7945EC8B" w14:textId="77777777" w:rsidR="005A0029" w:rsidRDefault="00F83EB4">
      <w:pPr>
        <w:pStyle w:val="Heading2"/>
      </w:pPr>
      <w:r>
        <w:t>Guided Reflection</w:t>
      </w:r>
    </w:p>
    <w:p w14:paraId="0A909785" w14:textId="77777777" w:rsidR="005A0029" w:rsidRDefault="00F83EB4">
      <w:r>
        <w:t xml:space="preserve">Today, consider what “when god feels silent”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68118914" w14:textId="77777777" w:rsidR="005A0029" w:rsidRDefault="00F83EB4">
      <w:pPr>
        <w:pStyle w:val="Heading2"/>
      </w:pPr>
      <w:r>
        <w:t>Pause &amp; Notice</w:t>
      </w:r>
    </w:p>
    <w:p w14:paraId="03C4B436" w14:textId="77777777" w:rsidR="005A0029" w:rsidRDefault="00F83EB4">
      <w:r>
        <w:t>What is this theme revealing about my heart, thoughts, relationships, or current circumstances today?</w:t>
      </w:r>
    </w:p>
    <w:p w14:paraId="2C423D55" w14:textId="77777777" w:rsidR="005A0029" w:rsidRDefault="00F83EB4">
      <w:pPr>
        <w:pStyle w:val="Heading2"/>
      </w:pPr>
      <w:r>
        <w:t>Peace Practice</w:t>
      </w:r>
    </w:p>
    <w:p w14:paraId="0437A4D3" w14:textId="77777777" w:rsidR="005A0029" w:rsidRDefault="00F83EB4">
      <w:r>
        <w:t>Write one recurring fearful thought. Under it, write a Scripture-shaped response that is more truthful and life-giving.</w:t>
      </w:r>
    </w:p>
    <w:p w14:paraId="65BAD5F1" w14:textId="77777777" w:rsidR="005A0029" w:rsidRDefault="00F83EB4">
      <w:pPr>
        <w:pStyle w:val="Heading2"/>
      </w:pPr>
      <w:r>
        <w:t>My Thoughts &amp; Prayers</w:t>
      </w:r>
    </w:p>
    <w:p w14:paraId="4BAE6D98" w14:textId="77777777" w:rsidR="005A0029" w:rsidRDefault="00F83EB4">
      <w:pPr>
        <w:spacing w:after="60"/>
      </w:pPr>
      <w:r>
        <w:rPr>
          <w:color w:val="B4B4B4"/>
          <w:sz w:val="16"/>
        </w:rPr>
        <w:t>________________________________________________________</w:t>
      </w:r>
    </w:p>
    <w:p w14:paraId="7DAF4166" w14:textId="77777777" w:rsidR="005A0029" w:rsidRDefault="00F83EB4">
      <w:pPr>
        <w:spacing w:after="60"/>
      </w:pPr>
      <w:r>
        <w:rPr>
          <w:color w:val="B4B4B4"/>
          <w:sz w:val="16"/>
        </w:rPr>
        <w:t>________________________________________________________</w:t>
      </w:r>
    </w:p>
    <w:p w14:paraId="476CD672" w14:textId="77777777" w:rsidR="005A0029" w:rsidRDefault="00F83EB4">
      <w:pPr>
        <w:spacing w:after="60"/>
      </w:pPr>
      <w:r>
        <w:rPr>
          <w:color w:val="B4B4B4"/>
          <w:sz w:val="16"/>
        </w:rPr>
        <w:t>________________________________________________________</w:t>
      </w:r>
    </w:p>
    <w:p w14:paraId="356BBEF0" w14:textId="77777777" w:rsidR="005A0029" w:rsidRDefault="00F83EB4">
      <w:pPr>
        <w:spacing w:after="60"/>
      </w:pPr>
      <w:r>
        <w:rPr>
          <w:color w:val="B4B4B4"/>
          <w:sz w:val="16"/>
        </w:rPr>
        <w:t>________________________________________________________</w:t>
      </w:r>
    </w:p>
    <w:p w14:paraId="0188C9C5" w14:textId="77777777" w:rsidR="005A0029" w:rsidRDefault="00F83EB4">
      <w:pPr>
        <w:spacing w:after="60"/>
      </w:pPr>
      <w:r>
        <w:rPr>
          <w:color w:val="B4B4B4"/>
          <w:sz w:val="16"/>
        </w:rPr>
        <w:t>________________________________________________________</w:t>
      </w:r>
    </w:p>
    <w:p w14:paraId="77B1301A" w14:textId="77777777" w:rsidR="005A0029" w:rsidRDefault="00F83EB4">
      <w:pPr>
        <w:pStyle w:val="Heading2"/>
      </w:pPr>
      <w:r>
        <w:t>Prayer</w:t>
      </w:r>
    </w:p>
    <w:p w14:paraId="638F55B9" w14:textId="77777777" w:rsidR="005A0029" w:rsidRDefault="00F83EB4">
      <w:r>
        <w:t>Father, meet me in this practice of when god feels silent.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CD87E64" w14:textId="77777777" w:rsidR="005A0029" w:rsidRDefault="00F83EB4">
      <w:r>
        <w:rPr>
          <w:b/>
          <w:color w:val="B08D3A"/>
        </w:rPr>
        <w:lastRenderedPageBreak/>
        <w:t xml:space="preserve">TODAY'S DECLARATION  </w:t>
      </w:r>
      <w:r>
        <w:t>I will meet when god feels silent with truth, faith, and practiced peace.</w:t>
      </w:r>
    </w:p>
    <w:p w14:paraId="6875702F" w14:textId="77777777" w:rsidR="005A0029" w:rsidRDefault="00F83EB4">
      <w:r>
        <w:br w:type="page"/>
      </w:r>
    </w:p>
    <w:p w14:paraId="7C5D9B34" w14:textId="77777777" w:rsidR="005A0029" w:rsidRDefault="00F83EB4">
      <w:pPr>
        <w:pStyle w:val="Heading2"/>
      </w:pPr>
      <w:r>
        <w:lastRenderedPageBreak/>
        <w:t>DAY 5</w:t>
      </w:r>
    </w:p>
    <w:p w14:paraId="2E181BD1" w14:textId="77777777" w:rsidR="005A0029" w:rsidRDefault="00F83EB4">
      <w:pPr>
        <w:pStyle w:val="Heading1"/>
      </w:pPr>
      <w:r>
        <w:t>Faith and Fear Can Meet</w:t>
      </w:r>
    </w:p>
    <w:p w14:paraId="6DEFF990" w14:textId="77777777" w:rsidR="005A0029" w:rsidRDefault="00F83EB4">
      <w:r>
        <w:rPr>
          <w:b/>
          <w:color w:val="B08D3A"/>
        </w:rPr>
        <w:t xml:space="preserve">ANCHOR SCRIPTURE  </w:t>
      </w:r>
      <w:r>
        <w:t>Mark 9:24</w:t>
      </w:r>
    </w:p>
    <w:p w14:paraId="2A4604F2" w14:textId="77777777" w:rsidR="005A0029" w:rsidRDefault="00F83EB4">
      <w:pPr>
        <w:pStyle w:val="Heading2"/>
      </w:pPr>
      <w:r>
        <w:t>Guided Reflection</w:t>
      </w:r>
    </w:p>
    <w:p w14:paraId="5B3886AA" w14:textId="77777777" w:rsidR="005A0029" w:rsidRDefault="00F83EB4">
      <w:r>
        <w:t>Today, consider what “faith and fear can meet”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whe</w:t>
      </w:r>
      <w:r>
        <w:t>n truth is practiced repeatedly, especially when circumstances remain unresolved.</w:t>
      </w:r>
    </w:p>
    <w:p w14:paraId="2292FDED" w14:textId="77777777" w:rsidR="005A0029" w:rsidRDefault="00F83EB4">
      <w:pPr>
        <w:pStyle w:val="Heading2"/>
      </w:pPr>
      <w:r>
        <w:t>Pause &amp; Notice</w:t>
      </w:r>
    </w:p>
    <w:p w14:paraId="7C244296" w14:textId="77777777" w:rsidR="005A0029" w:rsidRDefault="00F83EB4">
      <w:r>
        <w:t>What is this theme revealing about my heart, thoughts, relationships, or current circumstances today?</w:t>
      </w:r>
    </w:p>
    <w:p w14:paraId="161B7E5D" w14:textId="77777777" w:rsidR="005A0029" w:rsidRDefault="00F83EB4">
      <w:pPr>
        <w:pStyle w:val="Heading2"/>
      </w:pPr>
      <w:r>
        <w:t>Peace Practice</w:t>
      </w:r>
    </w:p>
    <w:p w14:paraId="37CB71A7" w14:textId="77777777" w:rsidR="005A0029" w:rsidRDefault="00F83EB4">
      <w:r>
        <w:t>Identify one small action that would create greater peace today. Make it specific enough to complete before the day ends.</w:t>
      </w:r>
    </w:p>
    <w:p w14:paraId="12D3F288" w14:textId="77777777" w:rsidR="005A0029" w:rsidRDefault="00F83EB4">
      <w:pPr>
        <w:pStyle w:val="Heading2"/>
      </w:pPr>
      <w:r>
        <w:t>My Thoughts &amp; Prayers</w:t>
      </w:r>
    </w:p>
    <w:p w14:paraId="680BFD3B" w14:textId="77777777" w:rsidR="005A0029" w:rsidRDefault="00F83EB4">
      <w:pPr>
        <w:spacing w:after="60"/>
      </w:pPr>
      <w:r>
        <w:rPr>
          <w:color w:val="B4B4B4"/>
          <w:sz w:val="16"/>
        </w:rPr>
        <w:t>________________________________________________________</w:t>
      </w:r>
    </w:p>
    <w:p w14:paraId="2EFEB89F" w14:textId="77777777" w:rsidR="005A0029" w:rsidRDefault="00F83EB4">
      <w:pPr>
        <w:spacing w:after="60"/>
      </w:pPr>
      <w:r>
        <w:rPr>
          <w:color w:val="B4B4B4"/>
          <w:sz w:val="16"/>
        </w:rPr>
        <w:t>________________________________________________________</w:t>
      </w:r>
    </w:p>
    <w:p w14:paraId="7CFD6CB9" w14:textId="77777777" w:rsidR="005A0029" w:rsidRDefault="00F83EB4">
      <w:pPr>
        <w:spacing w:after="60"/>
      </w:pPr>
      <w:r>
        <w:rPr>
          <w:color w:val="B4B4B4"/>
          <w:sz w:val="16"/>
        </w:rPr>
        <w:t>________________________________________________________</w:t>
      </w:r>
    </w:p>
    <w:p w14:paraId="2140E18E" w14:textId="77777777" w:rsidR="005A0029" w:rsidRDefault="00F83EB4">
      <w:pPr>
        <w:spacing w:after="60"/>
      </w:pPr>
      <w:r>
        <w:rPr>
          <w:color w:val="B4B4B4"/>
          <w:sz w:val="16"/>
        </w:rPr>
        <w:t>________________________________________________________</w:t>
      </w:r>
    </w:p>
    <w:p w14:paraId="5119D13D" w14:textId="77777777" w:rsidR="005A0029" w:rsidRDefault="00F83EB4">
      <w:pPr>
        <w:spacing w:after="60"/>
      </w:pPr>
      <w:r>
        <w:rPr>
          <w:color w:val="B4B4B4"/>
          <w:sz w:val="16"/>
        </w:rPr>
        <w:t>________________________________________________________</w:t>
      </w:r>
    </w:p>
    <w:p w14:paraId="667CE407" w14:textId="77777777" w:rsidR="005A0029" w:rsidRDefault="00F83EB4">
      <w:pPr>
        <w:pStyle w:val="Heading2"/>
      </w:pPr>
      <w:r>
        <w:t>Prayer</w:t>
      </w:r>
    </w:p>
    <w:p w14:paraId="6044DCB3" w14:textId="77777777" w:rsidR="005A0029" w:rsidRDefault="00F83EB4">
      <w:r>
        <w:t>Father, meet me in this practice of faith and fear can meet.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CD3980B" w14:textId="77777777" w:rsidR="005A0029" w:rsidRDefault="00F83EB4">
      <w:r>
        <w:rPr>
          <w:b/>
          <w:color w:val="B08D3A"/>
        </w:rPr>
        <w:lastRenderedPageBreak/>
        <w:t xml:space="preserve">TODAY'S DECLARATION  </w:t>
      </w:r>
      <w:r>
        <w:t>I will meet faith and fear can meet with truth, faith, and practiced peace.</w:t>
      </w:r>
    </w:p>
    <w:p w14:paraId="6C7CAFBE" w14:textId="77777777" w:rsidR="005A0029" w:rsidRDefault="00F83EB4">
      <w:r>
        <w:br w:type="page"/>
      </w:r>
    </w:p>
    <w:p w14:paraId="066EEC63" w14:textId="77777777" w:rsidR="005A0029" w:rsidRDefault="00F83EB4">
      <w:pPr>
        <w:pStyle w:val="Heading2"/>
      </w:pPr>
      <w:r>
        <w:lastRenderedPageBreak/>
        <w:t>DAY 6</w:t>
      </w:r>
    </w:p>
    <w:p w14:paraId="686F35DA" w14:textId="77777777" w:rsidR="005A0029" w:rsidRDefault="00F83EB4">
      <w:pPr>
        <w:pStyle w:val="Heading1"/>
      </w:pPr>
      <w:r>
        <w:t>Trusting God's Character</w:t>
      </w:r>
    </w:p>
    <w:p w14:paraId="0D71ECA0" w14:textId="77777777" w:rsidR="005A0029" w:rsidRDefault="00F83EB4">
      <w:r>
        <w:rPr>
          <w:b/>
          <w:color w:val="B08D3A"/>
        </w:rPr>
        <w:t xml:space="preserve">ANCHOR SCRIPTURE  </w:t>
      </w:r>
      <w:r>
        <w:t>Proverbs 3:5</w:t>
      </w:r>
    </w:p>
    <w:p w14:paraId="668F7656" w14:textId="77777777" w:rsidR="005A0029" w:rsidRDefault="00F83EB4">
      <w:pPr>
        <w:pStyle w:val="Heading2"/>
      </w:pPr>
      <w:r>
        <w:t>Guided Reflection</w:t>
      </w:r>
    </w:p>
    <w:p w14:paraId="28BBB4A2" w14:textId="77777777" w:rsidR="005A0029" w:rsidRDefault="00F83EB4">
      <w:r>
        <w:t>Today, consider what “trusting god's character”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w:t>
      </w:r>
      <w:r>
        <w:t>en truth is practiced repeatedly, especially when circumstances remain unresolved.</w:t>
      </w:r>
    </w:p>
    <w:p w14:paraId="440D7A33" w14:textId="77777777" w:rsidR="005A0029" w:rsidRDefault="00F83EB4">
      <w:pPr>
        <w:pStyle w:val="Heading2"/>
      </w:pPr>
      <w:r>
        <w:t>Pause &amp; Notice</w:t>
      </w:r>
    </w:p>
    <w:p w14:paraId="5415DE14" w14:textId="77777777" w:rsidR="005A0029" w:rsidRDefault="00F83EB4">
      <w:r>
        <w:t>What is this theme revealing about my heart, thoughts, relationships, or current circumstances today?</w:t>
      </w:r>
    </w:p>
    <w:p w14:paraId="65F58027" w14:textId="77777777" w:rsidR="005A0029" w:rsidRDefault="00F83EB4">
      <w:pPr>
        <w:pStyle w:val="Heading2"/>
      </w:pPr>
      <w:r>
        <w:t>Peace Practice</w:t>
      </w:r>
    </w:p>
    <w:p w14:paraId="16423EAC" w14:textId="77777777" w:rsidR="005A0029" w:rsidRDefault="00F83EB4">
      <w:r>
        <w:t>Reach out to one trusted, mature person. Share one thing you have been carrying silently and allow yourself to receive support.</w:t>
      </w:r>
    </w:p>
    <w:p w14:paraId="066B128C" w14:textId="77777777" w:rsidR="005A0029" w:rsidRDefault="00F83EB4">
      <w:pPr>
        <w:pStyle w:val="Heading2"/>
      </w:pPr>
      <w:r>
        <w:t>My Thoughts &amp; Prayers</w:t>
      </w:r>
    </w:p>
    <w:p w14:paraId="54B331F7" w14:textId="77777777" w:rsidR="005A0029" w:rsidRDefault="00F83EB4">
      <w:pPr>
        <w:spacing w:after="60"/>
      </w:pPr>
      <w:r>
        <w:rPr>
          <w:color w:val="B4B4B4"/>
          <w:sz w:val="16"/>
        </w:rPr>
        <w:t>________________________________________________________</w:t>
      </w:r>
    </w:p>
    <w:p w14:paraId="7990B7E7" w14:textId="77777777" w:rsidR="005A0029" w:rsidRDefault="00F83EB4">
      <w:pPr>
        <w:spacing w:after="60"/>
      </w:pPr>
      <w:r>
        <w:rPr>
          <w:color w:val="B4B4B4"/>
          <w:sz w:val="16"/>
        </w:rPr>
        <w:t>________________________________________________________</w:t>
      </w:r>
    </w:p>
    <w:p w14:paraId="3FEC1DB1" w14:textId="77777777" w:rsidR="005A0029" w:rsidRDefault="00F83EB4">
      <w:pPr>
        <w:spacing w:after="60"/>
      </w:pPr>
      <w:r>
        <w:rPr>
          <w:color w:val="B4B4B4"/>
          <w:sz w:val="16"/>
        </w:rPr>
        <w:t>________________________________________________________</w:t>
      </w:r>
    </w:p>
    <w:p w14:paraId="603BE40B" w14:textId="77777777" w:rsidR="005A0029" w:rsidRDefault="00F83EB4">
      <w:pPr>
        <w:spacing w:after="60"/>
      </w:pPr>
      <w:r>
        <w:rPr>
          <w:color w:val="B4B4B4"/>
          <w:sz w:val="16"/>
        </w:rPr>
        <w:t>________________________________________________________</w:t>
      </w:r>
    </w:p>
    <w:p w14:paraId="74A8648B" w14:textId="77777777" w:rsidR="005A0029" w:rsidRDefault="00F83EB4">
      <w:pPr>
        <w:spacing w:after="60"/>
      </w:pPr>
      <w:r>
        <w:rPr>
          <w:color w:val="B4B4B4"/>
          <w:sz w:val="16"/>
        </w:rPr>
        <w:t>________________________________________________________</w:t>
      </w:r>
    </w:p>
    <w:p w14:paraId="7B260D92" w14:textId="77777777" w:rsidR="005A0029" w:rsidRDefault="00F83EB4">
      <w:pPr>
        <w:pStyle w:val="Heading2"/>
      </w:pPr>
      <w:r>
        <w:t>Prayer</w:t>
      </w:r>
    </w:p>
    <w:p w14:paraId="7DE39B96" w14:textId="77777777" w:rsidR="005A0029" w:rsidRDefault="00F83EB4">
      <w:r>
        <w:t>Father, meet me in this practice of trusting god's character.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FD4CBF2" w14:textId="77777777" w:rsidR="005A0029" w:rsidRDefault="00F83EB4">
      <w:r>
        <w:rPr>
          <w:b/>
          <w:color w:val="B08D3A"/>
        </w:rPr>
        <w:lastRenderedPageBreak/>
        <w:t xml:space="preserve">TODAY'S DECLARATION  </w:t>
      </w:r>
      <w:r>
        <w:t>I will meet trusting god's character with truth, faith, and practiced peace.</w:t>
      </w:r>
    </w:p>
    <w:p w14:paraId="41A0BF88" w14:textId="77777777" w:rsidR="005A0029" w:rsidRDefault="00F83EB4">
      <w:r>
        <w:br w:type="page"/>
      </w:r>
    </w:p>
    <w:p w14:paraId="4EE09C39" w14:textId="77777777" w:rsidR="005A0029" w:rsidRDefault="00F83EB4">
      <w:pPr>
        <w:pStyle w:val="Heading2"/>
      </w:pPr>
      <w:r>
        <w:lastRenderedPageBreak/>
        <w:t>DAY 7</w:t>
      </w:r>
    </w:p>
    <w:p w14:paraId="19D60C0E" w14:textId="77777777" w:rsidR="005A0029" w:rsidRDefault="00F83EB4">
      <w:pPr>
        <w:pStyle w:val="Heading1"/>
      </w:pPr>
      <w:r>
        <w:t>Waiting Without Quitting</w:t>
      </w:r>
    </w:p>
    <w:p w14:paraId="4399244A" w14:textId="77777777" w:rsidR="005A0029" w:rsidRDefault="00F83EB4">
      <w:r>
        <w:rPr>
          <w:b/>
          <w:color w:val="B08D3A"/>
        </w:rPr>
        <w:t xml:space="preserve">ANCHOR SCRIPTURE  </w:t>
      </w:r>
      <w:r>
        <w:t>Isaiah 40:31</w:t>
      </w:r>
    </w:p>
    <w:p w14:paraId="6512155B" w14:textId="77777777" w:rsidR="005A0029" w:rsidRDefault="00F83EB4">
      <w:pPr>
        <w:pStyle w:val="Heading2"/>
      </w:pPr>
      <w:r>
        <w:t>Guided Reflection</w:t>
      </w:r>
    </w:p>
    <w:p w14:paraId="01CA222C" w14:textId="77777777" w:rsidR="005A0029" w:rsidRDefault="00F83EB4">
      <w:r>
        <w:t>Today, consider what “waiting without quitting”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w:t>
      </w:r>
      <w:r>
        <w:t>en truth is practiced repeatedly, especially when circumstances remain unresolved.</w:t>
      </w:r>
    </w:p>
    <w:p w14:paraId="428DAADB" w14:textId="77777777" w:rsidR="005A0029" w:rsidRDefault="00F83EB4">
      <w:pPr>
        <w:pStyle w:val="Heading2"/>
      </w:pPr>
      <w:r>
        <w:t>Pause &amp; Notice</w:t>
      </w:r>
    </w:p>
    <w:p w14:paraId="4FE0683B" w14:textId="77777777" w:rsidR="005A0029" w:rsidRDefault="00F83EB4">
      <w:r>
        <w:t>What is this theme revealing about my heart, thoughts, relationships, or current circumstances today?</w:t>
      </w:r>
    </w:p>
    <w:p w14:paraId="6F0B73A7" w14:textId="77777777" w:rsidR="005A0029" w:rsidRDefault="00F83EB4">
      <w:pPr>
        <w:pStyle w:val="Heading2"/>
      </w:pPr>
      <w:r>
        <w:t>Peace Practice</w:t>
      </w:r>
    </w:p>
    <w:p w14:paraId="2560ADCE" w14:textId="77777777" w:rsidR="005A0029" w:rsidRDefault="00F83EB4">
      <w:r>
        <w:t>Practice a ten-minute quiet period without your phone. Notice what surfaces, then bring it honestly into prayer.</w:t>
      </w:r>
    </w:p>
    <w:p w14:paraId="08F86D1D" w14:textId="77777777" w:rsidR="005A0029" w:rsidRDefault="00F83EB4">
      <w:pPr>
        <w:pStyle w:val="Heading2"/>
      </w:pPr>
      <w:r>
        <w:t>My Thoughts &amp; Prayers</w:t>
      </w:r>
    </w:p>
    <w:p w14:paraId="3D7EAAA2" w14:textId="77777777" w:rsidR="005A0029" w:rsidRDefault="00F83EB4">
      <w:pPr>
        <w:spacing w:after="60"/>
      </w:pPr>
      <w:r>
        <w:rPr>
          <w:color w:val="B4B4B4"/>
          <w:sz w:val="16"/>
        </w:rPr>
        <w:t>________________________________________________________</w:t>
      </w:r>
    </w:p>
    <w:p w14:paraId="3F64CC10" w14:textId="77777777" w:rsidR="005A0029" w:rsidRDefault="00F83EB4">
      <w:pPr>
        <w:spacing w:after="60"/>
      </w:pPr>
      <w:r>
        <w:rPr>
          <w:color w:val="B4B4B4"/>
          <w:sz w:val="16"/>
        </w:rPr>
        <w:t>________________________________________________________</w:t>
      </w:r>
    </w:p>
    <w:p w14:paraId="18F55908" w14:textId="77777777" w:rsidR="005A0029" w:rsidRDefault="00F83EB4">
      <w:pPr>
        <w:spacing w:after="60"/>
      </w:pPr>
      <w:r>
        <w:rPr>
          <w:color w:val="B4B4B4"/>
          <w:sz w:val="16"/>
        </w:rPr>
        <w:t>________________________________________________________</w:t>
      </w:r>
    </w:p>
    <w:p w14:paraId="17654BDE" w14:textId="77777777" w:rsidR="005A0029" w:rsidRDefault="00F83EB4">
      <w:pPr>
        <w:spacing w:after="60"/>
      </w:pPr>
      <w:r>
        <w:rPr>
          <w:color w:val="B4B4B4"/>
          <w:sz w:val="16"/>
        </w:rPr>
        <w:t>________________________________________________________</w:t>
      </w:r>
    </w:p>
    <w:p w14:paraId="241C53D3" w14:textId="77777777" w:rsidR="005A0029" w:rsidRDefault="00F83EB4">
      <w:pPr>
        <w:spacing w:after="60"/>
      </w:pPr>
      <w:r>
        <w:rPr>
          <w:color w:val="B4B4B4"/>
          <w:sz w:val="16"/>
        </w:rPr>
        <w:t>________________________________________________________</w:t>
      </w:r>
    </w:p>
    <w:p w14:paraId="6DC886C3" w14:textId="77777777" w:rsidR="005A0029" w:rsidRDefault="00F83EB4">
      <w:pPr>
        <w:pStyle w:val="Heading2"/>
      </w:pPr>
      <w:r>
        <w:t>Prayer</w:t>
      </w:r>
    </w:p>
    <w:p w14:paraId="40E6E120" w14:textId="77777777" w:rsidR="005A0029" w:rsidRDefault="00F83EB4">
      <w:r>
        <w:t>Father, meet me in this practice of waiting without quitting.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4574CE2" w14:textId="77777777" w:rsidR="005A0029" w:rsidRDefault="00F83EB4">
      <w:r>
        <w:rPr>
          <w:b/>
          <w:color w:val="B08D3A"/>
        </w:rPr>
        <w:lastRenderedPageBreak/>
        <w:t xml:space="preserve">TODAY'S DECLARATION  </w:t>
      </w:r>
      <w:r>
        <w:t>I will meet waiting without quitting with truth, faith, and practiced peace.</w:t>
      </w:r>
    </w:p>
    <w:p w14:paraId="542D6626" w14:textId="77777777" w:rsidR="005A0029" w:rsidRDefault="00F83EB4">
      <w:r>
        <w:br w:type="page"/>
      </w:r>
    </w:p>
    <w:p w14:paraId="6CB496F2" w14:textId="77777777" w:rsidR="005A0029" w:rsidRDefault="00F83EB4">
      <w:pPr>
        <w:pStyle w:val="Heading2"/>
      </w:pPr>
      <w:r>
        <w:lastRenderedPageBreak/>
        <w:t>DAY 8</w:t>
      </w:r>
    </w:p>
    <w:p w14:paraId="670FA544" w14:textId="77777777" w:rsidR="005A0029" w:rsidRDefault="00F83EB4">
      <w:pPr>
        <w:pStyle w:val="Heading1"/>
      </w:pPr>
      <w:r>
        <w:t>Guilt to Grace</w:t>
      </w:r>
    </w:p>
    <w:p w14:paraId="5E441C82" w14:textId="77777777" w:rsidR="005A0029" w:rsidRDefault="00F83EB4">
      <w:r>
        <w:rPr>
          <w:b/>
          <w:color w:val="B08D3A"/>
        </w:rPr>
        <w:t xml:space="preserve">ANCHOR SCRIPTURE  </w:t>
      </w:r>
      <w:r>
        <w:t>Romans 8:1</w:t>
      </w:r>
    </w:p>
    <w:p w14:paraId="76069C43" w14:textId="77777777" w:rsidR="005A0029" w:rsidRDefault="00F83EB4">
      <w:pPr>
        <w:pStyle w:val="Heading2"/>
      </w:pPr>
      <w:r>
        <w:t>Guided Reflection</w:t>
      </w:r>
    </w:p>
    <w:p w14:paraId="76A5ABE6" w14:textId="77777777" w:rsidR="005A0029" w:rsidRDefault="00F83EB4">
      <w:r>
        <w:t>Today, consider what “guilt to grace”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when truth i</w:t>
      </w:r>
      <w:r>
        <w:t>s practiced repeatedly, especially when circumstances remain unresolved.</w:t>
      </w:r>
    </w:p>
    <w:p w14:paraId="4CC0969B" w14:textId="77777777" w:rsidR="005A0029" w:rsidRDefault="00F83EB4">
      <w:pPr>
        <w:pStyle w:val="Heading2"/>
      </w:pPr>
      <w:r>
        <w:t>Pause &amp; Notice</w:t>
      </w:r>
    </w:p>
    <w:p w14:paraId="135EA27C" w14:textId="77777777" w:rsidR="005A0029" w:rsidRDefault="00F83EB4">
      <w:r>
        <w:t>What is this theme revealing about my heart, thoughts, relationships, or current circumstances today?</w:t>
      </w:r>
    </w:p>
    <w:p w14:paraId="308C3149" w14:textId="77777777" w:rsidR="005A0029" w:rsidRDefault="00F83EB4">
      <w:pPr>
        <w:pStyle w:val="Heading2"/>
      </w:pPr>
      <w:r>
        <w:t>Peace Practice</w:t>
      </w:r>
    </w:p>
    <w:p w14:paraId="0D4B86E1" w14:textId="77777777" w:rsidR="005A0029" w:rsidRDefault="00F83EB4">
      <w:r>
        <w:t>Sit quietly for three minutes. Name what you feel without judging it. Then write one truth you want to carry into the day.</w:t>
      </w:r>
    </w:p>
    <w:p w14:paraId="2582128C" w14:textId="77777777" w:rsidR="005A0029" w:rsidRDefault="00F83EB4">
      <w:pPr>
        <w:pStyle w:val="Heading2"/>
      </w:pPr>
      <w:r>
        <w:t>My Thoughts &amp; Prayers</w:t>
      </w:r>
    </w:p>
    <w:p w14:paraId="0A0E502A" w14:textId="77777777" w:rsidR="005A0029" w:rsidRDefault="00F83EB4">
      <w:pPr>
        <w:spacing w:after="60"/>
      </w:pPr>
      <w:r>
        <w:rPr>
          <w:color w:val="B4B4B4"/>
          <w:sz w:val="16"/>
        </w:rPr>
        <w:t>________________________________________________________</w:t>
      </w:r>
    </w:p>
    <w:p w14:paraId="622623C9" w14:textId="77777777" w:rsidR="005A0029" w:rsidRDefault="00F83EB4">
      <w:pPr>
        <w:spacing w:after="60"/>
      </w:pPr>
      <w:r>
        <w:rPr>
          <w:color w:val="B4B4B4"/>
          <w:sz w:val="16"/>
        </w:rPr>
        <w:t>________________________________________________________</w:t>
      </w:r>
    </w:p>
    <w:p w14:paraId="6C37CFA0" w14:textId="77777777" w:rsidR="005A0029" w:rsidRDefault="00F83EB4">
      <w:pPr>
        <w:spacing w:after="60"/>
      </w:pPr>
      <w:r>
        <w:rPr>
          <w:color w:val="B4B4B4"/>
          <w:sz w:val="16"/>
        </w:rPr>
        <w:t>________________________________________________________</w:t>
      </w:r>
    </w:p>
    <w:p w14:paraId="342525C3" w14:textId="77777777" w:rsidR="005A0029" w:rsidRDefault="00F83EB4">
      <w:pPr>
        <w:spacing w:after="60"/>
      </w:pPr>
      <w:r>
        <w:rPr>
          <w:color w:val="B4B4B4"/>
          <w:sz w:val="16"/>
        </w:rPr>
        <w:t>________________________________________________________</w:t>
      </w:r>
    </w:p>
    <w:p w14:paraId="10266E67" w14:textId="77777777" w:rsidR="005A0029" w:rsidRDefault="00F83EB4">
      <w:pPr>
        <w:spacing w:after="60"/>
      </w:pPr>
      <w:r>
        <w:rPr>
          <w:color w:val="B4B4B4"/>
          <w:sz w:val="16"/>
        </w:rPr>
        <w:t>________________________________________________________</w:t>
      </w:r>
    </w:p>
    <w:p w14:paraId="2D66209D" w14:textId="77777777" w:rsidR="005A0029" w:rsidRDefault="00F83EB4">
      <w:pPr>
        <w:pStyle w:val="Heading2"/>
      </w:pPr>
      <w:r>
        <w:t>Prayer</w:t>
      </w:r>
    </w:p>
    <w:p w14:paraId="41FDED8B" w14:textId="77777777" w:rsidR="005A0029" w:rsidRDefault="00F83EB4">
      <w:r>
        <w:t>Father, meet me in this practice of guilt to grace.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58EC46A" w14:textId="77777777" w:rsidR="005A0029" w:rsidRDefault="00F83EB4">
      <w:r>
        <w:rPr>
          <w:b/>
          <w:color w:val="B08D3A"/>
        </w:rPr>
        <w:lastRenderedPageBreak/>
        <w:t xml:space="preserve">TODAY'S DECLARATION  </w:t>
      </w:r>
      <w:r>
        <w:t>I will meet guilt to grace with truth, faith, and practiced peace.</w:t>
      </w:r>
    </w:p>
    <w:p w14:paraId="1111E4F6" w14:textId="77777777" w:rsidR="005A0029" w:rsidRDefault="00F83EB4">
      <w:r>
        <w:br w:type="page"/>
      </w:r>
    </w:p>
    <w:p w14:paraId="76896BA9" w14:textId="77777777" w:rsidR="005A0029" w:rsidRDefault="00F83EB4">
      <w:pPr>
        <w:pStyle w:val="Heading2"/>
      </w:pPr>
      <w:r>
        <w:lastRenderedPageBreak/>
        <w:t>DAY 9</w:t>
      </w:r>
    </w:p>
    <w:p w14:paraId="10F41860" w14:textId="77777777" w:rsidR="005A0029" w:rsidRDefault="00F83EB4">
      <w:pPr>
        <w:pStyle w:val="Heading1"/>
      </w:pPr>
      <w:r>
        <w:t>Bitterness to Surrender</w:t>
      </w:r>
    </w:p>
    <w:p w14:paraId="7F57D697" w14:textId="77777777" w:rsidR="005A0029" w:rsidRDefault="00F83EB4">
      <w:r>
        <w:rPr>
          <w:b/>
          <w:color w:val="B08D3A"/>
        </w:rPr>
        <w:t xml:space="preserve">ANCHOR SCRIPTURE  </w:t>
      </w:r>
      <w:r>
        <w:t>Ephesians 4:31-32</w:t>
      </w:r>
    </w:p>
    <w:p w14:paraId="67D05624" w14:textId="77777777" w:rsidR="005A0029" w:rsidRDefault="00F83EB4">
      <w:pPr>
        <w:pStyle w:val="Heading2"/>
      </w:pPr>
      <w:r>
        <w:t>Guided Reflection</w:t>
      </w:r>
    </w:p>
    <w:p w14:paraId="3E858383" w14:textId="77777777" w:rsidR="005A0029" w:rsidRDefault="00F83EB4">
      <w:r>
        <w:t>Today, consider what “bitterness to surrender”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whe</w:t>
      </w:r>
      <w:r>
        <w:t>n truth is practiced repeatedly, especially when circumstances remain unresolved.</w:t>
      </w:r>
    </w:p>
    <w:p w14:paraId="231309AA" w14:textId="77777777" w:rsidR="005A0029" w:rsidRDefault="00F83EB4">
      <w:pPr>
        <w:pStyle w:val="Heading2"/>
      </w:pPr>
      <w:r>
        <w:t>Pause &amp; Notice</w:t>
      </w:r>
    </w:p>
    <w:p w14:paraId="2C6686C4" w14:textId="77777777" w:rsidR="005A0029" w:rsidRDefault="00F83EB4">
      <w:r>
        <w:t>What is this theme revealing about my heart, thoughts, relationships, or current circumstances today?</w:t>
      </w:r>
    </w:p>
    <w:p w14:paraId="744CD608" w14:textId="77777777" w:rsidR="005A0029" w:rsidRDefault="00F83EB4">
      <w:pPr>
        <w:pStyle w:val="Heading2"/>
      </w:pPr>
      <w:r>
        <w:t>Peace Practice</w:t>
      </w:r>
    </w:p>
    <w:p w14:paraId="42BBE006" w14:textId="77777777" w:rsidR="005A0029" w:rsidRDefault="00F83EB4">
      <w:r>
        <w:t>Draw two columns: 'What I can control' and 'What I must release.' Place each concern in the appropriate column and pray over both.</w:t>
      </w:r>
    </w:p>
    <w:p w14:paraId="3C8E2E68" w14:textId="77777777" w:rsidR="005A0029" w:rsidRDefault="00F83EB4">
      <w:pPr>
        <w:pStyle w:val="Heading2"/>
      </w:pPr>
      <w:r>
        <w:t>My Thoughts &amp; Prayers</w:t>
      </w:r>
    </w:p>
    <w:p w14:paraId="359718A9" w14:textId="77777777" w:rsidR="005A0029" w:rsidRDefault="00F83EB4">
      <w:pPr>
        <w:spacing w:after="60"/>
      </w:pPr>
      <w:r>
        <w:rPr>
          <w:color w:val="B4B4B4"/>
          <w:sz w:val="16"/>
        </w:rPr>
        <w:t>________________________________________________________</w:t>
      </w:r>
    </w:p>
    <w:p w14:paraId="0099CCD0" w14:textId="77777777" w:rsidR="005A0029" w:rsidRDefault="00F83EB4">
      <w:pPr>
        <w:spacing w:after="60"/>
      </w:pPr>
      <w:r>
        <w:rPr>
          <w:color w:val="B4B4B4"/>
          <w:sz w:val="16"/>
        </w:rPr>
        <w:t>________________________________________________________</w:t>
      </w:r>
    </w:p>
    <w:p w14:paraId="2752EAA1" w14:textId="77777777" w:rsidR="005A0029" w:rsidRDefault="00F83EB4">
      <w:pPr>
        <w:spacing w:after="60"/>
      </w:pPr>
      <w:r>
        <w:rPr>
          <w:color w:val="B4B4B4"/>
          <w:sz w:val="16"/>
        </w:rPr>
        <w:t>________________________________________________________</w:t>
      </w:r>
    </w:p>
    <w:p w14:paraId="32FFFCA1" w14:textId="77777777" w:rsidR="005A0029" w:rsidRDefault="00F83EB4">
      <w:pPr>
        <w:spacing w:after="60"/>
      </w:pPr>
      <w:r>
        <w:rPr>
          <w:color w:val="B4B4B4"/>
          <w:sz w:val="16"/>
        </w:rPr>
        <w:t>________________________________________________________</w:t>
      </w:r>
    </w:p>
    <w:p w14:paraId="218B7F2D" w14:textId="77777777" w:rsidR="005A0029" w:rsidRDefault="00F83EB4">
      <w:pPr>
        <w:spacing w:after="60"/>
      </w:pPr>
      <w:r>
        <w:rPr>
          <w:color w:val="B4B4B4"/>
          <w:sz w:val="16"/>
        </w:rPr>
        <w:t>________________________________________________________</w:t>
      </w:r>
    </w:p>
    <w:p w14:paraId="7F9A9289" w14:textId="77777777" w:rsidR="005A0029" w:rsidRDefault="00F83EB4">
      <w:pPr>
        <w:pStyle w:val="Heading2"/>
      </w:pPr>
      <w:r>
        <w:t>Prayer</w:t>
      </w:r>
    </w:p>
    <w:p w14:paraId="67F48844" w14:textId="77777777" w:rsidR="005A0029" w:rsidRDefault="00F83EB4">
      <w:r>
        <w:t>Father, meet me in this practice of bitterness to surrender.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B1C8FEA" w14:textId="77777777" w:rsidR="005A0029" w:rsidRDefault="00F83EB4">
      <w:r>
        <w:rPr>
          <w:b/>
          <w:color w:val="B08D3A"/>
        </w:rPr>
        <w:lastRenderedPageBreak/>
        <w:t xml:space="preserve">TODAY'S DECLARATION  </w:t>
      </w:r>
      <w:r>
        <w:t>I will meet bitterness to surrender with truth, faith, and practiced peace.</w:t>
      </w:r>
    </w:p>
    <w:p w14:paraId="01C9DD7A" w14:textId="77777777" w:rsidR="005A0029" w:rsidRDefault="00F83EB4">
      <w:r>
        <w:br w:type="page"/>
      </w:r>
    </w:p>
    <w:p w14:paraId="38424027" w14:textId="77777777" w:rsidR="005A0029" w:rsidRDefault="00F83EB4">
      <w:pPr>
        <w:pStyle w:val="Heading2"/>
      </w:pPr>
      <w:r>
        <w:lastRenderedPageBreak/>
        <w:t>DAY 10</w:t>
      </w:r>
    </w:p>
    <w:p w14:paraId="60A3DFCD" w14:textId="77777777" w:rsidR="005A0029" w:rsidRDefault="00F83EB4">
      <w:pPr>
        <w:pStyle w:val="Heading1"/>
      </w:pPr>
      <w:r>
        <w:t>Unforgiveness to Freedom</w:t>
      </w:r>
    </w:p>
    <w:p w14:paraId="09CD9ED5" w14:textId="77777777" w:rsidR="005A0029" w:rsidRDefault="00F83EB4">
      <w:r>
        <w:rPr>
          <w:b/>
          <w:color w:val="B08D3A"/>
        </w:rPr>
        <w:t xml:space="preserve">ANCHOR SCRIPTURE  </w:t>
      </w:r>
      <w:r>
        <w:t>Colossians 3:13</w:t>
      </w:r>
    </w:p>
    <w:p w14:paraId="3052FF50" w14:textId="77777777" w:rsidR="005A0029" w:rsidRDefault="00F83EB4">
      <w:pPr>
        <w:pStyle w:val="Heading2"/>
      </w:pPr>
      <w:r>
        <w:t>Guided Reflection</w:t>
      </w:r>
    </w:p>
    <w:p w14:paraId="7B1960CC" w14:textId="77777777" w:rsidR="005A0029" w:rsidRDefault="00F83EB4">
      <w:r>
        <w:t>Today, consider what “unforgiveness to freedom”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w:t>
      </w:r>
      <w:r>
        <w:t>en truth is practiced repeatedly, especially when circumstances remain unresolved.</w:t>
      </w:r>
    </w:p>
    <w:p w14:paraId="17A36FEB" w14:textId="77777777" w:rsidR="005A0029" w:rsidRDefault="00F83EB4">
      <w:pPr>
        <w:pStyle w:val="Heading2"/>
      </w:pPr>
      <w:r>
        <w:t>Pause &amp; Notice</w:t>
      </w:r>
    </w:p>
    <w:p w14:paraId="74093CF2" w14:textId="77777777" w:rsidR="005A0029" w:rsidRDefault="00F83EB4">
      <w:r>
        <w:t>What is this theme revealing about my heart, thoughts, relationships, or current circumstances today?</w:t>
      </w:r>
    </w:p>
    <w:p w14:paraId="2174010F" w14:textId="77777777" w:rsidR="005A0029" w:rsidRDefault="00F83EB4">
      <w:pPr>
        <w:pStyle w:val="Heading2"/>
      </w:pPr>
      <w:r>
        <w:t>Peace Practice</w:t>
      </w:r>
    </w:p>
    <w:p w14:paraId="7A595AB6" w14:textId="77777777" w:rsidR="005A0029" w:rsidRDefault="00F83EB4">
      <w:r>
        <w:t>Take five slow breaths. With each inhale, receive God's presence; with each exhale, release one pressure you have been carrying.</w:t>
      </w:r>
    </w:p>
    <w:p w14:paraId="50F9F625" w14:textId="77777777" w:rsidR="005A0029" w:rsidRDefault="00F83EB4">
      <w:pPr>
        <w:pStyle w:val="Heading2"/>
      </w:pPr>
      <w:r>
        <w:t>My Thoughts &amp; Prayers</w:t>
      </w:r>
    </w:p>
    <w:p w14:paraId="2064D75D" w14:textId="77777777" w:rsidR="005A0029" w:rsidRDefault="00F83EB4">
      <w:pPr>
        <w:spacing w:after="60"/>
      </w:pPr>
      <w:r>
        <w:rPr>
          <w:color w:val="B4B4B4"/>
          <w:sz w:val="16"/>
        </w:rPr>
        <w:t>________________________________________________________</w:t>
      </w:r>
    </w:p>
    <w:p w14:paraId="57A6D02B" w14:textId="77777777" w:rsidR="005A0029" w:rsidRDefault="00F83EB4">
      <w:pPr>
        <w:spacing w:after="60"/>
      </w:pPr>
      <w:r>
        <w:rPr>
          <w:color w:val="B4B4B4"/>
          <w:sz w:val="16"/>
        </w:rPr>
        <w:t>________________________________________________________</w:t>
      </w:r>
    </w:p>
    <w:p w14:paraId="358CE31B" w14:textId="77777777" w:rsidR="005A0029" w:rsidRDefault="00F83EB4">
      <w:pPr>
        <w:spacing w:after="60"/>
      </w:pPr>
      <w:r>
        <w:rPr>
          <w:color w:val="B4B4B4"/>
          <w:sz w:val="16"/>
        </w:rPr>
        <w:t>________________________________________________________</w:t>
      </w:r>
    </w:p>
    <w:p w14:paraId="78F14258" w14:textId="77777777" w:rsidR="005A0029" w:rsidRDefault="00F83EB4">
      <w:pPr>
        <w:spacing w:after="60"/>
      </w:pPr>
      <w:r>
        <w:rPr>
          <w:color w:val="B4B4B4"/>
          <w:sz w:val="16"/>
        </w:rPr>
        <w:t>________________________________________________________</w:t>
      </w:r>
    </w:p>
    <w:p w14:paraId="5A8B2B5E" w14:textId="77777777" w:rsidR="005A0029" w:rsidRDefault="00F83EB4">
      <w:pPr>
        <w:spacing w:after="60"/>
      </w:pPr>
      <w:r>
        <w:rPr>
          <w:color w:val="B4B4B4"/>
          <w:sz w:val="16"/>
        </w:rPr>
        <w:t>________________________________________________________</w:t>
      </w:r>
    </w:p>
    <w:p w14:paraId="280BA9AA" w14:textId="77777777" w:rsidR="005A0029" w:rsidRDefault="00F83EB4">
      <w:pPr>
        <w:pStyle w:val="Heading2"/>
      </w:pPr>
      <w:r>
        <w:t>Prayer</w:t>
      </w:r>
    </w:p>
    <w:p w14:paraId="6278A38A" w14:textId="77777777" w:rsidR="005A0029" w:rsidRDefault="00F83EB4">
      <w:r>
        <w:t>Father, meet me in this practice of unforgiveness to freedom.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926DB98" w14:textId="77777777" w:rsidR="005A0029" w:rsidRDefault="00F83EB4">
      <w:r>
        <w:rPr>
          <w:b/>
          <w:color w:val="B08D3A"/>
        </w:rPr>
        <w:lastRenderedPageBreak/>
        <w:t xml:space="preserve">TODAY'S DECLARATION  </w:t>
      </w:r>
      <w:r>
        <w:t>I will meet unforgiveness to freedom with truth, faith, and practiced peace.</w:t>
      </w:r>
    </w:p>
    <w:p w14:paraId="72C336B9" w14:textId="77777777" w:rsidR="005A0029" w:rsidRDefault="00F83EB4">
      <w:r>
        <w:br w:type="page"/>
      </w:r>
    </w:p>
    <w:p w14:paraId="4617559C" w14:textId="77777777" w:rsidR="005A0029" w:rsidRDefault="00F83EB4">
      <w:pPr>
        <w:pStyle w:val="Heading2"/>
      </w:pPr>
      <w:r>
        <w:lastRenderedPageBreak/>
        <w:t>DAY 11</w:t>
      </w:r>
    </w:p>
    <w:p w14:paraId="083C2C00" w14:textId="77777777" w:rsidR="005A0029" w:rsidRDefault="00F83EB4">
      <w:pPr>
        <w:pStyle w:val="Heading1"/>
      </w:pPr>
      <w:r>
        <w:t>Trauma to Healing</w:t>
      </w:r>
    </w:p>
    <w:p w14:paraId="0770A5D0" w14:textId="77777777" w:rsidR="005A0029" w:rsidRDefault="00F83EB4">
      <w:r>
        <w:rPr>
          <w:b/>
          <w:color w:val="B08D3A"/>
        </w:rPr>
        <w:t xml:space="preserve">ANCHOR SCRIPTURE  </w:t>
      </w:r>
      <w:r>
        <w:t>Psalm 147:3</w:t>
      </w:r>
    </w:p>
    <w:p w14:paraId="0795DDAE" w14:textId="77777777" w:rsidR="005A0029" w:rsidRDefault="00F83EB4">
      <w:pPr>
        <w:pStyle w:val="Heading2"/>
      </w:pPr>
      <w:r>
        <w:t>Guided Reflection</w:t>
      </w:r>
    </w:p>
    <w:p w14:paraId="1B6609C5" w14:textId="77777777" w:rsidR="005A0029" w:rsidRDefault="00F83EB4">
      <w:r>
        <w:t>Today, consider what “trauma to healing”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when trut</w:t>
      </w:r>
      <w:r>
        <w:t>h is practiced repeatedly, especially when circumstances remain unresolved.</w:t>
      </w:r>
    </w:p>
    <w:p w14:paraId="34918ED4" w14:textId="77777777" w:rsidR="005A0029" w:rsidRDefault="00F83EB4">
      <w:pPr>
        <w:pStyle w:val="Heading2"/>
      </w:pPr>
      <w:r>
        <w:t>Pause &amp; Notice</w:t>
      </w:r>
    </w:p>
    <w:p w14:paraId="4F2120B3" w14:textId="77777777" w:rsidR="005A0029" w:rsidRDefault="00F83EB4">
      <w:r>
        <w:t>What is this theme revealing about my heart, thoughts, relationships, or current circumstances today?</w:t>
      </w:r>
    </w:p>
    <w:p w14:paraId="44F04A05" w14:textId="77777777" w:rsidR="005A0029" w:rsidRDefault="00F83EB4">
      <w:pPr>
        <w:pStyle w:val="Heading2"/>
      </w:pPr>
      <w:r>
        <w:t>Peace Practice</w:t>
      </w:r>
    </w:p>
    <w:p w14:paraId="5154773C" w14:textId="77777777" w:rsidR="005A0029" w:rsidRDefault="00F83EB4">
      <w:r>
        <w:t>Write one recurring fearful thought. Under it, write a Scripture-shaped response that is more truthful and life-giving.</w:t>
      </w:r>
    </w:p>
    <w:p w14:paraId="306F1556" w14:textId="77777777" w:rsidR="005A0029" w:rsidRDefault="00F83EB4">
      <w:pPr>
        <w:pStyle w:val="Heading2"/>
      </w:pPr>
      <w:r>
        <w:t>My Thoughts &amp; Prayers</w:t>
      </w:r>
    </w:p>
    <w:p w14:paraId="3092443B" w14:textId="77777777" w:rsidR="005A0029" w:rsidRDefault="00F83EB4">
      <w:pPr>
        <w:spacing w:after="60"/>
      </w:pPr>
      <w:r>
        <w:rPr>
          <w:color w:val="B4B4B4"/>
          <w:sz w:val="16"/>
        </w:rPr>
        <w:t>________________________________________________________</w:t>
      </w:r>
    </w:p>
    <w:p w14:paraId="765069EA" w14:textId="77777777" w:rsidR="005A0029" w:rsidRDefault="00F83EB4">
      <w:pPr>
        <w:spacing w:after="60"/>
      </w:pPr>
      <w:r>
        <w:rPr>
          <w:color w:val="B4B4B4"/>
          <w:sz w:val="16"/>
        </w:rPr>
        <w:t>________________________________________________________</w:t>
      </w:r>
    </w:p>
    <w:p w14:paraId="05FC3816" w14:textId="77777777" w:rsidR="005A0029" w:rsidRDefault="00F83EB4">
      <w:pPr>
        <w:spacing w:after="60"/>
      </w:pPr>
      <w:r>
        <w:rPr>
          <w:color w:val="B4B4B4"/>
          <w:sz w:val="16"/>
        </w:rPr>
        <w:t>________________________________________________________</w:t>
      </w:r>
    </w:p>
    <w:p w14:paraId="3800640F" w14:textId="77777777" w:rsidR="005A0029" w:rsidRDefault="00F83EB4">
      <w:pPr>
        <w:spacing w:after="60"/>
      </w:pPr>
      <w:r>
        <w:rPr>
          <w:color w:val="B4B4B4"/>
          <w:sz w:val="16"/>
        </w:rPr>
        <w:t>________________________________________________________</w:t>
      </w:r>
    </w:p>
    <w:p w14:paraId="020B528B" w14:textId="77777777" w:rsidR="005A0029" w:rsidRDefault="00F83EB4">
      <w:pPr>
        <w:spacing w:after="60"/>
      </w:pPr>
      <w:r>
        <w:rPr>
          <w:color w:val="B4B4B4"/>
          <w:sz w:val="16"/>
        </w:rPr>
        <w:t>________________________________________________________</w:t>
      </w:r>
    </w:p>
    <w:p w14:paraId="076A4FBA" w14:textId="77777777" w:rsidR="005A0029" w:rsidRDefault="00F83EB4">
      <w:pPr>
        <w:pStyle w:val="Heading2"/>
      </w:pPr>
      <w:r>
        <w:t>Prayer</w:t>
      </w:r>
    </w:p>
    <w:p w14:paraId="14815304" w14:textId="77777777" w:rsidR="005A0029" w:rsidRDefault="00F83EB4">
      <w:r>
        <w:t>Father, meet me in this practice of trauma to healing.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05A6CA7" w14:textId="77777777" w:rsidR="005A0029" w:rsidRDefault="00F83EB4">
      <w:r>
        <w:rPr>
          <w:b/>
          <w:color w:val="B08D3A"/>
        </w:rPr>
        <w:lastRenderedPageBreak/>
        <w:t xml:space="preserve">TODAY'S DECLARATION  </w:t>
      </w:r>
      <w:r>
        <w:t>I will meet trauma to healing with truth, faith, and practiced peace.</w:t>
      </w:r>
    </w:p>
    <w:p w14:paraId="680713B3" w14:textId="77777777" w:rsidR="005A0029" w:rsidRDefault="00F83EB4">
      <w:r>
        <w:br w:type="page"/>
      </w:r>
    </w:p>
    <w:p w14:paraId="728BB80E" w14:textId="77777777" w:rsidR="005A0029" w:rsidRDefault="00F83EB4">
      <w:pPr>
        <w:pStyle w:val="Heading2"/>
      </w:pPr>
      <w:r>
        <w:lastRenderedPageBreak/>
        <w:t>DAY 12</w:t>
      </w:r>
    </w:p>
    <w:p w14:paraId="7520DEDA" w14:textId="77777777" w:rsidR="005A0029" w:rsidRDefault="00F83EB4">
      <w:pPr>
        <w:pStyle w:val="Heading1"/>
      </w:pPr>
      <w:r>
        <w:t>Prayer and Wise Counsel</w:t>
      </w:r>
    </w:p>
    <w:p w14:paraId="09125573" w14:textId="77777777" w:rsidR="005A0029" w:rsidRDefault="00F83EB4">
      <w:r>
        <w:rPr>
          <w:b/>
          <w:color w:val="B08D3A"/>
        </w:rPr>
        <w:t xml:space="preserve">ANCHOR SCRIPTURE  </w:t>
      </w:r>
      <w:r>
        <w:t>Proverbs 11:14</w:t>
      </w:r>
    </w:p>
    <w:p w14:paraId="1F64C0D2" w14:textId="77777777" w:rsidR="005A0029" w:rsidRDefault="00F83EB4">
      <w:pPr>
        <w:pStyle w:val="Heading2"/>
      </w:pPr>
      <w:r>
        <w:t>Guided Reflection</w:t>
      </w:r>
    </w:p>
    <w:p w14:paraId="7745F9EC" w14:textId="77777777" w:rsidR="005A0029" w:rsidRDefault="00F83EB4">
      <w:r>
        <w:t>Today, consider what “prayer and wise counsel”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whe</w:t>
      </w:r>
      <w:r>
        <w:t>n truth is practiced repeatedly, especially when circumstances remain unresolved.</w:t>
      </w:r>
    </w:p>
    <w:p w14:paraId="5291D76E" w14:textId="77777777" w:rsidR="005A0029" w:rsidRDefault="00F83EB4">
      <w:pPr>
        <w:pStyle w:val="Heading2"/>
      </w:pPr>
      <w:r>
        <w:t>Pause &amp; Notice</w:t>
      </w:r>
    </w:p>
    <w:p w14:paraId="40028B2D" w14:textId="77777777" w:rsidR="005A0029" w:rsidRDefault="00F83EB4">
      <w:r>
        <w:t>What is this theme revealing about my heart, thoughts, relationships, or current circumstances today?</w:t>
      </w:r>
    </w:p>
    <w:p w14:paraId="3CA20C9F" w14:textId="77777777" w:rsidR="005A0029" w:rsidRDefault="00F83EB4">
      <w:pPr>
        <w:pStyle w:val="Heading2"/>
      </w:pPr>
      <w:r>
        <w:t>Peace Practice</w:t>
      </w:r>
    </w:p>
    <w:p w14:paraId="2FCB1058" w14:textId="77777777" w:rsidR="005A0029" w:rsidRDefault="00F83EB4">
      <w:r>
        <w:t>Identify one small action that would create greater peace today. Make it specific enough to complete before the day ends.</w:t>
      </w:r>
    </w:p>
    <w:p w14:paraId="1C3EDEFB" w14:textId="77777777" w:rsidR="005A0029" w:rsidRDefault="00F83EB4">
      <w:pPr>
        <w:pStyle w:val="Heading2"/>
      </w:pPr>
      <w:r>
        <w:t>My Thoughts &amp; Prayers</w:t>
      </w:r>
    </w:p>
    <w:p w14:paraId="32FD02F3" w14:textId="77777777" w:rsidR="005A0029" w:rsidRDefault="00F83EB4">
      <w:pPr>
        <w:spacing w:after="60"/>
      </w:pPr>
      <w:r>
        <w:rPr>
          <w:color w:val="B4B4B4"/>
          <w:sz w:val="16"/>
        </w:rPr>
        <w:t>________________________________________________________</w:t>
      </w:r>
    </w:p>
    <w:p w14:paraId="2F66EDDC" w14:textId="77777777" w:rsidR="005A0029" w:rsidRDefault="00F83EB4">
      <w:pPr>
        <w:spacing w:after="60"/>
      </w:pPr>
      <w:r>
        <w:rPr>
          <w:color w:val="B4B4B4"/>
          <w:sz w:val="16"/>
        </w:rPr>
        <w:t>________________________________________________________</w:t>
      </w:r>
    </w:p>
    <w:p w14:paraId="1ABFD2A3" w14:textId="77777777" w:rsidR="005A0029" w:rsidRDefault="00F83EB4">
      <w:pPr>
        <w:spacing w:after="60"/>
      </w:pPr>
      <w:r>
        <w:rPr>
          <w:color w:val="B4B4B4"/>
          <w:sz w:val="16"/>
        </w:rPr>
        <w:t>________________________________________________________</w:t>
      </w:r>
    </w:p>
    <w:p w14:paraId="4C007627" w14:textId="77777777" w:rsidR="005A0029" w:rsidRDefault="00F83EB4">
      <w:pPr>
        <w:spacing w:after="60"/>
      </w:pPr>
      <w:r>
        <w:rPr>
          <w:color w:val="B4B4B4"/>
          <w:sz w:val="16"/>
        </w:rPr>
        <w:t>________________________________________________________</w:t>
      </w:r>
    </w:p>
    <w:p w14:paraId="48C1A630" w14:textId="77777777" w:rsidR="005A0029" w:rsidRDefault="00F83EB4">
      <w:pPr>
        <w:spacing w:after="60"/>
      </w:pPr>
      <w:r>
        <w:rPr>
          <w:color w:val="B4B4B4"/>
          <w:sz w:val="16"/>
        </w:rPr>
        <w:t>________________________________________________________</w:t>
      </w:r>
    </w:p>
    <w:p w14:paraId="4811481E" w14:textId="77777777" w:rsidR="005A0029" w:rsidRDefault="00F83EB4">
      <w:pPr>
        <w:pStyle w:val="Heading2"/>
      </w:pPr>
      <w:r>
        <w:t>Prayer</w:t>
      </w:r>
    </w:p>
    <w:p w14:paraId="5A088814" w14:textId="77777777" w:rsidR="005A0029" w:rsidRDefault="00F83EB4">
      <w:r>
        <w:t>Father, meet me in this practice of prayer and wise counsel.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45957A9" w14:textId="77777777" w:rsidR="005A0029" w:rsidRDefault="00F83EB4">
      <w:r>
        <w:rPr>
          <w:b/>
          <w:color w:val="B08D3A"/>
        </w:rPr>
        <w:lastRenderedPageBreak/>
        <w:t xml:space="preserve">TODAY'S DECLARATION  </w:t>
      </w:r>
      <w:r>
        <w:t>I will meet prayer and wise counsel with truth, faith, and practiced peace.</w:t>
      </w:r>
    </w:p>
    <w:p w14:paraId="4284B38E" w14:textId="77777777" w:rsidR="005A0029" w:rsidRDefault="00F83EB4">
      <w:r>
        <w:br w:type="page"/>
      </w:r>
    </w:p>
    <w:p w14:paraId="77E91B29" w14:textId="77777777" w:rsidR="005A0029" w:rsidRDefault="00F83EB4">
      <w:pPr>
        <w:pStyle w:val="Heading2"/>
      </w:pPr>
      <w:r>
        <w:lastRenderedPageBreak/>
        <w:t>DAY 13</w:t>
      </w:r>
    </w:p>
    <w:p w14:paraId="44C3E629" w14:textId="77777777" w:rsidR="005A0029" w:rsidRDefault="00F83EB4">
      <w:pPr>
        <w:pStyle w:val="Heading1"/>
      </w:pPr>
      <w:r>
        <w:t>Faith and Professional Support</w:t>
      </w:r>
    </w:p>
    <w:p w14:paraId="2A618CE3" w14:textId="77777777" w:rsidR="005A0029" w:rsidRDefault="00F83EB4">
      <w:r>
        <w:rPr>
          <w:b/>
          <w:color w:val="B08D3A"/>
        </w:rPr>
        <w:t xml:space="preserve">ANCHOR SCRIPTURE  </w:t>
      </w:r>
      <w:r>
        <w:t>Proverbs 15:22</w:t>
      </w:r>
    </w:p>
    <w:p w14:paraId="7B6699B5" w14:textId="77777777" w:rsidR="005A0029" w:rsidRDefault="00F83EB4">
      <w:pPr>
        <w:pStyle w:val="Heading2"/>
      </w:pPr>
      <w:r>
        <w:t>Guided Reflection</w:t>
      </w:r>
    </w:p>
    <w:p w14:paraId="2A23AC44" w14:textId="77777777" w:rsidR="005A0029" w:rsidRDefault="00F83EB4">
      <w:r>
        <w:t>Today, consider what “faith and professional support”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w:t>
      </w:r>
      <w:r>
        <w:t>ble when truth is practiced repeatedly, especially when circumstances remain unresolved.</w:t>
      </w:r>
    </w:p>
    <w:p w14:paraId="35947BC1" w14:textId="77777777" w:rsidR="005A0029" w:rsidRDefault="00F83EB4">
      <w:pPr>
        <w:pStyle w:val="Heading2"/>
      </w:pPr>
      <w:r>
        <w:t>Pause &amp; Notice</w:t>
      </w:r>
    </w:p>
    <w:p w14:paraId="1C5C66CB" w14:textId="77777777" w:rsidR="005A0029" w:rsidRDefault="00F83EB4">
      <w:r>
        <w:t>What is this theme revealing about my heart, thoughts, relationships, or current circumstances today?</w:t>
      </w:r>
    </w:p>
    <w:p w14:paraId="1FE03EC2" w14:textId="77777777" w:rsidR="005A0029" w:rsidRDefault="00F83EB4">
      <w:pPr>
        <w:pStyle w:val="Heading2"/>
      </w:pPr>
      <w:r>
        <w:t>Peace Practice</w:t>
      </w:r>
    </w:p>
    <w:p w14:paraId="78D4571D" w14:textId="77777777" w:rsidR="005A0029" w:rsidRDefault="00F83EB4">
      <w:r>
        <w:t>Reach out to one trusted, mature person. Share one thing you have been carrying silently and allow yourself to receive support.</w:t>
      </w:r>
    </w:p>
    <w:p w14:paraId="051EEE0C" w14:textId="77777777" w:rsidR="005A0029" w:rsidRDefault="00F83EB4">
      <w:pPr>
        <w:pStyle w:val="Heading2"/>
      </w:pPr>
      <w:r>
        <w:t>My Thoughts &amp; Prayers</w:t>
      </w:r>
    </w:p>
    <w:p w14:paraId="0E9EF53D" w14:textId="77777777" w:rsidR="005A0029" w:rsidRDefault="00F83EB4">
      <w:pPr>
        <w:spacing w:after="60"/>
      </w:pPr>
      <w:r>
        <w:rPr>
          <w:color w:val="B4B4B4"/>
          <w:sz w:val="16"/>
        </w:rPr>
        <w:t>________________________________________________________</w:t>
      </w:r>
    </w:p>
    <w:p w14:paraId="0332E574" w14:textId="77777777" w:rsidR="005A0029" w:rsidRDefault="00F83EB4">
      <w:pPr>
        <w:spacing w:after="60"/>
      </w:pPr>
      <w:r>
        <w:rPr>
          <w:color w:val="B4B4B4"/>
          <w:sz w:val="16"/>
        </w:rPr>
        <w:t>________________________________________________________</w:t>
      </w:r>
    </w:p>
    <w:p w14:paraId="529940C5" w14:textId="77777777" w:rsidR="005A0029" w:rsidRDefault="00F83EB4">
      <w:pPr>
        <w:spacing w:after="60"/>
      </w:pPr>
      <w:r>
        <w:rPr>
          <w:color w:val="B4B4B4"/>
          <w:sz w:val="16"/>
        </w:rPr>
        <w:t>________________________________________________________</w:t>
      </w:r>
    </w:p>
    <w:p w14:paraId="5C56B729" w14:textId="77777777" w:rsidR="005A0029" w:rsidRDefault="00F83EB4">
      <w:pPr>
        <w:spacing w:after="60"/>
      </w:pPr>
      <w:r>
        <w:rPr>
          <w:color w:val="B4B4B4"/>
          <w:sz w:val="16"/>
        </w:rPr>
        <w:t>________________________________________________________</w:t>
      </w:r>
    </w:p>
    <w:p w14:paraId="05BD7877" w14:textId="77777777" w:rsidR="005A0029" w:rsidRDefault="00F83EB4">
      <w:pPr>
        <w:spacing w:after="60"/>
      </w:pPr>
      <w:r>
        <w:rPr>
          <w:color w:val="B4B4B4"/>
          <w:sz w:val="16"/>
        </w:rPr>
        <w:t>________________________________________________________</w:t>
      </w:r>
    </w:p>
    <w:p w14:paraId="50C3152B" w14:textId="77777777" w:rsidR="005A0029" w:rsidRDefault="00F83EB4">
      <w:pPr>
        <w:pStyle w:val="Heading2"/>
      </w:pPr>
      <w:r>
        <w:t>Prayer</w:t>
      </w:r>
    </w:p>
    <w:p w14:paraId="670FE557" w14:textId="77777777" w:rsidR="005A0029" w:rsidRDefault="00F83EB4">
      <w:r>
        <w:t>Father, meet me in this practice of faith and professional support.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7DE28D3" w14:textId="77777777" w:rsidR="005A0029" w:rsidRDefault="00F83EB4">
      <w:r>
        <w:rPr>
          <w:b/>
          <w:color w:val="B08D3A"/>
        </w:rPr>
        <w:lastRenderedPageBreak/>
        <w:t xml:space="preserve">TODAY'S DECLARATION  </w:t>
      </w:r>
      <w:r>
        <w:t>I will meet faith and professional support with truth, faith, and practiced peace.</w:t>
      </w:r>
    </w:p>
    <w:p w14:paraId="50D107E9" w14:textId="77777777" w:rsidR="005A0029" w:rsidRDefault="00F83EB4">
      <w:r>
        <w:br w:type="page"/>
      </w:r>
    </w:p>
    <w:p w14:paraId="7E2946A3" w14:textId="77777777" w:rsidR="005A0029" w:rsidRDefault="00F83EB4">
      <w:pPr>
        <w:pStyle w:val="Heading2"/>
      </w:pPr>
      <w:r>
        <w:lastRenderedPageBreak/>
        <w:t>DAY 14</w:t>
      </w:r>
    </w:p>
    <w:p w14:paraId="1087E8FB" w14:textId="77777777" w:rsidR="005A0029" w:rsidRDefault="00F83EB4">
      <w:pPr>
        <w:pStyle w:val="Heading1"/>
      </w:pPr>
      <w:r>
        <w:t>The Gift of Community</w:t>
      </w:r>
    </w:p>
    <w:p w14:paraId="4901B222" w14:textId="77777777" w:rsidR="005A0029" w:rsidRDefault="00F83EB4">
      <w:r>
        <w:rPr>
          <w:b/>
          <w:color w:val="B08D3A"/>
        </w:rPr>
        <w:t xml:space="preserve">ANCHOR SCRIPTURE  </w:t>
      </w:r>
      <w:r>
        <w:t>Hebrews 10:24-25</w:t>
      </w:r>
    </w:p>
    <w:p w14:paraId="611BB118" w14:textId="77777777" w:rsidR="005A0029" w:rsidRDefault="00F83EB4">
      <w:pPr>
        <w:pStyle w:val="Heading2"/>
      </w:pPr>
      <w:r>
        <w:t>Guided Reflection</w:t>
      </w:r>
    </w:p>
    <w:p w14:paraId="7E65D163" w14:textId="77777777" w:rsidR="005A0029" w:rsidRDefault="00F83EB4">
      <w:r>
        <w:t xml:space="preserve">Today, consider what “the gift of community”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231EC3D8" w14:textId="77777777" w:rsidR="005A0029" w:rsidRDefault="00F83EB4">
      <w:pPr>
        <w:pStyle w:val="Heading2"/>
      </w:pPr>
      <w:r>
        <w:t>Pause &amp; Notice</w:t>
      </w:r>
    </w:p>
    <w:p w14:paraId="6E4BF920" w14:textId="77777777" w:rsidR="005A0029" w:rsidRDefault="00F83EB4">
      <w:r>
        <w:t>What is this theme revealing about my heart, thoughts, relationships, or current circumstances today?</w:t>
      </w:r>
    </w:p>
    <w:p w14:paraId="73A141A6" w14:textId="77777777" w:rsidR="005A0029" w:rsidRDefault="00F83EB4">
      <w:pPr>
        <w:pStyle w:val="Heading2"/>
      </w:pPr>
      <w:r>
        <w:t>Peace Practice</w:t>
      </w:r>
    </w:p>
    <w:p w14:paraId="0C60756B" w14:textId="77777777" w:rsidR="005A0029" w:rsidRDefault="00F83EB4">
      <w:r>
        <w:t>Practice a ten-minute quiet period without your phone. Notice what surfaces, then bring it honestly into prayer.</w:t>
      </w:r>
    </w:p>
    <w:p w14:paraId="6B8543F0" w14:textId="77777777" w:rsidR="005A0029" w:rsidRDefault="00F83EB4">
      <w:pPr>
        <w:pStyle w:val="Heading2"/>
      </w:pPr>
      <w:r>
        <w:t>My Thoughts &amp; Prayers</w:t>
      </w:r>
    </w:p>
    <w:p w14:paraId="728C459F" w14:textId="77777777" w:rsidR="005A0029" w:rsidRDefault="00F83EB4">
      <w:pPr>
        <w:spacing w:after="60"/>
      </w:pPr>
      <w:r>
        <w:rPr>
          <w:color w:val="B4B4B4"/>
          <w:sz w:val="16"/>
        </w:rPr>
        <w:t>________________________________________________________</w:t>
      </w:r>
    </w:p>
    <w:p w14:paraId="0A57D349" w14:textId="77777777" w:rsidR="005A0029" w:rsidRDefault="00F83EB4">
      <w:pPr>
        <w:spacing w:after="60"/>
      </w:pPr>
      <w:r>
        <w:rPr>
          <w:color w:val="B4B4B4"/>
          <w:sz w:val="16"/>
        </w:rPr>
        <w:t>________________________________________________________</w:t>
      </w:r>
    </w:p>
    <w:p w14:paraId="665147FF" w14:textId="77777777" w:rsidR="005A0029" w:rsidRDefault="00F83EB4">
      <w:pPr>
        <w:spacing w:after="60"/>
      </w:pPr>
      <w:r>
        <w:rPr>
          <w:color w:val="B4B4B4"/>
          <w:sz w:val="16"/>
        </w:rPr>
        <w:t>________________________________________________________</w:t>
      </w:r>
    </w:p>
    <w:p w14:paraId="5743EF7B" w14:textId="77777777" w:rsidR="005A0029" w:rsidRDefault="00F83EB4">
      <w:pPr>
        <w:spacing w:after="60"/>
      </w:pPr>
      <w:r>
        <w:rPr>
          <w:color w:val="B4B4B4"/>
          <w:sz w:val="16"/>
        </w:rPr>
        <w:t>________________________________________________________</w:t>
      </w:r>
    </w:p>
    <w:p w14:paraId="64472676" w14:textId="77777777" w:rsidR="005A0029" w:rsidRDefault="00F83EB4">
      <w:pPr>
        <w:spacing w:after="60"/>
      </w:pPr>
      <w:r>
        <w:rPr>
          <w:color w:val="B4B4B4"/>
          <w:sz w:val="16"/>
        </w:rPr>
        <w:t>________________________________________________________</w:t>
      </w:r>
    </w:p>
    <w:p w14:paraId="189B6279" w14:textId="77777777" w:rsidR="005A0029" w:rsidRDefault="00F83EB4">
      <w:pPr>
        <w:pStyle w:val="Heading2"/>
      </w:pPr>
      <w:r>
        <w:t>Prayer</w:t>
      </w:r>
    </w:p>
    <w:p w14:paraId="1C1D7B20" w14:textId="77777777" w:rsidR="005A0029" w:rsidRDefault="00F83EB4">
      <w:r>
        <w:t>Father, meet me in this practice of the gift of community.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20932D3" w14:textId="77777777" w:rsidR="005A0029" w:rsidRDefault="00F83EB4">
      <w:r>
        <w:rPr>
          <w:b/>
          <w:color w:val="B08D3A"/>
        </w:rPr>
        <w:lastRenderedPageBreak/>
        <w:t xml:space="preserve">TODAY'S DECLARATION  </w:t>
      </w:r>
      <w:r>
        <w:t>I will meet the gift of community with truth, faith, and practiced peace.</w:t>
      </w:r>
    </w:p>
    <w:p w14:paraId="25EF84F9" w14:textId="77777777" w:rsidR="005A0029" w:rsidRDefault="00F83EB4">
      <w:r>
        <w:br w:type="page"/>
      </w:r>
    </w:p>
    <w:p w14:paraId="70CD0066" w14:textId="77777777" w:rsidR="005A0029" w:rsidRDefault="00F83EB4">
      <w:pPr>
        <w:pStyle w:val="Heading2"/>
      </w:pPr>
      <w:r>
        <w:lastRenderedPageBreak/>
        <w:t>DAY 15</w:t>
      </w:r>
    </w:p>
    <w:p w14:paraId="03952EE3" w14:textId="77777777" w:rsidR="005A0029" w:rsidRDefault="00F83EB4">
      <w:pPr>
        <w:pStyle w:val="Heading1"/>
      </w:pPr>
      <w:r>
        <w:t>Remember His Faithfulness</w:t>
      </w:r>
    </w:p>
    <w:p w14:paraId="0D346840" w14:textId="77777777" w:rsidR="005A0029" w:rsidRDefault="00F83EB4">
      <w:r>
        <w:rPr>
          <w:b/>
          <w:color w:val="B08D3A"/>
        </w:rPr>
        <w:t xml:space="preserve">ANCHOR SCRIPTURE  </w:t>
      </w:r>
      <w:r>
        <w:t>Psalm 77:11</w:t>
      </w:r>
    </w:p>
    <w:p w14:paraId="2E90120E" w14:textId="77777777" w:rsidR="005A0029" w:rsidRDefault="00F83EB4">
      <w:pPr>
        <w:pStyle w:val="Heading2"/>
      </w:pPr>
      <w:r>
        <w:t>Guided Reflection</w:t>
      </w:r>
    </w:p>
    <w:p w14:paraId="68115C67" w14:textId="77777777" w:rsidR="005A0029" w:rsidRDefault="00F83EB4">
      <w:r>
        <w:t>Today, consider what “remember his faithfulness”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w:t>
      </w:r>
      <w:r>
        <w:t>hen truth is practiced repeatedly, especially when circumstances remain unresolved.</w:t>
      </w:r>
    </w:p>
    <w:p w14:paraId="7D12D9E5" w14:textId="77777777" w:rsidR="005A0029" w:rsidRDefault="00F83EB4">
      <w:pPr>
        <w:pStyle w:val="Heading2"/>
      </w:pPr>
      <w:r>
        <w:t>Pause &amp; Notice</w:t>
      </w:r>
    </w:p>
    <w:p w14:paraId="573E1768" w14:textId="77777777" w:rsidR="005A0029" w:rsidRDefault="00F83EB4">
      <w:r>
        <w:t>What is this theme revealing about my heart, thoughts, relationships, or current circumstances today?</w:t>
      </w:r>
    </w:p>
    <w:p w14:paraId="0414DC4F" w14:textId="77777777" w:rsidR="005A0029" w:rsidRDefault="00F83EB4">
      <w:pPr>
        <w:pStyle w:val="Heading2"/>
      </w:pPr>
      <w:r>
        <w:t>Peace Practice</w:t>
      </w:r>
    </w:p>
    <w:p w14:paraId="2F5468EA" w14:textId="77777777" w:rsidR="005A0029" w:rsidRDefault="00F83EB4">
      <w:r>
        <w:t>Sit quietly for three minutes. Name what you feel without judging it. Then write one truth you want to carry into the day.</w:t>
      </w:r>
    </w:p>
    <w:p w14:paraId="5449A4E9" w14:textId="77777777" w:rsidR="005A0029" w:rsidRDefault="00F83EB4">
      <w:pPr>
        <w:pStyle w:val="Heading2"/>
      </w:pPr>
      <w:r>
        <w:t>My Thoughts &amp; Prayers</w:t>
      </w:r>
    </w:p>
    <w:p w14:paraId="2848588F" w14:textId="77777777" w:rsidR="005A0029" w:rsidRDefault="00F83EB4">
      <w:pPr>
        <w:spacing w:after="60"/>
      </w:pPr>
      <w:r>
        <w:rPr>
          <w:color w:val="B4B4B4"/>
          <w:sz w:val="16"/>
        </w:rPr>
        <w:t>________________________________________________________</w:t>
      </w:r>
    </w:p>
    <w:p w14:paraId="7A7A3E96" w14:textId="77777777" w:rsidR="005A0029" w:rsidRDefault="00F83EB4">
      <w:pPr>
        <w:spacing w:after="60"/>
      </w:pPr>
      <w:r>
        <w:rPr>
          <w:color w:val="B4B4B4"/>
          <w:sz w:val="16"/>
        </w:rPr>
        <w:t>________________________________________________________</w:t>
      </w:r>
    </w:p>
    <w:p w14:paraId="3EBFFC20" w14:textId="77777777" w:rsidR="005A0029" w:rsidRDefault="00F83EB4">
      <w:pPr>
        <w:spacing w:after="60"/>
      </w:pPr>
      <w:r>
        <w:rPr>
          <w:color w:val="B4B4B4"/>
          <w:sz w:val="16"/>
        </w:rPr>
        <w:t>________________________________________________________</w:t>
      </w:r>
    </w:p>
    <w:p w14:paraId="6638265F" w14:textId="77777777" w:rsidR="005A0029" w:rsidRDefault="00F83EB4">
      <w:pPr>
        <w:spacing w:after="60"/>
      </w:pPr>
      <w:r>
        <w:rPr>
          <w:color w:val="B4B4B4"/>
          <w:sz w:val="16"/>
        </w:rPr>
        <w:t>________________________________________________________</w:t>
      </w:r>
    </w:p>
    <w:p w14:paraId="1325070C" w14:textId="77777777" w:rsidR="005A0029" w:rsidRDefault="00F83EB4">
      <w:pPr>
        <w:spacing w:after="60"/>
      </w:pPr>
      <w:r>
        <w:rPr>
          <w:color w:val="B4B4B4"/>
          <w:sz w:val="16"/>
        </w:rPr>
        <w:t>________________________________________________________</w:t>
      </w:r>
    </w:p>
    <w:p w14:paraId="0E8C067E" w14:textId="77777777" w:rsidR="005A0029" w:rsidRDefault="00F83EB4">
      <w:pPr>
        <w:pStyle w:val="Heading2"/>
      </w:pPr>
      <w:r>
        <w:t>Prayer</w:t>
      </w:r>
    </w:p>
    <w:p w14:paraId="2CE1CCEB" w14:textId="77777777" w:rsidR="005A0029" w:rsidRDefault="00F83EB4">
      <w:r>
        <w:t>Father, meet me in this practice of remember his faithfulness.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D7F0F3D" w14:textId="77777777" w:rsidR="005A0029" w:rsidRDefault="00F83EB4">
      <w:r>
        <w:rPr>
          <w:b/>
          <w:color w:val="B08D3A"/>
        </w:rPr>
        <w:lastRenderedPageBreak/>
        <w:t xml:space="preserve">TODAY'S DECLARATION  </w:t>
      </w:r>
      <w:r>
        <w:t>I will meet remember his faithfulness with truth, faith, and practiced peace.</w:t>
      </w:r>
    </w:p>
    <w:p w14:paraId="3E787605" w14:textId="77777777" w:rsidR="005A0029" w:rsidRDefault="00F83EB4">
      <w:r>
        <w:br w:type="page"/>
      </w:r>
    </w:p>
    <w:p w14:paraId="2E547629" w14:textId="77777777" w:rsidR="005A0029" w:rsidRDefault="00F83EB4">
      <w:pPr>
        <w:pStyle w:val="Heading2"/>
      </w:pPr>
      <w:r>
        <w:lastRenderedPageBreak/>
        <w:t>DAY 16</w:t>
      </w:r>
    </w:p>
    <w:p w14:paraId="7945BC49" w14:textId="77777777" w:rsidR="005A0029" w:rsidRDefault="00F83EB4">
      <w:pPr>
        <w:pStyle w:val="Heading1"/>
      </w:pPr>
      <w:r>
        <w:t>Praying the Psalms</w:t>
      </w:r>
    </w:p>
    <w:p w14:paraId="035541F9" w14:textId="77777777" w:rsidR="005A0029" w:rsidRDefault="00F83EB4">
      <w:r>
        <w:rPr>
          <w:b/>
          <w:color w:val="B08D3A"/>
        </w:rPr>
        <w:t xml:space="preserve">ANCHOR SCRIPTURE  </w:t>
      </w:r>
      <w:r>
        <w:t>Psalm 42:5</w:t>
      </w:r>
    </w:p>
    <w:p w14:paraId="78D08DE6" w14:textId="77777777" w:rsidR="005A0029" w:rsidRDefault="00F83EB4">
      <w:pPr>
        <w:pStyle w:val="Heading2"/>
      </w:pPr>
      <w:r>
        <w:t>Guided Reflection</w:t>
      </w:r>
    </w:p>
    <w:p w14:paraId="73E0A358" w14:textId="77777777" w:rsidR="005A0029" w:rsidRDefault="00F83EB4">
      <w:r>
        <w:t>Today, consider what “praying the psalms”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0BE76261" w14:textId="77777777" w:rsidR="005A0029" w:rsidRDefault="00F83EB4">
      <w:pPr>
        <w:pStyle w:val="Heading2"/>
      </w:pPr>
      <w:r>
        <w:t>Pause &amp; Notice</w:t>
      </w:r>
    </w:p>
    <w:p w14:paraId="46B5DD02" w14:textId="77777777" w:rsidR="005A0029" w:rsidRDefault="00F83EB4">
      <w:r>
        <w:t>What is this theme revealing about my heart, thoughts, relationships, or current circumstances today?</w:t>
      </w:r>
    </w:p>
    <w:p w14:paraId="49EC714A" w14:textId="77777777" w:rsidR="005A0029" w:rsidRDefault="00F83EB4">
      <w:pPr>
        <w:pStyle w:val="Heading2"/>
      </w:pPr>
      <w:r>
        <w:t>Peace Practice</w:t>
      </w:r>
    </w:p>
    <w:p w14:paraId="0EC2FC60" w14:textId="77777777" w:rsidR="005A0029" w:rsidRDefault="00F83EB4">
      <w:r>
        <w:t>Draw two columns: 'What I can control' and 'What I must release.' Place each concern in the appropriate column and pray over both.</w:t>
      </w:r>
    </w:p>
    <w:p w14:paraId="6958B634" w14:textId="77777777" w:rsidR="005A0029" w:rsidRDefault="00F83EB4">
      <w:pPr>
        <w:pStyle w:val="Heading2"/>
      </w:pPr>
      <w:r>
        <w:t>My Thoughts &amp; Prayers</w:t>
      </w:r>
    </w:p>
    <w:p w14:paraId="0B52E619" w14:textId="77777777" w:rsidR="005A0029" w:rsidRDefault="00F83EB4">
      <w:pPr>
        <w:spacing w:after="60"/>
      </w:pPr>
      <w:r>
        <w:rPr>
          <w:color w:val="B4B4B4"/>
          <w:sz w:val="16"/>
        </w:rPr>
        <w:t>________________________________________________________</w:t>
      </w:r>
    </w:p>
    <w:p w14:paraId="06521491" w14:textId="77777777" w:rsidR="005A0029" w:rsidRDefault="00F83EB4">
      <w:pPr>
        <w:spacing w:after="60"/>
      </w:pPr>
      <w:r>
        <w:rPr>
          <w:color w:val="B4B4B4"/>
          <w:sz w:val="16"/>
        </w:rPr>
        <w:t>________________________________________________________</w:t>
      </w:r>
    </w:p>
    <w:p w14:paraId="15EBBD18" w14:textId="77777777" w:rsidR="005A0029" w:rsidRDefault="00F83EB4">
      <w:pPr>
        <w:spacing w:after="60"/>
      </w:pPr>
      <w:r>
        <w:rPr>
          <w:color w:val="B4B4B4"/>
          <w:sz w:val="16"/>
        </w:rPr>
        <w:t>________________________________________________________</w:t>
      </w:r>
    </w:p>
    <w:p w14:paraId="0FC200F6" w14:textId="77777777" w:rsidR="005A0029" w:rsidRDefault="00F83EB4">
      <w:pPr>
        <w:spacing w:after="60"/>
      </w:pPr>
      <w:r>
        <w:rPr>
          <w:color w:val="B4B4B4"/>
          <w:sz w:val="16"/>
        </w:rPr>
        <w:t>________________________________________________________</w:t>
      </w:r>
    </w:p>
    <w:p w14:paraId="20AB9C89" w14:textId="77777777" w:rsidR="005A0029" w:rsidRDefault="00F83EB4">
      <w:pPr>
        <w:spacing w:after="60"/>
      </w:pPr>
      <w:r>
        <w:rPr>
          <w:color w:val="B4B4B4"/>
          <w:sz w:val="16"/>
        </w:rPr>
        <w:t>________________________________________________________</w:t>
      </w:r>
    </w:p>
    <w:p w14:paraId="72A0EBF7" w14:textId="77777777" w:rsidR="005A0029" w:rsidRDefault="00F83EB4">
      <w:pPr>
        <w:pStyle w:val="Heading2"/>
      </w:pPr>
      <w:r>
        <w:t>Prayer</w:t>
      </w:r>
    </w:p>
    <w:p w14:paraId="2289456A" w14:textId="77777777" w:rsidR="005A0029" w:rsidRDefault="00F83EB4">
      <w:r>
        <w:t>Father, meet me in this practice of praying the psalms.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738AF87" w14:textId="77777777" w:rsidR="005A0029" w:rsidRDefault="00F83EB4">
      <w:r>
        <w:rPr>
          <w:b/>
          <w:color w:val="B08D3A"/>
        </w:rPr>
        <w:lastRenderedPageBreak/>
        <w:t xml:space="preserve">TODAY'S DECLARATION  </w:t>
      </w:r>
      <w:r>
        <w:t>I will meet praying the psalms with truth, faith, and practiced peace.</w:t>
      </w:r>
    </w:p>
    <w:p w14:paraId="24B2947A" w14:textId="77777777" w:rsidR="005A0029" w:rsidRDefault="00F83EB4">
      <w:r>
        <w:br w:type="page"/>
      </w:r>
    </w:p>
    <w:p w14:paraId="71F6DC44" w14:textId="77777777" w:rsidR="005A0029" w:rsidRDefault="00F83EB4">
      <w:pPr>
        <w:pStyle w:val="Heading2"/>
      </w:pPr>
      <w:r>
        <w:lastRenderedPageBreak/>
        <w:t>DAY 17</w:t>
      </w:r>
    </w:p>
    <w:p w14:paraId="266D15A4" w14:textId="77777777" w:rsidR="005A0029" w:rsidRDefault="00F83EB4">
      <w:pPr>
        <w:pStyle w:val="Heading1"/>
      </w:pPr>
      <w:r>
        <w:t>When Answers Are Delayed</w:t>
      </w:r>
    </w:p>
    <w:p w14:paraId="41E3EEA6" w14:textId="77777777" w:rsidR="005A0029" w:rsidRDefault="00F83EB4">
      <w:r>
        <w:rPr>
          <w:b/>
          <w:color w:val="B08D3A"/>
        </w:rPr>
        <w:t xml:space="preserve">ANCHOR SCRIPTURE  </w:t>
      </w:r>
      <w:r>
        <w:t>Habakkuk 2:3</w:t>
      </w:r>
    </w:p>
    <w:p w14:paraId="60472760" w14:textId="77777777" w:rsidR="005A0029" w:rsidRDefault="00F83EB4">
      <w:pPr>
        <w:pStyle w:val="Heading2"/>
      </w:pPr>
      <w:r>
        <w:t>Guided Reflection</w:t>
      </w:r>
    </w:p>
    <w:p w14:paraId="24BE7C3F" w14:textId="77777777" w:rsidR="005A0029" w:rsidRDefault="00F83EB4">
      <w:r>
        <w:t>Today, consider what “when answers are delayed”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w:t>
      </w:r>
      <w:r>
        <w:t>en truth is practiced repeatedly, especially when circumstances remain unresolved.</w:t>
      </w:r>
    </w:p>
    <w:p w14:paraId="3AB145B8" w14:textId="77777777" w:rsidR="005A0029" w:rsidRDefault="00F83EB4">
      <w:pPr>
        <w:pStyle w:val="Heading2"/>
      </w:pPr>
      <w:r>
        <w:t>Pause &amp; Notice</w:t>
      </w:r>
    </w:p>
    <w:p w14:paraId="3DCC6C99" w14:textId="77777777" w:rsidR="005A0029" w:rsidRDefault="00F83EB4">
      <w:r>
        <w:t>What is this theme revealing about my heart, thoughts, relationships, or current circumstances today?</w:t>
      </w:r>
    </w:p>
    <w:p w14:paraId="666F11BB" w14:textId="77777777" w:rsidR="005A0029" w:rsidRDefault="00F83EB4">
      <w:pPr>
        <w:pStyle w:val="Heading2"/>
      </w:pPr>
      <w:r>
        <w:t>Peace Practice</w:t>
      </w:r>
    </w:p>
    <w:p w14:paraId="4E081F34" w14:textId="77777777" w:rsidR="005A0029" w:rsidRDefault="00F83EB4">
      <w:r>
        <w:t>Take five slow breaths. With each inhale, receive God's presence; with each exhale, release one pressure you have been carrying.</w:t>
      </w:r>
    </w:p>
    <w:p w14:paraId="28A1F9CA" w14:textId="77777777" w:rsidR="005A0029" w:rsidRDefault="00F83EB4">
      <w:pPr>
        <w:pStyle w:val="Heading2"/>
      </w:pPr>
      <w:r>
        <w:t>My Thoughts &amp; Prayers</w:t>
      </w:r>
    </w:p>
    <w:p w14:paraId="68F88370" w14:textId="77777777" w:rsidR="005A0029" w:rsidRDefault="00F83EB4">
      <w:pPr>
        <w:spacing w:after="60"/>
      </w:pPr>
      <w:r>
        <w:rPr>
          <w:color w:val="B4B4B4"/>
          <w:sz w:val="16"/>
        </w:rPr>
        <w:t>________________________________________________________</w:t>
      </w:r>
    </w:p>
    <w:p w14:paraId="20D73D5A" w14:textId="77777777" w:rsidR="005A0029" w:rsidRDefault="00F83EB4">
      <w:pPr>
        <w:spacing w:after="60"/>
      </w:pPr>
      <w:r>
        <w:rPr>
          <w:color w:val="B4B4B4"/>
          <w:sz w:val="16"/>
        </w:rPr>
        <w:t>________________________________________________________</w:t>
      </w:r>
    </w:p>
    <w:p w14:paraId="7C595B1E" w14:textId="77777777" w:rsidR="005A0029" w:rsidRDefault="00F83EB4">
      <w:pPr>
        <w:spacing w:after="60"/>
      </w:pPr>
      <w:r>
        <w:rPr>
          <w:color w:val="B4B4B4"/>
          <w:sz w:val="16"/>
        </w:rPr>
        <w:t>________________________________________________________</w:t>
      </w:r>
    </w:p>
    <w:p w14:paraId="0B097B4C" w14:textId="77777777" w:rsidR="005A0029" w:rsidRDefault="00F83EB4">
      <w:pPr>
        <w:spacing w:after="60"/>
      </w:pPr>
      <w:r>
        <w:rPr>
          <w:color w:val="B4B4B4"/>
          <w:sz w:val="16"/>
        </w:rPr>
        <w:t>________________________________________________________</w:t>
      </w:r>
    </w:p>
    <w:p w14:paraId="05CBCD95" w14:textId="77777777" w:rsidR="005A0029" w:rsidRDefault="00F83EB4">
      <w:pPr>
        <w:spacing w:after="60"/>
      </w:pPr>
      <w:r>
        <w:rPr>
          <w:color w:val="B4B4B4"/>
          <w:sz w:val="16"/>
        </w:rPr>
        <w:t>________________________________________________________</w:t>
      </w:r>
    </w:p>
    <w:p w14:paraId="769A7EBA" w14:textId="77777777" w:rsidR="005A0029" w:rsidRDefault="00F83EB4">
      <w:pPr>
        <w:pStyle w:val="Heading2"/>
      </w:pPr>
      <w:r>
        <w:t>Prayer</w:t>
      </w:r>
    </w:p>
    <w:p w14:paraId="1FFCAF37" w14:textId="77777777" w:rsidR="005A0029" w:rsidRDefault="00F83EB4">
      <w:r>
        <w:t>Father, meet me in this practice of when answers are delayed.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BDA9E62" w14:textId="77777777" w:rsidR="005A0029" w:rsidRDefault="00F83EB4">
      <w:r>
        <w:rPr>
          <w:b/>
          <w:color w:val="B08D3A"/>
        </w:rPr>
        <w:lastRenderedPageBreak/>
        <w:t xml:space="preserve">TODAY'S DECLARATION  </w:t>
      </w:r>
      <w:r>
        <w:t>I will meet when answers are delayed with truth, faith, and practiced peace.</w:t>
      </w:r>
    </w:p>
    <w:p w14:paraId="4CFAE16E" w14:textId="77777777" w:rsidR="005A0029" w:rsidRDefault="00F83EB4">
      <w:r>
        <w:br w:type="page"/>
      </w:r>
    </w:p>
    <w:p w14:paraId="4FA70BE8" w14:textId="77777777" w:rsidR="005A0029" w:rsidRDefault="00F83EB4">
      <w:pPr>
        <w:pStyle w:val="Heading2"/>
      </w:pPr>
      <w:r>
        <w:lastRenderedPageBreak/>
        <w:t>DAY 18</w:t>
      </w:r>
    </w:p>
    <w:p w14:paraId="5680A00B" w14:textId="77777777" w:rsidR="005A0029" w:rsidRDefault="00F83EB4">
      <w:pPr>
        <w:pStyle w:val="Heading1"/>
      </w:pPr>
      <w:r>
        <w:t>Faith in the Hospital Room</w:t>
      </w:r>
    </w:p>
    <w:p w14:paraId="1F889AE4" w14:textId="77777777" w:rsidR="005A0029" w:rsidRDefault="00F83EB4">
      <w:r>
        <w:rPr>
          <w:b/>
          <w:color w:val="B08D3A"/>
        </w:rPr>
        <w:t xml:space="preserve">ANCHOR SCRIPTURE  </w:t>
      </w:r>
      <w:r>
        <w:t>Psalm 46:1</w:t>
      </w:r>
    </w:p>
    <w:p w14:paraId="56AAEEF3" w14:textId="77777777" w:rsidR="005A0029" w:rsidRDefault="00F83EB4">
      <w:pPr>
        <w:pStyle w:val="Heading2"/>
      </w:pPr>
      <w:r>
        <w:t>Guided Reflection</w:t>
      </w:r>
    </w:p>
    <w:p w14:paraId="769DBD1C" w14:textId="77777777" w:rsidR="005A0029" w:rsidRDefault="00F83EB4">
      <w:r>
        <w:t xml:space="preserve">Today, consider what “faith in the hospital room”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1C6CDD66" w14:textId="77777777" w:rsidR="005A0029" w:rsidRDefault="00F83EB4">
      <w:pPr>
        <w:pStyle w:val="Heading2"/>
      </w:pPr>
      <w:r>
        <w:t>Pause &amp; Notice</w:t>
      </w:r>
    </w:p>
    <w:p w14:paraId="17766035" w14:textId="77777777" w:rsidR="005A0029" w:rsidRDefault="00F83EB4">
      <w:r>
        <w:t>What is this theme revealing about my heart, thoughts, relationships, or current circumstances today?</w:t>
      </w:r>
    </w:p>
    <w:p w14:paraId="3355960A" w14:textId="77777777" w:rsidR="005A0029" w:rsidRDefault="00F83EB4">
      <w:pPr>
        <w:pStyle w:val="Heading2"/>
      </w:pPr>
      <w:r>
        <w:t>Peace Practice</w:t>
      </w:r>
    </w:p>
    <w:p w14:paraId="7569CDBA" w14:textId="77777777" w:rsidR="005A0029" w:rsidRDefault="00F83EB4">
      <w:r>
        <w:t>Write one recurring fearful thought. Under it, write a Scripture-shaped response that is more truthful and life-giving.</w:t>
      </w:r>
    </w:p>
    <w:p w14:paraId="77065F70" w14:textId="77777777" w:rsidR="005A0029" w:rsidRDefault="00F83EB4">
      <w:pPr>
        <w:pStyle w:val="Heading2"/>
      </w:pPr>
      <w:r>
        <w:t>My Thoughts &amp; Prayers</w:t>
      </w:r>
    </w:p>
    <w:p w14:paraId="4A884A17" w14:textId="77777777" w:rsidR="005A0029" w:rsidRDefault="00F83EB4">
      <w:pPr>
        <w:spacing w:after="60"/>
      </w:pPr>
      <w:r>
        <w:rPr>
          <w:color w:val="B4B4B4"/>
          <w:sz w:val="16"/>
        </w:rPr>
        <w:t>________________________________________________________</w:t>
      </w:r>
    </w:p>
    <w:p w14:paraId="698F3EAD" w14:textId="77777777" w:rsidR="005A0029" w:rsidRDefault="00F83EB4">
      <w:pPr>
        <w:spacing w:after="60"/>
      </w:pPr>
      <w:r>
        <w:rPr>
          <w:color w:val="B4B4B4"/>
          <w:sz w:val="16"/>
        </w:rPr>
        <w:t>________________________________________________________</w:t>
      </w:r>
    </w:p>
    <w:p w14:paraId="37646963" w14:textId="77777777" w:rsidR="005A0029" w:rsidRDefault="00F83EB4">
      <w:pPr>
        <w:spacing w:after="60"/>
      </w:pPr>
      <w:r>
        <w:rPr>
          <w:color w:val="B4B4B4"/>
          <w:sz w:val="16"/>
        </w:rPr>
        <w:t>________________________________________________________</w:t>
      </w:r>
    </w:p>
    <w:p w14:paraId="222BBC14" w14:textId="77777777" w:rsidR="005A0029" w:rsidRDefault="00F83EB4">
      <w:pPr>
        <w:spacing w:after="60"/>
      </w:pPr>
      <w:r>
        <w:rPr>
          <w:color w:val="B4B4B4"/>
          <w:sz w:val="16"/>
        </w:rPr>
        <w:t>________________________________________________________</w:t>
      </w:r>
    </w:p>
    <w:p w14:paraId="02DB1F30" w14:textId="77777777" w:rsidR="005A0029" w:rsidRDefault="00F83EB4">
      <w:pPr>
        <w:spacing w:after="60"/>
      </w:pPr>
      <w:r>
        <w:rPr>
          <w:color w:val="B4B4B4"/>
          <w:sz w:val="16"/>
        </w:rPr>
        <w:t>________________________________________________________</w:t>
      </w:r>
    </w:p>
    <w:p w14:paraId="2B4838B3" w14:textId="77777777" w:rsidR="005A0029" w:rsidRDefault="00F83EB4">
      <w:pPr>
        <w:pStyle w:val="Heading2"/>
      </w:pPr>
      <w:r>
        <w:t>Prayer</w:t>
      </w:r>
    </w:p>
    <w:p w14:paraId="0CB3F0B7" w14:textId="77777777" w:rsidR="005A0029" w:rsidRDefault="00F83EB4">
      <w:r>
        <w:t>Father, meet me in this practice of faith in the hospital room.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E26641C" w14:textId="77777777" w:rsidR="005A0029" w:rsidRDefault="00F83EB4">
      <w:r>
        <w:rPr>
          <w:b/>
          <w:color w:val="B08D3A"/>
        </w:rPr>
        <w:lastRenderedPageBreak/>
        <w:t xml:space="preserve">TODAY'S DECLARATION  </w:t>
      </w:r>
      <w:r>
        <w:t>I will meet faith in the hospital room with truth, faith, and practiced peace.</w:t>
      </w:r>
    </w:p>
    <w:p w14:paraId="51DB78E3" w14:textId="77777777" w:rsidR="005A0029" w:rsidRDefault="00F83EB4">
      <w:r>
        <w:br w:type="page"/>
      </w:r>
    </w:p>
    <w:p w14:paraId="6BB979E6" w14:textId="77777777" w:rsidR="005A0029" w:rsidRDefault="00F83EB4">
      <w:pPr>
        <w:pStyle w:val="Heading2"/>
      </w:pPr>
      <w:r>
        <w:lastRenderedPageBreak/>
        <w:t>DAY 19</w:t>
      </w:r>
    </w:p>
    <w:p w14:paraId="458659CD" w14:textId="77777777" w:rsidR="005A0029" w:rsidRDefault="00F83EB4">
      <w:pPr>
        <w:pStyle w:val="Heading1"/>
      </w:pPr>
      <w:r>
        <w:t>Strength for the Caregiver</w:t>
      </w:r>
    </w:p>
    <w:p w14:paraId="4E2FE104" w14:textId="77777777" w:rsidR="005A0029" w:rsidRDefault="00F83EB4">
      <w:r>
        <w:rPr>
          <w:b/>
          <w:color w:val="B08D3A"/>
        </w:rPr>
        <w:t xml:space="preserve">ANCHOR SCRIPTURE  </w:t>
      </w:r>
      <w:r>
        <w:t>Isaiah 40:29</w:t>
      </w:r>
    </w:p>
    <w:p w14:paraId="1DD8449A" w14:textId="77777777" w:rsidR="005A0029" w:rsidRDefault="00F83EB4">
      <w:pPr>
        <w:pStyle w:val="Heading2"/>
      </w:pPr>
      <w:r>
        <w:t>Guided Reflection</w:t>
      </w:r>
    </w:p>
    <w:p w14:paraId="0CCC7BE0" w14:textId="77777777" w:rsidR="005A0029" w:rsidRDefault="00F83EB4">
      <w:r>
        <w:t xml:space="preserve">Today, consider what “strength for the caregiver”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1BB8EF22" w14:textId="77777777" w:rsidR="005A0029" w:rsidRDefault="00F83EB4">
      <w:pPr>
        <w:pStyle w:val="Heading2"/>
      </w:pPr>
      <w:r>
        <w:t>Pause &amp; Notice</w:t>
      </w:r>
    </w:p>
    <w:p w14:paraId="20BAAC04" w14:textId="77777777" w:rsidR="005A0029" w:rsidRDefault="00F83EB4">
      <w:r>
        <w:t>What is this theme revealing about my heart, thoughts, relationships, or current circumstances today?</w:t>
      </w:r>
    </w:p>
    <w:p w14:paraId="3465E5ED" w14:textId="77777777" w:rsidR="005A0029" w:rsidRDefault="00F83EB4">
      <w:pPr>
        <w:pStyle w:val="Heading2"/>
      </w:pPr>
      <w:r>
        <w:t>Peace Practice</w:t>
      </w:r>
    </w:p>
    <w:p w14:paraId="44329215" w14:textId="77777777" w:rsidR="005A0029" w:rsidRDefault="00F83EB4">
      <w:r>
        <w:t>Identify one small action that would create greater peace today. Make it specific enough to complete before the day ends.</w:t>
      </w:r>
    </w:p>
    <w:p w14:paraId="631B196D" w14:textId="77777777" w:rsidR="005A0029" w:rsidRDefault="00F83EB4">
      <w:pPr>
        <w:pStyle w:val="Heading2"/>
      </w:pPr>
      <w:r>
        <w:t>My Thoughts &amp; Prayers</w:t>
      </w:r>
    </w:p>
    <w:p w14:paraId="21AB56B9" w14:textId="77777777" w:rsidR="005A0029" w:rsidRDefault="00F83EB4">
      <w:pPr>
        <w:spacing w:after="60"/>
      </w:pPr>
      <w:r>
        <w:rPr>
          <w:color w:val="B4B4B4"/>
          <w:sz w:val="16"/>
        </w:rPr>
        <w:t>________________________________________________________</w:t>
      </w:r>
    </w:p>
    <w:p w14:paraId="452AAECE" w14:textId="77777777" w:rsidR="005A0029" w:rsidRDefault="00F83EB4">
      <w:pPr>
        <w:spacing w:after="60"/>
      </w:pPr>
      <w:r>
        <w:rPr>
          <w:color w:val="B4B4B4"/>
          <w:sz w:val="16"/>
        </w:rPr>
        <w:t>________________________________________________________</w:t>
      </w:r>
    </w:p>
    <w:p w14:paraId="1180E623" w14:textId="77777777" w:rsidR="005A0029" w:rsidRDefault="00F83EB4">
      <w:pPr>
        <w:spacing w:after="60"/>
      </w:pPr>
      <w:r>
        <w:rPr>
          <w:color w:val="B4B4B4"/>
          <w:sz w:val="16"/>
        </w:rPr>
        <w:t>________________________________________________________</w:t>
      </w:r>
    </w:p>
    <w:p w14:paraId="19098344" w14:textId="77777777" w:rsidR="005A0029" w:rsidRDefault="00F83EB4">
      <w:pPr>
        <w:spacing w:after="60"/>
      </w:pPr>
      <w:r>
        <w:rPr>
          <w:color w:val="B4B4B4"/>
          <w:sz w:val="16"/>
        </w:rPr>
        <w:t>________________________________________________________</w:t>
      </w:r>
    </w:p>
    <w:p w14:paraId="1CFD842C" w14:textId="77777777" w:rsidR="005A0029" w:rsidRDefault="00F83EB4">
      <w:pPr>
        <w:spacing w:after="60"/>
      </w:pPr>
      <w:r>
        <w:rPr>
          <w:color w:val="B4B4B4"/>
          <w:sz w:val="16"/>
        </w:rPr>
        <w:t>________________________________________________________</w:t>
      </w:r>
    </w:p>
    <w:p w14:paraId="44C455DD" w14:textId="77777777" w:rsidR="005A0029" w:rsidRDefault="00F83EB4">
      <w:pPr>
        <w:pStyle w:val="Heading2"/>
      </w:pPr>
      <w:r>
        <w:t>Prayer</w:t>
      </w:r>
    </w:p>
    <w:p w14:paraId="3B1EDCDF" w14:textId="77777777" w:rsidR="005A0029" w:rsidRDefault="00F83EB4">
      <w:r>
        <w:t>Father, meet me in this practice of strength for the caregiver.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A0C2BD5" w14:textId="77777777" w:rsidR="005A0029" w:rsidRDefault="00F83EB4">
      <w:r>
        <w:rPr>
          <w:b/>
          <w:color w:val="B08D3A"/>
        </w:rPr>
        <w:lastRenderedPageBreak/>
        <w:t xml:space="preserve">TODAY'S DECLARATION  </w:t>
      </w:r>
      <w:r>
        <w:t>I will meet strength for the caregiver with truth, faith, and practiced peace.</w:t>
      </w:r>
    </w:p>
    <w:p w14:paraId="2FFA5589" w14:textId="77777777" w:rsidR="005A0029" w:rsidRDefault="00F83EB4">
      <w:r>
        <w:br w:type="page"/>
      </w:r>
    </w:p>
    <w:p w14:paraId="31B0235D" w14:textId="77777777" w:rsidR="005A0029" w:rsidRDefault="00F83EB4">
      <w:pPr>
        <w:pStyle w:val="Heading2"/>
      </w:pPr>
      <w:r>
        <w:lastRenderedPageBreak/>
        <w:t>DAY 20</w:t>
      </w:r>
    </w:p>
    <w:p w14:paraId="4D498246" w14:textId="77777777" w:rsidR="005A0029" w:rsidRDefault="00F83EB4">
      <w:pPr>
        <w:pStyle w:val="Heading1"/>
      </w:pPr>
      <w:r>
        <w:t>Hope When Outcomes Are Uncertain</w:t>
      </w:r>
    </w:p>
    <w:p w14:paraId="181788F4" w14:textId="77777777" w:rsidR="005A0029" w:rsidRDefault="00F83EB4">
      <w:r>
        <w:rPr>
          <w:b/>
          <w:color w:val="B08D3A"/>
        </w:rPr>
        <w:t xml:space="preserve">ANCHOR SCRIPTURE  </w:t>
      </w:r>
      <w:r>
        <w:t>Romans 15:13</w:t>
      </w:r>
    </w:p>
    <w:p w14:paraId="59EDC418" w14:textId="77777777" w:rsidR="005A0029" w:rsidRDefault="00F83EB4">
      <w:pPr>
        <w:pStyle w:val="Heading2"/>
      </w:pPr>
      <w:r>
        <w:t>Guided Reflection</w:t>
      </w:r>
    </w:p>
    <w:p w14:paraId="1188A330" w14:textId="77777777" w:rsidR="005A0029" w:rsidRDefault="00F83EB4">
      <w:r>
        <w:t>Today, consider what “hope when outcomes are uncertain”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w:t>
      </w:r>
      <w:r>
        <w:t>rable when truth is practiced repeatedly, especially when circumstances remain unresolved.</w:t>
      </w:r>
    </w:p>
    <w:p w14:paraId="41E93371" w14:textId="77777777" w:rsidR="005A0029" w:rsidRDefault="00F83EB4">
      <w:pPr>
        <w:pStyle w:val="Heading2"/>
      </w:pPr>
      <w:r>
        <w:t>Pause &amp; Notice</w:t>
      </w:r>
    </w:p>
    <w:p w14:paraId="2A674913" w14:textId="77777777" w:rsidR="005A0029" w:rsidRDefault="00F83EB4">
      <w:r>
        <w:t>What is this theme revealing about my heart, thoughts, relationships, or current circumstances today?</w:t>
      </w:r>
    </w:p>
    <w:p w14:paraId="576B1B44" w14:textId="77777777" w:rsidR="005A0029" w:rsidRDefault="00F83EB4">
      <w:pPr>
        <w:pStyle w:val="Heading2"/>
      </w:pPr>
      <w:r>
        <w:t>Peace Practice</w:t>
      </w:r>
    </w:p>
    <w:p w14:paraId="4301F6D7" w14:textId="77777777" w:rsidR="005A0029" w:rsidRDefault="00F83EB4">
      <w:r>
        <w:t>Reach out to one trusted, mature person. Share one thing you have been carrying silently and allow yourself to receive support.</w:t>
      </w:r>
    </w:p>
    <w:p w14:paraId="3D67689A" w14:textId="77777777" w:rsidR="005A0029" w:rsidRDefault="00F83EB4">
      <w:pPr>
        <w:pStyle w:val="Heading2"/>
      </w:pPr>
      <w:r>
        <w:t>My Thoughts &amp; Prayers</w:t>
      </w:r>
    </w:p>
    <w:p w14:paraId="4324B543" w14:textId="77777777" w:rsidR="005A0029" w:rsidRDefault="00F83EB4">
      <w:pPr>
        <w:spacing w:after="60"/>
      </w:pPr>
      <w:r>
        <w:rPr>
          <w:color w:val="B4B4B4"/>
          <w:sz w:val="16"/>
        </w:rPr>
        <w:t>________________________________________________________</w:t>
      </w:r>
    </w:p>
    <w:p w14:paraId="724A9298" w14:textId="77777777" w:rsidR="005A0029" w:rsidRDefault="00F83EB4">
      <w:pPr>
        <w:spacing w:after="60"/>
      </w:pPr>
      <w:r>
        <w:rPr>
          <w:color w:val="B4B4B4"/>
          <w:sz w:val="16"/>
        </w:rPr>
        <w:t>________________________________________________________</w:t>
      </w:r>
    </w:p>
    <w:p w14:paraId="31E6C775" w14:textId="77777777" w:rsidR="005A0029" w:rsidRDefault="00F83EB4">
      <w:pPr>
        <w:spacing w:after="60"/>
      </w:pPr>
      <w:r>
        <w:rPr>
          <w:color w:val="B4B4B4"/>
          <w:sz w:val="16"/>
        </w:rPr>
        <w:t>________________________________________________________</w:t>
      </w:r>
    </w:p>
    <w:p w14:paraId="7D7E9F41" w14:textId="77777777" w:rsidR="005A0029" w:rsidRDefault="00F83EB4">
      <w:pPr>
        <w:spacing w:after="60"/>
      </w:pPr>
      <w:r>
        <w:rPr>
          <w:color w:val="B4B4B4"/>
          <w:sz w:val="16"/>
        </w:rPr>
        <w:t>________________________________________________________</w:t>
      </w:r>
    </w:p>
    <w:p w14:paraId="7DB072F3" w14:textId="77777777" w:rsidR="005A0029" w:rsidRDefault="00F83EB4">
      <w:pPr>
        <w:spacing w:after="60"/>
      </w:pPr>
      <w:r>
        <w:rPr>
          <w:color w:val="B4B4B4"/>
          <w:sz w:val="16"/>
        </w:rPr>
        <w:t>________________________________________________________</w:t>
      </w:r>
    </w:p>
    <w:p w14:paraId="7536DBAB" w14:textId="77777777" w:rsidR="005A0029" w:rsidRDefault="00F83EB4">
      <w:pPr>
        <w:pStyle w:val="Heading2"/>
      </w:pPr>
      <w:r>
        <w:t>Prayer</w:t>
      </w:r>
    </w:p>
    <w:p w14:paraId="54963804" w14:textId="77777777" w:rsidR="005A0029" w:rsidRDefault="00F83EB4">
      <w:r>
        <w:t>Father, meet me in this practice of hope when outcomes are uncertain.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1EFC5E6" w14:textId="77777777" w:rsidR="005A0029" w:rsidRDefault="00F83EB4">
      <w:r>
        <w:rPr>
          <w:b/>
          <w:color w:val="B08D3A"/>
        </w:rPr>
        <w:lastRenderedPageBreak/>
        <w:t xml:space="preserve">TODAY'S DECLARATION  </w:t>
      </w:r>
      <w:r>
        <w:t>I will meet hope when outcomes are uncertain with truth, faith, and practiced peace.</w:t>
      </w:r>
    </w:p>
    <w:p w14:paraId="0687D73C" w14:textId="77777777" w:rsidR="005A0029" w:rsidRDefault="00F83EB4">
      <w:r>
        <w:br w:type="page"/>
      </w:r>
    </w:p>
    <w:p w14:paraId="2458C1A3" w14:textId="77777777" w:rsidR="005A0029" w:rsidRDefault="00F83EB4">
      <w:pPr>
        <w:pStyle w:val="Heading2"/>
      </w:pPr>
      <w:r>
        <w:lastRenderedPageBreak/>
        <w:t>DAY 21</w:t>
      </w:r>
    </w:p>
    <w:p w14:paraId="7C093D76" w14:textId="77777777" w:rsidR="005A0029" w:rsidRDefault="00F83EB4">
      <w:pPr>
        <w:pStyle w:val="Heading1"/>
      </w:pPr>
      <w:r>
        <w:t>The Word in the Night</w:t>
      </w:r>
    </w:p>
    <w:p w14:paraId="0987E15D" w14:textId="77777777" w:rsidR="005A0029" w:rsidRDefault="00F83EB4">
      <w:r>
        <w:rPr>
          <w:b/>
          <w:color w:val="B08D3A"/>
        </w:rPr>
        <w:t xml:space="preserve">ANCHOR SCRIPTURE  </w:t>
      </w:r>
      <w:r>
        <w:t>Psalm 119:148</w:t>
      </w:r>
    </w:p>
    <w:p w14:paraId="3CDD6C40" w14:textId="77777777" w:rsidR="005A0029" w:rsidRDefault="00F83EB4">
      <w:pPr>
        <w:pStyle w:val="Heading2"/>
      </w:pPr>
      <w:r>
        <w:t>Guided Reflection</w:t>
      </w:r>
    </w:p>
    <w:p w14:paraId="158EA753" w14:textId="77777777" w:rsidR="005A0029" w:rsidRDefault="00F83EB4">
      <w:r>
        <w:t xml:space="preserve">Today, consider what “the word in the night”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1CB5C6FD" w14:textId="77777777" w:rsidR="005A0029" w:rsidRDefault="00F83EB4">
      <w:pPr>
        <w:pStyle w:val="Heading2"/>
      </w:pPr>
      <w:r>
        <w:t>Pause &amp; Notice</w:t>
      </w:r>
    </w:p>
    <w:p w14:paraId="049F955B" w14:textId="77777777" w:rsidR="005A0029" w:rsidRDefault="00F83EB4">
      <w:r>
        <w:t>What is this theme revealing about my heart, thoughts, relationships, or current circumstances today?</w:t>
      </w:r>
    </w:p>
    <w:p w14:paraId="7931756F" w14:textId="77777777" w:rsidR="005A0029" w:rsidRDefault="00F83EB4">
      <w:pPr>
        <w:pStyle w:val="Heading2"/>
      </w:pPr>
      <w:r>
        <w:t>Peace Practice</w:t>
      </w:r>
    </w:p>
    <w:p w14:paraId="7973180F" w14:textId="77777777" w:rsidR="005A0029" w:rsidRDefault="00F83EB4">
      <w:r>
        <w:t>Practice a ten-minute quiet period without your phone. Notice what surfaces, then bring it honestly into prayer.</w:t>
      </w:r>
    </w:p>
    <w:p w14:paraId="4F6EF7A7" w14:textId="77777777" w:rsidR="005A0029" w:rsidRDefault="00F83EB4">
      <w:pPr>
        <w:pStyle w:val="Heading2"/>
      </w:pPr>
      <w:r>
        <w:t>My Thoughts &amp; Prayers</w:t>
      </w:r>
    </w:p>
    <w:p w14:paraId="6F1F936A" w14:textId="77777777" w:rsidR="005A0029" w:rsidRDefault="00F83EB4">
      <w:pPr>
        <w:spacing w:after="60"/>
      </w:pPr>
      <w:r>
        <w:rPr>
          <w:color w:val="B4B4B4"/>
          <w:sz w:val="16"/>
        </w:rPr>
        <w:t>________________________________________________________</w:t>
      </w:r>
    </w:p>
    <w:p w14:paraId="296729DE" w14:textId="77777777" w:rsidR="005A0029" w:rsidRDefault="00F83EB4">
      <w:pPr>
        <w:spacing w:after="60"/>
      </w:pPr>
      <w:r>
        <w:rPr>
          <w:color w:val="B4B4B4"/>
          <w:sz w:val="16"/>
        </w:rPr>
        <w:t>________________________________________________________</w:t>
      </w:r>
    </w:p>
    <w:p w14:paraId="75BDF3E6" w14:textId="77777777" w:rsidR="005A0029" w:rsidRDefault="00F83EB4">
      <w:pPr>
        <w:spacing w:after="60"/>
      </w:pPr>
      <w:r>
        <w:rPr>
          <w:color w:val="B4B4B4"/>
          <w:sz w:val="16"/>
        </w:rPr>
        <w:t>________________________________________________________</w:t>
      </w:r>
    </w:p>
    <w:p w14:paraId="1342BEFC" w14:textId="77777777" w:rsidR="005A0029" w:rsidRDefault="00F83EB4">
      <w:pPr>
        <w:spacing w:after="60"/>
      </w:pPr>
      <w:r>
        <w:rPr>
          <w:color w:val="B4B4B4"/>
          <w:sz w:val="16"/>
        </w:rPr>
        <w:t>________________________________________________________</w:t>
      </w:r>
    </w:p>
    <w:p w14:paraId="02A589EA" w14:textId="77777777" w:rsidR="005A0029" w:rsidRDefault="00F83EB4">
      <w:pPr>
        <w:spacing w:after="60"/>
      </w:pPr>
      <w:r>
        <w:rPr>
          <w:color w:val="B4B4B4"/>
          <w:sz w:val="16"/>
        </w:rPr>
        <w:t>________________________________________________________</w:t>
      </w:r>
    </w:p>
    <w:p w14:paraId="23A88A9C" w14:textId="77777777" w:rsidR="005A0029" w:rsidRDefault="00F83EB4">
      <w:pPr>
        <w:pStyle w:val="Heading2"/>
      </w:pPr>
      <w:r>
        <w:t>Prayer</w:t>
      </w:r>
    </w:p>
    <w:p w14:paraId="13DA49C9" w14:textId="77777777" w:rsidR="005A0029" w:rsidRDefault="00F83EB4">
      <w:r>
        <w:t>Father, meet me in this practice of the word in the night.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84D5699" w14:textId="77777777" w:rsidR="005A0029" w:rsidRDefault="00F83EB4">
      <w:r>
        <w:rPr>
          <w:b/>
          <w:color w:val="B08D3A"/>
        </w:rPr>
        <w:lastRenderedPageBreak/>
        <w:t xml:space="preserve">TODAY'S DECLARATION  </w:t>
      </w:r>
      <w:r>
        <w:t>I will meet the word in the night with truth, faith, and practiced peace.</w:t>
      </w:r>
    </w:p>
    <w:p w14:paraId="09FFF65D" w14:textId="77777777" w:rsidR="005A0029" w:rsidRDefault="00F83EB4">
      <w:r>
        <w:br w:type="page"/>
      </w:r>
    </w:p>
    <w:p w14:paraId="3B9B0BE7" w14:textId="77777777" w:rsidR="005A0029" w:rsidRDefault="00F83EB4">
      <w:pPr>
        <w:pStyle w:val="Heading2"/>
      </w:pPr>
      <w:r>
        <w:lastRenderedPageBreak/>
        <w:t>DAY 22</w:t>
      </w:r>
    </w:p>
    <w:p w14:paraId="462466A6" w14:textId="77777777" w:rsidR="005A0029" w:rsidRDefault="00F83EB4">
      <w:pPr>
        <w:pStyle w:val="Heading1"/>
      </w:pPr>
      <w:r>
        <w:t>God Is Near to the Brokenhearted</w:t>
      </w:r>
    </w:p>
    <w:p w14:paraId="7D82BDF3" w14:textId="77777777" w:rsidR="005A0029" w:rsidRDefault="00F83EB4">
      <w:r>
        <w:rPr>
          <w:b/>
          <w:color w:val="B08D3A"/>
        </w:rPr>
        <w:t xml:space="preserve">ANCHOR SCRIPTURE  </w:t>
      </w:r>
      <w:r>
        <w:t>Psalm 34:18</w:t>
      </w:r>
    </w:p>
    <w:p w14:paraId="1BBE16B4" w14:textId="77777777" w:rsidR="005A0029" w:rsidRDefault="00F83EB4">
      <w:pPr>
        <w:pStyle w:val="Heading2"/>
      </w:pPr>
      <w:r>
        <w:t>Guided Reflection</w:t>
      </w:r>
    </w:p>
    <w:p w14:paraId="6679C1F1" w14:textId="77777777" w:rsidR="005A0029" w:rsidRDefault="00F83EB4">
      <w:r>
        <w:t>Today, consider what “god is near to the brokenhearted”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w:t>
      </w:r>
      <w:r>
        <w:t>rable when truth is practiced repeatedly, especially when circumstances remain unresolved.</w:t>
      </w:r>
    </w:p>
    <w:p w14:paraId="6812307C" w14:textId="77777777" w:rsidR="005A0029" w:rsidRDefault="00F83EB4">
      <w:pPr>
        <w:pStyle w:val="Heading2"/>
      </w:pPr>
      <w:r>
        <w:t>Pause &amp; Notice</w:t>
      </w:r>
    </w:p>
    <w:p w14:paraId="1CDB0181" w14:textId="77777777" w:rsidR="005A0029" w:rsidRDefault="00F83EB4">
      <w:r>
        <w:t>What is this theme revealing about my heart, thoughts, relationships, or current circumstances today?</w:t>
      </w:r>
    </w:p>
    <w:p w14:paraId="18D58064" w14:textId="77777777" w:rsidR="005A0029" w:rsidRDefault="00F83EB4">
      <w:pPr>
        <w:pStyle w:val="Heading2"/>
      </w:pPr>
      <w:r>
        <w:t>Peace Practice</w:t>
      </w:r>
    </w:p>
    <w:p w14:paraId="51AB3D97" w14:textId="77777777" w:rsidR="005A0029" w:rsidRDefault="00F83EB4">
      <w:r>
        <w:t>Sit quietly for three minutes. Name what you feel without judging it. Then write one truth you want to carry into the day.</w:t>
      </w:r>
    </w:p>
    <w:p w14:paraId="3166ABB7" w14:textId="77777777" w:rsidR="005A0029" w:rsidRDefault="00F83EB4">
      <w:pPr>
        <w:pStyle w:val="Heading2"/>
      </w:pPr>
      <w:r>
        <w:t>My Thoughts &amp; Prayers</w:t>
      </w:r>
    </w:p>
    <w:p w14:paraId="4AD6477F" w14:textId="77777777" w:rsidR="005A0029" w:rsidRDefault="00F83EB4">
      <w:pPr>
        <w:spacing w:after="60"/>
      </w:pPr>
      <w:r>
        <w:rPr>
          <w:color w:val="B4B4B4"/>
          <w:sz w:val="16"/>
        </w:rPr>
        <w:t>________________________________________________________</w:t>
      </w:r>
    </w:p>
    <w:p w14:paraId="1981BFEF" w14:textId="77777777" w:rsidR="005A0029" w:rsidRDefault="00F83EB4">
      <w:pPr>
        <w:spacing w:after="60"/>
      </w:pPr>
      <w:r>
        <w:rPr>
          <w:color w:val="B4B4B4"/>
          <w:sz w:val="16"/>
        </w:rPr>
        <w:t>________________________________________________________</w:t>
      </w:r>
    </w:p>
    <w:p w14:paraId="21AD03C6" w14:textId="77777777" w:rsidR="005A0029" w:rsidRDefault="00F83EB4">
      <w:pPr>
        <w:spacing w:after="60"/>
      </w:pPr>
      <w:r>
        <w:rPr>
          <w:color w:val="B4B4B4"/>
          <w:sz w:val="16"/>
        </w:rPr>
        <w:t>________________________________________________________</w:t>
      </w:r>
    </w:p>
    <w:p w14:paraId="05769581" w14:textId="77777777" w:rsidR="005A0029" w:rsidRDefault="00F83EB4">
      <w:pPr>
        <w:spacing w:after="60"/>
      </w:pPr>
      <w:r>
        <w:rPr>
          <w:color w:val="B4B4B4"/>
          <w:sz w:val="16"/>
        </w:rPr>
        <w:t>________________________________________________________</w:t>
      </w:r>
    </w:p>
    <w:p w14:paraId="31522FC9" w14:textId="77777777" w:rsidR="005A0029" w:rsidRDefault="00F83EB4">
      <w:pPr>
        <w:spacing w:after="60"/>
      </w:pPr>
      <w:r>
        <w:rPr>
          <w:color w:val="B4B4B4"/>
          <w:sz w:val="16"/>
        </w:rPr>
        <w:t>________________________________________________________</w:t>
      </w:r>
    </w:p>
    <w:p w14:paraId="38FFF528" w14:textId="77777777" w:rsidR="005A0029" w:rsidRDefault="00F83EB4">
      <w:pPr>
        <w:pStyle w:val="Heading2"/>
      </w:pPr>
      <w:r>
        <w:t>Prayer</w:t>
      </w:r>
    </w:p>
    <w:p w14:paraId="4E6CCFC7" w14:textId="77777777" w:rsidR="005A0029" w:rsidRDefault="00F83EB4">
      <w:r>
        <w:t>Father, meet me in this practice of god is near to the brokenhearted.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F6BF3BD" w14:textId="77777777" w:rsidR="005A0029" w:rsidRDefault="00F83EB4">
      <w:r>
        <w:rPr>
          <w:b/>
          <w:color w:val="B08D3A"/>
        </w:rPr>
        <w:lastRenderedPageBreak/>
        <w:t xml:space="preserve">TODAY'S DECLARATION  </w:t>
      </w:r>
      <w:r>
        <w:t>I will meet god is near to the brokenhearted with truth, faith, and practiced peace.</w:t>
      </w:r>
    </w:p>
    <w:p w14:paraId="2B726976" w14:textId="77777777" w:rsidR="005A0029" w:rsidRDefault="00F83EB4">
      <w:r>
        <w:br w:type="page"/>
      </w:r>
    </w:p>
    <w:p w14:paraId="5F449880" w14:textId="77777777" w:rsidR="005A0029" w:rsidRDefault="00F83EB4">
      <w:pPr>
        <w:pStyle w:val="Heading2"/>
      </w:pPr>
      <w:r>
        <w:lastRenderedPageBreak/>
        <w:t>DAY 23</w:t>
      </w:r>
    </w:p>
    <w:p w14:paraId="659B4F06" w14:textId="77777777" w:rsidR="005A0029" w:rsidRDefault="00F83EB4">
      <w:pPr>
        <w:pStyle w:val="Heading1"/>
      </w:pPr>
      <w:r>
        <w:t>Faith Is Not Denial</w:t>
      </w:r>
    </w:p>
    <w:p w14:paraId="123381EF" w14:textId="77777777" w:rsidR="005A0029" w:rsidRDefault="00F83EB4">
      <w:r>
        <w:rPr>
          <w:b/>
          <w:color w:val="B08D3A"/>
        </w:rPr>
        <w:t xml:space="preserve">ANCHOR SCRIPTURE  </w:t>
      </w:r>
      <w:r>
        <w:t>2 Corinthians 4:8-9</w:t>
      </w:r>
    </w:p>
    <w:p w14:paraId="5D0C5EC0" w14:textId="77777777" w:rsidR="005A0029" w:rsidRDefault="00F83EB4">
      <w:pPr>
        <w:pStyle w:val="Heading2"/>
      </w:pPr>
      <w:r>
        <w:t>Guided Reflection</w:t>
      </w:r>
    </w:p>
    <w:p w14:paraId="3E9BDD0B" w14:textId="77777777" w:rsidR="005A0029" w:rsidRDefault="00F83EB4">
      <w:r>
        <w:t>Today, consider what “faith is not denial”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when tr</w:t>
      </w:r>
      <w:r>
        <w:t>uth is practiced repeatedly, especially when circumstances remain unresolved.</w:t>
      </w:r>
    </w:p>
    <w:p w14:paraId="7C7BBB0C" w14:textId="77777777" w:rsidR="005A0029" w:rsidRDefault="00F83EB4">
      <w:pPr>
        <w:pStyle w:val="Heading2"/>
      </w:pPr>
      <w:r>
        <w:t>Pause &amp; Notice</w:t>
      </w:r>
    </w:p>
    <w:p w14:paraId="31C3A336" w14:textId="77777777" w:rsidR="005A0029" w:rsidRDefault="00F83EB4">
      <w:r>
        <w:t>What is this theme revealing about my heart, thoughts, relationships, or current circumstances today?</w:t>
      </w:r>
    </w:p>
    <w:p w14:paraId="39591F2A" w14:textId="77777777" w:rsidR="005A0029" w:rsidRDefault="00F83EB4">
      <w:pPr>
        <w:pStyle w:val="Heading2"/>
      </w:pPr>
      <w:r>
        <w:t>Peace Practice</w:t>
      </w:r>
    </w:p>
    <w:p w14:paraId="2B0D7237" w14:textId="77777777" w:rsidR="005A0029" w:rsidRDefault="00F83EB4">
      <w:r>
        <w:t>Draw two columns: 'What I can control' and 'What I must release.' Place each concern in the appropriate column and pray over both.</w:t>
      </w:r>
    </w:p>
    <w:p w14:paraId="3DE3674C" w14:textId="77777777" w:rsidR="005A0029" w:rsidRDefault="00F83EB4">
      <w:pPr>
        <w:pStyle w:val="Heading2"/>
      </w:pPr>
      <w:r>
        <w:t>My Thoughts &amp; Prayers</w:t>
      </w:r>
    </w:p>
    <w:p w14:paraId="57FE94BE" w14:textId="77777777" w:rsidR="005A0029" w:rsidRDefault="00F83EB4">
      <w:pPr>
        <w:spacing w:after="60"/>
      </w:pPr>
      <w:r>
        <w:rPr>
          <w:color w:val="B4B4B4"/>
          <w:sz w:val="16"/>
        </w:rPr>
        <w:t>________________________________________________________</w:t>
      </w:r>
    </w:p>
    <w:p w14:paraId="5C9D1776" w14:textId="77777777" w:rsidR="005A0029" w:rsidRDefault="00F83EB4">
      <w:pPr>
        <w:spacing w:after="60"/>
      </w:pPr>
      <w:r>
        <w:rPr>
          <w:color w:val="B4B4B4"/>
          <w:sz w:val="16"/>
        </w:rPr>
        <w:t>________________________________________________________</w:t>
      </w:r>
    </w:p>
    <w:p w14:paraId="1199ECED" w14:textId="77777777" w:rsidR="005A0029" w:rsidRDefault="00F83EB4">
      <w:pPr>
        <w:spacing w:after="60"/>
      </w:pPr>
      <w:r>
        <w:rPr>
          <w:color w:val="B4B4B4"/>
          <w:sz w:val="16"/>
        </w:rPr>
        <w:t>________________________________________________________</w:t>
      </w:r>
    </w:p>
    <w:p w14:paraId="5922F884" w14:textId="77777777" w:rsidR="005A0029" w:rsidRDefault="00F83EB4">
      <w:pPr>
        <w:spacing w:after="60"/>
      </w:pPr>
      <w:r>
        <w:rPr>
          <w:color w:val="B4B4B4"/>
          <w:sz w:val="16"/>
        </w:rPr>
        <w:t>________________________________________________________</w:t>
      </w:r>
    </w:p>
    <w:p w14:paraId="2DA4D78A" w14:textId="77777777" w:rsidR="005A0029" w:rsidRDefault="00F83EB4">
      <w:pPr>
        <w:spacing w:after="60"/>
      </w:pPr>
      <w:r>
        <w:rPr>
          <w:color w:val="B4B4B4"/>
          <w:sz w:val="16"/>
        </w:rPr>
        <w:t>________________________________________________________</w:t>
      </w:r>
    </w:p>
    <w:p w14:paraId="27ED9F14" w14:textId="77777777" w:rsidR="005A0029" w:rsidRDefault="00F83EB4">
      <w:pPr>
        <w:pStyle w:val="Heading2"/>
      </w:pPr>
      <w:r>
        <w:t>Prayer</w:t>
      </w:r>
    </w:p>
    <w:p w14:paraId="61FC82DA" w14:textId="77777777" w:rsidR="005A0029" w:rsidRDefault="00F83EB4">
      <w:r>
        <w:t>Father, meet me in this practice of faith is not denial.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F34D511" w14:textId="77777777" w:rsidR="005A0029" w:rsidRDefault="00F83EB4">
      <w:r>
        <w:rPr>
          <w:b/>
          <w:color w:val="B08D3A"/>
        </w:rPr>
        <w:lastRenderedPageBreak/>
        <w:t xml:space="preserve">TODAY'S DECLARATION  </w:t>
      </w:r>
      <w:r>
        <w:t>I will meet faith is not denial with truth, faith, and practiced peace.</w:t>
      </w:r>
    </w:p>
    <w:p w14:paraId="18DEA7EC" w14:textId="77777777" w:rsidR="005A0029" w:rsidRDefault="00F83EB4">
      <w:r>
        <w:br w:type="page"/>
      </w:r>
    </w:p>
    <w:p w14:paraId="30DCCBCC" w14:textId="77777777" w:rsidR="005A0029" w:rsidRDefault="00F83EB4">
      <w:pPr>
        <w:pStyle w:val="Heading2"/>
      </w:pPr>
      <w:r>
        <w:lastRenderedPageBreak/>
        <w:t>DAY 24</w:t>
      </w:r>
    </w:p>
    <w:p w14:paraId="21831A64" w14:textId="77777777" w:rsidR="005A0029" w:rsidRDefault="00F83EB4">
      <w:pPr>
        <w:pStyle w:val="Heading1"/>
      </w:pPr>
      <w:r>
        <w:t>Surrender the Outcome</w:t>
      </w:r>
    </w:p>
    <w:p w14:paraId="3D983A88" w14:textId="77777777" w:rsidR="005A0029" w:rsidRDefault="00F83EB4">
      <w:r>
        <w:rPr>
          <w:b/>
          <w:color w:val="B08D3A"/>
        </w:rPr>
        <w:t xml:space="preserve">ANCHOR SCRIPTURE  </w:t>
      </w:r>
      <w:r>
        <w:t>Luke 22:42</w:t>
      </w:r>
    </w:p>
    <w:p w14:paraId="140A42D5" w14:textId="77777777" w:rsidR="005A0029" w:rsidRDefault="00F83EB4">
      <w:pPr>
        <w:pStyle w:val="Heading2"/>
      </w:pPr>
      <w:r>
        <w:t>Guided Reflection</w:t>
      </w:r>
    </w:p>
    <w:p w14:paraId="68B2AD88" w14:textId="77777777" w:rsidR="005A0029" w:rsidRDefault="00F83EB4">
      <w:r>
        <w:t xml:space="preserve">Today, consider what “surrender the outcome”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29B8378A" w14:textId="77777777" w:rsidR="005A0029" w:rsidRDefault="00F83EB4">
      <w:pPr>
        <w:pStyle w:val="Heading2"/>
      </w:pPr>
      <w:r>
        <w:t>Pause &amp; Notice</w:t>
      </w:r>
    </w:p>
    <w:p w14:paraId="1B3769A6" w14:textId="77777777" w:rsidR="005A0029" w:rsidRDefault="00F83EB4">
      <w:r>
        <w:t>What is this theme revealing about my heart, thoughts, relationships, or current circumstances today?</w:t>
      </w:r>
    </w:p>
    <w:p w14:paraId="37DCC7D8" w14:textId="77777777" w:rsidR="005A0029" w:rsidRDefault="00F83EB4">
      <w:pPr>
        <w:pStyle w:val="Heading2"/>
      </w:pPr>
      <w:r>
        <w:t>Peace Practice</w:t>
      </w:r>
    </w:p>
    <w:p w14:paraId="2BEB6856" w14:textId="77777777" w:rsidR="005A0029" w:rsidRDefault="00F83EB4">
      <w:r>
        <w:t>Take five slow breaths. With each inhale, receive God's presence; with each exhale, release one pressure you have been carrying.</w:t>
      </w:r>
    </w:p>
    <w:p w14:paraId="010E6DEF" w14:textId="77777777" w:rsidR="005A0029" w:rsidRDefault="00F83EB4">
      <w:pPr>
        <w:pStyle w:val="Heading2"/>
      </w:pPr>
      <w:r>
        <w:t>My Thoughts &amp; Prayers</w:t>
      </w:r>
    </w:p>
    <w:p w14:paraId="219C1044" w14:textId="77777777" w:rsidR="005A0029" w:rsidRDefault="00F83EB4">
      <w:pPr>
        <w:spacing w:after="60"/>
      </w:pPr>
      <w:r>
        <w:rPr>
          <w:color w:val="B4B4B4"/>
          <w:sz w:val="16"/>
        </w:rPr>
        <w:t>________________________________________________________</w:t>
      </w:r>
    </w:p>
    <w:p w14:paraId="7B28BB25" w14:textId="77777777" w:rsidR="005A0029" w:rsidRDefault="00F83EB4">
      <w:pPr>
        <w:spacing w:after="60"/>
      </w:pPr>
      <w:r>
        <w:rPr>
          <w:color w:val="B4B4B4"/>
          <w:sz w:val="16"/>
        </w:rPr>
        <w:t>________________________________________________________</w:t>
      </w:r>
    </w:p>
    <w:p w14:paraId="64A079DB" w14:textId="77777777" w:rsidR="005A0029" w:rsidRDefault="00F83EB4">
      <w:pPr>
        <w:spacing w:after="60"/>
      </w:pPr>
      <w:r>
        <w:rPr>
          <w:color w:val="B4B4B4"/>
          <w:sz w:val="16"/>
        </w:rPr>
        <w:t>________________________________________________________</w:t>
      </w:r>
    </w:p>
    <w:p w14:paraId="7B6FAF15" w14:textId="77777777" w:rsidR="005A0029" w:rsidRDefault="00F83EB4">
      <w:pPr>
        <w:spacing w:after="60"/>
      </w:pPr>
      <w:r>
        <w:rPr>
          <w:color w:val="B4B4B4"/>
          <w:sz w:val="16"/>
        </w:rPr>
        <w:t>________________________________________________________</w:t>
      </w:r>
    </w:p>
    <w:p w14:paraId="069CA162" w14:textId="77777777" w:rsidR="005A0029" w:rsidRDefault="00F83EB4">
      <w:pPr>
        <w:spacing w:after="60"/>
      </w:pPr>
      <w:r>
        <w:rPr>
          <w:color w:val="B4B4B4"/>
          <w:sz w:val="16"/>
        </w:rPr>
        <w:t>________________________________________________________</w:t>
      </w:r>
    </w:p>
    <w:p w14:paraId="41E7DDAE" w14:textId="77777777" w:rsidR="005A0029" w:rsidRDefault="00F83EB4">
      <w:pPr>
        <w:pStyle w:val="Heading2"/>
      </w:pPr>
      <w:r>
        <w:t>Prayer</w:t>
      </w:r>
    </w:p>
    <w:p w14:paraId="77303513" w14:textId="77777777" w:rsidR="005A0029" w:rsidRDefault="00F83EB4">
      <w:r>
        <w:t>Father, meet me in this practice of surrender the outcome.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F710414" w14:textId="77777777" w:rsidR="005A0029" w:rsidRDefault="00F83EB4">
      <w:r>
        <w:rPr>
          <w:b/>
          <w:color w:val="B08D3A"/>
        </w:rPr>
        <w:lastRenderedPageBreak/>
        <w:t xml:space="preserve">TODAY'S DECLARATION  </w:t>
      </w:r>
      <w:r>
        <w:t>I will meet surrender the outcome with truth, faith, and practiced peace.</w:t>
      </w:r>
    </w:p>
    <w:p w14:paraId="7DB63593" w14:textId="77777777" w:rsidR="005A0029" w:rsidRDefault="00F83EB4">
      <w:r>
        <w:br w:type="page"/>
      </w:r>
    </w:p>
    <w:p w14:paraId="52323F17" w14:textId="77777777" w:rsidR="005A0029" w:rsidRDefault="00F83EB4">
      <w:pPr>
        <w:pStyle w:val="Heading2"/>
      </w:pPr>
      <w:r>
        <w:lastRenderedPageBreak/>
        <w:t>DAY 25</w:t>
      </w:r>
    </w:p>
    <w:p w14:paraId="6CAB2467" w14:textId="77777777" w:rsidR="005A0029" w:rsidRDefault="00F83EB4">
      <w:pPr>
        <w:pStyle w:val="Heading1"/>
      </w:pPr>
      <w:r>
        <w:t>Grace for the Questions</w:t>
      </w:r>
    </w:p>
    <w:p w14:paraId="7CA07575" w14:textId="77777777" w:rsidR="005A0029" w:rsidRDefault="00F83EB4">
      <w:r>
        <w:rPr>
          <w:b/>
          <w:color w:val="B08D3A"/>
        </w:rPr>
        <w:t xml:space="preserve">ANCHOR SCRIPTURE  </w:t>
      </w:r>
      <w:r>
        <w:t>Deuteronomy 29:29</w:t>
      </w:r>
    </w:p>
    <w:p w14:paraId="32C6F507" w14:textId="77777777" w:rsidR="005A0029" w:rsidRDefault="00F83EB4">
      <w:pPr>
        <w:pStyle w:val="Heading2"/>
      </w:pPr>
      <w:r>
        <w:t>Guided Reflection</w:t>
      </w:r>
    </w:p>
    <w:p w14:paraId="15B2DA33" w14:textId="77777777" w:rsidR="005A0029" w:rsidRDefault="00F83EB4">
      <w:r>
        <w:t>Today, consider what “grace for the questions”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whe</w:t>
      </w:r>
      <w:r>
        <w:t>n truth is practiced repeatedly, especially when circumstances remain unresolved.</w:t>
      </w:r>
    </w:p>
    <w:p w14:paraId="0969830A" w14:textId="77777777" w:rsidR="005A0029" w:rsidRDefault="00F83EB4">
      <w:pPr>
        <w:pStyle w:val="Heading2"/>
      </w:pPr>
      <w:r>
        <w:t>Pause &amp; Notice</w:t>
      </w:r>
    </w:p>
    <w:p w14:paraId="2FD4C610" w14:textId="77777777" w:rsidR="005A0029" w:rsidRDefault="00F83EB4">
      <w:r>
        <w:t>What is this theme revealing about my heart, thoughts, relationships, or current circumstances today?</w:t>
      </w:r>
    </w:p>
    <w:p w14:paraId="10BF2CD5" w14:textId="77777777" w:rsidR="005A0029" w:rsidRDefault="00F83EB4">
      <w:pPr>
        <w:pStyle w:val="Heading2"/>
      </w:pPr>
      <w:r>
        <w:t>Peace Practice</w:t>
      </w:r>
    </w:p>
    <w:p w14:paraId="112792C4" w14:textId="77777777" w:rsidR="005A0029" w:rsidRDefault="00F83EB4">
      <w:r>
        <w:t>Write one recurring fearful thought. Under it, write a Scripture-shaped response that is more truthful and life-giving.</w:t>
      </w:r>
    </w:p>
    <w:p w14:paraId="36362333" w14:textId="77777777" w:rsidR="005A0029" w:rsidRDefault="00F83EB4">
      <w:pPr>
        <w:pStyle w:val="Heading2"/>
      </w:pPr>
      <w:r>
        <w:t>My Thoughts &amp; Prayers</w:t>
      </w:r>
    </w:p>
    <w:p w14:paraId="55F125A1" w14:textId="77777777" w:rsidR="005A0029" w:rsidRDefault="00F83EB4">
      <w:pPr>
        <w:spacing w:after="60"/>
      </w:pPr>
      <w:r>
        <w:rPr>
          <w:color w:val="B4B4B4"/>
          <w:sz w:val="16"/>
        </w:rPr>
        <w:t>________________________________________________________</w:t>
      </w:r>
    </w:p>
    <w:p w14:paraId="1F3D83FB" w14:textId="77777777" w:rsidR="005A0029" w:rsidRDefault="00F83EB4">
      <w:pPr>
        <w:spacing w:after="60"/>
      </w:pPr>
      <w:r>
        <w:rPr>
          <w:color w:val="B4B4B4"/>
          <w:sz w:val="16"/>
        </w:rPr>
        <w:t>________________________________________________________</w:t>
      </w:r>
    </w:p>
    <w:p w14:paraId="15FCFCA4" w14:textId="77777777" w:rsidR="005A0029" w:rsidRDefault="00F83EB4">
      <w:pPr>
        <w:spacing w:after="60"/>
      </w:pPr>
      <w:r>
        <w:rPr>
          <w:color w:val="B4B4B4"/>
          <w:sz w:val="16"/>
        </w:rPr>
        <w:t>________________________________________________________</w:t>
      </w:r>
    </w:p>
    <w:p w14:paraId="2574EBDB" w14:textId="77777777" w:rsidR="005A0029" w:rsidRDefault="00F83EB4">
      <w:pPr>
        <w:spacing w:after="60"/>
      </w:pPr>
      <w:r>
        <w:rPr>
          <w:color w:val="B4B4B4"/>
          <w:sz w:val="16"/>
        </w:rPr>
        <w:t>________________________________________________________</w:t>
      </w:r>
    </w:p>
    <w:p w14:paraId="118906F4" w14:textId="77777777" w:rsidR="005A0029" w:rsidRDefault="00F83EB4">
      <w:pPr>
        <w:spacing w:after="60"/>
      </w:pPr>
      <w:r>
        <w:rPr>
          <w:color w:val="B4B4B4"/>
          <w:sz w:val="16"/>
        </w:rPr>
        <w:t>________________________________________________________</w:t>
      </w:r>
    </w:p>
    <w:p w14:paraId="50DC82AD" w14:textId="77777777" w:rsidR="005A0029" w:rsidRDefault="00F83EB4">
      <w:pPr>
        <w:pStyle w:val="Heading2"/>
      </w:pPr>
      <w:r>
        <w:t>Prayer</w:t>
      </w:r>
    </w:p>
    <w:p w14:paraId="368DFDFD" w14:textId="77777777" w:rsidR="005A0029" w:rsidRDefault="00F83EB4">
      <w:r>
        <w:t>Father, meet me in this practice of grace for the questions.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055B645" w14:textId="77777777" w:rsidR="005A0029" w:rsidRDefault="00F83EB4">
      <w:r>
        <w:rPr>
          <w:b/>
          <w:color w:val="B08D3A"/>
        </w:rPr>
        <w:lastRenderedPageBreak/>
        <w:t xml:space="preserve">TODAY'S DECLARATION  </w:t>
      </w:r>
      <w:r>
        <w:t>I will meet grace for the questions with truth, faith, and practiced peace.</w:t>
      </w:r>
    </w:p>
    <w:p w14:paraId="733E22FF" w14:textId="77777777" w:rsidR="005A0029" w:rsidRDefault="00F83EB4">
      <w:r>
        <w:br w:type="page"/>
      </w:r>
    </w:p>
    <w:p w14:paraId="31D177BE" w14:textId="77777777" w:rsidR="005A0029" w:rsidRDefault="00F83EB4">
      <w:pPr>
        <w:pStyle w:val="Heading2"/>
      </w:pPr>
      <w:r>
        <w:lastRenderedPageBreak/>
        <w:t>DAY 26</w:t>
      </w:r>
    </w:p>
    <w:p w14:paraId="4BEB737D" w14:textId="77777777" w:rsidR="005A0029" w:rsidRDefault="00F83EB4">
      <w:pPr>
        <w:pStyle w:val="Heading1"/>
      </w:pPr>
      <w:r>
        <w:t>Intercession and Endurance</w:t>
      </w:r>
    </w:p>
    <w:p w14:paraId="22BA567B" w14:textId="77777777" w:rsidR="005A0029" w:rsidRDefault="00F83EB4">
      <w:r>
        <w:rPr>
          <w:b/>
          <w:color w:val="B08D3A"/>
        </w:rPr>
        <w:t xml:space="preserve">ANCHOR SCRIPTURE  </w:t>
      </w:r>
      <w:r>
        <w:t>Colossians 4:2</w:t>
      </w:r>
    </w:p>
    <w:p w14:paraId="61947EE1" w14:textId="77777777" w:rsidR="005A0029" w:rsidRDefault="00F83EB4">
      <w:pPr>
        <w:pStyle w:val="Heading2"/>
      </w:pPr>
      <w:r>
        <w:t>Guided Reflection</w:t>
      </w:r>
    </w:p>
    <w:p w14:paraId="18D4618C" w14:textId="77777777" w:rsidR="005A0029" w:rsidRDefault="00F83EB4">
      <w:r>
        <w:t xml:space="preserve">Today, consider what “intercession and endurance”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26AEE93D" w14:textId="77777777" w:rsidR="005A0029" w:rsidRDefault="00F83EB4">
      <w:pPr>
        <w:pStyle w:val="Heading2"/>
      </w:pPr>
      <w:r>
        <w:t>Pause &amp; Notice</w:t>
      </w:r>
    </w:p>
    <w:p w14:paraId="1F36978A" w14:textId="77777777" w:rsidR="005A0029" w:rsidRDefault="00F83EB4">
      <w:r>
        <w:t>What is this theme revealing about my heart, thoughts, relationships, or current circumstances today?</w:t>
      </w:r>
    </w:p>
    <w:p w14:paraId="0C603C76" w14:textId="77777777" w:rsidR="005A0029" w:rsidRDefault="00F83EB4">
      <w:pPr>
        <w:pStyle w:val="Heading2"/>
      </w:pPr>
      <w:r>
        <w:t>Peace Practice</w:t>
      </w:r>
    </w:p>
    <w:p w14:paraId="62FC3E9A" w14:textId="77777777" w:rsidR="005A0029" w:rsidRDefault="00F83EB4">
      <w:r>
        <w:t>Identify one small action that would create greater peace today. Make it specific enough to complete before the day ends.</w:t>
      </w:r>
    </w:p>
    <w:p w14:paraId="01FA7B95" w14:textId="77777777" w:rsidR="005A0029" w:rsidRDefault="00F83EB4">
      <w:pPr>
        <w:pStyle w:val="Heading2"/>
      </w:pPr>
      <w:r>
        <w:t>My Thoughts &amp; Prayers</w:t>
      </w:r>
    </w:p>
    <w:p w14:paraId="0163AA3F" w14:textId="77777777" w:rsidR="005A0029" w:rsidRDefault="00F83EB4">
      <w:pPr>
        <w:spacing w:after="60"/>
      </w:pPr>
      <w:r>
        <w:rPr>
          <w:color w:val="B4B4B4"/>
          <w:sz w:val="16"/>
        </w:rPr>
        <w:t>________________________________________________________</w:t>
      </w:r>
    </w:p>
    <w:p w14:paraId="6786DF52" w14:textId="77777777" w:rsidR="005A0029" w:rsidRDefault="00F83EB4">
      <w:pPr>
        <w:spacing w:after="60"/>
      </w:pPr>
      <w:r>
        <w:rPr>
          <w:color w:val="B4B4B4"/>
          <w:sz w:val="16"/>
        </w:rPr>
        <w:t>________________________________________________________</w:t>
      </w:r>
    </w:p>
    <w:p w14:paraId="3C32329C" w14:textId="77777777" w:rsidR="005A0029" w:rsidRDefault="00F83EB4">
      <w:pPr>
        <w:spacing w:after="60"/>
      </w:pPr>
      <w:r>
        <w:rPr>
          <w:color w:val="B4B4B4"/>
          <w:sz w:val="16"/>
        </w:rPr>
        <w:t>________________________________________________________</w:t>
      </w:r>
    </w:p>
    <w:p w14:paraId="6CCC71FF" w14:textId="77777777" w:rsidR="005A0029" w:rsidRDefault="00F83EB4">
      <w:pPr>
        <w:spacing w:after="60"/>
      </w:pPr>
      <w:r>
        <w:rPr>
          <w:color w:val="B4B4B4"/>
          <w:sz w:val="16"/>
        </w:rPr>
        <w:t>________________________________________________________</w:t>
      </w:r>
    </w:p>
    <w:p w14:paraId="7A3E2FFB" w14:textId="77777777" w:rsidR="005A0029" w:rsidRDefault="00F83EB4">
      <w:pPr>
        <w:spacing w:after="60"/>
      </w:pPr>
      <w:r>
        <w:rPr>
          <w:color w:val="B4B4B4"/>
          <w:sz w:val="16"/>
        </w:rPr>
        <w:t>________________________________________________________</w:t>
      </w:r>
    </w:p>
    <w:p w14:paraId="3EC3A333" w14:textId="77777777" w:rsidR="005A0029" w:rsidRDefault="00F83EB4">
      <w:pPr>
        <w:pStyle w:val="Heading2"/>
      </w:pPr>
      <w:r>
        <w:t>Prayer</w:t>
      </w:r>
    </w:p>
    <w:p w14:paraId="7258AE78" w14:textId="77777777" w:rsidR="005A0029" w:rsidRDefault="00F83EB4">
      <w:r>
        <w:t>Father, meet me in this practice of intercession and endurance.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F2A34B8" w14:textId="77777777" w:rsidR="005A0029" w:rsidRDefault="00F83EB4">
      <w:r>
        <w:rPr>
          <w:b/>
          <w:color w:val="B08D3A"/>
        </w:rPr>
        <w:lastRenderedPageBreak/>
        <w:t xml:space="preserve">TODAY'S DECLARATION  </w:t>
      </w:r>
      <w:r>
        <w:t>I will meet intercession and endurance with truth, faith, and practiced peace.</w:t>
      </w:r>
    </w:p>
    <w:p w14:paraId="21354BE4" w14:textId="77777777" w:rsidR="005A0029" w:rsidRDefault="00F83EB4">
      <w:r>
        <w:br w:type="page"/>
      </w:r>
    </w:p>
    <w:p w14:paraId="14AD2387" w14:textId="77777777" w:rsidR="005A0029" w:rsidRDefault="00F83EB4">
      <w:pPr>
        <w:pStyle w:val="Heading2"/>
      </w:pPr>
      <w:r>
        <w:lastRenderedPageBreak/>
        <w:t>DAY 27</w:t>
      </w:r>
    </w:p>
    <w:p w14:paraId="5138A046" w14:textId="77777777" w:rsidR="005A0029" w:rsidRDefault="00F83EB4">
      <w:pPr>
        <w:pStyle w:val="Heading1"/>
      </w:pPr>
      <w:r>
        <w:t>Worship in the Waiting</w:t>
      </w:r>
    </w:p>
    <w:p w14:paraId="04697A0C" w14:textId="77777777" w:rsidR="005A0029" w:rsidRDefault="00F83EB4">
      <w:r>
        <w:rPr>
          <w:b/>
          <w:color w:val="B08D3A"/>
        </w:rPr>
        <w:t xml:space="preserve">ANCHOR SCRIPTURE  </w:t>
      </w:r>
      <w:r>
        <w:t>Acts 16:25</w:t>
      </w:r>
    </w:p>
    <w:p w14:paraId="5D7BBEF4" w14:textId="77777777" w:rsidR="005A0029" w:rsidRDefault="00F83EB4">
      <w:pPr>
        <w:pStyle w:val="Heading2"/>
      </w:pPr>
      <w:r>
        <w:t>Guided Reflection</w:t>
      </w:r>
    </w:p>
    <w:p w14:paraId="6F597100" w14:textId="77777777" w:rsidR="005A0029" w:rsidRDefault="00F83EB4">
      <w:r>
        <w:t>Today, consider what “worship in the waiting”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when</w:t>
      </w:r>
      <w:r>
        <w:t xml:space="preserve"> truth is practiced repeatedly, especially when circumstances remain unresolved.</w:t>
      </w:r>
    </w:p>
    <w:p w14:paraId="55510F73" w14:textId="77777777" w:rsidR="005A0029" w:rsidRDefault="00F83EB4">
      <w:pPr>
        <w:pStyle w:val="Heading2"/>
      </w:pPr>
      <w:r>
        <w:t>Pause &amp; Notice</w:t>
      </w:r>
    </w:p>
    <w:p w14:paraId="21CA91C3" w14:textId="77777777" w:rsidR="005A0029" w:rsidRDefault="00F83EB4">
      <w:r>
        <w:t>What is this theme revealing about my heart, thoughts, relationships, or current circumstances today?</w:t>
      </w:r>
    </w:p>
    <w:p w14:paraId="7346974A" w14:textId="77777777" w:rsidR="005A0029" w:rsidRDefault="00F83EB4">
      <w:pPr>
        <w:pStyle w:val="Heading2"/>
      </w:pPr>
      <w:r>
        <w:t>Peace Practice</w:t>
      </w:r>
    </w:p>
    <w:p w14:paraId="7626ED96" w14:textId="77777777" w:rsidR="005A0029" w:rsidRDefault="00F83EB4">
      <w:r>
        <w:t>Reach out to one trusted, mature person. Share one thing you have been carrying silently and allow yourself to receive support.</w:t>
      </w:r>
    </w:p>
    <w:p w14:paraId="4E758F7F" w14:textId="77777777" w:rsidR="005A0029" w:rsidRDefault="00F83EB4">
      <w:pPr>
        <w:pStyle w:val="Heading2"/>
      </w:pPr>
      <w:r>
        <w:t>My Thoughts &amp; Prayers</w:t>
      </w:r>
    </w:p>
    <w:p w14:paraId="0F0EECA8" w14:textId="77777777" w:rsidR="005A0029" w:rsidRDefault="00F83EB4">
      <w:pPr>
        <w:spacing w:after="60"/>
      </w:pPr>
      <w:r>
        <w:rPr>
          <w:color w:val="B4B4B4"/>
          <w:sz w:val="16"/>
        </w:rPr>
        <w:t>________________________________________________________</w:t>
      </w:r>
    </w:p>
    <w:p w14:paraId="4A99A3A0" w14:textId="77777777" w:rsidR="005A0029" w:rsidRDefault="00F83EB4">
      <w:pPr>
        <w:spacing w:after="60"/>
      </w:pPr>
      <w:r>
        <w:rPr>
          <w:color w:val="B4B4B4"/>
          <w:sz w:val="16"/>
        </w:rPr>
        <w:t>________________________________________________________</w:t>
      </w:r>
    </w:p>
    <w:p w14:paraId="03270C9E" w14:textId="77777777" w:rsidR="005A0029" w:rsidRDefault="00F83EB4">
      <w:pPr>
        <w:spacing w:after="60"/>
      </w:pPr>
      <w:r>
        <w:rPr>
          <w:color w:val="B4B4B4"/>
          <w:sz w:val="16"/>
        </w:rPr>
        <w:t>________________________________________________________</w:t>
      </w:r>
    </w:p>
    <w:p w14:paraId="0C1BB490" w14:textId="77777777" w:rsidR="005A0029" w:rsidRDefault="00F83EB4">
      <w:pPr>
        <w:spacing w:after="60"/>
      </w:pPr>
      <w:r>
        <w:rPr>
          <w:color w:val="B4B4B4"/>
          <w:sz w:val="16"/>
        </w:rPr>
        <w:t>________________________________________________________</w:t>
      </w:r>
    </w:p>
    <w:p w14:paraId="1DEA9D68" w14:textId="77777777" w:rsidR="005A0029" w:rsidRDefault="00F83EB4">
      <w:pPr>
        <w:spacing w:after="60"/>
      </w:pPr>
      <w:r>
        <w:rPr>
          <w:color w:val="B4B4B4"/>
          <w:sz w:val="16"/>
        </w:rPr>
        <w:t>________________________________________________________</w:t>
      </w:r>
    </w:p>
    <w:p w14:paraId="4CA565E1" w14:textId="77777777" w:rsidR="005A0029" w:rsidRDefault="00F83EB4">
      <w:pPr>
        <w:pStyle w:val="Heading2"/>
      </w:pPr>
      <w:r>
        <w:t>Prayer</w:t>
      </w:r>
    </w:p>
    <w:p w14:paraId="004241CB" w14:textId="77777777" w:rsidR="005A0029" w:rsidRDefault="00F83EB4">
      <w:r>
        <w:t>Father, meet me in this practice of worship in the waiting.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8E2CAD6" w14:textId="77777777" w:rsidR="005A0029" w:rsidRDefault="00F83EB4">
      <w:r>
        <w:rPr>
          <w:b/>
          <w:color w:val="B08D3A"/>
        </w:rPr>
        <w:lastRenderedPageBreak/>
        <w:t xml:space="preserve">TODAY'S DECLARATION  </w:t>
      </w:r>
      <w:r>
        <w:t>I will meet worship in the waiting with truth, faith, and practiced peace.</w:t>
      </w:r>
    </w:p>
    <w:p w14:paraId="7F8C2F29" w14:textId="77777777" w:rsidR="005A0029" w:rsidRDefault="00F83EB4">
      <w:r>
        <w:br w:type="page"/>
      </w:r>
    </w:p>
    <w:p w14:paraId="3FFA21AF" w14:textId="77777777" w:rsidR="005A0029" w:rsidRDefault="00F83EB4">
      <w:pPr>
        <w:pStyle w:val="Heading2"/>
      </w:pPr>
      <w:r>
        <w:lastRenderedPageBreak/>
        <w:t>DAY 28</w:t>
      </w:r>
    </w:p>
    <w:p w14:paraId="79EB138F" w14:textId="77777777" w:rsidR="005A0029" w:rsidRDefault="00F83EB4">
      <w:pPr>
        <w:pStyle w:val="Heading1"/>
      </w:pPr>
      <w:r>
        <w:t>The Strength to Endure</w:t>
      </w:r>
    </w:p>
    <w:p w14:paraId="4A5A3EBF" w14:textId="77777777" w:rsidR="005A0029" w:rsidRDefault="00F83EB4">
      <w:r>
        <w:rPr>
          <w:b/>
          <w:color w:val="B08D3A"/>
        </w:rPr>
        <w:t xml:space="preserve">ANCHOR SCRIPTURE  </w:t>
      </w:r>
      <w:r>
        <w:t>Hebrews 10:36</w:t>
      </w:r>
    </w:p>
    <w:p w14:paraId="03261183" w14:textId="77777777" w:rsidR="005A0029" w:rsidRDefault="00F83EB4">
      <w:pPr>
        <w:pStyle w:val="Heading2"/>
      </w:pPr>
      <w:r>
        <w:t>Guided Reflection</w:t>
      </w:r>
    </w:p>
    <w:p w14:paraId="667A862F" w14:textId="77777777" w:rsidR="005A0029" w:rsidRDefault="00F83EB4">
      <w:r>
        <w:t>Today, consider what “the strength to endure”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when</w:t>
      </w:r>
      <w:r>
        <w:t xml:space="preserve"> truth is practiced repeatedly, especially when circumstances remain unresolved.</w:t>
      </w:r>
    </w:p>
    <w:p w14:paraId="057AB0BE" w14:textId="77777777" w:rsidR="005A0029" w:rsidRDefault="00F83EB4">
      <w:pPr>
        <w:pStyle w:val="Heading2"/>
      </w:pPr>
      <w:r>
        <w:t>Pause &amp; Notice</w:t>
      </w:r>
    </w:p>
    <w:p w14:paraId="4EDB1036" w14:textId="77777777" w:rsidR="005A0029" w:rsidRDefault="00F83EB4">
      <w:r>
        <w:t>What is this theme revealing about my heart, thoughts, relationships, or current circumstances today?</w:t>
      </w:r>
    </w:p>
    <w:p w14:paraId="4509C162" w14:textId="77777777" w:rsidR="005A0029" w:rsidRDefault="00F83EB4">
      <w:pPr>
        <w:pStyle w:val="Heading2"/>
      </w:pPr>
      <w:r>
        <w:t>Peace Practice</w:t>
      </w:r>
    </w:p>
    <w:p w14:paraId="224C974F" w14:textId="77777777" w:rsidR="005A0029" w:rsidRDefault="00F83EB4">
      <w:r>
        <w:t>Practice a ten-minute quiet period without your phone. Notice what surfaces, then bring it honestly into prayer.</w:t>
      </w:r>
    </w:p>
    <w:p w14:paraId="6F5568D8" w14:textId="77777777" w:rsidR="005A0029" w:rsidRDefault="00F83EB4">
      <w:pPr>
        <w:pStyle w:val="Heading2"/>
      </w:pPr>
      <w:r>
        <w:t>My Thoughts &amp; Prayers</w:t>
      </w:r>
    </w:p>
    <w:p w14:paraId="3AA41AAF" w14:textId="77777777" w:rsidR="005A0029" w:rsidRDefault="00F83EB4">
      <w:pPr>
        <w:spacing w:after="60"/>
      </w:pPr>
      <w:r>
        <w:rPr>
          <w:color w:val="B4B4B4"/>
          <w:sz w:val="16"/>
        </w:rPr>
        <w:t>________________________________________________________</w:t>
      </w:r>
    </w:p>
    <w:p w14:paraId="44A07AEC" w14:textId="77777777" w:rsidR="005A0029" w:rsidRDefault="00F83EB4">
      <w:pPr>
        <w:spacing w:after="60"/>
      </w:pPr>
      <w:r>
        <w:rPr>
          <w:color w:val="B4B4B4"/>
          <w:sz w:val="16"/>
        </w:rPr>
        <w:t>________________________________________________________</w:t>
      </w:r>
    </w:p>
    <w:p w14:paraId="5B989749" w14:textId="77777777" w:rsidR="005A0029" w:rsidRDefault="00F83EB4">
      <w:pPr>
        <w:spacing w:after="60"/>
      </w:pPr>
      <w:r>
        <w:rPr>
          <w:color w:val="B4B4B4"/>
          <w:sz w:val="16"/>
        </w:rPr>
        <w:t>________________________________________________________</w:t>
      </w:r>
    </w:p>
    <w:p w14:paraId="07F0A669" w14:textId="77777777" w:rsidR="005A0029" w:rsidRDefault="00F83EB4">
      <w:pPr>
        <w:spacing w:after="60"/>
      </w:pPr>
      <w:r>
        <w:rPr>
          <w:color w:val="B4B4B4"/>
          <w:sz w:val="16"/>
        </w:rPr>
        <w:t>________________________________________________________</w:t>
      </w:r>
    </w:p>
    <w:p w14:paraId="362CCA49" w14:textId="77777777" w:rsidR="005A0029" w:rsidRDefault="00F83EB4">
      <w:pPr>
        <w:spacing w:after="60"/>
      </w:pPr>
      <w:r>
        <w:rPr>
          <w:color w:val="B4B4B4"/>
          <w:sz w:val="16"/>
        </w:rPr>
        <w:t>________________________________________________________</w:t>
      </w:r>
    </w:p>
    <w:p w14:paraId="6F591893" w14:textId="77777777" w:rsidR="005A0029" w:rsidRDefault="00F83EB4">
      <w:pPr>
        <w:pStyle w:val="Heading2"/>
      </w:pPr>
      <w:r>
        <w:t>Prayer</w:t>
      </w:r>
    </w:p>
    <w:p w14:paraId="4810B93C" w14:textId="77777777" w:rsidR="005A0029" w:rsidRDefault="00F83EB4">
      <w:r>
        <w:t>Father, meet me in this practice of the strength to endure.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49F1A1F" w14:textId="77777777" w:rsidR="005A0029" w:rsidRDefault="00F83EB4">
      <w:r>
        <w:rPr>
          <w:b/>
          <w:color w:val="B08D3A"/>
        </w:rPr>
        <w:lastRenderedPageBreak/>
        <w:t xml:space="preserve">TODAY'S DECLARATION  </w:t>
      </w:r>
      <w:r>
        <w:t>I will meet the strength to endure with truth, faith, and practiced peace.</w:t>
      </w:r>
    </w:p>
    <w:p w14:paraId="26BA039C" w14:textId="77777777" w:rsidR="005A0029" w:rsidRDefault="00F83EB4">
      <w:r>
        <w:br w:type="page"/>
      </w:r>
    </w:p>
    <w:p w14:paraId="4929442C" w14:textId="77777777" w:rsidR="005A0029" w:rsidRDefault="00F83EB4">
      <w:pPr>
        <w:pStyle w:val="Heading2"/>
      </w:pPr>
      <w:r>
        <w:lastRenderedPageBreak/>
        <w:t>DAY 29</w:t>
      </w:r>
    </w:p>
    <w:p w14:paraId="4F293748" w14:textId="77777777" w:rsidR="005A0029" w:rsidRDefault="00F83EB4">
      <w:pPr>
        <w:pStyle w:val="Heading1"/>
      </w:pPr>
      <w:r>
        <w:t>Faith After the Storm</w:t>
      </w:r>
    </w:p>
    <w:p w14:paraId="7B3AA330" w14:textId="77777777" w:rsidR="005A0029" w:rsidRDefault="00F83EB4">
      <w:r>
        <w:rPr>
          <w:b/>
          <w:color w:val="B08D3A"/>
        </w:rPr>
        <w:t xml:space="preserve">ANCHOR SCRIPTURE  </w:t>
      </w:r>
      <w:r>
        <w:t>Psalm 126:5</w:t>
      </w:r>
    </w:p>
    <w:p w14:paraId="13936712" w14:textId="77777777" w:rsidR="005A0029" w:rsidRDefault="00F83EB4">
      <w:pPr>
        <w:pStyle w:val="Heading2"/>
      </w:pPr>
      <w:r>
        <w:t>Guided Reflection</w:t>
      </w:r>
    </w:p>
    <w:p w14:paraId="18E5D01E" w14:textId="77777777" w:rsidR="005A0029" w:rsidRDefault="00F83EB4">
      <w:r>
        <w:t xml:space="preserve">Today, consider what “faith after the storm”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436DD9AD" w14:textId="77777777" w:rsidR="005A0029" w:rsidRDefault="00F83EB4">
      <w:pPr>
        <w:pStyle w:val="Heading2"/>
      </w:pPr>
      <w:r>
        <w:t>Pause &amp; Notice</w:t>
      </w:r>
    </w:p>
    <w:p w14:paraId="6844A653" w14:textId="77777777" w:rsidR="005A0029" w:rsidRDefault="00F83EB4">
      <w:r>
        <w:t>What is this theme revealing about my heart, thoughts, relationships, or current circumstances today?</w:t>
      </w:r>
    </w:p>
    <w:p w14:paraId="2CADAE3F" w14:textId="77777777" w:rsidR="005A0029" w:rsidRDefault="00F83EB4">
      <w:pPr>
        <w:pStyle w:val="Heading2"/>
      </w:pPr>
      <w:r>
        <w:t>Peace Practice</w:t>
      </w:r>
    </w:p>
    <w:p w14:paraId="1E02768A" w14:textId="77777777" w:rsidR="005A0029" w:rsidRDefault="00F83EB4">
      <w:r>
        <w:t>Sit quietly for three minutes. Name what you feel without judging it. Then write one truth you want to carry into the day.</w:t>
      </w:r>
    </w:p>
    <w:p w14:paraId="5F8A42D4" w14:textId="77777777" w:rsidR="005A0029" w:rsidRDefault="00F83EB4">
      <w:pPr>
        <w:pStyle w:val="Heading2"/>
      </w:pPr>
      <w:r>
        <w:t>My Thoughts &amp; Prayers</w:t>
      </w:r>
    </w:p>
    <w:p w14:paraId="5632AFC8" w14:textId="77777777" w:rsidR="005A0029" w:rsidRDefault="00F83EB4">
      <w:pPr>
        <w:spacing w:after="60"/>
      </w:pPr>
      <w:r>
        <w:rPr>
          <w:color w:val="B4B4B4"/>
          <w:sz w:val="16"/>
        </w:rPr>
        <w:t>________________________________________________________</w:t>
      </w:r>
    </w:p>
    <w:p w14:paraId="718E73A7" w14:textId="77777777" w:rsidR="005A0029" w:rsidRDefault="00F83EB4">
      <w:pPr>
        <w:spacing w:after="60"/>
      </w:pPr>
      <w:r>
        <w:rPr>
          <w:color w:val="B4B4B4"/>
          <w:sz w:val="16"/>
        </w:rPr>
        <w:t>________________________________________________________</w:t>
      </w:r>
    </w:p>
    <w:p w14:paraId="00F7D25F" w14:textId="77777777" w:rsidR="005A0029" w:rsidRDefault="00F83EB4">
      <w:pPr>
        <w:spacing w:after="60"/>
      </w:pPr>
      <w:r>
        <w:rPr>
          <w:color w:val="B4B4B4"/>
          <w:sz w:val="16"/>
        </w:rPr>
        <w:t>________________________________________________________</w:t>
      </w:r>
    </w:p>
    <w:p w14:paraId="3E4E2E00" w14:textId="77777777" w:rsidR="005A0029" w:rsidRDefault="00F83EB4">
      <w:pPr>
        <w:spacing w:after="60"/>
      </w:pPr>
      <w:r>
        <w:rPr>
          <w:color w:val="B4B4B4"/>
          <w:sz w:val="16"/>
        </w:rPr>
        <w:t>________________________________________________________</w:t>
      </w:r>
    </w:p>
    <w:p w14:paraId="58478546" w14:textId="77777777" w:rsidR="005A0029" w:rsidRDefault="00F83EB4">
      <w:pPr>
        <w:spacing w:after="60"/>
      </w:pPr>
      <w:r>
        <w:rPr>
          <w:color w:val="B4B4B4"/>
          <w:sz w:val="16"/>
        </w:rPr>
        <w:t>________________________________________________________</w:t>
      </w:r>
    </w:p>
    <w:p w14:paraId="4AD0BA7A" w14:textId="77777777" w:rsidR="005A0029" w:rsidRDefault="00F83EB4">
      <w:pPr>
        <w:pStyle w:val="Heading2"/>
      </w:pPr>
      <w:r>
        <w:t>Prayer</w:t>
      </w:r>
    </w:p>
    <w:p w14:paraId="448EB150" w14:textId="77777777" w:rsidR="005A0029" w:rsidRDefault="00F83EB4">
      <w:r>
        <w:t>Father, meet me in this practice of faith after the storm.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1351F7B" w14:textId="77777777" w:rsidR="005A0029" w:rsidRDefault="00F83EB4">
      <w:r>
        <w:rPr>
          <w:b/>
          <w:color w:val="B08D3A"/>
        </w:rPr>
        <w:lastRenderedPageBreak/>
        <w:t xml:space="preserve">TODAY'S DECLARATION  </w:t>
      </w:r>
      <w:r>
        <w:t>I will meet faith after the storm with truth, faith, and practiced peace.</w:t>
      </w:r>
    </w:p>
    <w:p w14:paraId="5E058E38" w14:textId="77777777" w:rsidR="005A0029" w:rsidRDefault="00F83EB4">
      <w:r>
        <w:br w:type="page"/>
      </w:r>
    </w:p>
    <w:p w14:paraId="162DE0B3" w14:textId="77777777" w:rsidR="005A0029" w:rsidRDefault="00F83EB4">
      <w:pPr>
        <w:pStyle w:val="Heading2"/>
      </w:pPr>
      <w:r>
        <w:lastRenderedPageBreak/>
        <w:t>DAY 30</w:t>
      </w:r>
    </w:p>
    <w:p w14:paraId="7911EB25" w14:textId="77777777" w:rsidR="005A0029" w:rsidRDefault="00F83EB4">
      <w:pPr>
        <w:pStyle w:val="Heading1"/>
      </w:pPr>
      <w:r>
        <w:t>Anchored in God</w:t>
      </w:r>
    </w:p>
    <w:p w14:paraId="3F76EC84" w14:textId="77777777" w:rsidR="005A0029" w:rsidRDefault="00F83EB4">
      <w:r>
        <w:rPr>
          <w:b/>
          <w:color w:val="B08D3A"/>
        </w:rPr>
        <w:t xml:space="preserve">ANCHOR SCRIPTURE  </w:t>
      </w:r>
      <w:r>
        <w:t>Hebrews 6:19</w:t>
      </w:r>
    </w:p>
    <w:p w14:paraId="505C6A61" w14:textId="77777777" w:rsidR="005A0029" w:rsidRDefault="00F83EB4">
      <w:pPr>
        <w:pStyle w:val="Heading2"/>
      </w:pPr>
      <w:r>
        <w:t>Guided Reflection</w:t>
      </w:r>
    </w:p>
    <w:p w14:paraId="0469F0B2" w14:textId="77777777" w:rsidR="005A0029" w:rsidRDefault="00F83EB4">
      <w:r>
        <w:t xml:space="preserve">Today, consider what “anchored in god” means in the season you are living through. The work of peace is rarely accomplished by denying what is difficult. It grows as you bring your real thoughts, emotions, and questions into the light of God's presence. In faith in the midst of the chaos, the invitation is not to force an immediate answer, but to become attentive: to what is happening within you, to what Scripture is revealing, and to the next faithful step available today. Peace becomes durable when truth </w:t>
      </w:r>
      <w:r>
        <w:t>is practiced repeatedly, especially when circumstances remain unresolved.</w:t>
      </w:r>
    </w:p>
    <w:p w14:paraId="6F438DE4" w14:textId="77777777" w:rsidR="005A0029" w:rsidRDefault="00F83EB4">
      <w:pPr>
        <w:pStyle w:val="Heading2"/>
      </w:pPr>
      <w:r>
        <w:t>Pause &amp; Notice</w:t>
      </w:r>
    </w:p>
    <w:p w14:paraId="0DA74AA2" w14:textId="77777777" w:rsidR="005A0029" w:rsidRDefault="00F83EB4">
      <w:r>
        <w:t>What is this theme revealing about my heart, thoughts, relationships, or current circumstances today?</w:t>
      </w:r>
    </w:p>
    <w:p w14:paraId="65E6E46B" w14:textId="77777777" w:rsidR="005A0029" w:rsidRDefault="00F83EB4">
      <w:pPr>
        <w:pStyle w:val="Heading2"/>
      </w:pPr>
      <w:r>
        <w:t>Peace Practice</w:t>
      </w:r>
    </w:p>
    <w:p w14:paraId="65D5C638" w14:textId="77777777" w:rsidR="005A0029" w:rsidRDefault="00F83EB4">
      <w:r>
        <w:t>Draw two columns: 'What I can control' and 'What I must release.' Place each concern in the appropriate column and pray over both.</w:t>
      </w:r>
    </w:p>
    <w:p w14:paraId="55223B05" w14:textId="77777777" w:rsidR="005A0029" w:rsidRDefault="00F83EB4">
      <w:pPr>
        <w:pStyle w:val="Heading2"/>
      </w:pPr>
      <w:r>
        <w:t>My Thoughts &amp; Prayers</w:t>
      </w:r>
    </w:p>
    <w:p w14:paraId="1D3EFF24" w14:textId="77777777" w:rsidR="005A0029" w:rsidRDefault="00F83EB4">
      <w:pPr>
        <w:spacing w:after="60"/>
      </w:pPr>
      <w:r>
        <w:rPr>
          <w:color w:val="B4B4B4"/>
          <w:sz w:val="16"/>
        </w:rPr>
        <w:t>________________________________________________________</w:t>
      </w:r>
    </w:p>
    <w:p w14:paraId="14CED721" w14:textId="77777777" w:rsidR="005A0029" w:rsidRDefault="00F83EB4">
      <w:pPr>
        <w:spacing w:after="60"/>
      </w:pPr>
      <w:r>
        <w:rPr>
          <w:color w:val="B4B4B4"/>
          <w:sz w:val="16"/>
        </w:rPr>
        <w:t>________________________________________________________</w:t>
      </w:r>
    </w:p>
    <w:p w14:paraId="5E1FD8AA" w14:textId="77777777" w:rsidR="005A0029" w:rsidRDefault="00F83EB4">
      <w:pPr>
        <w:spacing w:after="60"/>
      </w:pPr>
      <w:r>
        <w:rPr>
          <w:color w:val="B4B4B4"/>
          <w:sz w:val="16"/>
        </w:rPr>
        <w:t>________________________________________________________</w:t>
      </w:r>
    </w:p>
    <w:p w14:paraId="06C7DD22" w14:textId="77777777" w:rsidR="005A0029" w:rsidRDefault="00F83EB4">
      <w:pPr>
        <w:spacing w:after="60"/>
      </w:pPr>
      <w:r>
        <w:rPr>
          <w:color w:val="B4B4B4"/>
          <w:sz w:val="16"/>
        </w:rPr>
        <w:t>________________________________________________________</w:t>
      </w:r>
    </w:p>
    <w:p w14:paraId="3C7B1FFE" w14:textId="77777777" w:rsidR="005A0029" w:rsidRDefault="00F83EB4">
      <w:pPr>
        <w:spacing w:after="60"/>
      </w:pPr>
      <w:r>
        <w:rPr>
          <w:color w:val="B4B4B4"/>
          <w:sz w:val="16"/>
        </w:rPr>
        <w:t>________________________________________________________</w:t>
      </w:r>
    </w:p>
    <w:p w14:paraId="5A87276B" w14:textId="77777777" w:rsidR="005A0029" w:rsidRDefault="00F83EB4">
      <w:pPr>
        <w:pStyle w:val="Heading2"/>
      </w:pPr>
      <w:r>
        <w:t>Prayer</w:t>
      </w:r>
    </w:p>
    <w:p w14:paraId="0E000D0A" w14:textId="77777777" w:rsidR="005A0029" w:rsidRDefault="00F83EB4">
      <w:r>
        <w:t>Father, meet me in this practice of anchored in god.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3300F1F4" w14:textId="77777777" w:rsidR="005A0029" w:rsidRDefault="00F83EB4">
      <w:r>
        <w:rPr>
          <w:b/>
          <w:color w:val="B08D3A"/>
        </w:rPr>
        <w:lastRenderedPageBreak/>
        <w:t xml:space="preserve">TODAY'S DECLARATION  </w:t>
      </w:r>
      <w:r>
        <w:t>I will meet anchored in god with truth, faith, and practiced peace.</w:t>
      </w:r>
    </w:p>
    <w:p w14:paraId="464EF5C2" w14:textId="77777777" w:rsidR="005A0029" w:rsidRDefault="00F83EB4">
      <w:r>
        <w:br w:type="page"/>
      </w:r>
    </w:p>
    <w:p w14:paraId="5E36DE54" w14:textId="77777777" w:rsidR="005A0029" w:rsidRDefault="00F83EB4">
      <w:pPr>
        <w:pStyle w:val="Heading1"/>
      </w:pPr>
      <w:r>
        <w:lastRenderedPageBreak/>
        <w:t>FAITH IN THE MIDST OF THE CHAOS: End-of-Month Reflection</w:t>
      </w:r>
    </w:p>
    <w:p w14:paraId="79FC27F6" w14:textId="77777777" w:rsidR="005A0029" w:rsidRDefault="00F83EB4">
      <w:pPr>
        <w:pStyle w:val="Heading3"/>
      </w:pPr>
      <w:r>
        <w:t>What changed within me this month?</w:t>
      </w:r>
    </w:p>
    <w:p w14:paraId="5995F456" w14:textId="77777777" w:rsidR="005A0029" w:rsidRDefault="00F83EB4">
      <w:pPr>
        <w:spacing w:after="60"/>
      </w:pPr>
      <w:r>
        <w:rPr>
          <w:color w:val="B4B4B4"/>
          <w:sz w:val="16"/>
        </w:rPr>
        <w:t>________________________________________________________</w:t>
      </w:r>
    </w:p>
    <w:p w14:paraId="68CB7DB4" w14:textId="77777777" w:rsidR="005A0029" w:rsidRDefault="00F83EB4">
      <w:pPr>
        <w:spacing w:after="60"/>
      </w:pPr>
      <w:r>
        <w:rPr>
          <w:color w:val="B4B4B4"/>
          <w:sz w:val="16"/>
        </w:rPr>
        <w:t>________________________________________________________</w:t>
      </w:r>
    </w:p>
    <w:p w14:paraId="61A242E6" w14:textId="77777777" w:rsidR="005A0029" w:rsidRDefault="00F83EB4">
      <w:pPr>
        <w:pStyle w:val="Heading3"/>
      </w:pPr>
      <w:r>
        <w:t>Which practice helped me most?</w:t>
      </w:r>
    </w:p>
    <w:p w14:paraId="28ED4999" w14:textId="77777777" w:rsidR="005A0029" w:rsidRDefault="00F83EB4">
      <w:pPr>
        <w:spacing w:after="60"/>
      </w:pPr>
      <w:r>
        <w:rPr>
          <w:color w:val="B4B4B4"/>
          <w:sz w:val="16"/>
        </w:rPr>
        <w:t>________________________________________________________</w:t>
      </w:r>
    </w:p>
    <w:p w14:paraId="322D3678" w14:textId="77777777" w:rsidR="005A0029" w:rsidRDefault="00F83EB4">
      <w:pPr>
        <w:spacing w:after="60"/>
      </w:pPr>
      <w:r>
        <w:rPr>
          <w:color w:val="B4B4B4"/>
          <w:sz w:val="16"/>
        </w:rPr>
        <w:t>________________________________________________________</w:t>
      </w:r>
    </w:p>
    <w:p w14:paraId="0B8F62CD" w14:textId="77777777" w:rsidR="005A0029" w:rsidRDefault="00F83EB4">
      <w:pPr>
        <w:pStyle w:val="Heading3"/>
      </w:pPr>
      <w:r>
        <w:t>Which Scripture became an anchor?</w:t>
      </w:r>
    </w:p>
    <w:p w14:paraId="16CE17B6" w14:textId="77777777" w:rsidR="005A0029" w:rsidRDefault="00F83EB4">
      <w:pPr>
        <w:spacing w:after="60"/>
      </w:pPr>
      <w:r>
        <w:rPr>
          <w:color w:val="B4B4B4"/>
          <w:sz w:val="16"/>
        </w:rPr>
        <w:t>________________________________________________________</w:t>
      </w:r>
    </w:p>
    <w:p w14:paraId="7B704E4C" w14:textId="77777777" w:rsidR="005A0029" w:rsidRDefault="00F83EB4">
      <w:pPr>
        <w:spacing w:after="60"/>
      </w:pPr>
      <w:r>
        <w:rPr>
          <w:color w:val="B4B4B4"/>
          <w:sz w:val="16"/>
        </w:rPr>
        <w:t>________________________________________________________</w:t>
      </w:r>
    </w:p>
    <w:p w14:paraId="1E78A7C2" w14:textId="77777777" w:rsidR="005A0029" w:rsidRDefault="00F83EB4">
      <w:pPr>
        <w:pStyle w:val="Heading3"/>
      </w:pPr>
      <w:r>
        <w:t>What am I ready to release?</w:t>
      </w:r>
    </w:p>
    <w:p w14:paraId="15C8718E" w14:textId="77777777" w:rsidR="005A0029" w:rsidRDefault="00F83EB4">
      <w:pPr>
        <w:spacing w:after="60"/>
      </w:pPr>
      <w:r>
        <w:rPr>
          <w:color w:val="B4B4B4"/>
          <w:sz w:val="16"/>
        </w:rPr>
        <w:t>________________________________________________________</w:t>
      </w:r>
    </w:p>
    <w:p w14:paraId="45B91147" w14:textId="77777777" w:rsidR="005A0029" w:rsidRDefault="00F83EB4">
      <w:pPr>
        <w:spacing w:after="60"/>
      </w:pPr>
      <w:r>
        <w:rPr>
          <w:color w:val="B4B4B4"/>
          <w:sz w:val="16"/>
        </w:rPr>
        <w:t>________________________________________________________</w:t>
      </w:r>
    </w:p>
    <w:p w14:paraId="67D8AF93" w14:textId="77777777" w:rsidR="005A0029" w:rsidRDefault="00F83EB4">
      <w:pPr>
        <w:pStyle w:val="Heading3"/>
      </w:pPr>
      <w:r>
        <w:t>What will I carry into the next month?</w:t>
      </w:r>
    </w:p>
    <w:p w14:paraId="7ED491FC" w14:textId="77777777" w:rsidR="005A0029" w:rsidRDefault="00F83EB4">
      <w:pPr>
        <w:spacing w:after="60"/>
      </w:pPr>
      <w:r>
        <w:rPr>
          <w:color w:val="B4B4B4"/>
          <w:sz w:val="16"/>
        </w:rPr>
        <w:t>________________________________________________________</w:t>
      </w:r>
    </w:p>
    <w:p w14:paraId="3BF16CDA" w14:textId="77777777" w:rsidR="005A0029" w:rsidRDefault="00F83EB4">
      <w:pPr>
        <w:spacing w:after="60"/>
      </w:pPr>
      <w:r>
        <w:rPr>
          <w:color w:val="B4B4B4"/>
          <w:sz w:val="16"/>
        </w:rPr>
        <w:t>________________________________________________________</w:t>
      </w:r>
    </w:p>
    <w:p w14:paraId="37E9CE39" w14:textId="77777777" w:rsidR="005A0029" w:rsidRDefault="00F83EB4">
      <w:r>
        <w:br w:type="page"/>
      </w:r>
    </w:p>
    <w:p w14:paraId="1F99312F" w14:textId="77777777" w:rsidR="005A0029" w:rsidRDefault="00F83EB4">
      <w:pPr>
        <w:pStyle w:val="Heading2"/>
      </w:pPr>
      <w:r>
        <w:lastRenderedPageBreak/>
        <w:t>MONTH TWELVE</w:t>
      </w:r>
    </w:p>
    <w:p w14:paraId="53008EB2" w14:textId="77777777" w:rsidR="005A0029" w:rsidRDefault="00F83EB4">
      <w:pPr>
        <w:jc w:val="center"/>
      </w:pPr>
      <w:r>
        <w:rPr>
          <w:b/>
          <w:color w:val="17324D"/>
          <w:sz w:val="48"/>
        </w:rPr>
        <w:t>ANCHORED THROUGH UNCERTAINTY</w:t>
      </w:r>
    </w:p>
    <w:p w14:paraId="576F2C76" w14:textId="77777777" w:rsidR="005A0029" w:rsidRDefault="00F83EB4">
      <w:pPr>
        <w:jc w:val="center"/>
      </w:pPr>
      <w:r>
        <w:rPr>
          <w:i/>
          <w:color w:val="B08D3A"/>
          <w:sz w:val="24"/>
        </w:rPr>
        <w:t>Making Peace a Way of Life</w:t>
      </w:r>
    </w:p>
    <w:p w14:paraId="5F0996FD" w14:textId="77777777" w:rsidR="005A0029" w:rsidRDefault="00F83EB4">
      <w:pPr>
        <w:jc w:val="center"/>
      </w:pPr>
      <w:r>
        <w:rPr>
          <w:color w:val="B08D3A"/>
          <w:sz w:val="24"/>
        </w:rPr>
        <w:t>—  ◆  —</w:t>
      </w:r>
    </w:p>
    <w:p w14:paraId="0DF245E0" w14:textId="77777777" w:rsidR="005A0029" w:rsidRDefault="00F83EB4">
      <w:r>
        <w:t>Monthly intention: Spend these thirty days practicing making peace a way of life. Notice patterns without condemnation, return to Scripture, and choose one faithful practice at a time.</w:t>
      </w:r>
    </w:p>
    <w:p w14:paraId="226F4D50" w14:textId="77777777" w:rsidR="005A0029" w:rsidRDefault="00F83EB4">
      <w:pPr>
        <w:pStyle w:val="Heading2"/>
      </w:pPr>
      <w:r>
        <w:t>Monthly Check-In</w:t>
      </w:r>
    </w:p>
    <w:p w14:paraId="22F5AC9D" w14:textId="77777777" w:rsidR="005A0029" w:rsidRDefault="00F83EB4">
      <w:r>
        <w:t>What feels heaviest as I begin this month?</w:t>
      </w:r>
    </w:p>
    <w:p w14:paraId="45EBBF81" w14:textId="77777777" w:rsidR="005A0029" w:rsidRDefault="00F83EB4">
      <w:pPr>
        <w:spacing w:after="60"/>
      </w:pPr>
      <w:r>
        <w:rPr>
          <w:color w:val="B4B4B4"/>
          <w:sz w:val="16"/>
        </w:rPr>
        <w:t>________________________________________________________</w:t>
      </w:r>
    </w:p>
    <w:p w14:paraId="001E81BF" w14:textId="77777777" w:rsidR="005A0029" w:rsidRDefault="00F83EB4">
      <w:pPr>
        <w:spacing w:after="60"/>
      </w:pPr>
      <w:r>
        <w:rPr>
          <w:color w:val="B4B4B4"/>
          <w:sz w:val="16"/>
        </w:rPr>
        <w:t>________________________________________________________</w:t>
      </w:r>
    </w:p>
    <w:p w14:paraId="2D64339C" w14:textId="77777777" w:rsidR="005A0029" w:rsidRDefault="00F83EB4">
      <w:r>
        <w:t>What kind of peace am I asking God to cultivate in me?</w:t>
      </w:r>
    </w:p>
    <w:p w14:paraId="781CBC7D" w14:textId="77777777" w:rsidR="005A0029" w:rsidRDefault="00F83EB4">
      <w:pPr>
        <w:spacing w:after="60"/>
      </w:pPr>
      <w:r>
        <w:rPr>
          <w:color w:val="B4B4B4"/>
          <w:sz w:val="16"/>
        </w:rPr>
        <w:t>________________________________________________________</w:t>
      </w:r>
    </w:p>
    <w:p w14:paraId="01780751" w14:textId="77777777" w:rsidR="005A0029" w:rsidRDefault="00F83EB4">
      <w:pPr>
        <w:spacing w:after="60"/>
      </w:pPr>
      <w:r>
        <w:rPr>
          <w:color w:val="B4B4B4"/>
          <w:sz w:val="16"/>
        </w:rPr>
        <w:t>________________________________________________________</w:t>
      </w:r>
    </w:p>
    <w:p w14:paraId="74BD644C" w14:textId="77777777" w:rsidR="005A0029" w:rsidRDefault="00F83EB4">
      <w:r>
        <w:br w:type="page"/>
      </w:r>
    </w:p>
    <w:p w14:paraId="20BDA874" w14:textId="77777777" w:rsidR="005A0029" w:rsidRDefault="00F83EB4">
      <w:pPr>
        <w:pStyle w:val="Heading2"/>
      </w:pPr>
      <w:r>
        <w:lastRenderedPageBreak/>
        <w:t>DAY 1</w:t>
      </w:r>
    </w:p>
    <w:p w14:paraId="26F43E49" w14:textId="77777777" w:rsidR="005A0029" w:rsidRDefault="00F83EB4">
      <w:pPr>
        <w:pStyle w:val="Heading1"/>
      </w:pPr>
      <w:r>
        <w:t>Integration</w:t>
      </w:r>
    </w:p>
    <w:p w14:paraId="03064FB0" w14:textId="77777777" w:rsidR="005A0029" w:rsidRDefault="00F83EB4">
      <w:r>
        <w:rPr>
          <w:b/>
          <w:color w:val="B08D3A"/>
        </w:rPr>
        <w:t xml:space="preserve">ANCHOR SCRIPTURE  </w:t>
      </w:r>
      <w:r>
        <w:t>Philippians 1:6</w:t>
      </w:r>
    </w:p>
    <w:p w14:paraId="242BCC42" w14:textId="77777777" w:rsidR="005A0029" w:rsidRDefault="00F83EB4">
      <w:pPr>
        <w:pStyle w:val="Heading2"/>
      </w:pPr>
      <w:r>
        <w:t>Guided Reflection</w:t>
      </w:r>
    </w:p>
    <w:p w14:paraId="3F47D818" w14:textId="77777777" w:rsidR="005A0029" w:rsidRDefault="00F83EB4">
      <w:r>
        <w:t>Today, consider what “integration”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when truth is prac</w:t>
      </w:r>
      <w:r>
        <w:t>ticed repeatedly, especially when circumstances remain unresolved.</w:t>
      </w:r>
    </w:p>
    <w:p w14:paraId="4239F293" w14:textId="77777777" w:rsidR="005A0029" w:rsidRDefault="00F83EB4">
      <w:pPr>
        <w:pStyle w:val="Heading2"/>
      </w:pPr>
      <w:r>
        <w:t>Pause &amp; Notice</w:t>
      </w:r>
    </w:p>
    <w:p w14:paraId="441BD3C9" w14:textId="77777777" w:rsidR="005A0029" w:rsidRDefault="00F83EB4">
      <w:r>
        <w:t>What is this theme revealing about my heart, thoughts, relationships, or current circumstances today?</w:t>
      </w:r>
    </w:p>
    <w:p w14:paraId="7A988C73" w14:textId="77777777" w:rsidR="005A0029" w:rsidRDefault="00F83EB4">
      <w:pPr>
        <w:pStyle w:val="Heading2"/>
      </w:pPr>
      <w:r>
        <w:t>Peace Practice</w:t>
      </w:r>
    </w:p>
    <w:p w14:paraId="49510E17" w14:textId="77777777" w:rsidR="005A0029" w:rsidRDefault="00F83EB4">
      <w:r>
        <w:t>Sit quietly for three minutes. Name what you feel without judging it. Then write one truth you want to carry into the day.</w:t>
      </w:r>
    </w:p>
    <w:p w14:paraId="45965B00" w14:textId="77777777" w:rsidR="005A0029" w:rsidRDefault="00F83EB4">
      <w:pPr>
        <w:pStyle w:val="Heading2"/>
      </w:pPr>
      <w:r>
        <w:t>My Thoughts &amp; Prayers</w:t>
      </w:r>
    </w:p>
    <w:p w14:paraId="342DF641" w14:textId="77777777" w:rsidR="005A0029" w:rsidRDefault="00F83EB4">
      <w:pPr>
        <w:spacing w:after="60"/>
      </w:pPr>
      <w:r>
        <w:rPr>
          <w:color w:val="B4B4B4"/>
          <w:sz w:val="16"/>
        </w:rPr>
        <w:t>________________________________________________________</w:t>
      </w:r>
    </w:p>
    <w:p w14:paraId="624CDAA0" w14:textId="77777777" w:rsidR="005A0029" w:rsidRDefault="00F83EB4">
      <w:pPr>
        <w:spacing w:after="60"/>
      </w:pPr>
      <w:r>
        <w:rPr>
          <w:color w:val="B4B4B4"/>
          <w:sz w:val="16"/>
        </w:rPr>
        <w:t>________________________________________________________</w:t>
      </w:r>
    </w:p>
    <w:p w14:paraId="396C231D" w14:textId="77777777" w:rsidR="005A0029" w:rsidRDefault="00F83EB4">
      <w:pPr>
        <w:spacing w:after="60"/>
      </w:pPr>
      <w:r>
        <w:rPr>
          <w:color w:val="B4B4B4"/>
          <w:sz w:val="16"/>
        </w:rPr>
        <w:t>________________________________________________________</w:t>
      </w:r>
    </w:p>
    <w:p w14:paraId="048BD419" w14:textId="77777777" w:rsidR="005A0029" w:rsidRDefault="00F83EB4">
      <w:pPr>
        <w:spacing w:after="60"/>
      </w:pPr>
      <w:r>
        <w:rPr>
          <w:color w:val="B4B4B4"/>
          <w:sz w:val="16"/>
        </w:rPr>
        <w:t>________________________________________________________</w:t>
      </w:r>
    </w:p>
    <w:p w14:paraId="03547E48" w14:textId="77777777" w:rsidR="005A0029" w:rsidRDefault="00F83EB4">
      <w:pPr>
        <w:spacing w:after="60"/>
      </w:pPr>
      <w:r>
        <w:rPr>
          <w:color w:val="B4B4B4"/>
          <w:sz w:val="16"/>
        </w:rPr>
        <w:t>________________________________________________________</w:t>
      </w:r>
    </w:p>
    <w:p w14:paraId="5B7D304D" w14:textId="77777777" w:rsidR="005A0029" w:rsidRDefault="00F83EB4">
      <w:pPr>
        <w:pStyle w:val="Heading2"/>
      </w:pPr>
      <w:r>
        <w:t>Prayer</w:t>
      </w:r>
    </w:p>
    <w:p w14:paraId="6CB2D0E4" w14:textId="77777777" w:rsidR="005A0029" w:rsidRDefault="00F83EB4">
      <w:r>
        <w:t>Father, meet me in this practice of integration.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304A048" w14:textId="77777777" w:rsidR="005A0029" w:rsidRDefault="00F83EB4">
      <w:r>
        <w:rPr>
          <w:b/>
          <w:color w:val="B08D3A"/>
        </w:rPr>
        <w:lastRenderedPageBreak/>
        <w:t xml:space="preserve">TODAY'S DECLARATION  </w:t>
      </w:r>
      <w:r>
        <w:t>I will meet integration with truth, faith, and practiced peace.</w:t>
      </w:r>
    </w:p>
    <w:p w14:paraId="0385C1E7" w14:textId="77777777" w:rsidR="005A0029" w:rsidRDefault="00F83EB4">
      <w:r>
        <w:br w:type="page"/>
      </w:r>
    </w:p>
    <w:p w14:paraId="3D6C62EE" w14:textId="77777777" w:rsidR="005A0029" w:rsidRDefault="00F83EB4">
      <w:pPr>
        <w:pStyle w:val="Heading2"/>
      </w:pPr>
      <w:r>
        <w:lastRenderedPageBreak/>
        <w:t>DAY 2</w:t>
      </w:r>
    </w:p>
    <w:p w14:paraId="021C1E27" w14:textId="77777777" w:rsidR="005A0029" w:rsidRDefault="00F83EB4">
      <w:pPr>
        <w:pStyle w:val="Heading1"/>
      </w:pPr>
      <w:r>
        <w:t>What You Have Learned</w:t>
      </w:r>
    </w:p>
    <w:p w14:paraId="0BBD81E8" w14:textId="77777777" w:rsidR="005A0029" w:rsidRDefault="00F83EB4">
      <w:r>
        <w:rPr>
          <w:b/>
          <w:color w:val="B08D3A"/>
        </w:rPr>
        <w:t xml:space="preserve">ANCHOR SCRIPTURE  </w:t>
      </w:r>
      <w:r>
        <w:t>Psalm 77:11</w:t>
      </w:r>
    </w:p>
    <w:p w14:paraId="002D5C8E" w14:textId="77777777" w:rsidR="005A0029" w:rsidRDefault="00F83EB4">
      <w:pPr>
        <w:pStyle w:val="Heading2"/>
      </w:pPr>
      <w:r>
        <w:t>Guided Reflection</w:t>
      </w:r>
    </w:p>
    <w:p w14:paraId="674471B1" w14:textId="77777777" w:rsidR="005A0029" w:rsidRDefault="00F83EB4">
      <w:r>
        <w:t>Today, consider what “what you have learned”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47CA7423" w14:textId="77777777" w:rsidR="005A0029" w:rsidRDefault="00F83EB4">
      <w:pPr>
        <w:pStyle w:val="Heading2"/>
      </w:pPr>
      <w:r>
        <w:t>Pause &amp; Notice</w:t>
      </w:r>
    </w:p>
    <w:p w14:paraId="3CD64612" w14:textId="77777777" w:rsidR="005A0029" w:rsidRDefault="00F83EB4">
      <w:r>
        <w:t>What is this theme revealing about my heart, thoughts, relationships, or current circumstances today?</w:t>
      </w:r>
    </w:p>
    <w:p w14:paraId="034AF4D6" w14:textId="77777777" w:rsidR="005A0029" w:rsidRDefault="00F83EB4">
      <w:pPr>
        <w:pStyle w:val="Heading2"/>
      </w:pPr>
      <w:r>
        <w:t>Peace Practice</w:t>
      </w:r>
    </w:p>
    <w:p w14:paraId="6D9F767A" w14:textId="77777777" w:rsidR="005A0029" w:rsidRDefault="00F83EB4">
      <w:r>
        <w:t>Draw two columns: 'What I can control' and 'What I must release.' Place each concern in the appropriate column and pray over both.</w:t>
      </w:r>
    </w:p>
    <w:p w14:paraId="19912421" w14:textId="77777777" w:rsidR="005A0029" w:rsidRDefault="00F83EB4">
      <w:pPr>
        <w:pStyle w:val="Heading2"/>
      </w:pPr>
      <w:r>
        <w:t>My Thoughts &amp; Prayers</w:t>
      </w:r>
    </w:p>
    <w:p w14:paraId="7023CF7E" w14:textId="77777777" w:rsidR="005A0029" w:rsidRDefault="00F83EB4">
      <w:pPr>
        <w:spacing w:after="60"/>
      </w:pPr>
      <w:r>
        <w:rPr>
          <w:color w:val="B4B4B4"/>
          <w:sz w:val="16"/>
        </w:rPr>
        <w:t>________________________________________________________</w:t>
      </w:r>
    </w:p>
    <w:p w14:paraId="28DBF5E2" w14:textId="77777777" w:rsidR="005A0029" w:rsidRDefault="00F83EB4">
      <w:pPr>
        <w:spacing w:after="60"/>
      </w:pPr>
      <w:r>
        <w:rPr>
          <w:color w:val="B4B4B4"/>
          <w:sz w:val="16"/>
        </w:rPr>
        <w:t>________________________________________________________</w:t>
      </w:r>
    </w:p>
    <w:p w14:paraId="1974A22A" w14:textId="77777777" w:rsidR="005A0029" w:rsidRDefault="00F83EB4">
      <w:pPr>
        <w:spacing w:after="60"/>
      </w:pPr>
      <w:r>
        <w:rPr>
          <w:color w:val="B4B4B4"/>
          <w:sz w:val="16"/>
        </w:rPr>
        <w:t>________________________________________________________</w:t>
      </w:r>
    </w:p>
    <w:p w14:paraId="2A7DEE8A" w14:textId="77777777" w:rsidR="005A0029" w:rsidRDefault="00F83EB4">
      <w:pPr>
        <w:spacing w:after="60"/>
      </w:pPr>
      <w:r>
        <w:rPr>
          <w:color w:val="B4B4B4"/>
          <w:sz w:val="16"/>
        </w:rPr>
        <w:t>________________________________________________________</w:t>
      </w:r>
    </w:p>
    <w:p w14:paraId="3C34F056" w14:textId="77777777" w:rsidR="005A0029" w:rsidRDefault="00F83EB4">
      <w:pPr>
        <w:spacing w:after="60"/>
      </w:pPr>
      <w:r>
        <w:rPr>
          <w:color w:val="B4B4B4"/>
          <w:sz w:val="16"/>
        </w:rPr>
        <w:t>________________________________________________________</w:t>
      </w:r>
    </w:p>
    <w:p w14:paraId="55F4E2AA" w14:textId="77777777" w:rsidR="005A0029" w:rsidRDefault="00F83EB4">
      <w:pPr>
        <w:pStyle w:val="Heading2"/>
      </w:pPr>
      <w:r>
        <w:t>Prayer</w:t>
      </w:r>
    </w:p>
    <w:p w14:paraId="2EA88247" w14:textId="77777777" w:rsidR="005A0029" w:rsidRDefault="00F83EB4">
      <w:r>
        <w:t>Father, meet me in this practice of what you have learned.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19AB490" w14:textId="77777777" w:rsidR="005A0029" w:rsidRDefault="00F83EB4">
      <w:r>
        <w:rPr>
          <w:b/>
          <w:color w:val="B08D3A"/>
        </w:rPr>
        <w:lastRenderedPageBreak/>
        <w:t xml:space="preserve">TODAY'S DECLARATION  </w:t>
      </w:r>
      <w:r>
        <w:t>I will meet what you have learned with truth, faith, and practiced peace.</w:t>
      </w:r>
    </w:p>
    <w:p w14:paraId="770DB8D3" w14:textId="77777777" w:rsidR="005A0029" w:rsidRDefault="00F83EB4">
      <w:r>
        <w:br w:type="page"/>
      </w:r>
    </w:p>
    <w:p w14:paraId="64785F8D" w14:textId="77777777" w:rsidR="005A0029" w:rsidRDefault="00F83EB4">
      <w:pPr>
        <w:pStyle w:val="Heading2"/>
      </w:pPr>
      <w:r>
        <w:lastRenderedPageBreak/>
        <w:t>DAY 3</w:t>
      </w:r>
    </w:p>
    <w:p w14:paraId="78F68973" w14:textId="77777777" w:rsidR="005A0029" w:rsidRDefault="00F83EB4">
      <w:pPr>
        <w:pStyle w:val="Heading1"/>
      </w:pPr>
      <w:r>
        <w:t>Your Personal Anchors</w:t>
      </w:r>
    </w:p>
    <w:p w14:paraId="2503E9D4" w14:textId="77777777" w:rsidR="005A0029" w:rsidRDefault="00F83EB4">
      <w:r>
        <w:rPr>
          <w:b/>
          <w:color w:val="B08D3A"/>
        </w:rPr>
        <w:t xml:space="preserve">ANCHOR SCRIPTURE  </w:t>
      </w:r>
      <w:r>
        <w:t>Hebrews 6:19</w:t>
      </w:r>
    </w:p>
    <w:p w14:paraId="222E36F8" w14:textId="77777777" w:rsidR="005A0029" w:rsidRDefault="00F83EB4">
      <w:pPr>
        <w:pStyle w:val="Heading2"/>
      </w:pPr>
      <w:r>
        <w:t>Guided Reflection</w:t>
      </w:r>
    </w:p>
    <w:p w14:paraId="61FF9079" w14:textId="77777777" w:rsidR="005A0029" w:rsidRDefault="00F83EB4">
      <w:r>
        <w:t>Today, consider what “your personal anchors”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24565DA2" w14:textId="77777777" w:rsidR="005A0029" w:rsidRDefault="00F83EB4">
      <w:pPr>
        <w:pStyle w:val="Heading2"/>
      </w:pPr>
      <w:r>
        <w:t>Pause &amp; Notice</w:t>
      </w:r>
    </w:p>
    <w:p w14:paraId="2052C401" w14:textId="77777777" w:rsidR="005A0029" w:rsidRDefault="00F83EB4">
      <w:r>
        <w:t>What is this theme revealing about my heart, thoughts, relationships, or current circumstances today?</w:t>
      </w:r>
    </w:p>
    <w:p w14:paraId="22361E07" w14:textId="77777777" w:rsidR="005A0029" w:rsidRDefault="00F83EB4">
      <w:pPr>
        <w:pStyle w:val="Heading2"/>
      </w:pPr>
      <w:r>
        <w:t>Peace Practice</w:t>
      </w:r>
    </w:p>
    <w:p w14:paraId="112AA6D9" w14:textId="77777777" w:rsidR="005A0029" w:rsidRDefault="00F83EB4">
      <w:r>
        <w:t>Take five slow breaths. With each inhale, receive God's presence; with each exhale, release one pressure you have been carrying.</w:t>
      </w:r>
    </w:p>
    <w:p w14:paraId="2C4F7E11" w14:textId="77777777" w:rsidR="005A0029" w:rsidRDefault="00F83EB4">
      <w:pPr>
        <w:pStyle w:val="Heading2"/>
      </w:pPr>
      <w:r>
        <w:t>My Thoughts &amp; Prayers</w:t>
      </w:r>
    </w:p>
    <w:p w14:paraId="00A4249A" w14:textId="77777777" w:rsidR="005A0029" w:rsidRDefault="00F83EB4">
      <w:pPr>
        <w:spacing w:after="60"/>
      </w:pPr>
      <w:r>
        <w:rPr>
          <w:color w:val="B4B4B4"/>
          <w:sz w:val="16"/>
        </w:rPr>
        <w:t>________________________________________________________</w:t>
      </w:r>
    </w:p>
    <w:p w14:paraId="341CD3EE" w14:textId="77777777" w:rsidR="005A0029" w:rsidRDefault="00F83EB4">
      <w:pPr>
        <w:spacing w:after="60"/>
      </w:pPr>
      <w:r>
        <w:rPr>
          <w:color w:val="B4B4B4"/>
          <w:sz w:val="16"/>
        </w:rPr>
        <w:t>________________________________________________________</w:t>
      </w:r>
    </w:p>
    <w:p w14:paraId="50FB1CD7" w14:textId="77777777" w:rsidR="005A0029" w:rsidRDefault="00F83EB4">
      <w:pPr>
        <w:spacing w:after="60"/>
      </w:pPr>
      <w:r>
        <w:rPr>
          <w:color w:val="B4B4B4"/>
          <w:sz w:val="16"/>
        </w:rPr>
        <w:t>________________________________________________________</w:t>
      </w:r>
    </w:p>
    <w:p w14:paraId="4C8E3F1B" w14:textId="77777777" w:rsidR="005A0029" w:rsidRDefault="00F83EB4">
      <w:pPr>
        <w:spacing w:after="60"/>
      </w:pPr>
      <w:r>
        <w:rPr>
          <w:color w:val="B4B4B4"/>
          <w:sz w:val="16"/>
        </w:rPr>
        <w:t>________________________________________________________</w:t>
      </w:r>
    </w:p>
    <w:p w14:paraId="0817CC9F" w14:textId="77777777" w:rsidR="005A0029" w:rsidRDefault="00F83EB4">
      <w:pPr>
        <w:spacing w:after="60"/>
      </w:pPr>
      <w:r>
        <w:rPr>
          <w:color w:val="B4B4B4"/>
          <w:sz w:val="16"/>
        </w:rPr>
        <w:t>________________________________________________________</w:t>
      </w:r>
    </w:p>
    <w:p w14:paraId="1411B320" w14:textId="77777777" w:rsidR="005A0029" w:rsidRDefault="00F83EB4">
      <w:pPr>
        <w:pStyle w:val="Heading2"/>
      </w:pPr>
      <w:r>
        <w:t>Prayer</w:t>
      </w:r>
    </w:p>
    <w:p w14:paraId="0611916B" w14:textId="77777777" w:rsidR="005A0029" w:rsidRDefault="00F83EB4">
      <w:r>
        <w:t>Father, meet me in this practice of your personal anchors.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B047196" w14:textId="77777777" w:rsidR="005A0029" w:rsidRDefault="00F83EB4">
      <w:r>
        <w:rPr>
          <w:b/>
          <w:color w:val="B08D3A"/>
        </w:rPr>
        <w:lastRenderedPageBreak/>
        <w:t xml:space="preserve">TODAY'S DECLARATION  </w:t>
      </w:r>
      <w:r>
        <w:t>I will meet your personal anchors with truth, faith, and practiced peace.</w:t>
      </w:r>
    </w:p>
    <w:p w14:paraId="24867EC8" w14:textId="77777777" w:rsidR="005A0029" w:rsidRDefault="00F83EB4">
      <w:r>
        <w:br w:type="page"/>
      </w:r>
    </w:p>
    <w:p w14:paraId="56BA78BA" w14:textId="77777777" w:rsidR="005A0029" w:rsidRDefault="00F83EB4">
      <w:pPr>
        <w:pStyle w:val="Heading2"/>
      </w:pPr>
      <w:r>
        <w:lastRenderedPageBreak/>
        <w:t>DAY 4</w:t>
      </w:r>
    </w:p>
    <w:p w14:paraId="4AB648A4" w14:textId="77777777" w:rsidR="005A0029" w:rsidRDefault="00F83EB4">
      <w:pPr>
        <w:pStyle w:val="Heading1"/>
      </w:pPr>
      <w:r>
        <w:t>A Life of Awareness</w:t>
      </w:r>
    </w:p>
    <w:p w14:paraId="4E0DA9F2" w14:textId="77777777" w:rsidR="005A0029" w:rsidRDefault="00F83EB4">
      <w:r>
        <w:rPr>
          <w:b/>
          <w:color w:val="B08D3A"/>
        </w:rPr>
        <w:t xml:space="preserve">ANCHOR SCRIPTURE  </w:t>
      </w:r>
      <w:r>
        <w:t>Psalm 139:23</w:t>
      </w:r>
    </w:p>
    <w:p w14:paraId="7D3D981B" w14:textId="77777777" w:rsidR="005A0029" w:rsidRDefault="00F83EB4">
      <w:pPr>
        <w:pStyle w:val="Heading2"/>
      </w:pPr>
      <w:r>
        <w:t>Guided Reflection</w:t>
      </w:r>
    </w:p>
    <w:p w14:paraId="3F0132ED" w14:textId="77777777" w:rsidR="005A0029" w:rsidRDefault="00F83EB4">
      <w:r>
        <w:t>Today, consider what “a life of awareness”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when truth</w:t>
      </w:r>
      <w:r>
        <w:t xml:space="preserve"> is practiced repeatedly, especially when circumstances remain unresolved.</w:t>
      </w:r>
    </w:p>
    <w:p w14:paraId="2C0B9653" w14:textId="77777777" w:rsidR="005A0029" w:rsidRDefault="00F83EB4">
      <w:pPr>
        <w:pStyle w:val="Heading2"/>
      </w:pPr>
      <w:r>
        <w:t>Pause &amp; Notice</w:t>
      </w:r>
    </w:p>
    <w:p w14:paraId="5392BB07" w14:textId="77777777" w:rsidR="005A0029" w:rsidRDefault="00F83EB4">
      <w:r>
        <w:t>What is this theme revealing about my heart, thoughts, relationships, or current circumstances today?</w:t>
      </w:r>
    </w:p>
    <w:p w14:paraId="3F1DE352" w14:textId="77777777" w:rsidR="005A0029" w:rsidRDefault="00F83EB4">
      <w:pPr>
        <w:pStyle w:val="Heading2"/>
      </w:pPr>
      <w:r>
        <w:t>Peace Practice</w:t>
      </w:r>
    </w:p>
    <w:p w14:paraId="78A68A37" w14:textId="77777777" w:rsidR="005A0029" w:rsidRDefault="00F83EB4">
      <w:r>
        <w:t>Write one recurring fearful thought. Under it, write a Scripture-shaped response that is more truthful and life-giving.</w:t>
      </w:r>
    </w:p>
    <w:p w14:paraId="2811607C" w14:textId="77777777" w:rsidR="005A0029" w:rsidRDefault="00F83EB4">
      <w:pPr>
        <w:pStyle w:val="Heading2"/>
      </w:pPr>
      <w:r>
        <w:t>My Thoughts &amp; Prayers</w:t>
      </w:r>
    </w:p>
    <w:p w14:paraId="3DAF3C4E" w14:textId="77777777" w:rsidR="005A0029" w:rsidRDefault="00F83EB4">
      <w:pPr>
        <w:spacing w:after="60"/>
      </w:pPr>
      <w:r>
        <w:rPr>
          <w:color w:val="B4B4B4"/>
          <w:sz w:val="16"/>
        </w:rPr>
        <w:t>________________________________________________________</w:t>
      </w:r>
    </w:p>
    <w:p w14:paraId="06A94C37" w14:textId="77777777" w:rsidR="005A0029" w:rsidRDefault="00F83EB4">
      <w:pPr>
        <w:spacing w:after="60"/>
      </w:pPr>
      <w:r>
        <w:rPr>
          <w:color w:val="B4B4B4"/>
          <w:sz w:val="16"/>
        </w:rPr>
        <w:t>________________________________________________________</w:t>
      </w:r>
    </w:p>
    <w:p w14:paraId="27DD7F39" w14:textId="77777777" w:rsidR="005A0029" w:rsidRDefault="00F83EB4">
      <w:pPr>
        <w:spacing w:after="60"/>
      </w:pPr>
      <w:r>
        <w:rPr>
          <w:color w:val="B4B4B4"/>
          <w:sz w:val="16"/>
        </w:rPr>
        <w:t>________________________________________________________</w:t>
      </w:r>
    </w:p>
    <w:p w14:paraId="77666BBF" w14:textId="77777777" w:rsidR="005A0029" w:rsidRDefault="00F83EB4">
      <w:pPr>
        <w:spacing w:after="60"/>
      </w:pPr>
      <w:r>
        <w:rPr>
          <w:color w:val="B4B4B4"/>
          <w:sz w:val="16"/>
        </w:rPr>
        <w:t>________________________________________________________</w:t>
      </w:r>
    </w:p>
    <w:p w14:paraId="2F406783" w14:textId="77777777" w:rsidR="005A0029" w:rsidRDefault="00F83EB4">
      <w:pPr>
        <w:spacing w:after="60"/>
      </w:pPr>
      <w:r>
        <w:rPr>
          <w:color w:val="B4B4B4"/>
          <w:sz w:val="16"/>
        </w:rPr>
        <w:t>________________________________________________________</w:t>
      </w:r>
    </w:p>
    <w:p w14:paraId="54CFE06F" w14:textId="77777777" w:rsidR="005A0029" w:rsidRDefault="00F83EB4">
      <w:pPr>
        <w:pStyle w:val="Heading2"/>
      </w:pPr>
      <w:r>
        <w:t>Prayer</w:t>
      </w:r>
    </w:p>
    <w:p w14:paraId="45E1E5FB" w14:textId="77777777" w:rsidR="005A0029" w:rsidRDefault="00F83EB4">
      <w:r>
        <w:t>Father, meet me in this practice of a life of awareness.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64097FE" w14:textId="77777777" w:rsidR="005A0029" w:rsidRDefault="00F83EB4">
      <w:r>
        <w:rPr>
          <w:b/>
          <w:color w:val="B08D3A"/>
        </w:rPr>
        <w:lastRenderedPageBreak/>
        <w:t xml:space="preserve">TODAY'S DECLARATION  </w:t>
      </w:r>
      <w:r>
        <w:t>I will meet a life of awareness with truth, faith, and practiced peace.</w:t>
      </w:r>
    </w:p>
    <w:p w14:paraId="77139B86" w14:textId="77777777" w:rsidR="005A0029" w:rsidRDefault="00F83EB4">
      <w:r>
        <w:br w:type="page"/>
      </w:r>
    </w:p>
    <w:p w14:paraId="464262FC" w14:textId="77777777" w:rsidR="005A0029" w:rsidRDefault="00F83EB4">
      <w:pPr>
        <w:pStyle w:val="Heading2"/>
      </w:pPr>
      <w:r>
        <w:lastRenderedPageBreak/>
        <w:t>DAY 5</w:t>
      </w:r>
    </w:p>
    <w:p w14:paraId="7BDC2866" w14:textId="77777777" w:rsidR="005A0029" w:rsidRDefault="00F83EB4">
      <w:pPr>
        <w:pStyle w:val="Heading1"/>
      </w:pPr>
      <w:r>
        <w:t>Emotional Honesty</w:t>
      </w:r>
    </w:p>
    <w:p w14:paraId="4806BC80" w14:textId="77777777" w:rsidR="005A0029" w:rsidRDefault="00F83EB4">
      <w:r>
        <w:rPr>
          <w:b/>
          <w:color w:val="B08D3A"/>
        </w:rPr>
        <w:t xml:space="preserve">ANCHOR SCRIPTURE  </w:t>
      </w:r>
      <w:r>
        <w:t>Psalm 62:8</w:t>
      </w:r>
    </w:p>
    <w:p w14:paraId="457A669F" w14:textId="77777777" w:rsidR="005A0029" w:rsidRDefault="00F83EB4">
      <w:pPr>
        <w:pStyle w:val="Heading2"/>
      </w:pPr>
      <w:r>
        <w:t>Guided Reflection</w:t>
      </w:r>
    </w:p>
    <w:p w14:paraId="03BFBFBA" w14:textId="77777777" w:rsidR="005A0029" w:rsidRDefault="00F83EB4">
      <w:r>
        <w:t>Today, consider what “emotional honesty”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when truth i</w:t>
      </w:r>
      <w:r>
        <w:t>s practiced repeatedly, especially when circumstances remain unresolved.</w:t>
      </w:r>
    </w:p>
    <w:p w14:paraId="6E2AED80" w14:textId="77777777" w:rsidR="005A0029" w:rsidRDefault="00F83EB4">
      <w:pPr>
        <w:pStyle w:val="Heading2"/>
      </w:pPr>
      <w:r>
        <w:t>Pause &amp; Notice</w:t>
      </w:r>
    </w:p>
    <w:p w14:paraId="7FE64AC5" w14:textId="77777777" w:rsidR="005A0029" w:rsidRDefault="00F83EB4">
      <w:r>
        <w:t>What is this theme revealing about my heart, thoughts, relationships, or current circumstances today?</w:t>
      </w:r>
    </w:p>
    <w:p w14:paraId="40CF70C3" w14:textId="77777777" w:rsidR="005A0029" w:rsidRDefault="00F83EB4">
      <w:pPr>
        <w:pStyle w:val="Heading2"/>
      </w:pPr>
      <w:r>
        <w:t>Peace Practice</w:t>
      </w:r>
    </w:p>
    <w:p w14:paraId="7125B2CB" w14:textId="77777777" w:rsidR="005A0029" w:rsidRDefault="00F83EB4">
      <w:r>
        <w:t>Identify one small action that would create greater peace today. Make it specific enough to complete before the day ends.</w:t>
      </w:r>
    </w:p>
    <w:p w14:paraId="4E48FA4D" w14:textId="77777777" w:rsidR="005A0029" w:rsidRDefault="00F83EB4">
      <w:pPr>
        <w:pStyle w:val="Heading2"/>
      </w:pPr>
      <w:r>
        <w:t>My Thoughts &amp; Prayers</w:t>
      </w:r>
    </w:p>
    <w:p w14:paraId="60B72CD2" w14:textId="77777777" w:rsidR="005A0029" w:rsidRDefault="00F83EB4">
      <w:pPr>
        <w:spacing w:after="60"/>
      </w:pPr>
      <w:r>
        <w:rPr>
          <w:color w:val="B4B4B4"/>
          <w:sz w:val="16"/>
        </w:rPr>
        <w:t>________________________________________________________</w:t>
      </w:r>
    </w:p>
    <w:p w14:paraId="6E3F4DC0" w14:textId="77777777" w:rsidR="005A0029" w:rsidRDefault="00F83EB4">
      <w:pPr>
        <w:spacing w:after="60"/>
      </w:pPr>
      <w:r>
        <w:rPr>
          <w:color w:val="B4B4B4"/>
          <w:sz w:val="16"/>
        </w:rPr>
        <w:t>________________________________________________________</w:t>
      </w:r>
    </w:p>
    <w:p w14:paraId="0D96BA4F" w14:textId="77777777" w:rsidR="005A0029" w:rsidRDefault="00F83EB4">
      <w:pPr>
        <w:spacing w:after="60"/>
      </w:pPr>
      <w:r>
        <w:rPr>
          <w:color w:val="B4B4B4"/>
          <w:sz w:val="16"/>
        </w:rPr>
        <w:t>________________________________________________________</w:t>
      </w:r>
    </w:p>
    <w:p w14:paraId="6A763067" w14:textId="77777777" w:rsidR="005A0029" w:rsidRDefault="00F83EB4">
      <w:pPr>
        <w:spacing w:after="60"/>
      </w:pPr>
      <w:r>
        <w:rPr>
          <w:color w:val="B4B4B4"/>
          <w:sz w:val="16"/>
        </w:rPr>
        <w:t>________________________________________________________</w:t>
      </w:r>
    </w:p>
    <w:p w14:paraId="532BD91A" w14:textId="77777777" w:rsidR="005A0029" w:rsidRDefault="00F83EB4">
      <w:pPr>
        <w:spacing w:after="60"/>
      </w:pPr>
      <w:r>
        <w:rPr>
          <w:color w:val="B4B4B4"/>
          <w:sz w:val="16"/>
        </w:rPr>
        <w:t>________________________________________________________</w:t>
      </w:r>
    </w:p>
    <w:p w14:paraId="543493AF" w14:textId="77777777" w:rsidR="005A0029" w:rsidRDefault="00F83EB4">
      <w:pPr>
        <w:pStyle w:val="Heading2"/>
      </w:pPr>
      <w:r>
        <w:t>Prayer</w:t>
      </w:r>
    </w:p>
    <w:p w14:paraId="0012873B" w14:textId="77777777" w:rsidR="005A0029" w:rsidRDefault="00F83EB4">
      <w:r>
        <w:t>Father, meet me in this practice of emotional honesty.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1DA9010" w14:textId="77777777" w:rsidR="005A0029" w:rsidRDefault="00F83EB4">
      <w:r>
        <w:rPr>
          <w:b/>
          <w:color w:val="B08D3A"/>
        </w:rPr>
        <w:lastRenderedPageBreak/>
        <w:t xml:space="preserve">TODAY'S DECLARATION  </w:t>
      </w:r>
      <w:r>
        <w:t>I will meet emotional honesty with truth, faith, and practiced peace.</w:t>
      </w:r>
    </w:p>
    <w:p w14:paraId="18D5A768" w14:textId="77777777" w:rsidR="005A0029" w:rsidRDefault="00F83EB4">
      <w:r>
        <w:br w:type="page"/>
      </w:r>
    </w:p>
    <w:p w14:paraId="57840FFB" w14:textId="77777777" w:rsidR="005A0029" w:rsidRDefault="00F83EB4">
      <w:pPr>
        <w:pStyle w:val="Heading2"/>
      </w:pPr>
      <w:r>
        <w:lastRenderedPageBreak/>
        <w:t>DAY 6</w:t>
      </w:r>
    </w:p>
    <w:p w14:paraId="0065E9CD" w14:textId="77777777" w:rsidR="005A0029" w:rsidRDefault="00F83EB4">
      <w:pPr>
        <w:pStyle w:val="Heading1"/>
      </w:pPr>
      <w:r>
        <w:t>Rest as a Rhythm</w:t>
      </w:r>
    </w:p>
    <w:p w14:paraId="60C71A3D" w14:textId="77777777" w:rsidR="005A0029" w:rsidRDefault="00F83EB4">
      <w:r>
        <w:rPr>
          <w:b/>
          <w:color w:val="B08D3A"/>
        </w:rPr>
        <w:t xml:space="preserve">ANCHOR SCRIPTURE  </w:t>
      </w:r>
      <w:r>
        <w:t>Mark 6:31</w:t>
      </w:r>
    </w:p>
    <w:p w14:paraId="51467BEA" w14:textId="77777777" w:rsidR="005A0029" w:rsidRDefault="00F83EB4">
      <w:pPr>
        <w:pStyle w:val="Heading2"/>
      </w:pPr>
      <w:r>
        <w:t>Guided Reflection</w:t>
      </w:r>
    </w:p>
    <w:p w14:paraId="180C9B7F" w14:textId="77777777" w:rsidR="005A0029" w:rsidRDefault="00F83EB4">
      <w:r>
        <w:t>Today, consider what “rest as a rhythm”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when truth is</w:t>
      </w:r>
      <w:r>
        <w:t xml:space="preserve"> practiced repeatedly, especially when circumstances remain unresolved.</w:t>
      </w:r>
    </w:p>
    <w:p w14:paraId="36B628A9" w14:textId="77777777" w:rsidR="005A0029" w:rsidRDefault="00F83EB4">
      <w:pPr>
        <w:pStyle w:val="Heading2"/>
      </w:pPr>
      <w:r>
        <w:t>Pause &amp; Notice</w:t>
      </w:r>
    </w:p>
    <w:p w14:paraId="0542A6DA" w14:textId="77777777" w:rsidR="005A0029" w:rsidRDefault="00F83EB4">
      <w:r>
        <w:t>What is this theme revealing about my heart, thoughts, relationships, or current circumstances today?</w:t>
      </w:r>
    </w:p>
    <w:p w14:paraId="6907A94C" w14:textId="77777777" w:rsidR="005A0029" w:rsidRDefault="00F83EB4">
      <w:pPr>
        <w:pStyle w:val="Heading2"/>
      </w:pPr>
      <w:r>
        <w:t>Peace Practice</w:t>
      </w:r>
    </w:p>
    <w:p w14:paraId="65F6B9F9" w14:textId="77777777" w:rsidR="005A0029" w:rsidRDefault="00F83EB4">
      <w:r>
        <w:t>Reach out to one trusted, mature person. Share one thing you have been carrying silently and allow yourself to receive support.</w:t>
      </w:r>
    </w:p>
    <w:p w14:paraId="45497ED7" w14:textId="77777777" w:rsidR="005A0029" w:rsidRDefault="00F83EB4">
      <w:pPr>
        <w:pStyle w:val="Heading2"/>
      </w:pPr>
      <w:r>
        <w:t>My Thoughts &amp; Prayers</w:t>
      </w:r>
    </w:p>
    <w:p w14:paraId="2F93E1D6" w14:textId="77777777" w:rsidR="005A0029" w:rsidRDefault="00F83EB4">
      <w:pPr>
        <w:spacing w:after="60"/>
      </w:pPr>
      <w:r>
        <w:rPr>
          <w:color w:val="B4B4B4"/>
          <w:sz w:val="16"/>
        </w:rPr>
        <w:t>________________________________________________________</w:t>
      </w:r>
    </w:p>
    <w:p w14:paraId="574B9F84" w14:textId="77777777" w:rsidR="005A0029" w:rsidRDefault="00F83EB4">
      <w:pPr>
        <w:spacing w:after="60"/>
      </w:pPr>
      <w:r>
        <w:rPr>
          <w:color w:val="B4B4B4"/>
          <w:sz w:val="16"/>
        </w:rPr>
        <w:t>________________________________________________________</w:t>
      </w:r>
    </w:p>
    <w:p w14:paraId="0B335D74" w14:textId="77777777" w:rsidR="005A0029" w:rsidRDefault="00F83EB4">
      <w:pPr>
        <w:spacing w:after="60"/>
      </w:pPr>
      <w:r>
        <w:rPr>
          <w:color w:val="B4B4B4"/>
          <w:sz w:val="16"/>
        </w:rPr>
        <w:t>________________________________________________________</w:t>
      </w:r>
    </w:p>
    <w:p w14:paraId="4C94DE17" w14:textId="77777777" w:rsidR="005A0029" w:rsidRDefault="00F83EB4">
      <w:pPr>
        <w:spacing w:after="60"/>
      </w:pPr>
      <w:r>
        <w:rPr>
          <w:color w:val="B4B4B4"/>
          <w:sz w:val="16"/>
        </w:rPr>
        <w:t>________________________________________________________</w:t>
      </w:r>
    </w:p>
    <w:p w14:paraId="061905FB" w14:textId="77777777" w:rsidR="005A0029" w:rsidRDefault="00F83EB4">
      <w:pPr>
        <w:spacing w:after="60"/>
      </w:pPr>
      <w:r>
        <w:rPr>
          <w:color w:val="B4B4B4"/>
          <w:sz w:val="16"/>
        </w:rPr>
        <w:t>________________________________________________________</w:t>
      </w:r>
    </w:p>
    <w:p w14:paraId="090717B3" w14:textId="77777777" w:rsidR="005A0029" w:rsidRDefault="00F83EB4">
      <w:pPr>
        <w:pStyle w:val="Heading2"/>
      </w:pPr>
      <w:r>
        <w:t>Prayer</w:t>
      </w:r>
    </w:p>
    <w:p w14:paraId="7024D344" w14:textId="77777777" w:rsidR="005A0029" w:rsidRDefault="00F83EB4">
      <w:r>
        <w:t>Father, meet me in this practice of rest as a rhythm.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FC9BC1B" w14:textId="77777777" w:rsidR="005A0029" w:rsidRDefault="00F83EB4">
      <w:r>
        <w:rPr>
          <w:b/>
          <w:color w:val="B08D3A"/>
        </w:rPr>
        <w:lastRenderedPageBreak/>
        <w:t xml:space="preserve">TODAY'S DECLARATION  </w:t>
      </w:r>
      <w:r>
        <w:t>I will meet rest as a rhythm with truth, faith, and practiced peace.</w:t>
      </w:r>
    </w:p>
    <w:p w14:paraId="094240F0" w14:textId="77777777" w:rsidR="005A0029" w:rsidRDefault="00F83EB4">
      <w:r>
        <w:br w:type="page"/>
      </w:r>
    </w:p>
    <w:p w14:paraId="4DC1E498" w14:textId="77777777" w:rsidR="005A0029" w:rsidRDefault="00F83EB4">
      <w:pPr>
        <w:pStyle w:val="Heading2"/>
      </w:pPr>
      <w:r>
        <w:lastRenderedPageBreak/>
        <w:t>DAY 7</w:t>
      </w:r>
    </w:p>
    <w:p w14:paraId="226B77E8" w14:textId="77777777" w:rsidR="005A0029" w:rsidRDefault="00F83EB4">
      <w:pPr>
        <w:pStyle w:val="Heading1"/>
      </w:pPr>
      <w:r>
        <w:t>Identity as a Foundation</w:t>
      </w:r>
    </w:p>
    <w:p w14:paraId="0FE3CD36" w14:textId="77777777" w:rsidR="005A0029" w:rsidRDefault="00F83EB4">
      <w:r>
        <w:rPr>
          <w:b/>
          <w:color w:val="B08D3A"/>
        </w:rPr>
        <w:t xml:space="preserve">ANCHOR SCRIPTURE  </w:t>
      </w:r>
      <w:r>
        <w:t>1 Peter 2:9</w:t>
      </w:r>
    </w:p>
    <w:p w14:paraId="3144407F" w14:textId="77777777" w:rsidR="005A0029" w:rsidRDefault="00F83EB4">
      <w:pPr>
        <w:pStyle w:val="Heading2"/>
      </w:pPr>
      <w:r>
        <w:t>Guided Reflection</w:t>
      </w:r>
    </w:p>
    <w:p w14:paraId="226B249A" w14:textId="77777777" w:rsidR="005A0029" w:rsidRDefault="00F83EB4">
      <w:r>
        <w:t xml:space="preserve">Today, consider what “identity as a foundation”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when </w:t>
      </w:r>
      <w:r>
        <w:t>truth is practiced repeatedly, especially when circumstances remain unresolved.</w:t>
      </w:r>
    </w:p>
    <w:p w14:paraId="0367E0F8" w14:textId="77777777" w:rsidR="005A0029" w:rsidRDefault="00F83EB4">
      <w:pPr>
        <w:pStyle w:val="Heading2"/>
      </w:pPr>
      <w:r>
        <w:t>Pause &amp; Notice</w:t>
      </w:r>
    </w:p>
    <w:p w14:paraId="432E4656" w14:textId="77777777" w:rsidR="005A0029" w:rsidRDefault="00F83EB4">
      <w:r>
        <w:t>What is this theme revealing about my heart, thoughts, relationships, or current circumstances today?</w:t>
      </w:r>
    </w:p>
    <w:p w14:paraId="614D2C94" w14:textId="77777777" w:rsidR="005A0029" w:rsidRDefault="00F83EB4">
      <w:pPr>
        <w:pStyle w:val="Heading2"/>
      </w:pPr>
      <w:r>
        <w:t>Peace Practice</w:t>
      </w:r>
    </w:p>
    <w:p w14:paraId="68B413B6" w14:textId="77777777" w:rsidR="005A0029" w:rsidRDefault="00F83EB4">
      <w:r>
        <w:t>Practice a ten-minute quiet period without your phone. Notice what surfaces, then bring it honestly into prayer.</w:t>
      </w:r>
    </w:p>
    <w:p w14:paraId="5F65272C" w14:textId="77777777" w:rsidR="005A0029" w:rsidRDefault="00F83EB4">
      <w:pPr>
        <w:pStyle w:val="Heading2"/>
      </w:pPr>
      <w:r>
        <w:t>My Thoughts &amp; Prayers</w:t>
      </w:r>
    </w:p>
    <w:p w14:paraId="469CBF11" w14:textId="77777777" w:rsidR="005A0029" w:rsidRDefault="00F83EB4">
      <w:pPr>
        <w:spacing w:after="60"/>
      </w:pPr>
      <w:r>
        <w:rPr>
          <w:color w:val="B4B4B4"/>
          <w:sz w:val="16"/>
        </w:rPr>
        <w:t>________________________________________________________</w:t>
      </w:r>
    </w:p>
    <w:p w14:paraId="065AC13A" w14:textId="77777777" w:rsidR="005A0029" w:rsidRDefault="00F83EB4">
      <w:pPr>
        <w:spacing w:after="60"/>
      </w:pPr>
      <w:r>
        <w:rPr>
          <w:color w:val="B4B4B4"/>
          <w:sz w:val="16"/>
        </w:rPr>
        <w:t>________________________________________________________</w:t>
      </w:r>
    </w:p>
    <w:p w14:paraId="62B37D93" w14:textId="77777777" w:rsidR="005A0029" w:rsidRDefault="00F83EB4">
      <w:pPr>
        <w:spacing w:after="60"/>
      </w:pPr>
      <w:r>
        <w:rPr>
          <w:color w:val="B4B4B4"/>
          <w:sz w:val="16"/>
        </w:rPr>
        <w:t>________________________________________________________</w:t>
      </w:r>
    </w:p>
    <w:p w14:paraId="1AE55063" w14:textId="77777777" w:rsidR="005A0029" w:rsidRDefault="00F83EB4">
      <w:pPr>
        <w:spacing w:after="60"/>
      </w:pPr>
      <w:r>
        <w:rPr>
          <w:color w:val="B4B4B4"/>
          <w:sz w:val="16"/>
        </w:rPr>
        <w:t>________________________________________________________</w:t>
      </w:r>
    </w:p>
    <w:p w14:paraId="6A49B397" w14:textId="77777777" w:rsidR="005A0029" w:rsidRDefault="00F83EB4">
      <w:pPr>
        <w:spacing w:after="60"/>
      </w:pPr>
      <w:r>
        <w:rPr>
          <w:color w:val="B4B4B4"/>
          <w:sz w:val="16"/>
        </w:rPr>
        <w:t>________________________________________________________</w:t>
      </w:r>
    </w:p>
    <w:p w14:paraId="287B8897" w14:textId="77777777" w:rsidR="005A0029" w:rsidRDefault="00F83EB4">
      <w:pPr>
        <w:pStyle w:val="Heading2"/>
      </w:pPr>
      <w:r>
        <w:t>Prayer</w:t>
      </w:r>
    </w:p>
    <w:p w14:paraId="2633CF71" w14:textId="77777777" w:rsidR="005A0029" w:rsidRDefault="00F83EB4">
      <w:r>
        <w:t>Father, meet me in this practice of identity as a foundation.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CA9D993" w14:textId="77777777" w:rsidR="005A0029" w:rsidRDefault="00F83EB4">
      <w:r>
        <w:rPr>
          <w:b/>
          <w:color w:val="B08D3A"/>
        </w:rPr>
        <w:lastRenderedPageBreak/>
        <w:t xml:space="preserve">TODAY'S DECLARATION  </w:t>
      </w:r>
      <w:r>
        <w:t>I will meet identity as a foundation with truth, faith, and practiced peace.</w:t>
      </w:r>
    </w:p>
    <w:p w14:paraId="0B0CA6BC" w14:textId="77777777" w:rsidR="005A0029" w:rsidRDefault="00F83EB4">
      <w:r>
        <w:br w:type="page"/>
      </w:r>
    </w:p>
    <w:p w14:paraId="7F6534F6" w14:textId="77777777" w:rsidR="005A0029" w:rsidRDefault="00F83EB4">
      <w:pPr>
        <w:pStyle w:val="Heading2"/>
      </w:pPr>
      <w:r>
        <w:lastRenderedPageBreak/>
        <w:t>DAY 8</w:t>
      </w:r>
    </w:p>
    <w:p w14:paraId="68ADCA2F" w14:textId="77777777" w:rsidR="005A0029" w:rsidRDefault="00F83EB4">
      <w:pPr>
        <w:pStyle w:val="Heading1"/>
      </w:pPr>
      <w:r>
        <w:t>Resilience With Tenderness</w:t>
      </w:r>
    </w:p>
    <w:p w14:paraId="6E3260FC" w14:textId="77777777" w:rsidR="005A0029" w:rsidRDefault="00F83EB4">
      <w:r>
        <w:rPr>
          <w:b/>
          <w:color w:val="B08D3A"/>
        </w:rPr>
        <w:t xml:space="preserve">ANCHOR SCRIPTURE  </w:t>
      </w:r>
      <w:r>
        <w:t>2 Corinthians 12:9</w:t>
      </w:r>
    </w:p>
    <w:p w14:paraId="1DBFA3AD" w14:textId="77777777" w:rsidR="005A0029" w:rsidRDefault="00F83EB4">
      <w:pPr>
        <w:pStyle w:val="Heading2"/>
      </w:pPr>
      <w:r>
        <w:t>Guided Reflection</w:t>
      </w:r>
    </w:p>
    <w:p w14:paraId="5BF6EEB3" w14:textId="77777777" w:rsidR="005A0029" w:rsidRDefault="00F83EB4">
      <w:r>
        <w:t>Today, consider what “resilience with tenderness”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w:t>
      </w:r>
      <w:r>
        <w:t>n truth is practiced repeatedly, especially when circumstances remain unresolved.</w:t>
      </w:r>
    </w:p>
    <w:p w14:paraId="2B30347A" w14:textId="77777777" w:rsidR="005A0029" w:rsidRDefault="00F83EB4">
      <w:pPr>
        <w:pStyle w:val="Heading2"/>
      </w:pPr>
      <w:r>
        <w:t>Pause &amp; Notice</w:t>
      </w:r>
    </w:p>
    <w:p w14:paraId="7359F1ED" w14:textId="77777777" w:rsidR="005A0029" w:rsidRDefault="00F83EB4">
      <w:r>
        <w:t>What is this theme revealing about my heart, thoughts, relationships, or current circumstances today?</w:t>
      </w:r>
    </w:p>
    <w:p w14:paraId="5CA3077C" w14:textId="77777777" w:rsidR="005A0029" w:rsidRDefault="00F83EB4">
      <w:pPr>
        <w:pStyle w:val="Heading2"/>
      </w:pPr>
      <w:r>
        <w:t>Peace Practice</w:t>
      </w:r>
    </w:p>
    <w:p w14:paraId="7562F995" w14:textId="77777777" w:rsidR="005A0029" w:rsidRDefault="00F83EB4">
      <w:r>
        <w:t>Sit quietly for three minutes. Name what you feel without judging it. Then write one truth you want to carry into the day.</w:t>
      </w:r>
    </w:p>
    <w:p w14:paraId="710DCBA7" w14:textId="77777777" w:rsidR="005A0029" w:rsidRDefault="00F83EB4">
      <w:pPr>
        <w:pStyle w:val="Heading2"/>
      </w:pPr>
      <w:r>
        <w:t>My Thoughts &amp; Prayers</w:t>
      </w:r>
    </w:p>
    <w:p w14:paraId="394AAFB1" w14:textId="77777777" w:rsidR="005A0029" w:rsidRDefault="00F83EB4">
      <w:pPr>
        <w:spacing w:after="60"/>
      </w:pPr>
      <w:r>
        <w:rPr>
          <w:color w:val="B4B4B4"/>
          <w:sz w:val="16"/>
        </w:rPr>
        <w:t>________________________________________________________</w:t>
      </w:r>
    </w:p>
    <w:p w14:paraId="0142F40B" w14:textId="77777777" w:rsidR="005A0029" w:rsidRDefault="00F83EB4">
      <w:pPr>
        <w:spacing w:after="60"/>
      </w:pPr>
      <w:r>
        <w:rPr>
          <w:color w:val="B4B4B4"/>
          <w:sz w:val="16"/>
        </w:rPr>
        <w:t>________________________________________________________</w:t>
      </w:r>
    </w:p>
    <w:p w14:paraId="0098FC34" w14:textId="77777777" w:rsidR="005A0029" w:rsidRDefault="00F83EB4">
      <w:pPr>
        <w:spacing w:after="60"/>
      </w:pPr>
      <w:r>
        <w:rPr>
          <w:color w:val="B4B4B4"/>
          <w:sz w:val="16"/>
        </w:rPr>
        <w:t>________________________________________________________</w:t>
      </w:r>
    </w:p>
    <w:p w14:paraId="080FFED5" w14:textId="77777777" w:rsidR="005A0029" w:rsidRDefault="00F83EB4">
      <w:pPr>
        <w:spacing w:after="60"/>
      </w:pPr>
      <w:r>
        <w:rPr>
          <w:color w:val="B4B4B4"/>
          <w:sz w:val="16"/>
        </w:rPr>
        <w:t>________________________________________________________</w:t>
      </w:r>
    </w:p>
    <w:p w14:paraId="68AFE93C" w14:textId="77777777" w:rsidR="005A0029" w:rsidRDefault="00F83EB4">
      <w:pPr>
        <w:spacing w:after="60"/>
      </w:pPr>
      <w:r>
        <w:rPr>
          <w:color w:val="B4B4B4"/>
          <w:sz w:val="16"/>
        </w:rPr>
        <w:t>________________________________________________________</w:t>
      </w:r>
    </w:p>
    <w:p w14:paraId="3F9388AC" w14:textId="77777777" w:rsidR="005A0029" w:rsidRDefault="00F83EB4">
      <w:pPr>
        <w:pStyle w:val="Heading2"/>
      </w:pPr>
      <w:r>
        <w:t>Prayer</w:t>
      </w:r>
    </w:p>
    <w:p w14:paraId="19EF021B" w14:textId="77777777" w:rsidR="005A0029" w:rsidRDefault="00F83EB4">
      <w:r>
        <w:t>Father, meet me in this practice of resilience with tenderness.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1309490" w14:textId="77777777" w:rsidR="005A0029" w:rsidRDefault="00F83EB4">
      <w:r>
        <w:rPr>
          <w:b/>
          <w:color w:val="B08D3A"/>
        </w:rPr>
        <w:lastRenderedPageBreak/>
        <w:t xml:space="preserve">TODAY'S DECLARATION  </w:t>
      </w:r>
      <w:r>
        <w:t>I will meet resilience with tenderness with truth, faith, and practiced peace.</w:t>
      </w:r>
    </w:p>
    <w:p w14:paraId="3FC0081E" w14:textId="77777777" w:rsidR="005A0029" w:rsidRDefault="00F83EB4">
      <w:r>
        <w:br w:type="page"/>
      </w:r>
    </w:p>
    <w:p w14:paraId="45043C65" w14:textId="77777777" w:rsidR="005A0029" w:rsidRDefault="00F83EB4">
      <w:pPr>
        <w:pStyle w:val="Heading2"/>
      </w:pPr>
      <w:r>
        <w:lastRenderedPageBreak/>
        <w:t>DAY 9</w:t>
      </w:r>
    </w:p>
    <w:p w14:paraId="4E8DB74C" w14:textId="77777777" w:rsidR="005A0029" w:rsidRDefault="00F83EB4">
      <w:pPr>
        <w:pStyle w:val="Heading1"/>
      </w:pPr>
      <w:r>
        <w:t>Change With Wisdom</w:t>
      </w:r>
    </w:p>
    <w:p w14:paraId="2DBDB8D3" w14:textId="77777777" w:rsidR="005A0029" w:rsidRDefault="00F83EB4">
      <w:r>
        <w:rPr>
          <w:b/>
          <w:color w:val="B08D3A"/>
        </w:rPr>
        <w:t xml:space="preserve">ANCHOR SCRIPTURE  </w:t>
      </w:r>
      <w:r>
        <w:t>Ecclesiastes 3:1</w:t>
      </w:r>
    </w:p>
    <w:p w14:paraId="626844CD" w14:textId="77777777" w:rsidR="005A0029" w:rsidRDefault="00F83EB4">
      <w:pPr>
        <w:pStyle w:val="Heading2"/>
      </w:pPr>
      <w:r>
        <w:t>Guided Reflection</w:t>
      </w:r>
    </w:p>
    <w:p w14:paraId="5524579F" w14:textId="77777777" w:rsidR="005A0029" w:rsidRDefault="00F83EB4">
      <w:r>
        <w:t xml:space="preserve">Today, consider what “change with wisdom”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when truth </w:t>
      </w:r>
      <w:r>
        <w:t>is practiced repeatedly, especially when circumstances remain unresolved.</w:t>
      </w:r>
    </w:p>
    <w:p w14:paraId="6E423EDC" w14:textId="77777777" w:rsidR="005A0029" w:rsidRDefault="00F83EB4">
      <w:pPr>
        <w:pStyle w:val="Heading2"/>
      </w:pPr>
      <w:r>
        <w:t>Pause &amp; Notice</w:t>
      </w:r>
    </w:p>
    <w:p w14:paraId="7E725E6D" w14:textId="77777777" w:rsidR="005A0029" w:rsidRDefault="00F83EB4">
      <w:r>
        <w:t>What is this theme revealing about my heart, thoughts, relationships, or current circumstances today?</w:t>
      </w:r>
    </w:p>
    <w:p w14:paraId="049D7A01" w14:textId="77777777" w:rsidR="005A0029" w:rsidRDefault="00F83EB4">
      <w:pPr>
        <w:pStyle w:val="Heading2"/>
      </w:pPr>
      <w:r>
        <w:t>Peace Practice</w:t>
      </w:r>
    </w:p>
    <w:p w14:paraId="285E3C53" w14:textId="77777777" w:rsidR="005A0029" w:rsidRDefault="00F83EB4">
      <w:r>
        <w:t>Draw two columns: 'What I can control' and 'What I must release.' Place each concern in the appropriate column and pray over both.</w:t>
      </w:r>
    </w:p>
    <w:p w14:paraId="423D0C53" w14:textId="77777777" w:rsidR="005A0029" w:rsidRDefault="00F83EB4">
      <w:pPr>
        <w:pStyle w:val="Heading2"/>
      </w:pPr>
      <w:r>
        <w:t>My Thoughts &amp; Prayers</w:t>
      </w:r>
    </w:p>
    <w:p w14:paraId="3B0EB3A1" w14:textId="77777777" w:rsidR="005A0029" w:rsidRDefault="00F83EB4">
      <w:pPr>
        <w:spacing w:after="60"/>
      </w:pPr>
      <w:r>
        <w:rPr>
          <w:color w:val="B4B4B4"/>
          <w:sz w:val="16"/>
        </w:rPr>
        <w:t>________________________________________________________</w:t>
      </w:r>
    </w:p>
    <w:p w14:paraId="3E0DFB69" w14:textId="77777777" w:rsidR="005A0029" w:rsidRDefault="00F83EB4">
      <w:pPr>
        <w:spacing w:after="60"/>
      </w:pPr>
      <w:r>
        <w:rPr>
          <w:color w:val="B4B4B4"/>
          <w:sz w:val="16"/>
        </w:rPr>
        <w:t>________________________________________________________</w:t>
      </w:r>
    </w:p>
    <w:p w14:paraId="3972AF68" w14:textId="77777777" w:rsidR="005A0029" w:rsidRDefault="00F83EB4">
      <w:pPr>
        <w:spacing w:after="60"/>
      </w:pPr>
      <w:r>
        <w:rPr>
          <w:color w:val="B4B4B4"/>
          <w:sz w:val="16"/>
        </w:rPr>
        <w:t>________________________________________________________</w:t>
      </w:r>
    </w:p>
    <w:p w14:paraId="7FBFEE76" w14:textId="77777777" w:rsidR="005A0029" w:rsidRDefault="00F83EB4">
      <w:pPr>
        <w:spacing w:after="60"/>
      </w:pPr>
      <w:r>
        <w:rPr>
          <w:color w:val="B4B4B4"/>
          <w:sz w:val="16"/>
        </w:rPr>
        <w:t>________________________________________________________</w:t>
      </w:r>
    </w:p>
    <w:p w14:paraId="012C223A" w14:textId="77777777" w:rsidR="005A0029" w:rsidRDefault="00F83EB4">
      <w:pPr>
        <w:spacing w:after="60"/>
      </w:pPr>
      <w:r>
        <w:rPr>
          <w:color w:val="B4B4B4"/>
          <w:sz w:val="16"/>
        </w:rPr>
        <w:t>________________________________________________________</w:t>
      </w:r>
    </w:p>
    <w:p w14:paraId="1529BA34" w14:textId="77777777" w:rsidR="005A0029" w:rsidRDefault="00F83EB4">
      <w:pPr>
        <w:pStyle w:val="Heading2"/>
      </w:pPr>
      <w:r>
        <w:t>Prayer</w:t>
      </w:r>
    </w:p>
    <w:p w14:paraId="7CD91A08" w14:textId="77777777" w:rsidR="005A0029" w:rsidRDefault="00F83EB4">
      <w:r>
        <w:t>Father, meet me in this practice of change with wisdom.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FC892A4" w14:textId="77777777" w:rsidR="005A0029" w:rsidRDefault="00F83EB4">
      <w:r>
        <w:rPr>
          <w:b/>
          <w:color w:val="B08D3A"/>
        </w:rPr>
        <w:lastRenderedPageBreak/>
        <w:t xml:space="preserve">TODAY'S DECLARATION  </w:t>
      </w:r>
      <w:r>
        <w:t>I will meet change with wisdom with truth, faith, and practiced peace.</w:t>
      </w:r>
    </w:p>
    <w:p w14:paraId="3CAE64D6" w14:textId="77777777" w:rsidR="005A0029" w:rsidRDefault="00F83EB4">
      <w:r>
        <w:br w:type="page"/>
      </w:r>
    </w:p>
    <w:p w14:paraId="095F359F" w14:textId="77777777" w:rsidR="005A0029" w:rsidRDefault="00F83EB4">
      <w:pPr>
        <w:pStyle w:val="Heading2"/>
      </w:pPr>
      <w:r>
        <w:lastRenderedPageBreak/>
        <w:t>DAY 10</w:t>
      </w:r>
    </w:p>
    <w:p w14:paraId="2498BA01" w14:textId="77777777" w:rsidR="005A0029" w:rsidRDefault="00F83EB4">
      <w:pPr>
        <w:pStyle w:val="Heading1"/>
      </w:pPr>
      <w:r>
        <w:t>Clarity With Humility</w:t>
      </w:r>
    </w:p>
    <w:p w14:paraId="12247668" w14:textId="77777777" w:rsidR="005A0029" w:rsidRDefault="00F83EB4">
      <w:r>
        <w:rPr>
          <w:b/>
          <w:color w:val="B08D3A"/>
        </w:rPr>
        <w:t xml:space="preserve">ANCHOR SCRIPTURE  </w:t>
      </w:r>
      <w:r>
        <w:t>James 3:17</w:t>
      </w:r>
    </w:p>
    <w:p w14:paraId="1BDF368B" w14:textId="77777777" w:rsidR="005A0029" w:rsidRDefault="00F83EB4">
      <w:pPr>
        <w:pStyle w:val="Heading2"/>
      </w:pPr>
      <w:r>
        <w:t>Guided Reflection</w:t>
      </w:r>
    </w:p>
    <w:p w14:paraId="5D3C4644" w14:textId="77777777" w:rsidR="005A0029" w:rsidRDefault="00F83EB4">
      <w:r>
        <w:t>Today, consider what “clarity with humility”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6C607B63" w14:textId="77777777" w:rsidR="005A0029" w:rsidRDefault="00F83EB4">
      <w:pPr>
        <w:pStyle w:val="Heading2"/>
      </w:pPr>
      <w:r>
        <w:t>Pause &amp; Notice</w:t>
      </w:r>
    </w:p>
    <w:p w14:paraId="4C6A7941" w14:textId="77777777" w:rsidR="005A0029" w:rsidRDefault="00F83EB4">
      <w:r>
        <w:t>What is this theme revealing about my heart, thoughts, relationships, or current circumstances today?</w:t>
      </w:r>
    </w:p>
    <w:p w14:paraId="2BBA88DB" w14:textId="77777777" w:rsidR="005A0029" w:rsidRDefault="00F83EB4">
      <w:pPr>
        <w:pStyle w:val="Heading2"/>
      </w:pPr>
      <w:r>
        <w:t>Peace Practice</w:t>
      </w:r>
    </w:p>
    <w:p w14:paraId="2E211606" w14:textId="77777777" w:rsidR="005A0029" w:rsidRDefault="00F83EB4">
      <w:r>
        <w:t>Take five slow breaths. With each inhale, receive God's presence; with each exhale, release one pressure you have been carrying.</w:t>
      </w:r>
    </w:p>
    <w:p w14:paraId="46569D33" w14:textId="77777777" w:rsidR="005A0029" w:rsidRDefault="00F83EB4">
      <w:pPr>
        <w:pStyle w:val="Heading2"/>
      </w:pPr>
      <w:r>
        <w:t>My Thoughts &amp; Prayers</w:t>
      </w:r>
    </w:p>
    <w:p w14:paraId="03D99023" w14:textId="77777777" w:rsidR="005A0029" w:rsidRDefault="00F83EB4">
      <w:pPr>
        <w:spacing w:after="60"/>
      </w:pPr>
      <w:r>
        <w:rPr>
          <w:color w:val="B4B4B4"/>
          <w:sz w:val="16"/>
        </w:rPr>
        <w:t>________________________________________________________</w:t>
      </w:r>
    </w:p>
    <w:p w14:paraId="4C7B43B0" w14:textId="77777777" w:rsidR="005A0029" w:rsidRDefault="00F83EB4">
      <w:pPr>
        <w:spacing w:after="60"/>
      </w:pPr>
      <w:r>
        <w:rPr>
          <w:color w:val="B4B4B4"/>
          <w:sz w:val="16"/>
        </w:rPr>
        <w:t>________________________________________________________</w:t>
      </w:r>
    </w:p>
    <w:p w14:paraId="2FE0A0E3" w14:textId="77777777" w:rsidR="005A0029" w:rsidRDefault="00F83EB4">
      <w:pPr>
        <w:spacing w:after="60"/>
      </w:pPr>
      <w:r>
        <w:rPr>
          <w:color w:val="B4B4B4"/>
          <w:sz w:val="16"/>
        </w:rPr>
        <w:t>________________________________________________________</w:t>
      </w:r>
    </w:p>
    <w:p w14:paraId="5788F829" w14:textId="77777777" w:rsidR="005A0029" w:rsidRDefault="00F83EB4">
      <w:pPr>
        <w:spacing w:after="60"/>
      </w:pPr>
      <w:r>
        <w:rPr>
          <w:color w:val="B4B4B4"/>
          <w:sz w:val="16"/>
        </w:rPr>
        <w:t>________________________________________________________</w:t>
      </w:r>
    </w:p>
    <w:p w14:paraId="3CA5129D" w14:textId="77777777" w:rsidR="005A0029" w:rsidRDefault="00F83EB4">
      <w:pPr>
        <w:spacing w:after="60"/>
      </w:pPr>
      <w:r>
        <w:rPr>
          <w:color w:val="B4B4B4"/>
          <w:sz w:val="16"/>
        </w:rPr>
        <w:t>________________________________________________________</w:t>
      </w:r>
    </w:p>
    <w:p w14:paraId="23C7E315" w14:textId="77777777" w:rsidR="005A0029" w:rsidRDefault="00F83EB4">
      <w:pPr>
        <w:pStyle w:val="Heading2"/>
      </w:pPr>
      <w:r>
        <w:t>Prayer</w:t>
      </w:r>
    </w:p>
    <w:p w14:paraId="465F727F" w14:textId="77777777" w:rsidR="005A0029" w:rsidRDefault="00F83EB4">
      <w:r>
        <w:t>Father, meet me in this practice of clarity with humility.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6B8521E" w14:textId="77777777" w:rsidR="005A0029" w:rsidRDefault="00F83EB4">
      <w:r>
        <w:rPr>
          <w:b/>
          <w:color w:val="B08D3A"/>
        </w:rPr>
        <w:lastRenderedPageBreak/>
        <w:t xml:space="preserve">TODAY'S DECLARATION  </w:t>
      </w:r>
      <w:r>
        <w:t>I will meet clarity with humility with truth, faith, and practiced peace.</w:t>
      </w:r>
    </w:p>
    <w:p w14:paraId="78333CE2" w14:textId="77777777" w:rsidR="005A0029" w:rsidRDefault="00F83EB4">
      <w:r>
        <w:br w:type="page"/>
      </w:r>
    </w:p>
    <w:p w14:paraId="60B3B132" w14:textId="77777777" w:rsidR="005A0029" w:rsidRDefault="00F83EB4">
      <w:pPr>
        <w:pStyle w:val="Heading2"/>
      </w:pPr>
      <w:r>
        <w:lastRenderedPageBreak/>
        <w:t>DAY 11</w:t>
      </w:r>
    </w:p>
    <w:p w14:paraId="68A1B82F" w14:textId="77777777" w:rsidR="005A0029" w:rsidRDefault="00F83EB4">
      <w:pPr>
        <w:pStyle w:val="Heading1"/>
      </w:pPr>
      <w:r>
        <w:t>Rebuild With Patience</w:t>
      </w:r>
    </w:p>
    <w:p w14:paraId="1F23C7EE" w14:textId="77777777" w:rsidR="005A0029" w:rsidRDefault="00F83EB4">
      <w:r>
        <w:rPr>
          <w:b/>
          <w:color w:val="B08D3A"/>
        </w:rPr>
        <w:t xml:space="preserve">ANCHOR SCRIPTURE  </w:t>
      </w:r>
      <w:r>
        <w:t>Philippians 1:6</w:t>
      </w:r>
    </w:p>
    <w:p w14:paraId="3AB9BBAB" w14:textId="77777777" w:rsidR="005A0029" w:rsidRDefault="00F83EB4">
      <w:pPr>
        <w:pStyle w:val="Heading2"/>
      </w:pPr>
      <w:r>
        <w:t>Guided Reflection</w:t>
      </w:r>
    </w:p>
    <w:p w14:paraId="02617088" w14:textId="77777777" w:rsidR="005A0029" w:rsidRDefault="00F83EB4">
      <w:r>
        <w:t>Today, consider what “rebuild with patience”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6F26C9F9" w14:textId="77777777" w:rsidR="005A0029" w:rsidRDefault="00F83EB4">
      <w:pPr>
        <w:pStyle w:val="Heading2"/>
      </w:pPr>
      <w:r>
        <w:t>Pause &amp; Notice</w:t>
      </w:r>
    </w:p>
    <w:p w14:paraId="3E1F5AFB" w14:textId="77777777" w:rsidR="005A0029" w:rsidRDefault="00F83EB4">
      <w:r>
        <w:t>What is this theme revealing about my heart, thoughts, relationships, or current circumstances today?</w:t>
      </w:r>
    </w:p>
    <w:p w14:paraId="53F233F6" w14:textId="77777777" w:rsidR="005A0029" w:rsidRDefault="00F83EB4">
      <w:pPr>
        <w:pStyle w:val="Heading2"/>
      </w:pPr>
      <w:r>
        <w:t>Peace Practice</w:t>
      </w:r>
    </w:p>
    <w:p w14:paraId="0DC049F9" w14:textId="77777777" w:rsidR="005A0029" w:rsidRDefault="00F83EB4">
      <w:r>
        <w:t>Write one recurring fearful thought. Under it, write a Scripture-shaped response that is more truthful and life-giving.</w:t>
      </w:r>
    </w:p>
    <w:p w14:paraId="24E294A0" w14:textId="77777777" w:rsidR="005A0029" w:rsidRDefault="00F83EB4">
      <w:pPr>
        <w:pStyle w:val="Heading2"/>
      </w:pPr>
      <w:r>
        <w:t>My Thoughts &amp; Prayers</w:t>
      </w:r>
    </w:p>
    <w:p w14:paraId="236C7653" w14:textId="77777777" w:rsidR="005A0029" w:rsidRDefault="00F83EB4">
      <w:pPr>
        <w:spacing w:after="60"/>
      </w:pPr>
      <w:r>
        <w:rPr>
          <w:color w:val="B4B4B4"/>
          <w:sz w:val="16"/>
        </w:rPr>
        <w:t>________________________________________________________</w:t>
      </w:r>
    </w:p>
    <w:p w14:paraId="13040A79" w14:textId="77777777" w:rsidR="005A0029" w:rsidRDefault="00F83EB4">
      <w:pPr>
        <w:spacing w:after="60"/>
      </w:pPr>
      <w:r>
        <w:rPr>
          <w:color w:val="B4B4B4"/>
          <w:sz w:val="16"/>
        </w:rPr>
        <w:t>________________________________________________________</w:t>
      </w:r>
    </w:p>
    <w:p w14:paraId="1D127FE7" w14:textId="77777777" w:rsidR="005A0029" w:rsidRDefault="00F83EB4">
      <w:pPr>
        <w:spacing w:after="60"/>
      </w:pPr>
      <w:r>
        <w:rPr>
          <w:color w:val="B4B4B4"/>
          <w:sz w:val="16"/>
        </w:rPr>
        <w:t>________________________________________________________</w:t>
      </w:r>
    </w:p>
    <w:p w14:paraId="69C18061" w14:textId="77777777" w:rsidR="005A0029" w:rsidRDefault="00F83EB4">
      <w:pPr>
        <w:spacing w:after="60"/>
      </w:pPr>
      <w:r>
        <w:rPr>
          <w:color w:val="B4B4B4"/>
          <w:sz w:val="16"/>
        </w:rPr>
        <w:t>________________________________________________________</w:t>
      </w:r>
    </w:p>
    <w:p w14:paraId="3F6703AC" w14:textId="77777777" w:rsidR="005A0029" w:rsidRDefault="00F83EB4">
      <w:pPr>
        <w:spacing w:after="60"/>
      </w:pPr>
      <w:r>
        <w:rPr>
          <w:color w:val="B4B4B4"/>
          <w:sz w:val="16"/>
        </w:rPr>
        <w:t>________________________________________________________</w:t>
      </w:r>
    </w:p>
    <w:p w14:paraId="6E04AFAE" w14:textId="77777777" w:rsidR="005A0029" w:rsidRDefault="00F83EB4">
      <w:pPr>
        <w:pStyle w:val="Heading2"/>
      </w:pPr>
      <w:r>
        <w:t>Prayer</w:t>
      </w:r>
    </w:p>
    <w:p w14:paraId="44D48A04" w14:textId="77777777" w:rsidR="005A0029" w:rsidRDefault="00F83EB4">
      <w:r>
        <w:t>Father, meet me in this practice of rebuild with patience.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28BF9332" w14:textId="77777777" w:rsidR="005A0029" w:rsidRDefault="00F83EB4">
      <w:r>
        <w:rPr>
          <w:b/>
          <w:color w:val="B08D3A"/>
        </w:rPr>
        <w:lastRenderedPageBreak/>
        <w:t xml:space="preserve">TODAY'S DECLARATION  </w:t>
      </w:r>
      <w:r>
        <w:t>I will meet rebuild with patience with truth, faith, and practiced peace.</w:t>
      </w:r>
    </w:p>
    <w:p w14:paraId="587EB38A" w14:textId="77777777" w:rsidR="005A0029" w:rsidRDefault="00F83EB4">
      <w:r>
        <w:br w:type="page"/>
      </w:r>
    </w:p>
    <w:p w14:paraId="0FBA8ED3" w14:textId="77777777" w:rsidR="005A0029" w:rsidRDefault="00F83EB4">
      <w:pPr>
        <w:pStyle w:val="Heading2"/>
      </w:pPr>
      <w:r>
        <w:lastRenderedPageBreak/>
        <w:t>DAY 12</w:t>
      </w:r>
    </w:p>
    <w:p w14:paraId="0305F864" w14:textId="77777777" w:rsidR="005A0029" w:rsidRDefault="00F83EB4">
      <w:pPr>
        <w:pStyle w:val="Heading1"/>
      </w:pPr>
      <w:r>
        <w:t>Perspective With Gratitude</w:t>
      </w:r>
    </w:p>
    <w:p w14:paraId="1716CF99" w14:textId="77777777" w:rsidR="005A0029" w:rsidRDefault="00F83EB4">
      <w:r>
        <w:rPr>
          <w:b/>
          <w:color w:val="B08D3A"/>
        </w:rPr>
        <w:t xml:space="preserve">ANCHOR SCRIPTURE  </w:t>
      </w:r>
      <w:r>
        <w:t>1 Thessalonians 5:18</w:t>
      </w:r>
    </w:p>
    <w:p w14:paraId="6126EE0F" w14:textId="77777777" w:rsidR="005A0029" w:rsidRDefault="00F83EB4">
      <w:pPr>
        <w:pStyle w:val="Heading2"/>
      </w:pPr>
      <w:r>
        <w:t>Guided Reflection</w:t>
      </w:r>
    </w:p>
    <w:p w14:paraId="2D879F40" w14:textId="77777777" w:rsidR="005A0029" w:rsidRDefault="00F83EB4">
      <w:r>
        <w:t>Today, consider what “perspective with gratitude”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w:t>
      </w:r>
      <w:r>
        <w:t>n truth is practiced repeatedly, especially when circumstances remain unresolved.</w:t>
      </w:r>
    </w:p>
    <w:p w14:paraId="46F52002" w14:textId="77777777" w:rsidR="005A0029" w:rsidRDefault="00F83EB4">
      <w:pPr>
        <w:pStyle w:val="Heading2"/>
      </w:pPr>
      <w:r>
        <w:t>Pause &amp; Notice</w:t>
      </w:r>
    </w:p>
    <w:p w14:paraId="44D9CAB0" w14:textId="77777777" w:rsidR="005A0029" w:rsidRDefault="00F83EB4">
      <w:r>
        <w:t>What is this theme revealing about my heart, thoughts, relationships, or current circumstances today?</w:t>
      </w:r>
    </w:p>
    <w:p w14:paraId="7241933B" w14:textId="77777777" w:rsidR="005A0029" w:rsidRDefault="00F83EB4">
      <w:pPr>
        <w:pStyle w:val="Heading2"/>
      </w:pPr>
      <w:r>
        <w:t>Peace Practice</w:t>
      </w:r>
    </w:p>
    <w:p w14:paraId="58BA41B5" w14:textId="77777777" w:rsidR="005A0029" w:rsidRDefault="00F83EB4">
      <w:r>
        <w:t>Identify one small action that would create greater peace today. Make it specific enough to complete before the day ends.</w:t>
      </w:r>
    </w:p>
    <w:p w14:paraId="7C779F95" w14:textId="77777777" w:rsidR="005A0029" w:rsidRDefault="00F83EB4">
      <w:pPr>
        <w:pStyle w:val="Heading2"/>
      </w:pPr>
      <w:r>
        <w:t>My Thoughts &amp; Prayers</w:t>
      </w:r>
    </w:p>
    <w:p w14:paraId="14320760" w14:textId="77777777" w:rsidR="005A0029" w:rsidRDefault="00F83EB4">
      <w:pPr>
        <w:spacing w:after="60"/>
      </w:pPr>
      <w:r>
        <w:rPr>
          <w:color w:val="B4B4B4"/>
          <w:sz w:val="16"/>
        </w:rPr>
        <w:t>________________________________________________________</w:t>
      </w:r>
    </w:p>
    <w:p w14:paraId="5E51A53F" w14:textId="77777777" w:rsidR="005A0029" w:rsidRDefault="00F83EB4">
      <w:pPr>
        <w:spacing w:after="60"/>
      </w:pPr>
      <w:r>
        <w:rPr>
          <w:color w:val="B4B4B4"/>
          <w:sz w:val="16"/>
        </w:rPr>
        <w:t>________________________________________________________</w:t>
      </w:r>
    </w:p>
    <w:p w14:paraId="7D3D44A4" w14:textId="77777777" w:rsidR="005A0029" w:rsidRDefault="00F83EB4">
      <w:pPr>
        <w:spacing w:after="60"/>
      </w:pPr>
      <w:r>
        <w:rPr>
          <w:color w:val="B4B4B4"/>
          <w:sz w:val="16"/>
        </w:rPr>
        <w:t>________________________________________________________</w:t>
      </w:r>
    </w:p>
    <w:p w14:paraId="327F30DB" w14:textId="77777777" w:rsidR="005A0029" w:rsidRDefault="00F83EB4">
      <w:pPr>
        <w:spacing w:after="60"/>
      </w:pPr>
      <w:r>
        <w:rPr>
          <w:color w:val="B4B4B4"/>
          <w:sz w:val="16"/>
        </w:rPr>
        <w:t>________________________________________________________</w:t>
      </w:r>
    </w:p>
    <w:p w14:paraId="5481FCFA" w14:textId="77777777" w:rsidR="005A0029" w:rsidRDefault="00F83EB4">
      <w:pPr>
        <w:spacing w:after="60"/>
      </w:pPr>
      <w:r>
        <w:rPr>
          <w:color w:val="B4B4B4"/>
          <w:sz w:val="16"/>
        </w:rPr>
        <w:t>________________________________________________________</w:t>
      </w:r>
    </w:p>
    <w:p w14:paraId="19D2DE3C" w14:textId="77777777" w:rsidR="005A0029" w:rsidRDefault="00F83EB4">
      <w:pPr>
        <w:pStyle w:val="Heading2"/>
      </w:pPr>
      <w:r>
        <w:t>Prayer</w:t>
      </w:r>
    </w:p>
    <w:p w14:paraId="49A46E5A" w14:textId="77777777" w:rsidR="005A0029" w:rsidRDefault="00F83EB4">
      <w:r>
        <w:t>Father, meet me in this practice of perspective with gratitude.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42A4245" w14:textId="77777777" w:rsidR="005A0029" w:rsidRDefault="00F83EB4">
      <w:r>
        <w:rPr>
          <w:b/>
          <w:color w:val="B08D3A"/>
        </w:rPr>
        <w:lastRenderedPageBreak/>
        <w:t xml:space="preserve">TODAY'S DECLARATION  </w:t>
      </w:r>
      <w:r>
        <w:t>I will meet perspective with gratitude with truth, faith, and practiced peace.</w:t>
      </w:r>
    </w:p>
    <w:p w14:paraId="243D2729" w14:textId="77777777" w:rsidR="005A0029" w:rsidRDefault="00F83EB4">
      <w:r>
        <w:br w:type="page"/>
      </w:r>
    </w:p>
    <w:p w14:paraId="59141E6B" w14:textId="77777777" w:rsidR="005A0029" w:rsidRDefault="00F83EB4">
      <w:pPr>
        <w:pStyle w:val="Heading2"/>
      </w:pPr>
      <w:r>
        <w:lastRenderedPageBreak/>
        <w:t>DAY 13</w:t>
      </w:r>
    </w:p>
    <w:p w14:paraId="73DFD67E" w14:textId="77777777" w:rsidR="005A0029" w:rsidRDefault="00F83EB4">
      <w:pPr>
        <w:pStyle w:val="Heading1"/>
      </w:pPr>
      <w:r>
        <w:t>Peace as Practice</w:t>
      </w:r>
    </w:p>
    <w:p w14:paraId="6D34A7FE" w14:textId="77777777" w:rsidR="005A0029" w:rsidRDefault="00F83EB4">
      <w:r>
        <w:rPr>
          <w:b/>
          <w:color w:val="B08D3A"/>
        </w:rPr>
        <w:t xml:space="preserve">ANCHOR SCRIPTURE  </w:t>
      </w:r>
      <w:r>
        <w:t>Isaiah 26:3</w:t>
      </w:r>
    </w:p>
    <w:p w14:paraId="181D9DCF" w14:textId="77777777" w:rsidR="005A0029" w:rsidRDefault="00F83EB4">
      <w:pPr>
        <w:pStyle w:val="Heading2"/>
      </w:pPr>
      <w:r>
        <w:t>Guided Reflection</w:t>
      </w:r>
    </w:p>
    <w:p w14:paraId="433BBC48" w14:textId="77777777" w:rsidR="005A0029" w:rsidRDefault="00F83EB4">
      <w:r>
        <w:t>Today, consider what “peace as practice”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when truth i</w:t>
      </w:r>
      <w:r>
        <w:t>s practiced repeatedly, especially when circumstances remain unresolved.</w:t>
      </w:r>
    </w:p>
    <w:p w14:paraId="65B2E4D4" w14:textId="77777777" w:rsidR="005A0029" w:rsidRDefault="00F83EB4">
      <w:pPr>
        <w:pStyle w:val="Heading2"/>
      </w:pPr>
      <w:r>
        <w:t>Pause &amp; Notice</w:t>
      </w:r>
    </w:p>
    <w:p w14:paraId="1B018E95" w14:textId="77777777" w:rsidR="005A0029" w:rsidRDefault="00F83EB4">
      <w:r>
        <w:t>What is this theme revealing about my heart, thoughts, relationships, or current circumstances today?</w:t>
      </w:r>
    </w:p>
    <w:p w14:paraId="25C79D62" w14:textId="77777777" w:rsidR="005A0029" w:rsidRDefault="00F83EB4">
      <w:pPr>
        <w:pStyle w:val="Heading2"/>
      </w:pPr>
      <w:r>
        <w:t>Peace Practice</w:t>
      </w:r>
    </w:p>
    <w:p w14:paraId="75ED755E" w14:textId="77777777" w:rsidR="005A0029" w:rsidRDefault="00F83EB4">
      <w:r>
        <w:t>Reach out to one trusted, mature person. Share one thing you have been carrying silently and allow yourself to receive support.</w:t>
      </w:r>
    </w:p>
    <w:p w14:paraId="31BC7CE7" w14:textId="77777777" w:rsidR="005A0029" w:rsidRDefault="00F83EB4">
      <w:pPr>
        <w:pStyle w:val="Heading2"/>
      </w:pPr>
      <w:r>
        <w:t>My Thoughts &amp; Prayers</w:t>
      </w:r>
    </w:p>
    <w:p w14:paraId="2710772C" w14:textId="77777777" w:rsidR="005A0029" w:rsidRDefault="00F83EB4">
      <w:pPr>
        <w:spacing w:after="60"/>
      </w:pPr>
      <w:r>
        <w:rPr>
          <w:color w:val="B4B4B4"/>
          <w:sz w:val="16"/>
        </w:rPr>
        <w:t>________________________________________________________</w:t>
      </w:r>
    </w:p>
    <w:p w14:paraId="3DB890E0" w14:textId="77777777" w:rsidR="005A0029" w:rsidRDefault="00F83EB4">
      <w:pPr>
        <w:spacing w:after="60"/>
      </w:pPr>
      <w:r>
        <w:rPr>
          <w:color w:val="B4B4B4"/>
          <w:sz w:val="16"/>
        </w:rPr>
        <w:t>________________________________________________________</w:t>
      </w:r>
    </w:p>
    <w:p w14:paraId="6C9ABC8F" w14:textId="77777777" w:rsidR="005A0029" w:rsidRDefault="00F83EB4">
      <w:pPr>
        <w:spacing w:after="60"/>
      </w:pPr>
      <w:r>
        <w:rPr>
          <w:color w:val="B4B4B4"/>
          <w:sz w:val="16"/>
        </w:rPr>
        <w:t>________________________________________________________</w:t>
      </w:r>
    </w:p>
    <w:p w14:paraId="0740BC54" w14:textId="77777777" w:rsidR="005A0029" w:rsidRDefault="00F83EB4">
      <w:pPr>
        <w:spacing w:after="60"/>
      </w:pPr>
      <w:r>
        <w:rPr>
          <w:color w:val="B4B4B4"/>
          <w:sz w:val="16"/>
        </w:rPr>
        <w:t>________________________________________________________</w:t>
      </w:r>
    </w:p>
    <w:p w14:paraId="59859817" w14:textId="77777777" w:rsidR="005A0029" w:rsidRDefault="00F83EB4">
      <w:pPr>
        <w:spacing w:after="60"/>
      </w:pPr>
      <w:r>
        <w:rPr>
          <w:color w:val="B4B4B4"/>
          <w:sz w:val="16"/>
        </w:rPr>
        <w:t>________________________________________________________</w:t>
      </w:r>
    </w:p>
    <w:p w14:paraId="75287F52" w14:textId="77777777" w:rsidR="005A0029" w:rsidRDefault="00F83EB4">
      <w:pPr>
        <w:pStyle w:val="Heading2"/>
      </w:pPr>
      <w:r>
        <w:t>Prayer</w:t>
      </w:r>
    </w:p>
    <w:p w14:paraId="2DA96C3E" w14:textId="77777777" w:rsidR="005A0029" w:rsidRDefault="00F83EB4">
      <w:r>
        <w:t>Father, meet me in this practice of peace as practice.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7AA5F50" w14:textId="77777777" w:rsidR="005A0029" w:rsidRDefault="00F83EB4">
      <w:r>
        <w:rPr>
          <w:b/>
          <w:color w:val="B08D3A"/>
        </w:rPr>
        <w:lastRenderedPageBreak/>
        <w:t xml:space="preserve">TODAY'S DECLARATION  </w:t>
      </w:r>
      <w:r>
        <w:t>I will meet peace as practice with truth, faith, and practiced peace.</w:t>
      </w:r>
    </w:p>
    <w:p w14:paraId="3E176345" w14:textId="77777777" w:rsidR="005A0029" w:rsidRDefault="00F83EB4">
      <w:r>
        <w:br w:type="page"/>
      </w:r>
    </w:p>
    <w:p w14:paraId="2248146D" w14:textId="77777777" w:rsidR="005A0029" w:rsidRDefault="00F83EB4">
      <w:pPr>
        <w:pStyle w:val="Heading2"/>
      </w:pPr>
      <w:r>
        <w:lastRenderedPageBreak/>
        <w:t>DAY 14</w:t>
      </w:r>
    </w:p>
    <w:p w14:paraId="42446294" w14:textId="77777777" w:rsidR="005A0029" w:rsidRDefault="00F83EB4">
      <w:pPr>
        <w:pStyle w:val="Heading1"/>
      </w:pPr>
      <w:r>
        <w:t>Faith as Anchor</w:t>
      </w:r>
    </w:p>
    <w:p w14:paraId="54869E75" w14:textId="77777777" w:rsidR="005A0029" w:rsidRDefault="00F83EB4">
      <w:r>
        <w:rPr>
          <w:b/>
          <w:color w:val="B08D3A"/>
        </w:rPr>
        <w:t xml:space="preserve">ANCHOR SCRIPTURE  </w:t>
      </w:r>
      <w:r>
        <w:t>Hebrews 11:1</w:t>
      </w:r>
    </w:p>
    <w:p w14:paraId="4B79CE69" w14:textId="77777777" w:rsidR="005A0029" w:rsidRDefault="00F83EB4">
      <w:pPr>
        <w:pStyle w:val="Heading2"/>
      </w:pPr>
      <w:r>
        <w:t>Guided Reflection</w:t>
      </w:r>
    </w:p>
    <w:p w14:paraId="1AF07F2B" w14:textId="77777777" w:rsidR="005A0029" w:rsidRDefault="00F83EB4">
      <w:r>
        <w:t xml:space="preserve">Today, consider what “faith as anchor”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when truth is </w:t>
      </w:r>
      <w:r>
        <w:t>practiced repeatedly, especially when circumstances remain unresolved.</w:t>
      </w:r>
    </w:p>
    <w:p w14:paraId="174B531D" w14:textId="77777777" w:rsidR="005A0029" w:rsidRDefault="00F83EB4">
      <w:pPr>
        <w:pStyle w:val="Heading2"/>
      </w:pPr>
      <w:r>
        <w:t>Pause &amp; Notice</w:t>
      </w:r>
    </w:p>
    <w:p w14:paraId="3FC045BE" w14:textId="77777777" w:rsidR="005A0029" w:rsidRDefault="00F83EB4">
      <w:r>
        <w:t>What is this theme revealing about my heart, thoughts, relationships, or current circumstances today?</w:t>
      </w:r>
    </w:p>
    <w:p w14:paraId="4E406B6E" w14:textId="77777777" w:rsidR="005A0029" w:rsidRDefault="00F83EB4">
      <w:pPr>
        <w:pStyle w:val="Heading2"/>
      </w:pPr>
      <w:r>
        <w:t>Peace Practice</w:t>
      </w:r>
    </w:p>
    <w:p w14:paraId="186639E6" w14:textId="77777777" w:rsidR="005A0029" w:rsidRDefault="00F83EB4">
      <w:r>
        <w:t>Practice a ten-minute quiet period without your phone. Notice what surfaces, then bring it honestly into prayer.</w:t>
      </w:r>
    </w:p>
    <w:p w14:paraId="24C7E55A" w14:textId="77777777" w:rsidR="005A0029" w:rsidRDefault="00F83EB4">
      <w:pPr>
        <w:pStyle w:val="Heading2"/>
      </w:pPr>
      <w:r>
        <w:t>My Thoughts &amp; Prayers</w:t>
      </w:r>
    </w:p>
    <w:p w14:paraId="23B67B66" w14:textId="77777777" w:rsidR="005A0029" w:rsidRDefault="00F83EB4">
      <w:pPr>
        <w:spacing w:after="60"/>
      </w:pPr>
      <w:r>
        <w:rPr>
          <w:color w:val="B4B4B4"/>
          <w:sz w:val="16"/>
        </w:rPr>
        <w:t>________________________________________________________</w:t>
      </w:r>
    </w:p>
    <w:p w14:paraId="2AA8B965" w14:textId="77777777" w:rsidR="005A0029" w:rsidRDefault="00F83EB4">
      <w:pPr>
        <w:spacing w:after="60"/>
      </w:pPr>
      <w:r>
        <w:rPr>
          <w:color w:val="B4B4B4"/>
          <w:sz w:val="16"/>
        </w:rPr>
        <w:t>________________________________________________________</w:t>
      </w:r>
    </w:p>
    <w:p w14:paraId="25DD1A28" w14:textId="77777777" w:rsidR="005A0029" w:rsidRDefault="00F83EB4">
      <w:pPr>
        <w:spacing w:after="60"/>
      </w:pPr>
      <w:r>
        <w:rPr>
          <w:color w:val="B4B4B4"/>
          <w:sz w:val="16"/>
        </w:rPr>
        <w:t>________________________________________________________</w:t>
      </w:r>
    </w:p>
    <w:p w14:paraId="2E41286E" w14:textId="77777777" w:rsidR="005A0029" w:rsidRDefault="00F83EB4">
      <w:pPr>
        <w:spacing w:after="60"/>
      </w:pPr>
      <w:r>
        <w:rPr>
          <w:color w:val="B4B4B4"/>
          <w:sz w:val="16"/>
        </w:rPr>
        <w:t>________________________________________________________</w:t>
      </w:r>
    </w:p>
    <w:p w14:paraId="14B8CAC5" w14:textId="77777777" w:rsidR="005A0029" w:rsidRDefault="00F83EB4">
      <w:pPr>
        <w:spacing w:after="60"/>
      </w:pPr>
      <w:r>
        <w:rPr>
          <w:color w:val="B4B4B4"/>
          <w:sz w:val="16"/>
        </w:rPr>
        <w:t>________________________________________________________</w:t>
      </w:r>
    </w:p>
    <w:p w14:paraId="1047B3FF" w14:textId="77777777" w:rsidR="005A0029" w:rsidRDefault="00F83EB4">
      <w:pPr>
        <w:pStyle w:val="Heading2"/>
      </w:pPr>
      <w:r>
        <w:t>Prayer</w:t>
      </w:r>
    </w:p>
    <w:p w14:paraId="29D0FB9B" w14:textId="77777777" w:rsidR="005A0029" w:rsidRDefault="00F83EB4">
      <w:r>
        <w:t>Father, meet me in this practice of faith as anchor.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151251A" w14:textId="77777777" w:rsidR="005A0029" w:rsidRDefault="00F83EB4">
      <w:r>
        <w:rPr>
          <w:b/>
          <w:color w:val="B08D3A"/>
        </w:rPr>
        <w:lastRenderedPageBreak/>
        <w:t xml:space="preserve">TODAY'S DECLARATION  </w:t>
      </w:r>
      <w:r>
        <w:t>I will meet faith as anchor with truth, faith, and practiced peace.</w:t>
      </w:r>
    </w:p>
    <w:p w14:paraId="31092E56" w14:textId="77777777" w:rsidR="005A0029" w:rsidRDefault="00F83EB4">
      <w:r>
        <w:br w:type="page"/>
      </w:r>
    </w:p>
    <w:p w14:paraId="4843758E" w14:textId="77777777" w:rsidR="005A0029" w:rsidRDefault="00F83EB4">
      <w:pPr>
        <w:pStyle w:val="Heading2"/>
      </w:pPr>
      <w:r>
        <w:lastRenderedPageBreak/>
        <w:t>DAY 15</w:t>
      </w:r>
    </w:p>
    <w:p w14:paraId="5F019A08" w14:textId="77777777" w:rsidR="005A0029" w:rsidRDefault="00F83EB4">
      <w:pPr>
        <w:pStyle w:val="Heading1"/>
      </w:pPr>
      <w:r>
        <w:t>Love as Evidence</w:t>
      </w:r>
    </w:p>
    <w:p w14:paraId="5B7F0FC1" w14:textId="77777777" w:rsidR="005A0029" w:rsidRDefault="00F83EB4">
      <w:r>
        <w:rPr>
          <w:b/>
          <w:color w:val="B08D3A"/>
        </w:rPr>
        <w:t xml:space="preserve">ANCHOR SCRIPTURE  </w:t>
      </w:r>
      <w:r>
        <w:t>John 13:35</w:t>
      </w:r>
    </w:p>
    <w:p w14:paraId="348C39B4" w14:textId="77777777" w:rsidR="005A0029" w:rsidRDefault="00F83EB4">
      <w:pPr>
        <w:pStyle w:val="Heading2"/>
      </w:pPr>
      <w:r>
        <w:t>Guided Reflection</w:t>
      </w:r>
    </w:p>
    <w:p w14:paraId="028E7906" w14:textId="77777777" w:rsidR="005A0029" w:rsidRDefault="00F83EB4">
      <w:r>
        <w:t>Today, consider what “love as evidence”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when truth is</w:t>
      </w:r>
      <w:r>
        <w:t xml:space="preserve"> practiced repeatedly, especially when circumstances remain unresolved.</w:t>
      </w:r>
    </w:p>
    <w:p w14:paraId="2EC58B5C" w14:textId="77777777" w:rsidR="005A0029" w:rsidRDefault="00F83EB4">
      <w:pPr>
        <w:pStyle w:val="Heading2"/>
      </w:pPr>
      <w:r>
        <w:t>Pause &amp; Notice</w:t>
      </w:r>
    </w:p>
    <w:p w14:paraId="6B801A65" w14:textId="77777777" w:rsidR="005A0029" w:rsidRDefault="00F83EB4">
      <w:r>
        <w:t>What is this theme revealing about my heart, thoughts, relationships, or current circumstances today?</w:t>
      </w:r>
    </w:p>
    <w:p w14:paraId="2C817A98" w14:textId="77777777" w:rsidR="005A0029" w:rsidRDefault="00F83EB4">
      <w:pPr>
        <w:pStyle w:val="Heading2"/>
      </w:pPr>
      <w:r>
        <w:t>Peace Practice</w:t>
      </w:r>
    </w:p>
    <w:p w14:paraId="7E48F441" w14:textId="77777777" w:rsidR="005A0029" w:rsidRDefault="00F83EB4">
      <w:r>
        <w:t>Sit quietly for three minutes. Name what you feel without judging it. Then write one truth you want to carry into the day.</w:t>
      </w:r>
    </w:p>
    <w:p w14:paraId="4FCF560D" w14:textId="77777777" w:rsidR="005A0029" w:rsidRDefault="00F83EB4">
      <w:pPr>
        <w:pStyle w:val="Heading2"/>
      </w:pPr>
      <w:r>
        <w:t>My Thoughts &amp; Prayers</w:t>
      </w:r>
    </w:p>
    <w:p w14:paraId="6025150D" w14:textId="77777777" w:rsidR="005A0029" w:rsidRDefault="00F83EB4">
      <w:pPr>
        <w:spacing w:after="60"/>
      </w:pPr>
      <w:r>
        <w:rPr>
          <w:color w:val="B4B4B4"/>
          <w:sz w:val="16"/>
        </w:rPr>
        <w:t>________________________________________________________</w:t>
      </w:r>
    </w:p>
    <w:p w14:paraId="09A575E2" w14:textId="77777777" w:rsidR="005A0029" w:rsidRDefault="00F83EB4">
      <w:pPr>
        <w:spacing w:after="60"/>
      </w:pPr>
      <w:r>
        <w:rPr>
          <w:color w:val="B4B4B4"/>
          <w:sz w:val="16"/>
        </w:rPr>
        <w:t>________________________________________________________</w:t>
      </w:r>
    </w:p>
    <w:p w14:paraId="2BA810A1" w14:textId="77777777" w:rsidR="005A0029" w:rsidRDefault="00F83EB4">
      <w:pPr>
        <w:spacing w:after="60"/>
      </w:pPr>
      <w:r>
        <w:rPr>
          <w:color w:val="B4B4B4"/>
          <w:sz w:val="16"/>
        </w:rPr>
        <w:t>________________________________________________________</w:t>
      </w:r>
    </w:p>
    <w:p w14:paraId="6992CCCC" w14:textId="77777777" w:rsidR="005A0029" w:rsidRDefault="00F83EB4">
      <w:pPr>
        <w:spacing w:after="60"/>
      </w:pPr>
      <w:r>
        <w:rPr>
          <w:color w:val="B4B4B4"/>
          <w:sz w:val="16"/>
        </w:rPr>
        <w:t>________________________________________________________</w:t>
      </w:r>
    </w:p>
    <w:p w14:paraId="3FC7A5EC" w14:textId="77777777" w:rsidR="005A0029" w:rsidRDefault="00F83EB4">
      <w:pPr>
        <w:spacing w:after="60"/>
      </w:pPr>
      <w:r>
        <w:rPr>
          <w:color w:val="B4B4B4"/>
          <w:sz w:val="16"/>
        </w:rPr>
        <w:t>________________________________________________________</w:t>
      </w:r>
    </w:p>
    <w:p w14:paraId="69351337" w14:textId="77777777" w:rsidR="005A0029" w:rsidRDefault="00F83EB4">
      <w:pPr>
        <w:pStyle w:val="Heading2"/>
      </w:pPr>
      <w:r>
        <w:t>Prayer</w:t>
      </w:r>
    </w:p>
    <w:p w14:paraId="342F25EF" w14:textId="77777777" w:rsidR="005A0029" w:rsidRDefault="00F83EB4">
      <w:r>
        <w:t>Father, meet me in this practice of love as evidence.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FCF0C75" w14:textId="77777777" w:rsidR="005A0029" w:rsidRDefault="00F83EB4">
      <w:r>
        <w:rPr>
          <w:b/>
          <w:color w:val="B08D3A"/>
        </w:rPr>
        <w:lastRenderedPageBreak/>
        <w:t xml:space="preserve">TODAY'S DECLARATION  </w:t>
      </w:r>
      <w:r>
        <w:t>I will meet love as evidence with truth, faith, and practiced peace.</w:t>
      </w:r>
    </w:p>
    <w:p w14:paraId="151D94B0" w14:textId="77777777" w:rsidR="005A0029" w:rsidRDefault="00F83EB4">
      <w:r>
        <w:br w:type="page"/>
      </w:r>
    </w:p>
    <w:p w14:paraId="2ADDCF8C" w14:textId="77777777" w:rsidR="005A0029" w:rsidRDefault="00F83EB4">
      <w:pPr>
        <w:pStyle w:val="Heading2"/>
      </w:pPr>
      <w:r>
        <w:lastRenderedPageBreak/>
        <w:t>DAY 16</w:t>
      </w:r>
    </w:p>
    <w:p w14:paraId="1A6FFCC3" w14:textId="77777777" w:rsidR="005A0029" w:rsidRDefault="00F83EB4">
      <w:pPr>
        <w:pStyle w:val="Heading1"/>
      </w:pPr>
      <w:r>
        <w:t>Grace as Posture</w:t>
      </w:r>
    </w:p>
    <w:p w14:paraId="55408294" w14:textId="77777777" w:rsidR="005A0029" w:rsidRDefault="00F83EB4">
      <w:r>
        <w:rPr>
          <w:b/>
          <w:color w:val="B08D3A"/>
        </w:rPr>
        <w:t xml:space="preserve">ANCHOR SCRIPTURE  </w:t>
      </w:r>
      <w:r>
        <w:t>Ephesians 4:2</w:t>
      </w:r>
    </w:p>
    <w:p w14:paraId="26DE5B62" w14:textId="77777777" w:rsidR="005A0029" w:rsidRDefault="00F83EB4">
      <w:pPr>
        <w:pStyle w:val="Heading2"/>
      </w:pPr>
      <w:r>
        <w:t>Guided Reflection</w:t>
      </w:r>
    </w:p>
    <w:p w14:paraId="3B647C7E" w14:textId="77777777" w:rsidR="005A0029" w:rsidRDefault="00F83EB4">
      <w:r>
        <w:t>Today, consider what “grace as posture”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when truth is</w:t>
      </w:r>
      <w:r>
        <w:t xml:space="preserve"> practiced repeatedly, especially when circumstances remain unresolved.</w:t>
      </w:r>
    </w:p>
    <w:p w14:paraId="1908C8F7" w14:textId="77777777" w:rsidR="005A0029" w:rsidRDefault="00F83EB4">
      <w:pPr>
        <w:pStyle w:val="Heading2"/>
      </w:pPr>
      <w:r>
        <w:t>Pause &amp; Notice</w:t>
      </w:r>
    </w:p>
    <w:p w14:paraId="01126162" w14:textId="77777777" w:rsidR="005A0029" w:rsidRDefault="00F83EB4">
      <w:r>
        <w:t>What is this theme revealing about my heart, thoughts, relationships, or current circumstances today?</w:t>
      </w:r>
    </w:p>
    <w:p w14:paraId="392EA22D" w14:textId="77777777" w:rsidR="005A0029" w:rsidRDefault="00F83EB4">
      <w:pPr>
        <w:pStyle w:val="Heading2"/>
      </w:pPr>
      <w:r>
        <w:t>Peace Practice</w:t>
      </w:r>
    </w:p>
    <w:p w14:paraId="4D106D51" w14:textId="77777777" w:rsidR="005A0029" w:rsidRDefault="00F83EB4">
      <w:r>
        <w:t>Draw two columns: 'What I can control' and 'What I must release.' Place each concern in the appropriate column and pray over both.</w:t>
      </w:r>
    </w:p>
    <w:p w14:paraId="0A3EA0FC" w14:textId="77777777" w:rsidR="005A0029" w:rsidRDefault="00F83EB4">
      <w:pPr>
        <w:pStyle w:val="Heading2"/>
      </w:pPr>
      <w:r>
        <w:t>My Thoughts &amp; Prayers</w:t>
      </w:r>
    </w:p>
    <w:p w14:paraId="1FB28DE2" w14:textId="77777777" w:rsidR="005A0029" w:rsidRDefault="00F83EB4">
      <w:pPr>
        <w:spacing w:after="60"/>
      </w:pPr>
      <w:r>
        <w:rPr>
          <w:color w:val="B4B4B4"/>
          <w:sz w:val="16"/>
        </w:rPr>
        <w:t>________________________________________________________</w:t>
      </w:r>
    </w:p>
    <w:p w14:paraId="1FF9E2A2" w14:textId="77777777" w:rsidR="005A0029" w:rsidRDefault="00F83EB4">
      <w:pPr>
        <w:spacing w:after="60"/>
      </w:pPr>
      <w:r>
        <w:rPr>
          <w:color w:val="B4B4B4"/>
          <w:sz w:val="16"/>
        </w:rPr>
        <w:t>________________________________________________________</w:t>
      </w:r>
    </w:p>
    <w:p w14:paraId="507817EC" w14:textId="77777777" w:rsidR="005A0029" w:rsidRDefault="00F83EB4">
      <w:pPr>
        <w:spacing w:after="60"/>
      </w:pPr>
      <w:r>
        <w:rPr>
          <w:color w:val="B4B4B4"/>
          <w:sz w:val="16"/>
        </w:rPr>
        <w:t>________________________________________________________</w:t>
      </w:r>
    </w:p>
    <w:p w14:paraId="2A3AA5FB" w14:textId="77777777" w:rsidR="005A0029" w:rsidRDefault="00F83EB4">
      <w:pPr>
        <w:spacing w:after="60"/>
      </w:pPr>
      <w:r>
        <w:rPr>
          <w:color w:val="B4B4B4"/>
          <w:sz w:val="16"/>
        </w:rPr>
        <w:t>________________________________________________________</w:t>
      </w:r>
    </w:p>
    <w:p w14:paraId="26FE6195" w14:textId="77777777" w:rsidR="005A0029" w:rsidRDefault="00F83EB4">
      <w:pPr>
        <w:spacing w:after="60"/>
      </w:pPr>
      <w:r>
        <w:rPr>
          <w:color w:val="B4B4B4"/>
          <w:sz w:val="16"/>
        </w:rPr>
        <w:t>________________________________________________________</w:t>
      </w:r>
    </w:p>
    <w:p w14:paraId="07F24AFA" w14:textId="77777777" w:rsidR="005A0029" w:rsidRDefault="00F83EB4">
      <w:pPr>
        <w:pStyle w:val="Heading2"/>
      </w:pPr>
      <w:r>
        <w:t>Prayer</w:t>
      </w:r>
    </w:p>
    <w:p w14:paraId="753314FC" w14:textId="77777777" w:rsidR="005A0029" w:rsidRDefault="00F83EB4">
      <w:r>
        <w:t>Father, meet me in this practice of grace as posture.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3B90248" w14:textId="77777777" w:rsidR="005A0029" w:rsidRDefault="00F83EB4">
      <w:r>
        <w:rPr>
          <w:b/>
          <w:color w:val="B08D3A"/>
        </w:rPr>
        <w:lastRenderedPageBreak/>
        <w:t xml:space="preserve">TODAY'S DECLARATION  </w:t>
      </w:r>
      <w:r>
        <w:t>I will meet grace as posture with truth, faith, and practiced peace.</w:t>
      </w:r>
    </w:p>
    <w:p w14:paraId="2B994C04" w14:textId="77777777" w:rsidR="005A0029" w:rsidRDefault="00F83EB4">
      <w:r>
        <w:br w:type="page"/>
      </w:r>
    </w:p>
    <w:p w14:paraId="3305F059" w14:textId="77777777" w:rsidR="005A0029" w:rsidRDefault="00F83EB4">
      <w:pPr>
        <w:pStyle w:val="Heading2"/>
      </w:pPr>
      <w:r>
        <w:lastRenderedPageBreak/>
        <w:t>DAY 17</w:t>
      </w:r>
    </w:p>
    <w:p w14:paraId="05E25755" w14:textId="77777777" w:rsidR="005A0029" w:rsidRDefault="00F83EB4">
      <w:pPr>
        <w:pStyle w:val="Heading1"/>
      </w:pPr>
      <w:r>
        <w:t>Boundaries as Stewardship</w:t>
      </w:r>
    </w:p>
    <w:p w14:paraId="573D18EA" w14:textId="77777777" w:rsidR="005A0029" w:rsidRDefault="00F83EB4">
      <w:r>
        <w:rPr>
          <w:b/>
          <w:color w:val="B08D3A"/>
        </w:rPr>
        <w:t xml:space="preserve">ANCHOR SCRIPTURE  </w:t>
      </w:r>
      <w:r>
        <w:t>Proverbs 4:23</w:t>
      </w:r>
    </w:p>
    <w:p w14:paraId="5DF1BC52" w14:textId="77777777" w:rsidR="005A0029" w:rsidRDefault="00F83EB4">
      <w:pPr>
        <w:pStyle w:val="Heading2"/>
      </w:pPr>
      <w:r>
        <w:t>Guided Reflection</w:t>
      </w:r>
    </w:p>
    <w:p w14:paraId="1DD28489" w14:textId="77777777" w:rsidR="005A0029" w:rsidRDefault="00F83EB4">
      <w:r>
        <w:t>Today, consider what “boundaries as stewardship”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when</w:t>
      </w:r>
      <w:r>
        <w:t xml:space="preserve"> truth is practiced repeatedly, especially when circumstances remain unresolved.</w:t>
      </w:r>
    </w:p>
    <w:p w14:paraId="30334114" w14:textId="77777777" w:rsidR="005A0029" w:rsidRDefault="00F83EB4">
      <w:pPr>
        <w:pStyle w:val="Heading2"/>
      </w:pPr>
      <w:r>
        <w:t>Pause &amp; Notice</w:t>
      </w:r>
    </w:p>
    <w:p w14:paraId="395476C8" w14:textId="77777777" w:rsidR="005A0029" w:rsidRDefault="00F83EB4">
      <w:r>
        <w:t>What is this theme revealing about my heart, thoughts, relationships, or current circumstances today?</w:t>
      </w:r>
    </w:p>
    <w:p w14:paraId="785D9A50" w14:textId="77777777" w:rsidR="005A0029" w:rsidRDefault="00F83EB4">
      <w:pPr>
        <w:pStyle w:val="Heading2"/>
      </w:pPr>
      <w:r>
        <w:t>Peace Practice</w:t>
      </w:r>
    </w:p>
    <w:p w14:paraId="39F5F017" w14:textId="77777777" w:rsidR="005A0029" w:rsidRDefault="00F83EB4">
      <w:r>
        <w:t>Take five slow breaths. With each inhale, receive God's presence; with each exhale, release one pressure you have been carrying.</w:t>
      </w:r>
    </w:p>
    <w:p w14:paraId="2B08741B" w14:textId="77777777" w:rsidR="005A0029" w:rsidRDefault="00F83EB4">
      <w:pPr>
        <w:pStyle w:val="Heading2"/>
      </w:pPr>
      <w:r>
        <w:t>My Thoughts &amp; Prayers</w:t>
      </w:r>
    </w:p>
    <w:p w14:paraId="7E5AE9CD" w14:textId="77777777" w:rsidR="005A0029" w:rsidRDefault="00F83EB4">
      <w:pPr>
        <w:spacing w:after="60"/>
      </w:pPr>
      <w:r>
        <w:rPr>
          <w:color w:val="B4B4B4"/>
          <w:sz w:val="16"/>
        </w:rPr>
        <w:t>________________________________________________________</w:t>
      </w:r>
    </w:p>
    <w:p w14:paraId="00C84DF2" w14:textId="77777777" w:rsidR="005A0029" w:rsidRDefault="00F83EB4">
      <w:pPr>
        <w:spacing w:after="60"/>
      </w:pPr>
      <w:r>
        <w:rPr>
          <w:color w:val="B4B4B4"/>
          <w:sz w:val="16"/>
        </w:rPr>
        <w:t>________________________________________________________</w:t>
      </w:r>
    </w:p>
    <w:p w14:paraId="1F62E2C1" w14:textId="77777777" w:rsidR="005A0029" w:rsidRDefault="00F83EB4">
      <w:pPr>
        <w:spacing w:after="60"/>
      </w:pPr>
      <w:r>
        <w:rPr>
          <w:color w:val="B4B4B4"/>
          <w:sz w:val="16"/>
        </w:rPr>
        <w:t>________________________________________________________</w:t>
      </w:r>
    </w:p>
    <w:p w14:paraId="2FA1D58A" w14:textId="77777777" w:rsidR="005A0029" w:rsidRDefault="00F83EB4">
      <w:pPr>
        <w:spacing w:after="60"/>
      </w:pPr>
      <w:r>
        <w:rPr>
          <w:color w:val="B4B4B4"/>
          <w:sz w:val="16"/>
        </w:rPr>
        <w:t>________________________________________________________</w:t>
      </w:r>
    </w:p>
    <w:p w14:paraId="6E89E2CA" w14:textId="77777777" w:rsidR="005A0029" w:rsidRDefault="00F83EB4">
      <w:pPr>
        <w:spacing w:after="60"/>
      </w:pPr>
      <w:r>
        <w:rPr>
          <w:color w:val="B4B4B4"/>
          <w:sz w:val="16"/>
        </w:rPr>
        <w:t>________________________________________________________</w:t>
      </w:r>
    </w:p>
    <w:p w14:paraId="3ACE44CD" w14:textId="77777777" w:rsidR="005A0029" w:rsidRDefault="00F83EB4">
      <w:pPr>
        <w:pStyle w:val="Heading2"/>
      </w:pPr>
      <w:r>
        <w:t>Prayer</w:t>
      </w:r>
    </w:p>
    <w:p w14:paraId="16322D70" w14:textId="77777777" w:rsidR="005A0029" w:rsidRDefault="00F83EB4">
      <w:r>
        <w:t>Father, meet me in this practice of boundaries as stewardship.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E05E7AC" w14:textId="77777777" w:rsidR="005A0029" w:rsidRDefault="00F83EB4">
      <w:r>
        <w:rPr>
          <w:b/>
          <w:color w:val="B08D3A"/>
        </w:rPr>
        <w:lastRenderedPageBreak/>
        <w:t xml:space="preserve">TODAY'S DECLARATION  </w:t>
      </w:r>
      <w:r>
        <w:t>I will meet boundaries as stewardship with truth, faith, and practiced peace.</w:t>
      </w:r>
    </w:p>
    <w:p w14:paraId="63957DFC" w14:textId="77777777" w:rsidR="005A0029" w:rsidRDefault="00F83EB4">
      <w:r>
        <w:br w:type="page"/>
      </w:r>
    </w:p>
    <w:p w14:paraId="790F17D7" w14:textId="77777777" w:rsidR="005A0029" w:rsidRDefault="00F83EB4">
      <w:pPr>
        <w:pStyle w:val="Heading2"/>
      </w:pPr>
      <w:r>
        <w:lastRenderedPageBreak/>
        <w:t>DAY 18</w:t>
      </w:r>
    </w:p>
    <w:p w14:paraId="53129781" w14:textId="77777777" w:rsidR="005A0029" w:rsidRDefault="00F83EB4">
      <w:pPr>
        <w:pStyle w:val="Heading1"/>
      </w:pPr>
      <w:r>
        <w:t>Community as Strength</w:t>
      </w:r>
    </w:p>
    <w:p w14:paraId="0B4B0835" w14:textId="77777777" w:rsidR="005A0029" w:rsidRDefault="00F83EB4">
      <w:r>
        <w:rPr>
          <w:b/>
          <w:color w:val="B08D3A"/>
        </w:rPr>
        <w:t xml:space="preserve">ANCHOR SCRIPTURE  </w:t>
      </w:r>
      <w:r>
        <w:t>Ecclesiastes 4:9</w:t>
      </w:r>
    </w:p>
    <w:p w14:paraId="588692A6" w14:textId="77777777" w:rsidR="005A0029" w:rsidRDefault="00F83EB4">
      <w:pPr>
        <w:pStyle w:val="Heading2"/>
      </w:pPr>
      <w:r>
        <w:t>Guided Reflection</w:t>
      </w:r>
    </w:p>
    <w:p w14:paraId="3DB4C964" w14:textId="77777777" w:rsidR="005A0029" w:rsidRDefault="00F83EB4">
      <w:r>
        <w:t>Today, consider what “community as strength”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5B9EC80F" w14:textId="77777777" w:rsidR="005A0029" w:rsidRDefault="00F83EB4">
      <w:pPr>
        <w:pStyle w:val="Heading2"/>
      </w:pPr>
      <w:r>
        <w:t>Pause &amp; Notice</w:t>
      </w:r>
    </w:p>
    <w:p w14:paraId="756DD345" w14:textId="77777777" w:rsidR="005A0029" w:rsidRDefault="00F83EB4">
      <w:r>
        <w:t>What is this theme revealing about my heart, thoughts, relationships, or current circumstances today?</w:t>
      </w:r>
    </w:p>
    <w:p w14:paraId="114EE685" w14:textId="77777777" w:rsidR="005A0029" w:rsidRDefault="00F83EB4">
      <w:pPr>
        <w:pStyle w:val="Heading2"/>
      </w:pPr>
      <w:r>
        <w:t>Peace Practice</w:t>
      </w:r>
    </w:p>
    <w:p w14:paraId="1AEE37E3" w14:textId="77777777" w:rsidR="005A0029" w:rsidRDefault="00F83EB4">
      <w:r>
        <w:t>Write one recurring fearful thought. Under it, write a Scripture-shaped response that is more truthful and life-giving.</w:t>
      </w:r>
    </w:p>
    <w:p w14:paraId="3FE2C273" w14:textId="77777777" w:rsidR="005A0029" w:rsidRDefault="00F83EB4">
      <w:pPr>
        <w:pStyle w:val="Heading2"/>
      </w:pPr>
      <w:r>
        <w:t>My Thoughts &amp; Prayers</w:t>
      </w:r>
    </w:p>
    <w:p w14:paraId="794A9E73" w14:textId="77777777" w:rsidR="005A0029" w:rsidRDefault="00F83EB4">
      <w:pPr>
        <w:spacing w:after="60"/>
      </w:pPr>
      <w:r>
        <w:rPr>
          <w:color w:val="B4B4B4"/>
          <w:sz w:val="16"/>
        </w:rPr>
        <w:t>________________________________________________________</w:t>
      </w:r>
    </w:p>
    <w:p w14:paraId="3EAD9877" w14:textId="77777777" w:rsidR="005A0029" w:rsidRDefault="00F83EB4">
      <w:pPr>
        <w:spacing w:after="60"/>
      </w:pPr>
      <w:r>
        <w:rPr>
          <w:color w:val="B4B4B4"/>
          <w:sz w:val="16"/>
        </w:rPr>
        <w:t>________________________________________________________</w:t>
      </w:r>
    </w:p>
    <w:p w14:paraId="24BEDC48" w14:textId="77777777" w:rsidR="005A0029" w:rsidRDefault="00F83EB4">
      <w:pPr>
        <w:spacing w:after="60"/>
      </w:pPr>
      <w:r>
        <w:rPr>
          <w:color w:val="B4B4B4"/>
          <w:sz w:val="16"/>
        </w:rPr>
        <w:t>________________________________________________________</w:t>
      </w:r>
    </w:p>
    <w:p w14:paraId="491581D5" w14:textId="77777777" w:rsidR="005A0029" w:rsidRDefault="00F83EB4">
      <w:pPr>
        <w:spacing w:after="60"/>
      </w:pPr>
      <w:r>
        <w:rPr>
          <w:color w:val="B4B4B4"/>
          <w:sz w:val="16"/>
        </w:rPr>
        <w:t>________________________________________________________</w:t>
      </w:r>
    </w:p>
    <w:p w14:paraId="5922B3C0" w14:textId="77777777" w:rsidR="005A0029" w:rsidRDefault="00F83EB4">
      <w:pPr>
        <w:spacing w:after="60"/>
      </w:pPr>
      <w:r>
        <w:rPr>
          <w:color w:val="B4B4B4"/>
          <w:sz w:val="16"/>
        </w:rPr>
        <w:t>________________________________________________________</w:t>
      </w:r>
    </w:p>
    <w:p w14:paraId="2356B1C1" w14:textId="77777777" w:rsidR="005A0029" w:rsidRDefault="00F83EB4">
      <w:pPr>
        <w:pStyle w:val="Heading2"/>
      </w:pPr>
      <w:r>
        <w:t>Prayer</w:t>
      </w:r>
    </w:p>
    <w:p w14:paraId="4FEE0D42" w14:textId="77777777" w:rsidR="005A0029" w:rsidRDefault="00F83EB4">
      <w:r>
        <w:t>Father, meet me in this practice of community as strength.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A7F7623" w14:textId="77777777" w:rsidR="005A0029" w:rsidRDefault="00F83EB4">
      <w:r>
        <w:rPr>
          <w:b/>
          <w:color w:val="B08D3A"/>
        </w:rPr>
        <w:lastRenderedPageBreak/>
        <w:t xml:space="preserve">TODAY'S DECLARATION  </w:t>
      </w:r>
      <w:r>
        <w:t>I will meet community as strength with truth, faith, and practiced peace.</w:t>
      </w:r>
    </w:p>
    <w:p w14:paraId="06E422C4" w14:textId="77777777" w:rsidR="005A0029" w:rsidRDefault="00F83EB4">
      <w:r>
        <w:br w:type="page"/>
      </w:r>
    </w:p>
    <w:p w14:paraId="79166B07" w14:textId="77777777" w:rsidR="005A0029" w:rsidRDefault="00F83EB4">
      <w:pPr>
        <w:pStyle w:val="Heading2"/>
      </w:pPr>
      <w:r>
        <w:lastRenderedPageBreak/>
        <w:t>DAY 19</w:t>
      </w:r>
    </w:p>
    <w:p w14:paraId="6C14E3BA" w14:textId="77777777" w:rsidR="005A0029" w:rsidRDefault="00F83EB4">
      <w:pPr>
        <w:pStyle w:val="Heading1"/>
      </w:pPr>
      <w:r>
        <w:t>Prayer as Breath</w:t>
      </w:r>
    </w:p>
    <w:p w14:paraId="78713DE5" w14:textId="77777777" w:rsidR="005A0029" w:rsidRDefault="00F83EB4">
      <w:r>
        <w:rPr>
          <w:b/>
          <w:color w:val="B08D3A"/>
        </w:rPr>
        <w:t xml:space="preserve">ANCHOR SCRIPTURE  </w:t>
      </w:r>
      <w:r>
        <w:t>1 Thessalonians 5:17</w:t>
      </w:r>
    </w:p>
    <w:p w14:paraId="2B60669D" w14:textId="77777777" w:rsidR="005A0029" w:rsidRDefault="00F83EB4">
      <w:pPr>
        <w:pStyle w:val="Heading2"/>
      </w:pPr>
      <w:r>
        <w:t>Guided Reflection</w:t>
      </w:r>
    </w:p>
    <w:p w14:paraId="2C4D6895" w14:textId="77777777" w:rsidR="005A0029" w:rsidRDefault="00F83EB4">
      <w:r>
        <w:t>Today, consider what “prayer as breath”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when truth is</w:t>
      </w:r>
      <w:r>
        <w:t xml:space="preserve"> practiced repeatedly, especially when circumstances remain unresolved.</w:t>
      </w:r>
    </w:p>
    <w:p w14:paraId="30B1E3E9" w14:textId="77777777" w:rsidR="005A0029" w:rsidRDefault="00F83EB4">
      <w:pPr>
        <w:pStyle w:val="Heading2"/>
      </w:pPr>
      <w:r>
        <w:t>Pause &amp; Notice</w:t>
      </w:r>
    </w:p>
    <w:p w14:paraId="33813BEF" w14:textId="77777777" w:rsidR="005A0029" w:rsidRDefault="00F83EB4">
      <w:r>
        <w:t>What is this theme revealing about my heart, thoughts, relationships, or current circumstances today?</w:t>
      </w:r>
    </w:p>
    <w:p w14:paraId="7FE514F0" w14:textId="77777777" w:rsidR="005A0029" w:rsidRDefault="00F83EB4">
      <w:pPr>
        <w:pStyle w:val="Heading2"/>
      </w:pPr>
      <w:r>
        <w:t>Peace Practice</w:t>
      </w:r>
    </w:p>
    <w:p w14:paraId="12614895" w14:textId="77777777" w:rsidR="005A0029" w:rsidRDefault="00F83EB4">
      <w:r>
        <w:t>Identify one small action that would create greater peace today. Make it specific enough to complete before the day ends.</w:t>
      </w:r>
    </w:p>
    <w:p w14:paraId="392A2650" w14:textId="77777777" w:rsidR="005A0029" w:rsidRDefault="00F83EB4">
      <w:pPr>
        <w:pStyle w:val="Heading2"/>
      </w:pPr>
      <w:r>
        <w:t>My Thoughts &amp; Prayers</w:t>
      </w:r>
    </w:p>
    <w:p w14:paraId="210CAF05" w14:textId="77777777" w:rsidR="005A0029" w:rsidRDefault="00F83EB4">
      <w:pPr>
        <w:spacing w:after="60"/>
      </w:pPr>
      <w:r>
        <w:rPr>
          <w:color w:val="B4B4B4"/>
          <w:sz w:val="16"/>
        </w:rPr>
        <w:t>________________________________________________________</w:t>
      </w:r>
    </w:p>
    <w:p w14:paraId="7EA31221" w14:textId="77777777" w:rsidR="005A0029" w:rsidRDefault="00F83EB4">
      <w:pPr>
        <w:spacing w:after="60"/>
      </w:pPr>
      <w:r>
        <w:rPr>
          <w:color w:val="B4B4B4"/>
          <w:sz w:val="16"/>
        </w:rPr>
        <w:t>________________________________________________________</w:t>
      </w:r>
    </w:p>
    <w:p w14:paraId="50FB687C" w14:textId="77777777" w:rsidR="005A0029" w:rsidRDefault="00F83EB4">
      <w:pPr>
        <w:spacing w:after="60"/>
      </w:pPr>
      <w:r>
        <w:rPr>
          <w:color w:val="B4B4B4"/>
          <w:sz w:val="16"/>
        </w:rPr>
        <w:t>________________________________________________________</w:t>
      </w:r>
    </w:p>
    <w:p w14:paraId="57E4377C" w14:textId="77777777" w:rsidR="005A0029" w:rsidRDefault="00F83EB4">
      <w:pPr>
        <w:spacing w:after="60"/>
      </w:pPr>
      <w:r>
        <w:rPr>
          <w:color w:val="B4B4B4"/>
          <w:sz w:val="16"/>
        </w:rPr>
        <w:t>________________________________________________________</w:t>
      </w:r>
    </w:p>
    <w:p w14:paraId="6931731A" w14:textId="77777777" w:rsidR="005A0029" w:rsidRDefault="00F83EB4">
      <w:pPr>
        <w:spacing w:after="60"/>
      </w:pPr>
      <w:r>
        <w:rPr>
          <w:color w:val="B4B4B4"/>
          <w:sz w:val="16"/>
        </w:rPr>
        <w:t>________________________________________________________</w:t>
      </w:r>
    </w:p>
    <w:p w14:paraId="29198B3B" w14:textId="77777777" w:rsidR="005A0029" w:rsidRDefault="00F83EB4">
      <w:pPr>
        <w:pStyle w:val="Heading2"/>
      </w:pPr>
      <w:r>
        <w:t>Prayer</w:t>
      </w:r>
    </w:p>
    <w:p w14:paraId="53FF27A8" w14:textId="77777777" w:rsidR="005A0029" w:rsidRDefault="00F83EB4">
      <w:r>
        <w:t>Father, meet me in this practice of prayer as breath.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7EA12DF8" w14:textId="77777777" w:rsidR="005A0029" w:rsidRDefault="00F83EB4">
      <w:r>
        <w:rPr>
          <w:b/>
          <w:color w:val="B08D3A"/>
        </w:rPr>
        <w:lastRenderedPageBreak/>
        <w:t xml:space="preserve">TODAY'S DECLARATION  </w:t>
      </w:r>
      <w:r>
        <w:t>I will meet prayer as breath with truth, faith, and practiced peace.</w:t>
      </w:r>
    </w:p>
    <w:p w14:paraId="086D906A" w14:textId="77777777" w:rsidR="005A0029" w:rsidRDefault="00F83EB4">
      <w:r>
        <w:br w:type="page"/>
      </w:r>
    </w:p>
    <w:p w14:paraId="6E49D5CC" w14:textId="77777777" w:rsidR="005A0029" w:rsidRDefault="00F83EB4">
      <w:pPr>
        <w:pStyle w:val="Heading2"/>
      </w:pPr>
      <w:r>
        <w:lastRenderedPageBreak/>
        <w:t>DAY 20</w:t>
      </w:r>
    </w:p>
    <w:p w14:paraId="219BE228" w14:textId="77777777" w:rsidR="005A0029" w:rsidRDefault="00F83EB4">
      <w:pPr>
        <w:pStyle w:val="Heading1"/>
      </w:pPr>
      <w:r>
        <w:t>Scripture as Compass</w:t>
      </w:r>
    </w:p>
    <w:p w14:paraId="743FD37F" w14:textId="77777777" w:rsidR="005A0029" w:rsidRDefault="00F83EB4">
      <w:r>
        <w:rPr>
          <w:b/>
          <w:color w:val="B08D3A"/>
        </w:rPr>
        <w:t xml:space="preserve">ANCHOR SCRIPTURE  </w:t>
      </w:r>
      <w:r>
        <w:t>Psalm 119:105</w:t>
      </w:r>
    </w:p>
    <w:p w14:paraId="4FA1AD77" w14:textId="77777777" w:rsidR="005A0029" w:rsidRDefault="00F83EB4">
      <w:pPr>
        <w:pStyle w:val="Heading2"/>
      </w:pPr>
      <w:r>
        <w:t>Guided Reflection</w:t>
      </w:r>
    </w:p>
    <w:p w14:paraId="088891AA" w14:textId="77777777" w:rsidR="005A0029" w:rsidRDefault="00F83EB4">
      <w:r>
        <w:t>Today, consider what “scripture as compass”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when trut</w:t>
      </w:r>
      <w:r>
        <w:t>h is practiced repeatedly, especially when circumstances remain unresolved.</w:t>
      </w:r>
    </w:p>
    <w:p w14:paraId="7A48DBA7" w14:textId="77777777" w:rsidR="005A0029" w:rsidRDefault="00F83EB4">
      <w:pPr>
        <w:pStyle w:val="Heading2"/>
      </w:pPr>
      <w:r>
        <w:t>Pause &amp; Notice</w:t>
      </w:r>
    </w:p>
    <w:p w14:paraId="581F9F03" w14:textId="77777777" w:rsidR="005A0029" w:rsidRDefault="00F83EB4">
      <w:r>
        <w:t>What is this theme revealing about my heart, thoughts, relationships, or current circumstances today?</w:t>
      </w:r>
    </w:p>
    <w:p w14:paraId="50240DFB" w14:textId="77777777" w:rsidR="005A0029" w:rsidRDefault="00F83EB4">
      <w:pPr>
        <w:pStyle w:val="Heading2"/>
      </w:pPr>
      <w:r>
        <w:t>Peace Practice</w:t>
      </w:r>
    </w:p>
    <w:p w14:paraId="12393280" w14:textId="77777777" w:rsidR="005A0029" w:rsidRDefault="00F83EB4">
      <w:r>
        <w:t>Reach out to one trusted, mature person. Share one thing you have been carrying silently and allow yourself to receive support.</w:t>
      </w:r>
    </w:p>
    <w:p w14:paraId="37530396" w14:textId="77777777" w:rsidR="005A0029" w:rsidRDefault="00F83EB4">
      <w:pPr>
        <w:pStyle w:val="Heading2"/>
      </w:pPr>
      <w:r>
        <w:t>My Thoughts &amp; Prayers</w:t>
      </w:r>
    </w:p>
    <w:p w14:paraId="06BD55FB" w14:textId="77777777" w:rsidR="005A0029" w:rsidRDefault="00F83EB4">
      <w:pPr>
        <w:spacing w:after="60"/>
      </w:pPr>
      <w:r>
        <w:rPr>
          <w:color w:val="B4B4B4"/>
          <w:sz w:val="16"/>
        </w:rPr>
        <w:t>________________________________________________________</w:t>
      </w:r>
    </w:p>
    <w:p w14:paraId="28983269" w14:textId="77777777" w:rsidR="005A0029" w:rsidRDefault="00F83EB4">
      <w:pPr>
        <w:spacing w:after="60"/>
      </w:pPr>
      <w:r>
        <w:rPr>
          <w:color w:val="B4B4B4"/>
          <w:sz w:val="16"/>
        </w:rPr>
        <w:t>________________________________________________________</w:t>
      </w:r>
    </w:p>
    <w:p w14:paraId="71D2B0C5" w14:textId="77777777" w:rsidR="005A0029" w:rsidRDefault="00F83EB4">
      <w:pPr>
        <w:spacing w:after="60"/>
      </w:pPr>
      <w:r>
        <w:rPr>
          <w:color w:val="B4B4B4"/>
          <w:sz w:val="16"/>
        </w:rPr>
        <w:t>________________________________________________________</w:t>
      </w:r>
    </w:p>
    <w:p w14:paraId="3AD47279" w14:textId="77777777" w:rsidR="005A0029" w:rsidRDefault="00F83EB4">
      <w:pPr>
        <w:spacing w:after="60"/>
      </w:pPr>
      <w:r>
        <w:rPr>
          <w:color w:val="B4B4B4"/>
          <w:sz w:val="16"/>
        </w:rPr>
        <w:t>________________________________________________________</w:t>
      </w:r>
    </w:p>
    <w:p w14:paraId="03385E02" w14:textId="77777777" w:rsidR="005A0029" w:rsidRDefault="00F83EB4">
      <w:pPr>
        <w:spacing w:after="60"/>
      </w:pPr>
      <w:r>
        <w:rPr>
          <w:color w:val="B4B4B4"/>
          <w:sz w:val="16"/>
        </w:rPr>
        <w:t>________________________________________________________</w:t>
      </w:r>
    </w:p>
    <w:p w14:paraId="247B223C" w14:textId="77777777" w:rsidR="005A0029" w:rsidRDefault="00F83EB4">
      <w:pPr>
        <w:pStyle w:val="Heading2"/>
      </w:pPr>
      <w:r>
        <w:t>Prayer</w:t>
      </w:r>
    </w:p>
    <w:p w14:paraId="22DD116C" w14:textId="77777777" w:rsidR="005A0029" w:rsidRDefault="00F83EB4">
      <w:r>
        <w:t>Father, meet me in this practice of scripture as compass.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15F21A81" w14:textId="77777777" w:rsidR="005A0029" w:rsidRDefault="00F83EB4">
      <w:r>
        <w:rPr>
          <w:b/>
          <w:color w:val="B08D3A"/>
        </w:rPr>
        <w:lastRenderedPageBreak/>
        <w:t xml:space="preserve">TODAY'S DECLARATION  </w:t>
      </w:r>
      <w:r>
        <w:t>I will meet scripture as compass with truth, faith, and practiced peace.</w:t>
      </w:r>
    </w:p>
    <w:p w14:paraId="03EF782C" w14:textId="77777777" w:rsidR="005A0029" w:rsidRDefault="00F83EB4">
      <w:r>
        <w:br w:type="page"/>
      </w:r>
    </w:p>
    <w:p w14:paraId="14E1D108" w14:textId="77777777" w:rsidR="005A0029" w:rsidRDefault="00F83EB4">
      <w:pPr>
        <w:pStyle w:val="Heading2"/>
      </w:pPr>
      <w:r>
        <w:lastRenderedPageBreak/>
        <w:t>DAY 21</w:t>
      </w:r>
    </w:p>
    <w:p w14:paraId="361CD75B" w14:textId="77777777" w:rsidR="005A0029" w:rsidRDefault="00F83EB4">
      <w:pPr>
        <w:pStyle w:val="Heading1"/>
      </w:pPr>
      <w:r>
        <w:t>Purpose Beyond Pain</w:t>
      </w:r>
    </w:p>
    <w:p w14:paraId="0B7E816C" w14:textId="77777777" w:rsidR="005A0029" w:rsidRDefault="00F83EB4">
      <w:r>
        <w:rPr>
          <w:b/>
          <w:color w:val="B08D3A"/>
        </w:rPr>
        <w:t xml:space="preserve">ANCHOR SCRIPTURE  </w:t>
      </w:r>
      <w:r>
        <w:t>2 Corinthians 1:4</w:t>
      </w:r>
    </w:p>
    <w:p w14:paraId="0F37CB07" w14:textId="77777777" w:rsidR="005A0029" w:rsidRDefault="00F83EB4">
      <w:pPr>
        <w:pStyle w:val="Heading2"/>
      </w:pPr>
      <w:r>
        <w:t>Guided Reflection</w:t>
      </w:r>
    </w:p>
    <w:p w14:paraId="6A748742" w14:textId="77777777" w:rsidR="005A0029" w:rsidRDefault="00F83EB4">
      <w:r>
        <w:t>Today, consider what “purpose beyond pain”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when truth</w:t>
      </w:r>
      <w:r>
        <w:t xml:space="preserve"> is practiced repeatedly, especially when circumstances remain unresolved.</w:t>
      </w:r>
    </w:p>
    <w:p w14:paraId="1375E644" w14:textId="77777777" w:rsidR="005A0029" w:rsidRDefault="00F83EB4">
      <w:pPr>
        <w:pStyle w:val="Heading2"/>
      </w:pPr>
      <w:r>
        <w:t>Pause &amp; Notice</w:t>
      </w:r>
    </w:p>
    <w:p w14:paraId="2D0F78C6" w14:textId="77777777" w:rsidR="005A0029" w:rsidRDefault="00F83EB4">
      <w:r>
        <w:t>What is this theme revealing about my heart, thoughts, relationships, or current circumstances today?</w:t>
      </w:r>
    </w:p>
    <w:p w14:paraId="45991501" w14:textId="77777777" w:rsidR="005A0029" w:rsidRDefault="00F83EB4">
      <w:pPr>
        <w:pStyle w:val="Heading2"/>
      </w:pPr>
      <w:r>
        <w:t>Peace Practice</w:t>
      </w:r>
    </w:p>
    <w:p w14:paraId="1CC78F5F" w14:textId="77777777" w:rsidR="005A0029" w:rsidRDefault="00F83EB4">
      <w:r>
        <w:t>Practice a ten-minute quiet period without your phone. Notice what surfaces, then bring it honestly into prayer.</w:t>
      </w:r>
    </w:p>
    <w:p w14:paraId="2ED3F858" w14:textId="77777777" w:rsidR="005A0029" w:rsidRDefault="00F83EB4">
      <w:pPr>
        <w:pStyle w:val="Heading2"/>
      </w:pPr>
      <w:r>
        <w:t>My Thoughts &amp; Prayers</w:t>
      </w:r>
    </w:p>
    <w:p w14:paraId="14EB10BA" w14:textId="77777777" w:rsidR="005A0029" w:rsidRDefault="00F83EB4">
      <w:pPr>
        <w:spacing w:after="60"/>
      </w:pPr>
      <w:r>
        <w:rPr>
          <w:color w:val="B4B4B4"/>
          <w:sz w:val="16"/>
        </w:rPr>
        <w:t>________________________________________________________</w:t>
      </w:r>
    </w:p>
    <w:p w14:paraId="18ED715C" w14:textId="77777777" w:rsidR="005A0029" w:rsidRDefault="00F83EB4">
      <w:pPr>
        <w:spacing w:after="60"/>
      </w:pPr>
      <w:r>
        <w:rPr>
          <w:color w:val="B4B4B4"/>
          <w:sz w:val="16"/>
        </w:rPr>
        <w:t>________________________________________________________</w:t>
      </w:r>
    </w:p>
    <w:p w14:paraId="68229C54" w14:textId="77777777" w:rsidR="005A0029" w:rsidRDefault="00F83EB4">
      <w:pPr>
        <w:spacing w:after="60"/>
      </w:pPr>
      <w:r>
        <w:rPr>
          <w:color w:val="B4B4B4"/>
          <w:sz w:val="16"/>
        </w:rPr>
        <w:t>________________________________________________________</w:t>
      </w:r>
    </w:p>
    <w:p w14:paraId="12D42E6A" w14:textId="77777777" w:rsidR="005A0029" w:rsidRDefault="00F83EB4">
      <w:pPr>
        <w:spacing w:after="60"/>
      </w:pPr>
      <w:r>
        <w:rPr>
          <w:color w:val="B4B4B4"/>
          <w:sz w:val="16"/>
        </w:rPr>
        <w:t>________________________________________________________</w:t>
      </w:r>
    </w:p>
    <w:p w14:paraId="7105618F" w14:textId="77777777" w:rsidR="005A0029" w:rsidRDefault="00F83EB4">
      <w:pPr>
        <w:spacing w:after="60"/>
      </w:pPr>
      <w:r>
        <w:rPr>
          <w:color w:val="B4B4B4"/>
          <w:sz w:val="16"/>
        </w:rPr>
        <w:t>________________________________________________________</w:t>
      </w:r>
    </w:p>
    <w:p w14:paraId="767CAEF8" w14:textId="77777777" w:rsidR="005A0029" w:rsidRDefault="00F83EB4">
      <w:pPr>
        <w:pStyle w:val="Heading2"/>
      </w:pPr>
      <w:r>
        <w:t>Prayer</w:t>
      </w:r>
    </w:p>
    <w:p w14:paraId="28516265" w14:textId="77777777" w:rsidR="005A0029" w:rsidRDefault="00F83EB4">
      <w:r>
        <w:t>Father, meet me in this practice of purpose beyond pain.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53891BC" w14:textId="77777777" w:rsidR="005A0029" w:rsidRDefault="00F83EB4">
      <w:r>
        <w:rPr>
          <w:b/>
          <w:color w:val="B08D3A"/>
        </w:rPr>
        <w:lastRenderedPageBreak/>
        <w:t xml:space="preserve">TODAY'S DECLARATION  </w:t>
      </w:r>
      <w:r>
        <w:t>I will meet purpose beyond pain with truth, faith, and practiced peace.</w:t>
      </w:r>
    </w:p>
    <w:p w14:paraId="763BB95A" w14:textId="77777777" w:rsidR="005A0029" w:rsidRDefault="00F83EB4">
      <w:r>
        <w:br w:type="page"/>
      </w:r>
    </w:p>
    <w:p w14:paraId="6C42ACA6" w14:textId="77777777" w:rsidR="005A0029" w:rsidRDefault="00F83EB4">
      <w:pPr>
        <w:pStyle w:val="Heading2"/>
      </w:pPr>
      <w:r>
        <w:lastRenderedPageBreak/>
        <w:t>DAY 22</w:t>
      </w:r>
    </w:p>
    <w:p w14:paraId="54E65F5A" w14:textId="77777777" w:rsidR="005A0029" w:rsidRDefault="00F83EB4">
      <w:pPr>
        <w:pStyle w:val="Heading1"/>
      </w:pPr>
      <w:r>
        <w:t>Serve From Your Scars</w:t>
      </w:r>
    </w:p>
    <w:p w14:paraId="24E4F410" w14:textId="77777777" w:rsidR="005A0029" w:rsidRDefault="00F83EB4">
      <w:r>
        <w:rPr>
          <w:b/>
          <w:color w:val="B08D3A"/>
        </w:rPr>
        <w:t xml:space="preserve">ANCHOR SCRIPTURE  </w:t>
      </w:r>
      <w:r>
        <w:t>Galatians 6:2</w:t>
      </w:r>
    </w:p>
    <w:p w14:paraId="7E73C0A8" w14:textId="77777777" w:rsidR="005A0029" w:rsidRDefault="00F83EB4">
      <w:pPr>
        <w:pStyle w:val="Heading2"/>
      </w:pPr>
      <w:r>
        <w:t>Guided Reflection</w:t>
      </w:r>
    </w:p>
    <w:p w14:paraId="39B2EBBC" w14:textId="77777777" w:rsidR="005A0029" w:rsidRDefault="00F83EB4">
      <w:r>
        <w:t>Today, consider what “serve from your scars”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when tru</w:t>
      </w:r>
      <w:r>
        <w:t>th is practiced repeatedly, especially when circumstances remain unresolved.</w:t>
      </w:r>
    </w:p>
    <w:p w14:paraId="200A6B22" w14:textId="77777777" w:rsidR="005A0029" w:rsidRDefault="00F83EB4">
      <w:pPr>
        <w:pStyle w:val="Heading2"/>
      </w:pPr>
      <w:r>
        <w:t>Pause &amp; Notice</w:t>
      </w:r>
    </w:p>
    <w:p w14:paraId="4ABCB70A" w14:textId="77777777" w:rsidR="005A0029" w:rsidRDefault="00F83EB4">
      <w:r>
        <w:t>What is this theme revealing about my heart, thoughts, relationships, or current circumstances today?</w:t>
      </w:r>
    </w:p>
    <w:p w14:paraId="44C6E39B" w14:textId="77777777" w:rsidR="005A0029" w:rsidRDefault="00F83EB4">
      <w:pPr>
        <w:pStyle w:val="Heading2"/>
      </w:pPr>
      <w:r>
        <w:t>Peace Practice</w:t>
      </w:r>
    </w:p>
    <w:p w14:paraId="1D169D82" w14:textId="77777777" w:rsidR="005A0029" w:rsidRDefault="00F83EB4">
      <w:r>
        <w:t>Sit quietly for three minutes. Name what you feel without judging it. Then write one truth you want to carry into the day.</w:t>
      </w:r>
    </w:p>
    <w:p w14:paraId="07A542CC" w14:textId="77777777" w:rsidR="005A0029" w:rsidRDefault="00F83EB4">
      <w:pPr>
        <w:pStyle w:val="Heading2"/>
      </w:pPr>
      <w:r>
        <w:t>My Thoughts &amp; Prayers</w:t>
      </w:r>
    </w:p>
    <w:p w14:paraId="6A0032EC" w14:textId="77777777" w:rsidR="005A0029" w:rsidRDefault="00F83EB4">
      <w:pPr>
        <w:spacing w:after="60"/>
      </w:pPr>
      <w:r>
        <w:rPr>
          <w:color w:val="B4B4B4"/>
          <w:sz w:val="16"/>
        </w:rPr>
        <w:t>________________________________________________________</w:t>
      </w:r>
    </w:p>
    <w:p w14:paraId="24AE6506" w14:textId="77777777" w:rsidR="005A0029" w:rsidRDefault="00F83EB4">
      <w:pPr>
        <w:spacing w:after="60"/>
      </w:pPr>
      <w:r>
        <w:rPr>
          <w:color w:val="B4B4B4"/>
          <w:sz w:val="16"/>
        </w:rPr>
        <w:t>________________________________________________________</w:t>
      </w:r>
    </w:p>
    <w:p w14:paraId="51665020" w14:textId="77777777" w:rsidR="005A0029" w:rsidRDefault="00F83EB4">
      <w:pPr>
        <w:spacing w:after="60"/>
      </w:pPr>
      <w:r>
        <w:rPr>
          <w:color w:val="B4B4B4"/>
          <w:sz w:val="16"/>
        </w:rPr>
        <w:t>________________________________________________________</w:t>
      </w:r>
    </w:p>
    <w:p w14:paraId="5D1CB743" w14:textId="77777777" w:rsidR="005A0029" w:rsidRDefault="00F83EB4">
      <w:pPr>
        <w:spacing w:after="60"/>
      </w:pPr>
      <w:r>
        <w:rPr>
          <w:color w:val="B4B4B4"/>
          <w:sz w:val="16"/>
        </w:rPr>
        <w:t>________________________________________________________</w:t>
      </w:r>
    </w:p>
    <w:p w14:paraId="31AF64CD" w14:textId="77777777" w:rsidR="005A0029" w:rsidRDefault="00F83EB4">
      <w:pPr>
        <w:spacing w:after="60"/>
      </w:pPr>
      <w:r>
        <w:rPr>
          <w:color w:val="B4B4B4"/>
          <w:sz w:val="16"/>
        </w:rPr>
        <w:t>________________________________________________________</w:t>
      </w:r>
    </w:p>
    <w:p w14:paraId="30BACFAF" w14:textId="77777777" w:rsidR="005A0029" w:rsidRDefault="00F83EB4">
      <w:pPr>
        <w:pStyle w:val="Heading2"/>
      </w:pPr>
      <w:r>
        <w:t>Prayer</w:t>
      </w:r>
    </w:p>
    <w:p w14:paraId="09BE43CB" w14:textId="77777777" w:rsidR="005A0029" w:rsidRDefault="00F83EB4">
      <w:r>
        <w:t>Father, meet me in this practice of serve from your scars.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33B86B4" w14:textId="77777777" w:rsidR="005A0029" w:rsidRDefault="00F83EB4">
      <w:r>
        <w:rPr>
          <w:b/>
          <w:color w:val="B08D3A"/>
        </w:rPr>
        <w:lastRenderedPageBreak/>
        <w:t xml:space="preserve">TODAY'S DECLARATION  </w:t>
      </w:r>
      <w:r>
        <w:t>I will meet serve from your scars with truth, faith, and practiced peace.</w:t>
      </w:r>
    </w:p>
    <w:p w14:paraId="7DAB9DEC" w14:textId="77777777" w:rsidR="005A0029" w:rsidRDefault="00F83EB4">
      <w:r>
        <w:br w:type="page"/>
      </w:r>
    </w:p>
    <w:p w14:paraId="3BD67493" w14:textId="77777777" w:rsidR="005A0029" w:rsidRDefault="00F83EB4">
      <w:pPr>
        <w:pStyle w:val="Heading2"/>
      </w:pPr>
      <w:r>
        <w:lastRenderedPageBreak/>
        <w:t>DAY 23</w:t>
      </w:r>
    </w:p>
    <w:p w14:paraId="2D42FF66" w14:textId="77777777" w:rsidR="005A0029" w:rsidRDefault="00F83EB4">
      <w:pPr>
        <w:pStyle w:val="Heading1"/>
      </w:pPr>
      <w:r>
        <w:t>Carry Hope</w:t>
      </w:r>
    </w:p>
    <w:p w14:paraId="7E4CB747" w14:textId="77777777" w:rsidR="005A0029" w:rsidRDefault="00F83EB4">
      <w:r>
        <w:rPr>
          <w:b/>
          <w:color w:val="B08D3A"/>
        </w:rPr>
        <w:t xml:space="preserve">ANCHOR SCRIPTURE  </w:t>
      </w:r>
      <w:r>
        <w:t>Romans 15:13</w:t>
      </w:r>
    </w:p>
    <w:p w14:paraId="60202D15" w14:textId="77777777" w:rsidR="005A0029" w:rsidRDefault="00F83EB4">
      <w:pPr>
        <w:pStyle w:val="Heading2"/>
      </w:pPr>
      <w:r>
        <w:t>Guided Reflection</w:t>
      </w:r>
    </w:p>
    <w:p w14:paraId="4D6E5612" w14:textId="77777777" w:rsidR="005A0029" w:rsidRDefault="00F83EB4">
      <w:r>
        <w:t>Today, consider what “carry hope”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when truth is pract</w:t>
      </w:r>
      <w:r>
        <w:t>iced repeatedly, especially when circumstances remain unresolved.</w:t>
      </w:r>
    </w:p>
    <w:p w14:paraId="1CE8C968" w14:textId="77777777" w:rsidR="005A0029" w:rsidRDefault="00F83EB4">
      <w:pPr>
        <w:pStyle w:val="Heading2"/>
      </w:pPr>
      <w:r>
        <w:t>Pause &amp; Notice</w:t>
      </w:r>
    </w:p>
    <w:p w14:paraId="29835E98" w14:textId="77777777" w:rsidR="005A0029" w:rsidRDefault="00F83EB4">
      <w:r>
        <w:t>What is this theme revealing about my heart, thoughts, relationships, or current circumstances today?</w:t>
      </w:r>
    </w:p>
    <w:p w14:paraId="2FD0AF75" w14:textId="77777777" w:rsidR="005A0029" w:rsidRDefault="00F83EB4">
      <w:pPr>
        <w:pStyle w:val="Heading2"/>
      </w:pPr>
      <w:r>
        <w:t>Peace Practice</w:t>
      </w:r>
    </w:p>
    <w:p w14:paraId="73E7E4DB" w14:textId="77777777" w:rsidR="005A0029" w:rsidRDefault="00F83EB4">
      <w:r>
        <w:t>Draw two columns: 'What I can control' and 'What I must release.' Place each concern in the appropriate column and pray over both.</w:t>
      </w:r>
    </w:p>
    <w:p w14:paraId="22439F18" w14:textId="77777777" w:rsidR="005A0029" w:rsidRDefault="00F83EB4">
      <w:pPr>
        <w:pStyle w:val="Heading2"/>
      </w:pPr>
      <w:r>
        <w:t>My Thoughts &amp; Prayers</w:t>
      </w:r>
    </w:p>
    <w:p w14:paraId="173B272D" w14:textId="77777777" w:rsidR="005A0029" w:rsidRDefault="00F83EB4">
      <w:pPr>
        <w:spacing w:after="60"/>
      </w:pPr>
      <w:r>
        <w:rPr>
          <w:color w:val="B4B4B4"/>
          <w:sz w:val="16"/>
        </w:rPr>
        <w:t>________________________________________________________</w:t>
      </w:r>
    </w:p>
    <w:p w14:paraId="535A9973" w14:textId="77777777" w:rsidR="005A0029" w:rsidRDefault="00F83EB4">
      <w:pPr>
        <w:spacing w:after="60"/>
      </w:pPr>
      <w:r>
        <w:rPr>
          <w:color w:val="B4B4B4"/>
          <w:sz w:val="16"/>
        </w:rPr>
        <w:t>________________________________________________________</w:t>
      </w:r>
    </w:p>
    <w:p w14:paraId="55BDC225" w14:textId="77777777" w:rsidR="005A0029" w:rsidRDefault="00F83EB4">
      <w:pPr>
        <w:spacing w:after="60"/>
      </w:pPr>
      <w:r>
        <w:rPr>
          <w:color w:val="B4B4B4"/>
          <w:sz w:val="16"/>
        </w:rPr>
        <w:t>________________________________________________________</w:t>
      </w:r>
    </w:p>
    <w:p w14:paraId="6BCDD876" w14:textId="77777777" w:rsidR="005A0029" w:rsidRDefault="00F83EB4">
      <w:pPr>
        <w:spacing w:after="60"/>
      </w:pPr>
      <w:r>
        <w:rPr>
          <w:color w:val="B4B4B4"/>
          <w:sz w:val="16"/>
        </w:rPr>
        <w:t>________________________________________________________</w:t>
      </w:r>
    </w:p>
    <w:p w14:paraId="52F60A99" w14:textId="77777777" w:rsidR="005A0029" w:rsidRDefault="00F83EB4">
      <w:pPr>
        <w:spacing w:after="60"/>
      </w:pPr>
      <w:r>
        <w:rPr>
          <w:color w:val="B4B4B4"/>
          <w:sz w:val="16"/>
        </w:rPr>
        <w:t>________________________________________________________</w:t>
      </w:r>
    </w:p>
    <w:p w14:paraId="4401606E" w14:textId="77777777" w:rsidR="005A0029" w:rsidRDefault="00F83EB4">
      <w:pPr>
        <w:pStyle w:val="Heading2"/>
      </w:pPr>
      <w:r>
        <w:t>Prayer</w:t>
      </w:r>
    </w:p>
    <w:p w14:paraId="03DD356E" w14:textId="77777777" w:rsidR="005A0029" w:rsidRDefault="00F83EB4">
      <w:r>
        <w:t>Father, meet me in this practice of carry hope.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58576BCA" w14:textId="77777777" w:rsidR="005A0029" w:rsidRDefault="00F83EB4">
      <w:r>
        <w:rPr>
          <w:b/>
          <w:color w:val="B08D3A"/>
        </w:rPr>
        <w:lastRenderedPageBreak/>
        <w:t xml:space="preserve">TODAY'S DECLARATION  </w:t>
      </w:r>
      <w:r>
        <w:t>I will meet carry hope with truth, faith, and practiced peace.</w:t>
      </w:r>
    </w:p>
    <w:p w14:paraId="2CCF1261" w14:textId="77777777" w:rsidR="005A0029" w:rsidRDefault="00F83EB4">
      <w:r>
        <w:br w:type="page"/>
      </w:r>
    </w:p>
    <w:p w14:paraId="1F00DF98" w14:textId="77777777" w:rsidR="005A0029" w:rsidRDefault="00F83EB4">
      <w:pPr>
        <w:pStyle w:val="Heading2"/>
      </w:pPr>
      <w:r>
        <w:lastRenderedPageBreak/>
        <w:t>DAY 24</w:t>
      </w:r>
    </w:p>
    <w:p w14:paraId="7F8E8136" w14:textId="77777777" w:rsidR="005A0029" w:rsidRDefault="00F83EB4">
      <w:pPr>
        <w:pStyle w:val="Heading1"/>
      </w:pPr>
      <w:r>
        <w:t>Your Home as a Place of Peace</w:t>
      </w:r>
    </w:p>
    <w:p w14:paraId="19000143" w14:textId="77777777" w:rsidR="005A0029" w:rsidRDefault="00F83EB4">
      <w:r>
        <w:rPr>
          <w:b/>
          <w:color w:val="B08D3A"/>
        </w:rPr>
        <w:t xml:space="preserve">ANCHOR SCRIPTURE  </w:t>
      </w:r>
      <w:r>
        <w:t>Joshua 24:15</w:t>
      </w:r>
    </w:p>
    <w:p w14:paraId="303D1892" w14:textId="77777777" w:rsidR="005A0029" w:rsidRDefault="00F83EB4">
      <w:pPr>
        <w:pStyle w:val="Heading2"/>
      </w:pPr>
      <w:r>
        <w:t>Guided Reflection</w:t>
      </w:r>
    </w:p>
    <w:p w14:paraId="32E4597B" w14:textId="77777777" w:rsidR="005A0029" w:rsidRDefault="00F83EB4">
      <w:r>
        <w:t xml:space="preserve">Today, consider what “your home as a place of peace”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7D497F40" w14:textId="77777777" w:rsidR="005A0029" w:rsidRDefault="00F83EB4">
      <w:pPr>
        <w:pStyle w:val="Heading2"/>
      </w:pPr>
      <w:r>
        <w:t>Pause &amp; Notice</w:t>
      </w:r>
    </w:p>
    <w:p w14:paraId="07A3A39A" w14:textId="77777777" w:rsidR="005A0029" w:rsidRDefault="00F83EB4">
      <w:r>
        <w:t>What is this theme revealing about my heart, thoughts, relationships, or current circumstances today?</w:t>
      </w:r>
    </w:p>
    <w:p w14:paraId="2BC80D69" w14:textId="77777777" w:rsidR="005A0029" w:rsidRDefault="00F83EB4">
      <w:pPr>
        <w:pStyle w:val="Heading2"/>
      </w:pPr>
      <w:r>
        <w:t>Peace Practice</w:t>
      </w:r>
    </w:p>
    <w:p w14:paraId="34B72D0B" w14:textId="77777777" w:rsidR="005A0029" w:rsidRDefault="00F83EB4">
      <w:r>
        <w:t>Take five slow breaths. With each inhale, receive God's presence; with each exhale, release one pressure you have been carrying.</w:t>
      </w:r>
    </w:p>
    <w:p w14:paraId="7247C5CD" w14:textId="77777777" w:rsidR="005A0029" w:rsidRDefault="00F83EB4">
      <w:pPr>
        <w:pStyle w:val="Heading2"/>
      </w:pPr>
      <w:r>
        <w:t>My Thoughts &amp; Prayers</w:t>
      </w:r>
    </w:p>
    <w:p w14:paraId="467C3C43" w14:textId="77777777" w:rsidR="005A0029" w:rsidRDefault="00F83EB4">
      <w:pPr>
        <w:spacing w:after="60"/>
      </w:pPr>
      <w:r>
        <w:rPr>
          <w:color w:val="B4B4B4"/>
          <w:sz w:val="16"/>
        </w:rPr>
        <w:t>________________________________________________________</w:t>
      </w:r>
    </w:p>
    <w:p w14:paraId="2720BAAC" w14:textId="77777777" w:rsidR="005A0029" w:rsidRDefault="00F83EB4">
      <w:pPr>
        <w:spacing w:after="60"/>
      </w:pPr>
      <w:r>
        <w:rPr>
          <w:color w:val="B4B4B4"/>
          <w:sz w:val="16"/>
        </w:rPr>
        <w:t>________________________________________________________</w:t>
      </w:r>
    </w:p>
    <w:p w14:paraId="2DA61447" w14:textId="77777777" w:rsidR="005A0029" w:rsidRDefault="00F83EB4">
      <w:pPr>
        <w:spacing w:after="60"/>
      </w:pPr>
      <w:r>
        <w:rPr>
          <w:color w:val="B4B4B4"/>
          <w:sz w:val="16"/>
        </w:rPr>
        <w:t>________________________________________________________</w:t>
      </w:r>
    </w:p>
    <w:p w14:paraId="5764BFAF" w14:textId="77777777" w:rsidR="005A0029" w:rsidRDefault="00F83EB4">
      <w:pPr>
        <w:spacing w:after="60"/>
      </w:pPr>
      <w:r>
        <w:rPr>
          <w:color w:val="B4B4B4"/>
          <w:sz w:val="16"/>
        </w:rPr>
        <w:t>________________________________________________________</w:t>
      </w:r>
    </w:p>
    <w:p w14:paraId="4F1A78E3" w14:textId="77777777" w:rsidR="005A0029" w:rsidRDefault="00F83EB4">
      <w:pPr>
        <w:spacing w:after="60"/>
      </w:pPr>
      <w:r>
        <w:rPr>
          <w:color w:val="B4B4B4"/>
          <w:sz w:val="16"/>
        </w:rPr>
        <w:t>________________________________________________________</w:t>
      </w:r>
    </w:p>
    <w:p w14:paraId="459C6DE9" w14:textId="77777777" w:rsidR="005A0029" w:rsidRDefault="00F83EB4">
      <w:pPr>
        <w:pStyle w:val="Heading2"/>
      </w:pPr>
      <w:r>
        <w:t>Prayer</w:t>
      </w:r>
    </w:p>
    <w:p w14:paraId="1D316E7F" w14:textId="77777777" w:rsidR="005A0029" w:rsidRDefault="00F83EB4">
      <w:r>
        <w:t>Father, meet me in this practice of your home as a place of peace.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C68B25D" w14:textId="77777777" w:rsidR="005A0029" w:rsidRDefault="00F83EB4">
      <w:r>
        <w:rPr>
          <w:b/>
          <w:color w:val="B08D3A"/>
        </w:rPr>
        <w:lastRenderedPageBreak/>
        <w:t xml:space="preserve">TODAY'S DECLARATION  </w:t>
      </w:r>
      <w:r>
        <w:t>I will meet your home as a place of peace with truth, faith, and practiced peace.</w:t>
      </w:r>
    </w:p>
    <w:p w14:paraId="278F646A" w14:textId="77777777" w:rsidR="005A0029" w:rsidRDefault="00F83EB4">
      <w:r>
        <w:br w:type="page"/>
      </w:r>
    </w:p>
    <w:p w14:paraId="430C0D0D" w14:textId="77777777" w:rsidR="005A0029" w:rsidRDefault="00F83EB4">
      <w:pPr>
        <w:pStyle w:val="Heading2"/>
      </w:pPr>
      <w:r>
        <w:lastRenderedPageBreak/>
        <w:t>DAY 25</w:t>
      </w:r>
    </w:p>
    <w:p w14:paraId="405D7DB2" w14:textId="77777777" w:rsidR="005A0029" w:rsidRDefault="00F83EB4">
      <w:pPr>
        <w:pStyle w:val="Heading1"/>
      </w:pPr>
      <w:r>
        <w:t>Becoming a Person of Peace</w:t>
      </w:r>
    </w:p>
    <w:p w14:paraId="5DABE490" w14:textId="77777777" w:rsidR="005A0029" w:rsidRDefault="00F83EB4">
      <w:r>
        <w:rPr>
          <w:b/>
          <w:color w:val="B08D3A"/>
        </w:rPr>
        <w:t xml:space="preserve">ANCHOR SCRIPTURE  </w:t>
      </w:r>
      <w:r>
        <w:t>Matthew 5:9</w:t>
      </w:r>
    </w:p>
    <w:p w14:paraId="266C4C6B" w14:textId="77777777" w:rsidR="005A0029" w:rsidRDefault="00F83EB4">
      <w:pPr>
        <w:pStyle w:val="Heading2"/>
      </w:pPr>
      <w:r>
        <w:t>Guided Reflection</w:t>
      </w:r>
    </w:p>
    <w:p w14:paraId="23BC7220" w14:textId="77777777" w:rsidR="005A0029" w:rsidRDefault="00F83EB4">
      <w:r>
        <w:t>Today, consider what “becoming a person of peace”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whe</w:t>
      </w:r>
      <w:r>
        <w:t>n truth is practiced repeatedly, especially when circumstances remain unresolved.</w:t>
      </w:r>
    </w:p>
    <w:p w14:paraId="0F72F385" w14:textId="77777777" w:rsidR="005A0029" w:rsidRDefault="00F83EB4">
      <w:pPr>
        <w:pStyle w:val="Heading2"/>
      </w:pPr>
      <w:r>
        <w:t>Pause &amp; Notice</w:t>
      </w:r>
    </w:p>
    <w:p w14:paraId="47F4EA24" w14:textId="77777777" w:rsidR="005A0029" w:rsidRDefault="00F83EB4">
      <w:r>
        <w:t>What is this theme revealing about my heart, thoughts, relationships, or current circumstances today?</w:t>
      </w:r>
    </w:p>
    <w:p w14:paraId="19C74318" w14:textId="77777777" w:rsidR="005A0029" w:rsidRDefault="00F83EB4">
      <w:pPr>
        <w:pStyle w:val="Heading2"/>
      </w:pPr>
      <w:r>
        <w:t>Peace Practice</w:t>
      </w:r>
    </w:p>
    <w:p w14:paraId="0C65A54C" w14:textId="77777777" w:rsidR="005A0029" w:rsidRDefault="00F83EB4">
      <w:r>
        <w:t>Write one recurring fearful thought. Under it, write a Scripture-shaped response that is more truthful and life-giving.</w:t>
      </w:r>
    </w:p>
    <w:p w14:paraId="32830337" w14:textId="77777777" w:rsidR="005A0029" w:rsidRDefault="00F83EB4">
      <w:pPr>
        <w:pStyle w:val="Heading2"/>
      </w:pPr>
      <w:r>
        <w:t>My Thoughts &amp; Prayers</w:t>
      </w:r>
    </w:p>
    <w:p w14:paraId="671F2E11" w14:textId="77777777" w:rsidR="005A0029" w:rsidRDefault="00F83EB4">
      <w:pPr>
        <w:spacing w:after="60"/>
      </w:pPr>
      <w:r>
        <w:rPr>
          <w:color w:val="B4B4B4"/>
          <w:sz w:val="16"/>
        </w:rPr>
        <w:t>________________________________________________________</w:t>
      </w:r>
    </w:p>
    <w:p w14:paraId="32374141" w14:textId="77777777" w:rsidR="005A0029" w:rsidRDefault="00F83EB4">
      <w:pPr>
        <w:spacing w:after="60"/>
      </w:pPr>
      <w:r>
        <w:rPr>
          <w:color w:val="B4B4B4"/>
          <w:sz w:val="16"/>
        </w:rPr>
        <w:t>________________________________________________________</w:t>
      </w:r>
    </w:p>
    <w:p w14:paraId="0CCF36DA" w14:textId="77777777" w:rsidR="005A0029" w:rsidRDefault="00F83EB4">
      <w:pPr>
        <w:spacing w:after="60"/>
      </w:pPr>
      <w:r>
        <w:rPr>
          <w:color w:val="B4B4B4"/>
          <w:sz w:val="16"/>
        </w:rPr>
        <w:t>________________________________________________________</w:t>
      </w:r>
    </w:p>
    <w:p w14:paraId="047813AE" w14:textId="77777777" w:rsidR="005A0029" w:rsidRDefault="00F83EB4">
      <w:pPr>
        <w:spacing w:after="60"/>
      </w:pPr>
      <w:r>
        <w:rPr>
          <w:color w:val="B4B4B4"/>
          <w:sz w:val="16"/>
        </w:rPr>
        <w:t>________________________________________________________</w:t>
      </w:r>
    </w:p>
    <w:p w14:paraId="0D979C75" w14:textId="77777777" w:rsidR="005A0029" w:rsidRDefault="00F83EB4">
      <w:pPr>
        <w:spacing w:after="60"/>
      </w:pPr>
      <w:r>
        <w:rPr>
          <w:color w:val="B4B4B4"/>
          <w:sz w:val="16"/>
        </w:rPr>
        <w:t>________________________________________________________</w:t>
      </w:r>
    </w:p>
    <w:p w14:paraId="0C59E85C" w14:textId="77777777" w:rsidR="005A0029" w:rsidRDefault="00F83EB4">
      <w:pPr>
        <w:pStyle w:val="Heading2"/>
      </w:pPr>
      <w:r>
        <w:t>Prayer</w:t>
      </w:r>
    </w:p>
    <w:p w14:paraId="7033B935" w14:textId="77777777" w:rsidR="005A0029" w:rsidRDefault="00F83EB4">
      <w:r>
        <w:t>Father, meet me in this practice of becoming a person of peace.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0B551168" w14:textId="77777777" w:rsidR="005A0029" w:rsidRDefault="00F83EB4">
      <w:r>
        <w:rPr>
          <w:b/>
          <w:color w:val="B08D3A"/>
        </w:rPr>
        <w:lastRenderedPageBreak/>
        <w:t xml:space="preserve">TODAY'S DECLARATION  </w:t>
      </w:r>
      <w:r>
        <w:t>I will meet becoming a person of peace with truth, faith, and practiced peace.</w:t>
      </w:r>
    </w:p>
    <w:p w14:paraId="59896CAA" w14:textId="77777777" w:rsidR="005A0029" w:rsidRDefault="00F83EB4">
      <w:r>
        <w:br w:type="page"/>
      </w:r>
    </w:p>
    <w:p w14:paraId="081AA435" w14:textId="77777777" w:rsidR="005A0029" w:rsidRDefault="00F83EB4">
      <w:pPr>
        <w:pStyle w:val="Heading2"/>
      </w:pPr>
      <w:r>
        <w:lastRenderedPageBreak/>
        <w:t>DAY 26</w:t>
      </w:r>
    </w:p>
    <w:p w14:paraId="011A2EB2" w14:textId="77777777" w:rsidR="005A0029" w:rsidRDefault="00F83EB4">
      <w:pPr>
        <w:pStyle w:val="Heading1"/>
      </w:pPr>
      <w:r>
        <w:t>Carrying Peace Into Your Home</w:t>
      </w:r>
    </w:p>
    <w:p w14:paraId="647E00EF" w14:textId="77777777" w:rsidR="005A0029" w:rsidRDefault="00F83EB4">
      <w:r>
        <w:rPr>
          <w:b/>
          <w:color w:val="B08D3A"/>
        </w:rPr>
        <w:t xml:space="preserve">ANCHOR SCRIPTURE  </w:t>
      </w:r>
      <w:r>
        <w:t>Colossians 3:15</w:t>
      </w:r>
    </w:p>
    <w:p w14:paraId="50F6B95A" w14:textId="77777777" w:rsidR="005A0029" w:rsidRDefault="00F83EB4">
      <w:pPr>
        <w:pStyle w:val="Heading2"/>
      </w:pPr>
      <w:r>
        <w:t>Guided Reflection</w:t>
      </w:r>
    </w:p>
    <w:p w14:paraId="24317F8C" w14:textId="77777777" w:rsidR="005A0029" w:rsidRDefault="00F83EB4">
      <w:r>
        <w:t xml:space="preserve">Today, consider what “carrying peace into your home”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t>
      </w:r>
      <w:r>
        <w:t>when truth is practiced repeatedly, especially when circumstances remain unresolved.</w:t>
      </w:r>
    </w:p>
    <w:p w14:paraId="19F6ED23" w14:textId="77777777" w:rsidR="005A0029" w:rsidRDefault="00F83EB4">
      <w:pPr>
        <w:pStyle w:val="Heading2"/>
      </w:pPr>
      <w:r>
        <w:t>Pause &amp; Notice</w:t>
      </w:r>
    </w:p>
    <w:p w14:paraId="30F411EF" w14:textId="77777777" w:rsidR="005A0029" w:rsidRDefault="00F83EB4">
      <w:r>
        <w:t>What is this theme revealing about my heart, thoughts, relationships, or current circumstances today?</w:t>
      </w:r>
    </w:p>
    <w:p w14:paraId="1E60DCD6" w14:textId="77777777" w:rsidR="005A0029" w:rsidRDefault="00F83EB4">
      <w:pPr>
        <w:pStyle w:val="Heading2"/>
      </w:pPr>
      <w:r>
        <w:t>Peace Practice</w:t>
      </w:r>
    </w:p>
    <w:p w14:paraId="0504BD83" w14:textId="77777777" w:rsidR="005A0029" w:rsidRDefault="00F83EB4">
      <w:r>
        <w:t>Identify one small action that would create greater peace today. Make it specific enough to complete before the day ends.</w:t>
      </w:r>
    </w:p>
    <w:p w14:paraId="21E6EDCF" w14:textId="77777777" w:rsidR="005A0029" w:rsidRDefault="00F83EB4">
      <w:pPr>
        <w:pStyle w:val="Heading2"/>
      </w:pPr>
      <w:r>
        <w:t>My Thoughts &amp; Prayers</w:t>
      </w:r>
    </w:p>
    <w:p w14:paraId="333DDFEA" w14:textId="77777777" w:rsidR="005A0029" w:rsidRDefault="00F83EB4">
      <w:pPr>
        <w:spacing w:after="60"/>
      </w:pPr>
      <w:r>
        <w:rPr>
          <w:color w:val="B4B4B4"/>
          <w:sz w:val="16"/>
        </w:rPr>
        <w:t>________________________________________________________</w:t>
      </w:r>
    </w:p>
    <w:p w14:paraId="67C3D2F2" w14:textId="77777777" w:rsidR="005A0029" w:rsidRDefault="00F83EB4">
      <w:pPr>
        <w:spacing w:after="60"/>
      </w:pPr>
      <w:r>
        <w:rPr>
          <w:color w:val="B4B4B4"/>
          <w:sz w:val="16"/>
        </w:rPr>
        <w:t>________________________________________________________</w:t>
      </w:r>
    </w:p>
    <w:p w14:paraId="5E807DEE" w14:textId="77777777" w:rsidR="005A0029" w:rsidRDefault="00F83EB4">
      <w:pPr>
        <w:spacing w:after="60"/>
      </w:pPr>
      <w:r>
        <w:rPr>
          <w:color w:val="B4B4B4"/>
          <w:sz w:val="16"/>
        </w:rPr>
        <w:t>________________________________________________________</w:t>
      </w:r>
    </w:p>
    <w:p w14:paraId="026C0282" w14:textId="77777777" w:rsidR="005A0029" w:rsidRDefault="00F83EB4">
      <w:pPr>
        <w:spacing w:after="60"/>
      </w:pPr>
      <w:r>
        <w:rPr>
          <w:color w:val="B4B4B4"/>
          <w:sz w:val="16"/>
        </w:rPr>
        <w:t>________________________________________________________</w:t>
      </w:r>
    </w:p>
    <w:p w14:paraId="04A8F00D" w14:textId="77777777" w:rsidR="005A0029" w:rsidRDefault="00F83EB4">
      <w:pPr>
        <w:spacing w:after="60"/>
      </w:pPr>
      <w:r>
        <w:rPr>
          <w:color w:val="B4B4B4"/>
          <w:sz w:val="16"/>
        </w:rPr>
        <w:t>________________________________________________________</w:t>
      </w:r>
    </w:p>
    <w:p w14:paraId="600DC664" w14:textId="77777777" w:rsidR="005A0029" w:rsidRDefault="00F83EB4">
      <w:pPr>
        <w:pStyle w:val="Heading2"/>
      </w:pPr>
      <w:r>
        <w:t>Prayer</w:t>
      </w:r>
    </w:p>
    <w:p w14:paraId="0B80C67C" w14:textId="77777777" w:rsidR="005A0029" w:rsidRDefault="00F83EB4">
      <w:r>
        <w:t>Father, meet me in this practice of carrying peace into your home.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664B3745" w14:textId="77777777" w:rsidR="005A0029" w:rsidRDefault="00F83EB4">
      <w:r>
        <w:rPr>
          <w:b/>
          <w:color w:val="B08D3A"/>
        </w:rPr>
        <w:lastRenderedPageBreak/>
        <w:t xml:space="preserve">TODAY'S DECLARATION  </w:t>
      </w:r>
      <w:r>
        <w:t>I will meet carrying peace into your home with truth, faith, and practiced peace.</w:t>
      </w:r>
    </w:p>
    <w:p w14:paraId="6E94430E" w14:textId="77777777" w:rsidR="005A0029" w:rsidRDefault="00F83EB4">
      <w:r>
        <w:br w:type="page"/>
      </w:r>
    </w:p>
    <w:p w14:paraId="48DD6CFE" w14:textId="77777777" w:rsidR="005A0029" w:rsidRDefault="00F83EB4">
      <w:pPr>
        <w:pStyle w:val="Heading2"/>
      </w:pPr>
      <w:r>
        <w:lastRenderedPageBreak/>
        <w:t>DAY 27</w:t>
      </w:r>
    </w:p>
    <w:p w14:paraId="71AB1E51" w14:textId="77777777" w:rsidR="005A0029" w:rsidRDefault="00F83EB4">
      <w:pPr>
        <w:pStyle w:val="Heading1"/>
      </w:pPr>
      <w:r>
        <w:t>Giving Others What the Storm Taught You</w:t>
      </w:r>
    </w:p>
    <w:p w14:paraId="4CB705A8" w14:textId="77777777" w:rsidR="005A0029" w:rsidRDefault="00F83EB4">
      <w:r>
        <w:rPr>
          <w:b/>
          <w:color w:val="B08D3A"/>
        </w:rPr>
        <w:t xml:space="preserve">ANCHOR SCRIPTURE  </w:t>
      </w:r>
      <w:r>
        <w:t>2 Corinthians 1:4</w:t>
      </w:r>
    </w:p>
    <w:p w14:paraId="2460DE2B" w14:textId="77777777" w:rsidR="005A0029" w:rsidRDefault="00F83EB4">
      <w:pPr>
        <w:pStyle w:val="Heading2"/>
      </w:pPr>
      <w:r>
        <w:t>Guided Reflection</w:t>
      </w:r>
    </w:p>
    <w:p w14:paraId="3337CCD2" w14:textId="77777777" w:rsidR="005A0029" w:rsidRDefault="00F83EB4">
      <w:r>
        <w:t>Today, consider what “giving others what the storm taught you”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w:t>
      </w:r>
      <w:r>
        <w:t>s durable when truth is practiced repeatedly, especially when circumstances remain unresolved.</w:t>
      </w:r>
    </w:p>
    <w:p w14:paraId="7EB96CC7" w14:textId="77777777" w:rsidR="005A0029" w:rsidRDefault="00F83EB4">
      <w:pPr>
        <w:pStyle w:val="Heading2"/>
      </w:pPr>
      <w:r>
        <w:t>Pause &amp; Notice</w:t>
      </w:r>
    </w:p>
    <w:p w14:paraId="2A8EFBFD" w14:textId="77777777" w:rsidR="005A0029" w:rsidRDefault="00F83EB4">
      <w:r>
        <w:t>What is this theme revealing about my heart, thoughts, relationships, or current circumstances today?</w:t>
      </w:r>
    </w:p>
    <w:p w14:paraId="4A65EFC0" w14:textId="77777777" w:rsidR="005A0029" w:rsidRDefault="00F83EB4">
      <w:pPr>
        <w:pStyle w:val="Heading2"/>
      </w:pPr>
      <w:r>
        <w:t>Peace Practice</w:t>
      </w:r>
    </w:p>
    <w:p w14:paraId="43AB8698" w14:textId="77777777" w:rsidR="005A0029" w:rsidRDefault="00F83EB4">
      <w:r>
        <w:t>Reach out to one trusted, mature person. Share one thing you have been carrying silently and allow yourself to receive support.</w:t>
      </w:r>
    </w:p>
    <w:p w14:paraId="26575A00" w14:textId="77777777" w:rsidR="005A0029" w:rsidRDefault="00F83EB4">
      <w:pPr>
        <w:pStyle w:val="Heading2"/>
      </w:pPr>
      <w:r>
        <w:t>My Thoughts &amp; Prayers</w:t>
      </w:r>
    </w:p>
    <w:p w14:paraId="0024713E" w14:textId="77777777" w:rsidR="005A0029" w:rsidRDefault="00F83EB4">
      <w:pPr>
        <w:spacing w:after="60"/>
      </w:pPr>
      <w:r>
        <w:rPr>
          <w:color w:val="B4B4B4"/>
          <w:sz w:val="16"/>
        </w:rPr>
        <w:t>________________________________________________________</w:t>
      </w:r>
    </w:p>
    <w:p w14:paraId="111916B1" w14:textId="77777777" w:rsidR="005A0029" w:rsidRDefault="00F83EB4">
      <w:pPr>
        <w:spacing w:after="60"/>
      </w:pPr>
      <w:r>
        <w:rPr>
          <w:color w:val="B4B4B4"/>
          <w:sz w:val="16"/>
        </w:rPr>
        <w:t>________________________________________________________</w:t>
      </w:r>
    </w:p>
    <w:p w14:paraId="0A883C81" w14:textId="77777777" w:rsidR="005A0029" w:rsidRDefault="00F83EB4">
      <w:pPr>
        <w:spacing w:after="60"/>
      </w:pPr>
      <w:r>
        <w:rPr>
          <w:color w:val="B4B4B4"/>
          <w:sz w:val="16"/>
        </w:rPr>
        <w:t>________________________________________________________</w:t>
      </w:r>
    </w:p>
    <w:p w14:paraId="2785C530" w14:textId="77777777" w:rsidR="005A0029" w:rsidRDefault="00F83EB4">
      <w:pPr>
        <w:spacing w:after="60"/>
      </w:pPr>
      <w:r>
        <w:rPr>
          <w:color w:val="B4B4B4"/>
          <w:sz w:val="16"/>
        </w:rPr>
        <w:t>________________________________________________________</w:t>
      </w:r>
    </w:p>
    <w:p w14:paraId="51EA816F" w14:textId="77777777" w:rsidR="005A0029" w:rsidRDefault="00F83EB4">
      <w:pPr>
        <w:spacing w:after="60"/>
      </w:pPr>
      <w:r>
        <w:rPr>
          <w:color w:val="B4B4B4"/>
          <w:sz w:val="16"/>
        </w:rPr>
        <w:t>________________________________________________________</w:t>
      </w:r>
    </w:p>
    <w:p w14:paraId="2C7457D1" w14:textId="77777777" w:rsidR="005A0029" w:rsidRDefault="00F83EB4">
      <w:pPr>
        <w:pStyle w:val="Heading2"/>
      </w:pPr>
      <w:r>
        <w:t>Prayer</w:t>
      </w:r>
    </w:p>
    <w:p w14:paraId="0659B443" w14:textId="77777777" w:rsidR="005A0029" w:rsidRDefault="00F83EB4">
      <w:r>
        <w:t xml:space="preserve">Father, meet me in this practice of giving others what the storm taught you. Give me courage to face what is true, grace to release what I cannot control, and wisdom for what I can do. Quiet the noise within me, anchor me in Your Word, and teach me to choose peace without denying reality. Strengthen my faith for </w:t>
      </w:r>
      <w:r>
        <w:lastRenderedPageBreak/>
        <w:t>this day and help me walk forward with clarity, humility, and hope. In Jesus' name, Amen.</w:t>
      </w:r>
    </w:p>
    <w:p w14:paraId="3A651ED2" w14:textId="77777777" w:rsidR="005A0029" w:rsidRDefault="00F83EB4">
      <w:r>
        <w:rPr>
          <w:b/>
          <w:color w:val="B08D3A"/>
        </w:rPr>
        <w:t xml:space="preserve">TODAY'S DECLARATION  </w:t>
      </w:r>
      <w:r>
        <w:t>I will meet giving others what the storm taught you with truth, faith, and practiced peace.</w:t>
      </w:r>
    </w:p>
    <w:p w14:paraId="545C25C5" w14:textId="77777777" w:rsidR="005A0029" w:rsidRDefault="00F83EB4">
      <w:r>
        <w:br w:type="page"/>
      </w:r>
    </w:p>
    <w:p w14:paraId="6E21DB58" w14:textId="77777777" w:rsidR="005A0029" w:rsidRDefault="00F83EB4">
      <w:pPr>
        <w:pStyle w:val="Heading2"/>
      </w:pPr>
      <w:r>
        <w:lastRenderedPageBreak/>
        <w:t>DAY 28</w:t>
      </w:r>
    </w:p>
    <w:p w14:paraId="23E8A493" w14:textId="77777777" w:rsidR="005A0029" w:rsidRDefault="00F83EB4">
      <w:pPr>
        <w:pStyle w:val="Heading1"/>
      </w:pPr>
      <w:r>
        <w:t>Your Story Is Becoming Someone Else's Hope</w:t>
      </w:r>
    </w:p>
    <w:p w14:paraId="2EFE5A91" w14:textId="77777777" w:rsidR="005A0029" w:rsidRDefault="00F83EB4">
      <w:r>
        <w:rPr>
          <w:b/>
          <w:color w:val="B08D3A"/>
        </w:rPr>
        <w:t xml:space="preserve">ANCHOR SCRIPTURE  </w:t>
      </w:r>
      <w:r>
        <w:t>Revelation 12:11</w:t>
      </w:r>
    </w:p>
    <w:p w14:paraId="6EE54B3C" w14:textId="77777777" w:rsidR="005A0029" w:rsidRDefault="00F83EB4">
      <w:pPr>
        <w:pStyle w:val="Heading2"/>
      </w:pPr>
      <w:r>
        <w:t>Guided Reflection</w:t>
      </w:r>
    </w:p>
    <w:p w14:paraId="6D841F7A" w14:textId="77777777" w:rsidR="005A0029" w:rsidRDefault="00F83EB4">
      <w:r>
        <w:t>Today, consider what “your story is becoming someone else's hope”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w:t>
      </w:r>
      <w:r>
        <w:t>omes durable when truth is practiced repeatedly, especially when circumstances remain unresolved.</w:t>
      </w:r>
    </w:p>
    <w:p w14:paraId="00B86DB5" w14:textId="77777777" w:rsidR="005A0029" w:rsidRDefault="00F83EB4">
      <w:pPr>
        <w:pStyle w:val="Heading2"/>
      </w:pPr>
      <w:r>
        <w:t>Pause &amp; Notice</w:t>
      </w:r>
    </w:p>
    <w:p w14:paraId="3E5558E6" w14:textId="77777777" w:rsidR="005A0029" w:rsidRDefault="00F83EB4">
      <w:r>
        <w:t>What is this theme revealing about my heart, thoughts, relationships, or current circumstances today?</w:t>
      </w:r>
    </w:p>
    <w:p w14:paraId="6B404678" w14:textId="77777777" w:rsidR="005A0029" w:rsidRDefault="00F83EB4">
      <w:pPr>
        <w:pStyle w:val="Heading2"/>
      </w:pPr>
      <w:r>
        <w:t>Peace Practice</w:t>
      </w:r>
    </w:p>
    <w:p w14:paraId="1BDC69E0" w14:textId="77777777" w:rsidR="005A0029" w:rsidRDefault="00F83EB4">
      <w:r>
        <w:t>Practice a ten-minute quiet period without your phone. Notice what surfaces, then bring it honestly into prayer.</w:t>
      </w:r>
    </w:p>
    <w:p w14:paraId="71D668A6" w14:textId="77777777" w:rsidR="005A0029" w:rsidRDefault="00F83EB4">
      <w:pPr>
        <w:pStyle w:val="Heading2"/>
      </w:pPr>
      <w:r>
        <w:t>My Thoughts &amp; Prayers</w:t>
      </w:r>
    </w:p>
    <w:p w14:paraId="4979A3F0" w14:textId="77777777" w:rsidR="005A0029" w:rsidRDefault="00F83EB4">
      <w:pPr>
        <w:spacing w:after="60"/>
      </w:pPr>
      <w:r>
        <w:rPr>
          <w:color w:val="B4B4B4"/>
          <w:sz w:val="16"/>
        </w:rPr>
        <w:t>________________________________________________________</w:t>
      </w:r>
    </w:p>
    <w:p w14:paraId="5A92FCF0" w14:textId="77777777" w:rsidR="005A0029" w:rsidRDefault="00F83EB4">
      <w:pPr>
        <w:spacing w:after="60"/>
      </w:pPr>
      <w:r>
        <w:rPr>
          <w:color w:val="B4B4B4"/>
          <w:sz w:val="16"/>
        </w:rPr>
        <w:t>________________________________________________________</w:t>
      </w:r>
    </w:p>
    <w:p w14:paraId="53FE595B" w14:textId="77777777" w:rsidR="005A0029" w:rsidRDefault="00F83EB4">
      <w:pPr>
        <w:spacing w:after="60"/>
      </w:pPr>
      <w:r>
        <w:rPr>
          <w:color w:val="B4B4B4"/>
          <w:sz w:val="16"/>
        </w:rPr>
        <w:t>________________________________________________________</w:t>
      </w:r>
    </w:p>
    <w:p w14:paraId="5FB6CD8D" w14:textId="77777777" w:rsidR="005A0029" w:rsidRDefault="00F83EB4">
      <w:pPr>
        <w:spacing w:after="60"/>
      </w:pPr>
      <w:r>
        <w:rPr>
          <w:color w:val="B4B4B4"/>
          <w:sz w:val="16"/>
        </w:rPr>
        <w:t>________________________________________________________</w:t>
      </w:r>
    </w:p>
    <w:p w14:paraId="02F87DBB" w14:textId="77777777" w:rsidR="005A0029" w:rsidRDefault="00F83EB4">
      <w:pPr>
        <w:spacing w:after="60"/>
      </w:pPr>
      <w:r>
        <w:rPr>
          <w:color w:val="B4B4B4"/>
          <w:sz w:val="16"/>
        </w:rPr>
        <w:t>________________________________________________________</w:t>
      </w:r>
    </w:p>
    <w:p w14:paraId="11FC2ACE" w14:textId="77777777" w:rsidR="005A0029" w:rsidRDefault="00F83EB4">
      <w:pPr>
        <w:pStyle w:val="Heading2"/>
      </w:pPr>
      <w:r>
        <w:t>Prayer</w:t>
      </w:r>
    </w:p>
    <w:p w14:paraId="1202D956" w14:textId="77777777" w:rsidR="005A0029" w:rsidRDefault="00F83EB4">
      <w:r>
        <w:t xml:space="preserve">Father, meet me in this practice of your story is becoming someone else's hope. Give me courage to face what is true, grace to release what I cannot control, and wisdom for what I can do. Quiet the noise within me, anchor me in Your Word, and teach me to choose peace without denying reality. Strengthen my faith for </w:t>
      </w:r>
      <w:r>
        <w:lastRenderedPageBreak/>
        <w:t>this day and help me walk forward with clarity, humility, and hope. In Jesus' name, Amen.</w:t>
      </w:r>
    </w:p>
    <w:p w14:paraId="12588113" w14:textId="77777777" w:rsidR="005A0029" w:rsidRDefault="00F83EB4">
      <w:r>
        <w:rPr>
          <w:b/>
          <w:color w:val="B08D3A"/>
        </w:rPr>
        <w:t xml:space="preserve">TODAY'S DECLARATION  </w:t>
      </w:r>
      <w:r>
        <w:t>I will meet your story is becoming someone else's hope with truth, faith, and practiced peace.</w:t>
      </w:r>
    </w:p>
    <w:p w14:paraId="685C7EA8" w14:textId="77777777" w:rsidR="005A0029" w:rsidRDefault="00F83EB4">
      <w:r>
        <w:br w:type="page"/>
      </w:r>
    </w:p>
    <w:p w14:paraId="3F73DB2F" w14:textId="77777777" w:rsidR="005A0029" w:rsidRDefault="00F83EB4">
      <w:pPr>
        <w:pStyle w:val="Heading2"/>
      </w:pPr>
      <w:r>
        <w:lastRenderedPageBreak/>
        <w:t>DAY 29</w:t>
      </w:r>
    </w:p>
    <w:p w14:paraId="5AAC5FFB" w14:textId="77777777" w:rsidR="005A0029" w:rsidRDefault="00F83EB4">
      <w:pPr>
        <w:pStyle w:val="Heading1"/>
      </w:pPr>
      <w:r>
        <w:t>Anchored Through Uncertainty</w:t>
      </w:r>
    </w:p>
    <w:p w14:paraId="21EB0C15" w14:textId="77777777" w:rsidR="005A0029" w:rsidRDefault="00F83EB4">
      <w:r>
        <w:rPr>
          <w:b/>
          <w:color w:val="B08D3A"/>
        </w:rPr>
        <w:t xml:space="preserve">ANCHOR SCRIPTURE  </w:t>
      </w:r>
      <w:r>
        <w:t>Hebrews 6:19</w:t>
      </w:r>
    </w:p>
    <w:p w14:paraId="513B4AAF" w14:textId="77777777" w:rsidR="005A0029" w:rsidRDefault="00F83EB4">
      <w:pPr>
        <w:pStyle w:val="Heading2"/>
      </w:pPr>
      <w:r>
        <w:t>Guided Reflection</w:t>
      </w:r>
    </w:p>
    <w:p w14:paraId="6AACF93B" w14:textId="77777777" w:rsidR="005A0029" w:rsidRDefault="00F83EB4">
      <w:r>
        <w:t>Today, consider what “anchored through uncertainty”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 durable w</w:t>
      </w:r>
      <w:r>
        <w:t>hen truth is practiced repeatedly, especially when circumstances remain unresolved.</w:t>
      </w:r>
    </w:p>
    <w:p w14:paraId="08E24E96" w14:textId="77777777" w:rsidR="005A0029" w:rsidRDefault="00F83EB4">
      <w:pPr>
        <w:pStyle w:val="Heading2"/>
      </w:pPr>
      <w:r>
        <w:t>Pause &amp; Notice</w:t>
      </w:r>
    </w:p>
    <w:p w14:paraId="6CED9786" w14:textId="77777777" w:rsidR="005A0029" w:rsidRDefault="00F83EB4">
      <w:r>
        <w:t>What is this theme revealing about my heart, thoughts, relationships, or current circumstances today?</w:t>
      </w:r>
    </w:p>
    <w:p w14:paraId="71DAD102" w14:textId="77777777" w:rsidR="005A0029" w:rsidRDefault="00F83EB4">
      <w:pPr>
        <w:pStyle w:val="Heading2"/>
      </w:pPr>
      <w:r>
        <w:t>Peace Practice</w:t>
      </w:r>
    </w:p>
    <w:p w14:paraId="72913821" w14:textId="77777777" w:rsidR="005A0029" w:rsidRDefault="00F83EB4">
      <w:r>
        <w:t>Sit quietly for three minutes. Name what you feel without judging it. Then write one truth you want to carry into the day.</w:t>
      </w:r>
    </w:p>
    <w:p w14:paraId="48233450" w14:textId="77777777" w:rsidR="005A0029" w:rsidRDefault="00F83EB4">
      <w:pPr>
        <w:pStyle w:val="Heading2"/>
      </w:pPr>
      <w:r>
        <w:t>My Thoughts &amp; Prayers</w:t>
      </w:r>
    </w:p>
    <w:p w14:paraId="099AB150" w14:textId="77777777" w:rsidR="005A0029" w:rsidRDefault="00F83EB4">
      <w:pPr>
        <w:spacing w:after="60"/>
      </w:pPr>
      <w:r>
        <w:rPr>
          <w:color w:val="B4B4B4"/>
          <w:sz w:val="16"/>
        </w:rPr>
        <w:t>________________________________________________________</w:t>
      </w:r>
    </w:p>
    <w:p w14:paraId="0E911226" w14:textId="77777777" w:rsidR="005A0029" w:rsidRDefault="00F83EB4">
      <w:pPr>
        <w:spacing w:after="60"/>
      </w:pPr>
      <w:r>
        <w:rPr>
          <w:color w:val="B4B4B4"/>
          <w:sz w:val="16"/>
        </w:rPr>
        <w:t>________________________________________________________</w:t>
      </w:r>
    </w:p>
    <w:p w14:paraId="6E71E53D" w14:textId="77777777" w:rsidR="005A0029" w:rsidRDefault="00F83EB4">
      <w:pPr>
        <w:spacing w:after="60"/>
      </w:pPr>
      <w:r>
        <w:rPr>
          <w:color w:val="B4B4B4"/>
          <w:sz w:val="16"/>
        </w:rPr>
        <w:t>________________________________________________________</w:t>
      </w:r>
    </w:p>
    <w:p w14:paraId="22744029" w14:textId="77777777" w:rsidR="005A0029" w:rsidRDefault="00F83EB4">
      <w:pPr>
        <w:spacing w:after="60"/>
      </w:pPr>
      <w:r>
        <w:rPr>
          <w:color w:val="B4B4B4"/>
          <w:sz w:val="16"/>
        </w:rPr>
        <w:t>________________________________________________________</w:t>
      </w:r>
    </w:p>
    <w:p w14:paraId="60CE270E" w14:textId="77777777" w:rsidR="005A0029" w:rsidRDefault="00F83EB4">
      <w:pPr>
        <w:spacing w:after="60"/>
      </w:pPr>
      <w:r>
        <w:rPr>
          <w:color w:val="B4B4B4"/>
          <w:sz w:val="16"/>
        </w:rPr>
        <w:t>________________________________________________________</w:t>
      </w:r>
    </w:p>
    <w:p w14:paraId="5FBD2CD6" w14:textId="77777777" w:rsidR="005A0029" w:rsidRDefault="00F83EB4">
      <w:pPr>
        <w:pStyle w:val="Heading2"/>
      </w:pPr>
      <w:r>
        <w:t>Prayer</w:t>
      </w:r>
    </w:p>
    <w:p w14:paraId="776DE508" w14:textId="77777777" w:rsidR="005A0029" w:rsidRDefault="00F83EB4">
      <w:r>
        <w:t>Father, meet me in this practice of anchored through uncertainty. Give me courage to face what is true, grace to release what I cannot control, and wisdom for what I can do. Quiet the noise within me, anchor me in Your Word, and teach me to choose peace without denying reality. Strengthen my faith for this day and help me walk forward with clarity, humility, and hope. In Jesus' name, Amen.</w:t>
      </w:r>
    </w:p>
    <w:p w14:paraId="4DF85533" w14:textId="77777777" w:rsidR="005A0029" w:rsidRDefault="00F83EB4">
      <w:r>
        <w:rPr>
          <w:b/>
          <w:color w:val="B08D3A"/>
        </w:rPr>
        <w:lastRenderedPageBreak/>
        <w:t xml:space="preserve">TODAY'S DECLARATION  </w:t>
      </w:r>
      <w:r>
        <w:t>I will meet anchored through uncertainty with truth, faith, and practiced peace.</w:t>
      </w:r>
    </w:p>
    <w:p w14:paraId="4AE95194" w14:textId="77777777" w:rsidR="005A0029" w:rsidRDefault="00F83EB4">
      <w:r>
        <w:br w:type="page"/>
      </w:r>
    </w:p>
    <w:p w14:paraId="73EB829D" w14:textId="77777777" w:rsidR="005A0029" w:rsidRDefault="00F83EB4">
      <w:pPr>
        <w:pStyle w:val="Heading2"/>
      </w:pPr>
      <w:r>
        <w:lastRenderedPageBreak/>
        <w:t>DAY 30</w:t>
      </w:r>
    </w:p>
    <w:p w14:paraId="2CFEB7CC" w14:textId="77777777" w:rsidR="005A0029" w:rsidRDefault="00F83EB4">
      <w:pPr>
        <w:pStyle w:val="Heading1"/>
      </w:pPr>
      <w:r>
        <w:t>The Storm Does Not Have the Final Word</w:t>
      </w:r>
    </w:p>
    <w:p w14:paraId="42DDE334" w14:textId="77777777" w:rsidR="005A0029" w:rsidRDefault="00F83EB4">
      <w:r>
        <w:rPr>
          <w:b/>
          <w:color w:val="B08D3A"/>
        </w:rPr>
        <w:t xml:space="preserve">ANCHOR SCRIPTURE  </w:t>
      </w:r>
      <w:r>
        <w:t>John 16:33</w:t>
      </w:r>
    </w:p>
    <w:p w14:paraId="5562106A" w14:textId="77777777" w:rsidR="005A0029" w:rsidRDefault="00F83EB4">
      <w:pPr>
        <w:pStyle w:val="Heading2"/>
      </w:pPr>
      <w:r>
        <w:t>Guided Reflection</w:t>
      </w:r>
    </w:p>
    <w:p w14:paraId="2E1C9A23" w14:textId="77777777" w:rsidR="005A0029" w:rsidRDefault="00F83EB4">
      <w:r>
        <w:t>Today, consider what “the storm does not have the final word” means in the season you are living through. The work of peace is rarely accomplished by denying what is difficult. It grows as you bring your real thoughts, emotions, and questions into the light of God's presence. In anchored through uncertainty, the invitation is not to force an immediate answer, but to become attentive: to what is happening within you, to what Scripture is revealing, and to the next faithful step available today. Peace becomes</w:t>
      </w:r>
      <w:r>
        <w:t xml:space="preserve"> durable when truth is practiced repeatedly, especially when circumstances remain unresolved.</w:t>
      </w:r>
    </w:p>
    <w:p w14:paraId="1A51EC36" w14:textId="77777777" w:rsidR="005A0029" w:rsidRDefault="00F83EB4">
      <w:pPr>
        <w:pStyle w:val="Heading2"/>
      </w:pPr>
      <w:r>
        <w:t>Pause &amp; Notice</w:t>
      </w:r>
    </w:p>
    <w:p w14:paraId="53DF8FA2" w14:textId="77777777" w:rsidR="005A0029" w:rsidRDefault="00F83EB4">
      <w:r>
        <w:t>What is this theme revealing about my heart, thoughts, relationships, or current circumstances today?</w:t>
      </w:r>
    </w:p>
    <w:p w14:paraId="429626A6" w14:textId="77777777" w:rsidR="005A0029" w:rsidRDefault="00F83EB4">
      <w:pPr>
        <w:pStyle w:val="Heading2"/>
      </w:pPr>
      <w:r>
        <w:t>Peace Practice</w:t>
      </w:r>
    </w:p>
    <w:p w14:paraId="15557E42" w14:textId="77777777" w:rsidR="005A0029" w:rsidRDefault="00F83EB4">
      <w:r>
        <w:t>Draw two columns: 'What I can control' and 'What I must release.' Place each concern in the appropriate column and pray over both.</w:t>
      </w:r>
    </w:p>
    <w:p w14:paraId="0BD95630" w14:textId="77777777" w:rsidR="005A0029" w:rsidRDefault="00F83EB4">
      <w:pPr>
        <w:pStyle w:val="Heading2"/>
      </w:pPr>
      <w:r>
        <w:t>My Thoughts &amp; Prayers</w:t>
      </w:r>
    </w:p>
    <w:p w14:paraId="2BCC295C" w14:textId="77777777" w:rsidR="005A0029" w:rsidRDefault="00F83EB4">
      <w:pPr>
        <w:spacing w:after="60"/>
      </w:pPr>
      <w:r>
        <w:rPr>
          <w:color w:val="B4B4B4"/>
          <w:sz w:val="16"/>
        </w:rPr>
        <w:t>________________________________________________________</w:t>
      </w:r>
    </w:p>
    <w:p w14:paraId="525B718F" w14:textId="77777777" w:rsidR="005A0029" w:rsidRDefault="00F83EB4">
      <w:pPr>
        <w:spacing w:after="60"/>
      </w:pPr>
      <w:r>
        <w:rPr>
          <w:color w:val="B4B4B4"/>
          <w:sz w:val="16"/>
        </w:rPr>
        <w:t>________________________________________________________</w:t>
      </w:r>
    </w:p>
    <w:p w14:paraId="19204B33" w14:textId="77777777" w:rsidR="005A0029" w:rsidRDefault="00F83EB4">
      <w:pPr>
        <w:spacing w:after="60"/>
      </w:pPr>
      <w:r>
        <w:rPr>
          <w:color w:val="B4B4B4"/>
          <w:sz w:val="16"/>
        </w:rPr>
        <w:t>________________________________________________________</w:t>
      </w:r>
    </w:p>
    <w:p w14:paraId="06F1AB9D" w14:textId="77777777" w:rsidR="005A0029" w:rsidRDefault="00F83EB4">
      <w:pPr>
        <w:spacing w:after="60"/>
      </w:pPr>
      <w:r>
        <w:rPr>
          <w:color w:val="B4B4B4"/>
          <w:sz w:val="16"/>
        </w:rPr>
        <w:t>________________________________________________________</w:t>
      </w:r>
    </w:p>
    <w:p w14:paraId="00514F7A" w14:textId="77777777" w:rsidR="005A0029" w:rsidRDefault="00F83EB4">
      <w:pPr>
        <w:spacing w:after="60"/>
      </w:pPr>
      <w:r>
        <w:rPr>
          <w:color w:val="B4B4B4"/>
          <w:sz w:val="16"/>
        </w:rPr>
        <w:t>________________________________________________________</w:t>
      </w:r>
    </w:p>
    <w:p w14:paraId="4A629997" w14:textId="77777777" w:rsidR="005A0029" w:rsidRDefault="00F83EB4">
      <w:pPr>
        <w:pStyle w:val="Heading2"/>
      </w:pPr>
      <w:r>
        <w:t>Prayer</w:t>
      </w:r>
    </w:p>
    <w:p w14:paraId="43AB1E62" w14:textId="77777777" w:rsidR="005A0029" w:rsidRDefault="00F83EB4">
      <w:r>
        <w:t xml:space="preserve">Father, meet me in this practice of the storm does not have the final word. Give me courage to face what is true, grace to release what I cannot control, and wisdom for what I can do. Quiet the noise within me, anchor me in Your Word, and teach me to choose peace without denying reality. Strengthen my faith for </w:t>
      </w:r>
      <w:r>
        <w:lastRenderedPageBreak/>
        <w:t>this day and help me walk forward with clarity, humility, and hope. In Jesus' name, Amen.</w:t>
      </w:r>
    </w:p>
    <w:p w14:paraId="16B96661" w14:textId="77777777" w:rsidR="005A0029" w:rsidRDefault="00F83EB4">
      <w:r>
        <w:rPr>
          <w:b/>
          <w:color w:val="B08D3A"/>
        </w:rPr>
        <w:t xml:space="preserve">TODAY'S DECLARATION  </w:t>
      </w:r>
      <w:r>
        <w:t>I will meet the storm does not have the final word with truth, faith, and practiced peace.</w:t>
      </w:r>
    </w:p>
    <w:p w14:paraId="6199435F" w14:textId="77777777" w:rsidR="005A0029" w:rsidRDefault="00F83EB4">
      <w:r>
        <w:br w:type="page"/>
      </w:r>
    </w:p>
    <w:p w14:paraId="4FBA6CD3" w14:textId="77777777" w:rsidR="005A0029" w:rsidRDefault="00F83EB4">
      <w:pPr>
        <w:pStyle w:val="Heading1"/>
      </w:pPr>
      <w:r>
        <w:t>ANCHORED THROUGH UNCERTAINTY: End-of-Month Reflection</w:t>
      </w:r>
    </w:p>
    <w:p w14:paraId="3DEDC846" w14:textId="77777777" w:rsidR="005A0029" w:rsidRDefault="00F83EB4">
      <w:pPr>
        <w:pStyle w:val="Heading3"/>
      </w:pPr>
      <w:r>
        <w:t>What changed within me this month?</w:t>
      </w:r>
    </w:p>
    <w:p w14:paraId="6628F54D" w14:textId="77777777" w:rsidR="005A0029" w:rsidRDefault="00F83EB4">
      <w:pPr>
        <w:spacing w:after="60"/>
      </w:pPr>
      <w:r>
        <w:rPr>
          <w:color w:val="B4B4B4"/>
          <w:sz w:val="16"/>
        </w:rPr>
        <w:t>________________________________________________________</w:t>
      </w:r>
    </w:p>
    <w:p w14:paraId="4C577CF0" w14:textId="77777777" w:rsidR="005A0029" w:rsidRDefault="00F83EB4">
      <w:pPr>
        <w:spacing w:after="60"/>
      </w:pPr>
      <w:r>
        <w:rPr>
          <w:color w:val="B4B4B4"/>
          <w:sz w:val="16"/>
        </w:rPr>
        <w:t>________________________________________________________</w:t>
      </w:r>
    </w:p>
    <w:p w14:paraId="5360E797" w14:textId="77777777" w:rsidR="005A0029" w:rsidRDefault="00F83EB4">
      <w:pPr>
        <w:pStyle w:val="Heading3"/>
      </w:pPr>
      <w:r>
        <w:t>Which practice helped me most?</w:t>
      </w:r>
    </w:p>
    <w:p w14:paraId="47A174FB" w14:textId="77777777" w:rsidR="005A0029" w:rsidRDefault="00F83EB4">
      <w:pPr>
        <w:spacing w:after="60"/>
      </w:pPr>
      <w:r>
        <w:rPr>
          <w:color w:val="B4B4B4"/>
          <w:sz w:val="16"/>
        </w:rPr>
        <w:t>________________________________________________________</w:t>
      </w:r>
    </w:p>
    <w:p w14:paraId="181194F5" w14:textId="77777777" w:rsidR="005A0029" w:rsidRDefault="00F83EB4">
      <w:pPr>
        <w:spacing w:after="60"/>
      </w:pPr>
      <w:r>
        <w:rPr>
          <w:color w:val="B4B4B4"/>
          <w:sz w:val="16"/>
        </w:rPr>
        <w:t>________________________________________________________</w:t>
      </w:r>
    </w:p>
    <w:p w14:paraId="758C3153" w14:textId="77777777" w:rsidR="005A0029" w:rsidRDefault="00F83EB4">
      <w:pPr>
        <w:pStyle w:val="Heading3"/>
      </w:pPr>
      <w:r>
        <w:t>Which Scripture became an anchor?</w:t>
      </w:r>
    </w:p>
    <w:p w14:paraId="1E4D3172" w14:textId="77777777" w:rsidR="005A0029" w:rsidRDefault="00F83EB4">
      <w:pPr>
        <w:spacing w:after="60"/>
      </w:pPr>
      <w:r>
        <w:rPr>
          <w:color w:val="B4B4B4"/>
          <w:sz w:val="16"/>
        </w:rPr>
        <w:t>________________________________________________________</w:t>
      </w:r>
    </w:p>
    <w:p w14:paraId="126E924C" w14:textId="77777777" w:rsidR="005A0029" w:rsidRDefault="00F83EB4">
      <w:pPr>
        <w:spacing w:after="60"/>
      </w:pPr>
      <w:r>
        <w:rPr>
          <w:color w:val="B4B4B4"/>
          <w:sz w:val="16"/>
        </w:rPr>
        <w:t>________________________________________________________</w:t>
      </w:r>
    </w:p>
    <w:p w14:paraId="36EF23B5" w14:textId="77777777" w:rsidR="005A0029" w:rsidRDefault="00F83EB4">
      <w:pPr>
        <w:pStyle w:val="Heading3"/>
      </w:pPr>
      <w:r>
        <w:t>What am I ready to release?</w:t>
      </w:r>
    </w:p>
    <w:p w14:paraId="0F39B624" w14:textId="77777777" w:rsidR="005A0029" w:rsidRDefault="00F83EB4">
      <w:pPr>
        <w:spacing w:after="60"/>
      </w:pPr>
      <w:r>
        <w:rPr>
          <w:color w:val="B4B4B4"/>
          <w:sz w:val="16"/>
        </w:rPr>
        <w:t>________________________________________________________</w:t>
      </w:r>
    </w:p>
    <w:p w14:paraId="340D3F52" w14:textId="77777777" w:rsidR="005A0029" w:rsidRDefault="00F83EB4">
      <w:pPr>
        <w:spacing w:after="60"/>
      </w:pPr>
      <w:r>
        <w:rPr>
          <w:color w:val="B4B4B4"/>
          <w:sz w:val="16"/>
        </w:rPr>
        <w:t>________________________________________________________</w:t>
      </w:r>
    </w:p>
    <w:p w14:paraId="7B430820" w14:textId="77777777" w:rsidR="005A0029" w:rsidRDefault="00F83EB4">
      <w:pPr>
        <w:pStyle w:val="Heading3"/>
      </w:pPr>
      <w:r>
        <w:t>What will I carry into the next month?</w:t>
      </w:r>
    </w:p>
    <w:p w14:paraId="559B9D93" w14:textId="77777777" w:rsidR="005A0029" w:rsidRDefault="00F83EB4">
      <w:pPr>
        <w:spacing w:after="60"/>
      </w:pPr>
      <w:r>
        <w:rPr>
          <w:color w:val="B4B4B4"/>
          <w:sz w:val="16"/>
        </w:rPr>
        <w:t>________________________________________________________</w:t>
      </w:r>
    </w:p>
    <w:p w14:paraId="4DF8E43F" w14:textId="77777777" w:rsidR="005A0029" w:rsidRDefault="00F83EB4">
      <w:pPr>
        <w:spacing w:after="60"/>
      </w:pPr>
      <w:r>
        <w:rPr>
          <w:color w:val="B4B4B4"/>
          <w:sz w:val="16"/>
        </w:rPr>
        <w:t>________________________________________________________</w:t>
      </w:r>
    </w:p>
    <w:p w14:paraId="6059288A" w14:textId="77777777" w:rsidR="005A0029" w:rsidRDefault="00F83EB4">
      <w:r>
        <w:br w:type="page"/>
      </w:r>
    </w:p>
    <w:p w14:paraId="5775264D" w14:textId="77777777" w:rsidR="005A0029" w:rsidRDefault="00F83EB4">
      <w:pPr>
        <w:pStyle w:val="Heading1"/>
      </w:pPr>
      <w:r>
        <w:t>Day 360 Closing Declaration</w:t>
      </w:r>
    </w:p>
    <w:p w14:paraId="444B2E97" w14:textId="77777777" w:rsidR="005A0029" w:rsidRDefault="00F83EB4">
      <w:r>
        <w:t>I am anchored through uncertainty. I can face what I cannot control, release what I cannot carry, heal what I can no longer ignore, and choose peace—one faithful day at a time.</w:t>
      </w:r>
    </w:p>
    <w:p w14:paraId="13472FCC" w14:textId="77777777" w:rsidR="005A0029" w:rsidRDefault="00F83EB4">
      <w:pPr>
        <w:pStyle w:val="Heading2"/>
      </w:pPr>
      <w:r>
        <w:t>Closing Prayer</w:t>
      </w:r>
    </w:p>
    <w:p w14:paraId="2D016FE4" w14:textId="77777777" w:rsidR="005A0029" w:rsidRDefault="00F83EB4">
      <w:r>
        <w:t>Father, thank You for every step of this journey. Let peace become my practice, faith become my anchor, wisdom become my guide, and love become the evidence of what You have done within me. I move forward not because life will always be certain, but because I have learned where to anchor myself when it is not. In Jesus’ name, Amen.</w:t>
      </w:r>
    </w:p>
    <w:sectPr w:rsidR="005A0029" w:rsidSect="00034616">
      <w:headerReference w:type="default" r:id="rId8"/>
      <w:footerReference w:type="default" r:id="rId9"/>
      <w:pgSz w:w="8640" w:h="1296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524CB" w14:textId="77777777" w:rsidR="00F83EB4" w:rsidRDefault="00F83EB4">
      <w:pPr>
        <w:spacing w:after="0" w:line="240" w:lineRule="auto"/>
      </w:pPr>
      <w:r>
        <w:separator/>
      </w:r>
    </w:p>
  </w:endnote>
  <w:endnote w:type="continuationSeparator" w:id="0">
    <w:p w14:paraId="0C4DC13E" w14:textId="77777777" w:rsidR="00F83EB4" w:rsidRDefault="00F83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D82FA" w14:textId="77777777" w:rsidR="005A0029" w:rsidRDefault="00F83EB4">
    <w:pPr>
      <w:pStyle w:val="Footer"/>
      <w:jc w:val="center"/>
    </w:pPr>
    <w:r>
      <w:rPr>
        <w:sz w:val="16"/>
      </w:rPr>
      <w:t xml:space="preserve">NANA ADU-POKU   •   </w:t>
    </w:r>
    <w:r>
      <w:fldChar w:fldCharType="begin"/>
    </w:r>
    <w:r>
      <w:instrText>PAGE</w:instrText>
    </w:r>
    <w:r>
      <w:fldChar w:fldCharType="separate"/>
    </w:r>
    <w:r w:rsidR="00F169E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EAA1A" w14:textId="77777777" w:rsidR="00F83EB4" w:rsidRDefault="00F83EB4">
      <w:pPr>
        <w:spacing w:after="0" w:line="240" w:lineRule="auto"/>
      </w:pPr>
      <w:r>
        <w:separator/>
      </w:r>
    </w:p>
  </w:footnote>
  <w:footnote w:type="continuationSeparator" w:id="0">
    <w:p w14:paraId="5B180E1E" w14:textId="77777777" w:rsidR="00F83EB4" w:rsidRDefault="00F83E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DE317" w14:textId="77777777" w:rsidR="005A0029" w:rsidRDefault="00F83EB4">
    <w:pPr>
      <w:pStyle w:val="Header"/>
      <w:jc w:val="center"/>
    </w:pPr>
    <w:r>
      <w:rPr>
        <w:color w:val="5A5A5A"/>
        <w:sz w:val="16"/>
      </w:rPr>
      <w:t xml:space="preserve">IN THE MIDST OF THE </w:t>
    </w:r>
    <w:proofErr w:type="gramStart"/>
    <w:r>
      <w:rPr>
        <w:color w:val="5A5A5A"/>
        <w:sz w:val="16"/>
      </w:rPr>
      <w:t>CHAOS  •</w:t>
    </w:r>
    <w:proofErr w:type="gramEnd"/>
    <w:r>
      <w:rPr>
        <w:color w:val="5A5A5A"/>
        <w:sz w:val="16"/>
      </w:rPr>
      <w:t xml:space="preserve">  DEVOTIONAL WORKBOOK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84086055">
    <w:abstractNumId w:val="8"/>
  </w:num>
  <w:num w:numId="2" w16cid:durableId="447895683">
    <w:abstractNumId w:val="6"/>
  </w:num>
  <w:num w:numId="3" w16cid:durableId="2128232773">
    <w:abstractNumId w:val="5"/>
  </w:num>
  <w:num w:numId="4" w16cid:durableId="244844472">
    <w:abstractNumId w:val="4"/>
  </w:num>
  <w:num w:numId="5" w16cid:durableId="940376670">
    <w:abstractNumId w:val="7"/>
  </w:num>
  <w:num w:numId="6" w16cid:durableId="471560065">
    <w:abstractNumId w:val="3"/>
  </w:num>
  <w:num w:numId="7" w16cid:durableId="1319194085">
    <w:abstractNumId w:val="2"/>
  </w:num>
  <w:num w:numId="8" w16cid:durableId="1263800424">
    <w:abstractNumId w:val="1"/>
  </w:num>
  <w:num w:numId="9" w16cid:durableId="1609386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A0029"/>
    <w:rsid w:val="00AA1D8D"/>
    <w:rsid w:val="00B47730"/>
    <w:rsid w:val="00CB0664"/>
    <w:rsid w:val="00DF5B03"/>
    <w:rsid w:val="00F169EA"/>
    <w:rsid w:val="00F83EB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9EDACD"/>
  <w14:defaultImageDpi w14:val="300"/>
  <w15:docId w15:val="{B5C32112-9A14-44AF-AF60-3F8CE6182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Garamond" w:hAnsi="Garamond"/>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7324D"/>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B08D3A"/>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7324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745</Pages>
  <Words>95624</Words>
  <Characters>545063</Characters>
  <Application>Microsoft Office Word</Application>
  <DocSecurity>0</DocSecurity>
  <Lines>4542</Lines>
  <Paragraphs>1278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639409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Nana Adu-Poku</cp:lastModifiedBy>
  <cp:revision>2</cp:revision>
  <dcterms:created xsi:type="dcterms:W3CDTF">2026-08-12T00:21:00Z</dcterms:created>
  <dcterms:modified xsi:type="dcterms:W3CDTF">2026-08-12T00:21:00Z</dcterms:modified>
  <cp:category/>
</cp:coreProperties>
</file>